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16CC3" w14:textId="77777777" w:rsidR="006F48AE" w:rsidRPr="00FC0825" w:rsidRDefault="009F27A5">
      <w:pPr>
        <w:keepNext/>
        <w:spacing w:after="60" w:line="264" w:lineRule="auto"/>
        <w:jc w:val="center"/>
        <w:rPr>
          <w:b/>
          <w:lang w:val="en-US"/>
        </w:rPr>
      </w:pPr>
      <w:r w:rsidRPr="00FC0825">
        <w:rPr>
          <w:b/>
        </w:rPr>
        <w:t>PHỤ LỤC CỦA KẾ HOẠCH BÀI DẠY BÀI 7 – LỚP 12</w:t>
      </w:r>
    </w:p>
    <w:p w14:paraId="4CC32A6F" w14:textId="60F253C1" w:rsidR="00FC0825" w:rsidRPr="00FC0825" w:rsidRDefault="00FC0825">
      <w:pPr>
        <w:keepNext/>
        <w:spacing w:after="60" w:line="264" w:lineRule="auto"/>
        <w:jc w:val="center"/>
        <w:rPr>
          <w:lang w:val="en-US"/>
        </w:rPr>
      </w:pPr>
      <w:r w:rsidRPr="00FC0825">
        <w:rPr>
          <w:b/>
          <w:lang w:val="en-US"/>
        </w:rPr>
        <w:t xml:space="preserve">TÊN BÀI: </w:t>
      </w:r>
      <w:r w:rsidRPr="00FC0825">
        <w:rPr>
          <w:b/>
        </w:rPr>
        <w:t>Vai trò và hợp tác trong phát triển sản phẩm AI</w:t>
      </w:r>
    </w:p>
    <w:p w14:paraId="53F654BF" w14:textId="77777777" w:rsidR="006F48AE" w:rsidRPr="00FC0825" w:rsidRDefault="009F27A5">
      <w:pPr>
        <w:spacing w:after="60" w:line="264" w:lineRule="auto"/>
        <w:jc w:val="center"/>
        <w:rPr>
          <w:sz w:val="22"/>
          <w:szCs w:val="22"/>
        </w:rPr>
      </w:pPr>
      <w:r w:rsidRPr="00FC0825">
        <w:rPr>
          <w:sz w:val="22"/>
          <w:szCs w:val="22"/>
        </w:rPr>
        <w:t>Quy ước đánh số để không trùng với phụ lục của các kế hoạch bài dạy khác: phụ lục ghi “PL12.7.x”, phiếu học tập ghi “Phiếu học tập 12.7.x” (lớp 12, bài 7, số thứ tự).</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5353"/>
        <w:gridCol w:w="1134"/>
        <w:gridCol w:w="1449"/>
      </w:tblGrid>
      <w:tr w:rsidR="006F48AE" w:rsidRPr="00D52E46" w14:paraId="0AC9BF84" w14:textId="77777777" w:rsidTr="00FC0825">
        <w:trPr>
          <w:tblHeader/>
        </w:trPr>
        <w:tc>
          <w:tcPr>
            <w:tcW w:w="1134" w:type="dxa"/>
          </w:tcPr>
          <w:p w14:paraId="2C1E1069" w14:textId="77777777" w:rsidR="006F48AE" w:rsidRPr="00D52E46" w:rsidRDefault="009F27A5">
            <w:pPr>
              <w:spacing w:after="60" w:line="264" w:lineRule="auto"/>
              <w:jc w:val="center"/>
              <w:rPr>
                <w:sz w:val="22"/>
                <w:szCs w:val="22"/>
              </w:rPr>
            </w:pPr>
            <w:r w:rsidRPr="00D52E46">
              <w:rPr>
                <w:b/>
                <w:sz w:val="22"/>
                <w:szCs w:val="22"/>
              </w:rPr>
              <w:t>Mã</w:t>
            </w:r>
          </w:p>
        </w:tc>
        <w:tc>
          <w:tcPr>
            <w:tcW w:w="5353" w:type="dxa"/>
          </w:tcPr>
          <w:p w14:paraId="18684AA3" w14:textId="77777777" w:rsidR="006F48AE" w:rsidRPr="00D52E46" w:rsidRDefault="009F27A5">
            <w:pPr>
              <w:spacing w:after="60" w:line="264" w:lineRule="auto"/>
              <w:jc w:val="center"/>
              <w:rPr>
                <w:sz w:val="22"/>
                <w:szCs w:val="22"/>
              </w:rPr>
            </w:pPr>
            <w:r w:rsidRPr="00D52E46">
              <w:rPr>
                <w:b/>
                <w:sz w:val="22"/>
                <w:szCs w:val="22"/>
              </w:rPr>
              <w:t>Tên</w:t>
            </w:r>
          </w:p>
        </w:tc>
        <w:tc>
          <w:tcPr>
            <w:tcW w:w="1134" w:type="dxa"/>
          </w:tcPr>
          <w:p w14:paraId="7404156B" w14:textId="77777777" w:rsidR="006F48AE" w:rsidRPr="00D52E46" w:rsidRDefault="009F27A5">
            <w:pPr>
              <w:spacing w:after="60" w:line="264" w:lineRule="auto"/>
              <w:jc w:val="center"/>
              <w:rPr>
                <w:sz w:val="22"/>
                <w:szCs w:val="22"/>
              </w:rPr>
            </w:pPr>
            <w:r w:rsidRPr="00D52E46">
              <w:rPr>
                <w:b/>
                <w:sz w:val="22"/>
                <w:szCs w:val="22"/>
              </w:rPr>
              <w:t>Dành cho</w:t>
            </w:r>
          </w:p>
        </w:tc>
        <w:tc>
          <w:tcPr>
            <w:tcW w:w="1449" w:type="dxa"/>
          </w:tcPr>
          <w:p w14:paraId="5BB6B1A4" w14:textId="77777777" w:rsidR="006F48AE" w:rsidRPr="00D52E46" w:rsidRDefault="009F27A5">
            <w:pPr>
              <w:spacing w:after="60" w:line="264" w:lineRule="auto"/>
              <w:jc w:val="center"/>
              <w:rPr>
                <w:sz w:val="22"/>
                <w:szCs w:val="22"/>
              </w:rPr>
            </w:pPr>
            <w:r w:rsidRPr="00D52E46">
              <w:rPr>
                <w:b/>
                <w:sz w:val="22"/>
                <w:szCs w:val="22"/>
              </w:rPr>
              <w:t>Dùng ở</w:t>
            </w:r>
          </w:p>
        </w:tc>
      </w:tr>
      <w:tr w:rsidR="006F48AE" w:rsidRPr="00D52E46" w14:paraId="082E4D98" w14:textId="77777777" w:rsidTr="00FC0825">
        <w:tc>
          <w:tcPr>
            <w:tcW w:w="1134" w:type="dxa"/>
          </w:tcPr>
          <w:p w14:paraId="78C4E3BF" w14:textId="77777777" w:rsidR="006F48AE" w:rsidRPr="00D52E46" w:rsidRDefault="009F27A5" w:rsidP="00FC0825">
            <w:pPr>
              <w:spacing w:after="60" w:line="264" w:lineRule="auto"/>
              <w:rPr>
                <w:sz w:val="22"/>
                <w:szCs w:val="22"/>
              </w:rPr>
            </w:pPr>
            <w:r w:rsidRPr="00D52E46">
              <w:rPr>
                <w:sz w:val="22"/>
                <w:szCs w:val="22"/>
              </w:rPr>
              <w:t>PL12.7.1</w:t>
            </w:r>
          </w:p>
        </w:tc>
        <w:tc>
          <w:tcPr>
            <w:tcW w:w="5353" w:type="dxa"/>
          </w:tcPr>
          <w:p w14:paraId="34620A74" w14:textId="77777777" w:rsidR="006F48AE" w:rsidRPr="00D52E46" w:rsidRDefault="009F27A5" w:rsidP="00FC0825">
            <w:pPr>
              <w:spacing w:after="60" w:line="264" w:lineRule="auto"/>
              <w:rPr>
                <w:sz w:val="22"/>
                <w:szCs w:val="22"/>
              </w:rPr>
            </w:pPr>
            <w:r w:rsidRPr="00D52E46">
              <w:rPr>
                <w:sz w:val="22"/>
                <w:szCs w:val="22"/>
              </w:rPr>
              <w:t>Phiếu học tập 12.7.1 (Nhiệm vụ 2.1, Năm vai trò trong phát triển sản phẩm AI)</w:t>
            </w:r>
          </w:p>
        </w:tc>
        <w:tc>
          <w:tcPr>
            <w:tcW w:w="1134" w:type="dxa"/>
          </w:tcPr>
          <w:p w14:paraId="3037C58E" w14:textId="77777777" w:rsidR="006F48AE" w:rsidRPr="00D52E46" w:rsidRDefault="009F27A5" w:rsidP="00FC0825">
            <w:pPr>
              <w:spacing w:after="60" w:line="264" w:lineRule="auto"/>
              <w:rPr>
                <w:sz w:val="22"/>
                <w:szCs w:val="22"/>
              </w:rPr>
            </w:pPr>
            <w:r w:rsidRPr="00D52E46">
              <w:rPr>
                <w:sz w:val="22"/>
                <w:szCs w:val="22"/>
              </w:rPr>
              <w:t>Nhóm</w:t>
            </w:r>
          </w:p>
        </w:tc>
        <w:tc>
          <w:tcPr>
            <w:tcW w:w="1449" w:type="dxa"/>
          </w:tcPr>
          <w:p w14:paraId="66A2A203" w14:textId="77777777" w:rsidR="006F48AE" w:rsidRPr="00D52E46" w:rsidRDefault="009F27A5" w:rsidP="00FC0825">
            <w:pPr>
              <w:spacing w:after="60" w:line="264" w:lineRule="auto"/>
              <w:rPr>
                <w:sz w:val="22"/>
                <w:szCs w:val="22"/>
              </w:rPr>
            </w:pPr>
            <w:r w:rsidRPr="00D52E46">
              <w:rPr>
                <w:sz w:val="22"/>
                <w:szCs w:val="22"/>
              </w:rPr>
              <w:t>HĐ 2, 4</w:t>
            </w:r>
          </w:p>
        </w:tc>
      </w:tr>
      <w:tr w:rsidR="006F48AE" w:rsidRPr="00D52E46" w14:paraId="14D60CF5" w14:textId="77777777" w:rsidTr="00FC0825">
        <w:tc>
          <w:tcPr>
            <w:tcW w:w="1134" w:type="dxa"/>
          </w:tcPr>
          <w:p w14:paraId="73638766" w14:textId="77777777" w:rsidR="006F48AE" w:rsidRPr="00D52E46" w:rsidRDefault="009F27A5" w:rsidP="00FC0825">
            <w:pPr>
              <w:spacing w:after="60" w:line="264" w:lineRule="auto"/>
              <w:rPr>
                <w:sz w:val="22"/>
                <w:szCs w:val="22"/>
              </w:rPr>
            </w:pPr>
            <w:r w:rsidRPr="00D52E46">
              <w:rPr>
                <w:sz w:val="22"/>
                <w:szCs w:val="22"/>
              </w:rPr>
              <w:t>PL12.7.2</w:t>
            </w:r>
          </w:p>
        </w:tc>
        <w:tc>
          <w:tcPr>
            <w:tcW w:w="5353" w:type="dxa"/>
          </w:tcPr>
          <w:p w14:paraId="4C4E4353" w14:textId="77777777" w:rsidR="006F48AE" w:rsidRPr="00D52E46" w:rsidRDefault="009F27A5" w:rsidP="00FC0825">
            <w:pPr>
              <w:spacing w:after="60" w:line="264" w:lineRule="auto"/>
              <w:rPr>
                <w:sz w:val="22"/>
                <w:szCs w:val="22"/>
              </w:rPr>
            </w:pPr>
            <w:r w:rsidRPr="00D52E46">
              <w:rPr>
                <w:sz w:val="22"/>
                <w:szCs w:val="22"/>
              </w:rPr>
              <w:t>Sơ đồ ca mẫu “Trợ lí AI giải đáp nội quy và tư vấn học tập” (Nhiệm vụ 2.2)</w:t>
            </w:r>
          </w:p>
        </w:tc>
        <w:tc>
          <w:tcPr>
            <w:tcW w:w="1134" w:type="dxa"/>
          </w:tcPr>
          <w:p w14:paraId="717996F3" w14:textId="77777777" w:rsidR="006F48AE" w:rsidRPr="00D52E46" w:rsidRDefault="009F27A5" w:rsidP="00FC0825">
            <w:pPr>
              <w:spacing w:after="60" w:line="264" w:lineRule="auto"/>
              <w:rPr>
                <w:sz w:val="22"/>
                <w:szCs w:val="22"/>
              </w:rPr>
            </w:pPr>
            <w:r w:rsidRPr="00D52E46">
              <w:rPr>
                <w:sz w:val="22"/>
                <w:szCs w:val="22"/>
              </w:rPr>
              <w:t>Nhóm</w:t>
            </w:r>
          </w:p>
        </w:tc>
        <w:tc>
          <w:tcPr>
            <w:tcW w:w="1449" w:type="dxa"/>
          </w:tcPr>
          <w:p w14:paraId="60A0D346" w14:textId="77777777" w:rsidR="006F48AE" w:rsidRPr="00D52E46" w:rsidRDefault="009F27A5" w:rsidP="00FC0825">
            <w:pPr>
              <w:spacing w:after="60" w:line="264" w:lineRule="auto"/>
              <w:rPr>
                <w:sz w:val="22"/>
                <w:szCs w:val="22"/>
              </w:rPr>
            </w:pPr>
            <w:r w:rsidRPr="00D52E46">
              <w:rPr>
                <w:sz w:val="22"/>
                <w:szCs w:val="22"/>
              </w:rPr>
              <w:t>Trước giờ dạy</w:t>
            </w:r>
          </w:p>
        </w:tc>
      </w:tr>
      <w:tr w:rsidR="006F48AE" w:rsidRPr="00D52E46" w14:paraId="02AAAA71" w14:textId="77777777" w:rsidTr="00FC0825">
        <w:tc>
          <w:tcPr>
            <w:tcW w:w="1134" w:type="dxa"/>
          </w:tcPr>
          <w:p w14:paraId="72BBD563" w14:textId="77777777" w:rsidR="006F48AE" w:rsidRPr="00D52E46" w:rsidRDefault="009F27A5" w:rsidP="00FC0825">
            <w:pPr>
              <w:spacing w:after="60" w:line="264" w:lineRule="auto"/>
              <w:rPr>
                <w:sz w:val="22"/>
                <w:szCs w:val="22"/>
              </w:rPr>
            </w:pPr>
            <w:r w:rsidRPr="00D52E46">
              <w:rPr>
                <w:sz w:val="22"/>
                <w:szCs w:val="22"/>
              </w:rPr>
              <w:t>PL12.7.3</w:t>
            </w:r>
          </w:p>
        </w:tc>
        <w:tc>
          <w:tcPr>
            <w:tcW w:w="5353" w:type="dxa"/>
          </w:tcPr>
          <w:p w14:paraId="2AF6349F" w14:textId="77777777" w:rsidR="006F48AE" w:rsidRPr="00D52E46" w:rsidRDefault="009F27A5" w:rsidP="00FC0825">
            <w:pPr>
              <w:spacing w:after="60" w:line="264" w:lineRule="auto"/>
              <w:rPr>
                <w:sz w:val="22"/>
                <w:szCs w:val="22"/>
              </w:rPr>
            </w:pPr>
            <w:r w:rsidRPr="00D52E46">
              <w:rPr>
                <w:sz w:val="22"/>
                <w:szCs w:val="22"/>
              </w:rPr>
              <w:t>Phiếu học tập 12.7.2 (Nhiệm vụ 2.2)</w:t>
            </w:r>
          </w:p>
        </w:tc>
        <w:tc>
          <w:tcPr>
            <w:tcW w:w="1134" w:type="dxa"/>
          </w:tcPr>
          <w:p w14:paraId="424D82C4" w14:textId="77777777" w:rsidR="006F48AE" w:rsidRPr="00D52E46" w:rsidRDefault="009F27A5" w:rsidP="00FC0825">
            <w:pPr>
              <w:spacing w:after="60" w:line="264" w:lineRule="auto"/>
              <w:rPr>
                <w:sz w:val="22"/>
                <w:szCs w:val="22"/>
              </w:rPr>
            </w:pPr>
            <w:r w:rsidRPr="00D52E46">
              <w:rPr>
                <w:sz w:val="22"/>
                <w:szCs w:val="22"/>
              </w:rPr>
              <w:t>Nhóm</w:t>
            </w:r>
          </w:p>
        </w:tc>
        <w:tc>
          <w:tcPr>
            <w:tcW w:w="1449" w:type="dxa"/>
          </w:tcPr>
          <w:p w14:paraId="329E6C3A" w14:textId="77777777" w:rsidR="006F48AE" w:rsidRPr="00D52E46" w:rsidRDefault="009F27A5" w:rsidP="00FC0825">
            <w:pPr>
              <w:spacing w:after="60" w:line="264" w:lineRule="auto"/>
              <w:rPr>
                <w:sz w:val="22"/>
                <w:szCs w:val="22"/>
              </w:rPr>
            </w:pPr>
            <w:r w:rsidRPr="00D52E46">
              <w:rPr>
                <w:sz w:val="22"/>
                <w:szCs w:val="22"/>
              </w:rPr>
              <w:t>HĐ 2, 4</w:t>
            </w:r>
          </w:p>
        </w:tc>
      </w:tr>
      <w:tr w:rsidR="006F48AE" w:rsidRPr="00D52E46" w14:paraId="618CE2B2" w14:textId="77777777" w:rsidTr="00FC0825">
        <w:tc>
          <w:tcPr>
            <w:tcW w:w="1134" w:type="dxa"/>
          </w:tcPr>
          <w:p w14:paraId="68595B75" w14:textId="77777777" w:rsidR="006F48AE" w:rsidRPr="00D52E46" w:rsidRDefault="009F27A5" w:rsidP="00FC0825">
            <w:pPr>
              <w:spacing w:after="60" w:line="264" w:lineRule="auto"/>
              <w:rPr>
                <w:sz w:val="22"/>
                <w:szCs w:val="22"/>
              </w:rPr>
            </w:pPr>
            <w:r w:rsidRPr="00D52E46">
              <w:rPr>
                <w:sz w:val="22"/>
                <w:szCs w:val="22"/>
              </w:rPr>
              <w:t>PL12.7.4</w:t>
            </w:r>
          </w:p>
        </w:tc>
        <w:tc>
          <w:tcPr>
            <w:tcW w:w="5353" w:type="dxa"/>
          </w:tcPr>
          <w:p w14:paraId="4716905E" w14:textId="77777777" w:rsidR="006F48AE" w:rsidRPr="00D52E46" w:rsidRDefault="009F27A5" w:rsidP="00FC0825">
            <w:pPr>
              <w:spacing w:after="60" w:line="264" w:lineRule="auto"/>
              <w:rPr>
                <w:sz w:val="22"/>
                <w:szCs w:val="22"/>
              </w:rPr>
            </w:pPr>
            <w:r w:rsidRPr="00D52E46">
              <w:rPr>
                <w:sz w:val="22"/>
                <w:szCs w:val="22"/>
              </w:rPr>
              <w:t>Kịch bản đóng vai xử lí sự cố “Hệ thống nhận dạng lá lúa” (Hoạt động 3)</w:t>
            </w:r>
          </w:p>
        </w:tc>
        <w:tc>
          <w:tcPr>
            <w:tcW w:w="1134" w:type="dxa"/>
          </w:tcPr>
          <w:p w14:paraId="47AD301A" w14:textId="77777777" w:rsidR="006F48AE" w:rsidRPr="00D52E46" w:rsidRDefault="009F27A5" w:rsidP="00FC0825">
            <w:pPr>
              <w:spacing w:after="60" w:line="264" w:lineRule="auto"/>
              <w:rPr>
                <w:sz w:val="22"/>
                <w:szCs w:val="22"/>
              </w:rPr>
            </w:pPr>
            <w:r w:rsidRPr="00D52E46">
              <w:rPr>
                <w:sz w:val="22"/>
                <w:szCs w:val="22"/>
              </w:rPr>
              <w:t>Nhóm</w:t>
            </w:r>
          </w:p>
        </w:tc>
        <w:tc>
          <w:tcPr>
            <w:tcW w:w="1449" w:type="dxa"/>
          </w:tcPr>
          <w:p w14:paraId="5A1B39FF" w14:textId="77777777" w:rsidR="006F48AE" w:rsidRPr="00D52E46" w:rsidRDefault="009F27A5" w:rsidP="00FC0825">
            <w:pPr>
              <w:spacing w:after="60" w:line="264" w:lineRule="auto"/>
              <w:rPr>
                <w:sz w:val="22"/>
                <w:szCs w:val="22"/>
              </w:rPr>
            </w:pPr>
            <w:r w:rsidRPr="00D52E46">
              <w:rPr>
                <w:sz w:val="22"/>
                <w:szCs w:val="22"/>
              </w:rPr>
              <w:t>HĐ 3</w:t>
            </w:r>
          </w:p>
        </w:tc>
      </w:tr>
      <w:tr w:rsidR="006F48AE" w:rsidRPr="00D52E46" w14:paraId="7AB0B659" w14:textId="77777777" w:rsidTr="00FC0825">
        <w:tc>
          <w:tcPr>
            <w:tcW w:w="1134" w:type="dxa"/>
          </w:tcPr>
          <w:p w14:paraId="74E1B88D" w14:textId="77777777" w:rsidR="006F48AE" w:rsidRPr="00D52E46" w:rsidRDefault="009F27A5" w:rsidP="00FC0825">
            <w:pPr>
              <w:spacing w:after="60" w:line="264" w:lineRule="auto"/>
              <w:rPr>
                <w:sz w:val="22"/>
                <w:szCs w:val="22"/>
              </w:rPr>
            </w:pPr>
            <w:r w:rsidRPr="00D52E46">
              <w:rPr>
                <w:sz w:val="22"/>
                <w:szCs w:val="22"/>
              </w:rPr>
              <w:t>PL12.7.5</w:t>
            </w:r>
          </w:p>
        </w:tc>
        <w:tc>
          <w:tcPr>
            <w:tcW w:w="5353" w:type="dxa"/>
          </w:tcPr>
          <w:p w14:paraId="1271FD06" w14:textId="77777777" w:rsidR="006F48AE" w:rsidRPr="00D52E46" w:rsidRDefault="009F27A5" w:rsidP="00FC0825">
            <w:pPr>
              <w:spacing w:after="60" w:line="264" w:lineRule="auto"/>
              <w:rPr>
                <w:sz w:val="22"/>
                <w:szCs w:val="22"/>
              </w:rPr>
            </w:pPr>
            <w:r w:rsidRPr="00D52E46">
              <w:rPr>
                <w:sz w:val="22"/>
                <w:szCs w:val="22"/>
              </w:rPr>
              <w:t>Bảng kiểm tra đồng đẳng đóng vai hợp tác nhóm (Hoạt động 3)</w:t>
            </w:r>
          </w:p>
        </w:tc>
        <w:tc>
          <w:tcPr>
            <w:tcW w:w="1134" w:type="dxa"/>
          </w:tcPr>
          <w:p w14:paraId="3A049623" w14:textId="77777777" w:rsidR="006F48AE" w:rsidRPr="00D52E46" w:rsidRDefault="009F27A5" w:rsidP="00FC0825">
            <w:pPr>
              <w:spacing w:after="60" w:line="264" w:lineRule="auto"/>
              <w:rPr>
                <w:sz w:val="22"/>
                <w:szCs w:val="22"/>
              </w:rPr>
            </w:pPr>
            <w:r w:rsidRPr="00D52E46">
              <w:rPr>
                <w:sz w:val="22"/>
                <w:szCs w:val="22"/>
              </w:rPr>
              <w:t>Nhóm</w:t>
            </w:r>
          </w:p>
        </w:tc>
        <w:tc>
          <w:tcPr>
            <w:tcW w:w="1449" w:type="dxa"/>
          </w:tcPr>
          <w:p w14:paraId="5D009714" w14:textId="77777777" w:rsidR="006F48AE" w:rsidRPr="00D52E46" w:rsidRDefault="009F27A5" w:rsidP="00FC0825">
            <w:pPr>
              <w:spacing w:after="60" w:line="264" w:lineRule="auto"/>
              <w:rPr>
                <w:sz w:val="22"/>
                <w:szCs w:val="22"/>
              </w:rPr>
            </w:pPr>
            <w:r w:rsidRPr="00D52E46">
              <w:rPr>
                <w:sz w:val="22"/>
                <w:szCs w:val="22"/>
              </w:rPr>
              <w:t>HĐ 3</w:t>
            </w:r>
          </w:p>
        </w:tc>
      </w:tr>
      <w:tr w:rsidR="006F48AE" w:rsidRPr="00D52E46" w14:paraId="78921CEF" w14:textId="77777777" w:rsidTr="00FC0825">
        <w:tc>
          <w:tcPr>
            <w:tcW w:w="1134" w:type="dxa"/>
          </w:tcPr>
          <w:p w14:paraId="68507D99" w14:textId="77777777" w:rsidR="006F48AE" w:rsidRPr="00D52E46" w:rsidRDefault="009F27A5" w:rsidP="00FC0825">
            <w:pPr>
              <w:spacing w:after="60" w:line="264" w:lineRule="auto"/>
              <w:rPr>
                <w:sz w:val="22"/>
                <w:szCs w:val="22"/>
              </w:rPr>
            </w:pPr>
            <w:r w:rsidRPr="00D52E46">
              <w:rPr>
                <w:sz w:val="22"/>
                <w:szCs w:val="22"/>
              </w:rPr>
              <w:t>PL12.7.6</w:t>
            </w:r>
          </w:p>
        </w:tc>
        <w:tc>
          <w:tcPr>
            <w:tcW w:w="5353" w:type="dxa"/>
          </w:tcPr>
          <w:p w14:paraId="72EF4DCA" w14:textId="77777777" w:rsidR="006F48AE" w:rsidRPr="00D52E46" w:rsidRDefault="009F27A5" w:rsidP="00FC0825">
            <w:pPr>
              <w:spacing w:after="60" w:line="264" w:lineRule="auto"/>
              <w:rPr>
                <w:sz w:val="22"/>
                <w:szCs w:val="22"/>
              </w:rPr>
            </w:pPr>
            <w:r w:rsidRPr="00D52E46">
              <w:rPr>
                <w:sz w:val="22"/>
                <w:szCs w:val="22"/>
              </w:rPr>
              <w:t>Mẫu Ma trận phân công trách nhiệm RACI (Hoạt động 4)</w:t>
            </w:r>
          </w:p>
        </w:tc>
        <w:tc>
          <w:tcPr>
            <w:tcW w:w="1134" w:type="dxa"/>
          </w:tcPr>
          <w:p w14:paraId="61883E35" w14:textId="77777777" w:rsidR="006F48AE" w:rsidRPr="00D52E46" w:rsidRDefault="009F27A5" w:rsidP="00FC0825">
            <w:pPr>
              <w:spacing w:after="60" w:line="264" w:lineRule="auto"/>
              <w:rPr>
                <w:sz w:val="22"/>
                <w:szCs w:val="22"/>
              </w:rPr>
            </w:pPr>
            <w:r w:rsidRPr="00D52E46">
              <w:rPr>
                <w:sz w:val="22"/>
                <w:szCs w:val="22"/>
              </w:rPr>
              <w:t>Nhóm</w:t>
            </w:r>
          </w:p>
        </w:tc>
        <w:tc>
          <w:tcPr>
            <w:tcW w:w="1449" w:type="dxa"/>
          </w:tcPr>
          <w:p w14:paraId="42C772F6" w14:textId="77777777" w:rsidR="006F48AE" w:rsidRPr="00D52E46" w:rsidRDefault="009F27A5" w:rsidP="00FC0825">
            <w:pPr>
              <w:spacing w:after="60" w:line="264" w:lineRule="auto"/>
              <w:rPr>
                <w:sz w:val="22"/>
                <w:szCs w:val="22"/>
              </w:rPr>
            </w:pPr>
            <w:r w:rsidRPr="00D52E46">
              <w:rPr>
                <w:sz w:val="22"/>
                <w:szCs w:val="22"/>
              </w:rPr>
              <w:t>HĐ 4</w:t>
            </w:r>
          </w:p>
        </w:tc>
      </w:tr>
      <w:tr w:rsidR="006F48AE" w:rsidRPr="00D52E46" w14:paraId="389509AF" w14:textId="77777777" w:rsidTr="00FC0825">
        <w:tc>
          <w:tcPr>
            <w:tcW w:w="1134" w:type="dxa"/>
          </w:tcPr>
          <w:p w14:paraId="186CE74D" w14:textId="77777777" w:rsidR="006F48AE" w:rsidRPr="00D52E46" w:rsidRDefault="009F27A5" w:rsidP="00FC0825">
            <w:pPr>
              <w:spacing w:after="60" w:line="264" w:lineRule="auto"/>
              <w:rPr>
                <w:sz w:val="22"/>
                <w:szCs w:val="22"/>
              </w:rPr>
            </w:pPr>
            <w:r w:rsidRPr="00D52E46">
              <w:rPr>
                <w:sz w:val="22"/>
                <w:szCs w:val="22"/>
              </w:rPr>
              <w:t>PL12.7.7</w:t>
            </w:r>
          </w:p>
        </w:tc>
        <w:tc>
          <w:tcPr>
            <w:tcW w:w="5353" w:type="dxa"/>
          </w:tcPr>
          <w:p w14:paraId="24F22CCC" w14:textId="77777777" w:rsidR="006F48AE" w:rsidRPr="00D52E46" w:rsidRDefault="009F27A5" w:rsidP="00FC0825">
            <w:pPr>
              <w:spacing w:after="60" w:line="264" w:lineRule="auto"/>
              <w:rPr>
                <w:sz w:val="22"/>
                <w:szCs w:val="22"/>
              </w:rPr>
            </w:pPr>
            <w:r w:rsidRPr="00D52E46">
              <w:rPr>
                <w:sz w:val="22"/>
                <w:szCs w:val="22"/>
              </w:rPr>
              <w:t>Gợi ý đáp án dành cho GV</w:t>
            </w:r>
          </w:p>
        </w:tc>
        <w:tc>
          <w:tcPr>
            <w:tcW w:w="1134" w:type="dxa"/>
          </w:tcPr>
          <w:p w14:paraId="79AD4DF2" w14:textId="77777777" w:rsidR="006F48AE" w:rsidRPr="00D52E46" w:rsidRDefault="009F27A5" w:rsidP="00FC0825">
            <w:pPr>
              <w:spacing w:after="60" w:line="264" w:lineRule="auto"/>
              <w:rPr>
                <w:sz w:val="22"/>
                <w:szCs w:val="22"/>
              </w:rPr>
            </w:pPr>
            <w:r w:rsidRPr="00D52E46">
              <w:rPr>
                <w:sz w:val="22"/>
                <w:szCs w:val="22"/>
              </w:rPr>
              <w:t>GV</w:t>
            </w:r>
          </w:p>
        </w:tc>
        <w:tc>
          <w:tcPr>
            <w:tcW w:w="1449" w:type="dxa"/>
          </w:tcPr>
          <w:p w14:paraId="089433D4" w14:textId="77777777" w:rsidR="006F48AE" w:rsidRPr="00D52E46" w:rsidRDefault="009F27A5" w:rsidP="00FC0825">
            <w:pPr>
              <w:spacing w:after="60" w:line="264" w:lineRule="auto"/>
              <w:rPr>
                <w:sz w:val="22"/>
                <w:szCs w:val="22"/>
              </w:rPr>
            </w:pPr>
            <w:r w:rsidRPr="00D52E46">
              <w:rPr>
                <w:sz w:val="22"/>
                <w:szCs w:val="22"/>
              </w:rPr>
              <w:t>HĐ 2, 3, 4</w:t>
            </w:r>
          </w:p>
        </w:tc>
      </w:tr>
      <w:tr w:rsidR="006F48AE" w:rsidRPr="00D52E46" w14:paraId="46E48FEE" w14:textId="77777777" w:rsidTr="00FC0825">
        <w:tc>
          <w:tcPr>
            <w:tcW w:w="1134" w:type="dxa"/>
          </w:tcPr>
          <w:p w14:paraId="48A144DB" w14:textId="77777777" w:rsidR="006F48AE" w:rsidRPr="00D52E46" w:rsidRDefault="009F27A5" w:rsidP="00FC0825">
            <w:pPr>
              <w:spacing w:after="60" w:line="264" w:lineRule="auto"/>
              <w:rPr>
                <w:sz w:val="22"/>
                <w:szCs w:val="22"/>
              </w:rPr>
            </w:pPr>
            <w:r w:rsidRPr="00D52E46">
              <w:rPr>
                <w:sz w:val="22"/>
                <w:szCs w:val="22"/>
              </w:rPr>
              <w:t>PL12.7.8</w:t>
            </w:r>
          </w:p>
        </w:tc>
        <w:tc>
          <w:tcPr>
            <w:tcW w:w="5353" w:type="dxa"/>
          </w:tcPr>
          <w:p w14:paraId="6DDB6DEE" w14:textId="77777777" w:rsidR="006F48AE" w:rsidRPr="00D52E46" w:rsidRDefault="009F27A5" w:rsidP="00FC0825">
            <w:pPr>
              <w:spacing w:after="60" w:line="264" w:lineRule="auto"/>
              <w:rPr>
                <w:sz w:val="22"/>
                <w:szCs w:val="22"/>
              </w:rPr>
            </w:pPr>
            <w:r w:rsidRPr="00D52E46">
              <w:rPr>
                <w:sz w:val="22"/>
                <w:szCs w:val="22"/>
              </w:rPr>
              <w:t>Ghi chú chuyên môn, nguồn tư liệu và lưu ý khi dạy (dành cho GV)</w:t>
            </w:r>
          </w:p>
        </w:tc>
        <w:tc>
          <w:tcPr>
            <w:tcW w:w="1134" w:type="dxa"/>
          </w:tcPr>
          <w:p w14:paraId="161544A4" w14:textId="77777777" w:rsidR="006F48AE" w:rsidRPr="00D52E46" w:rsidRDefault="009F27A5" w:rsidP="00FC0825">
            <w:pPr>
              <w:spacing w:after="60" w:line="264" w:lineRule="auto"/>
              <w:rPr>
                <w:sz w:val="22"/>
                <w:szCs w:val="22"/>
              </w:rPr>
            </w:pPr>
            <w:r w:rsidRPr="00D52E46">
              <w:rPr>
                <w:sz w:val="22"/>
                <w:szCs w:val="22"/>
              </w:rPr>
              <w:t>GV</w:t>
            </w:r>
          </w:p>
        </w:tc>
        <w:tc>
          <w:tcPr>
            <w:tcW w:w="1449" w:type="dxa"/>
          </w:tcPr>
          <w:p w14:paraId="48F700C0" w14:textId="77777777" w:rsidR="006F48AE" w:rsidRPr="00D52E46" w:rsidRDefault="009F27A5" w:rsidP="00FC0825">
            <w:pPr>
              <w:spacing w:after="60" w:line="264" w:lineRule="auto"/>
              <w:rPr>
                <w:sz w:val="22"/>
                <w:szCs w:val="22"/>
              </w:rPr>
            </w:pPr>
            <w:r w:rsidRPr="00D52E46">
              <w:rPr>
                <w:sz w:val="22"/>
                <w:szCs w:val="22"/>
              </w:rPr>
              <w:t>Trước giờ dạy</w:t>
            </w:r>
          </w:p>
        </w:tc>
      </w:tr>
      <w:tr w:rsidR="006F48AE" w:rsidRPr="00D52E46" w14:paraId="185BF85B" w14:textId="77777777" w:rsidTr="00FC0825">
        <w:tc>
          <w:tcPr>
            <w:tcW w:w="1134" w:type="dxa"/>
          </w:tcPr>
          <w:p w14:paraId="4972708E" w14:textId="77777777" w:rsidR="006F48AE" w:rsidRPr="00D52E46" w:rsidRDefault="009F27A5" w:rsidP="00FC0825">
            <w:pPr>
              <w:spacing w:after="60" w:line="264" w:lineRule="auto"/>
              <w:rPr>
                <w:sz w:val="22"/>
                <w:szCs w:val="22"/>
              </w:rPr>
            </w:pPr>
            <w:r w:rsidRPr="00D52E46">
              <w:rPr>
                <w:sz w:val="22"/>
                <w:szCs w:val="22"/>
              </w:rPr>
              <w:t>PL12.7.9</w:t>
            </w:r>
          </w:p>
        </w:tc>
        <w:tc>
          <w:tcPr>
            <w:tcW w:w="5353" w:type="dxa"/>
          </w:tcPr>
          <w:p w14:paraId="4654E249" w14:textId="77777777" w:rsidR="006F48AE" w:rsidRPr="00D52E46" w:rsidRDefault="009F27A5" w:rsidP="00FC0825">
            <w:pPr>
              <w:spacing w:after="60" w:line="264" w:lineRule="auto"/>
              <w:rPr>
                <w:sz w:val="22"/>
                <w:szCs w:val="22"/>
              </w:rPr>
            </w:pPr>
            <w:r w:rsidRPr="00D52E46">
              <w:rPr>
                <w:sz w:val="22"/>
                <w:szCs w:val="22"/>
              </w:rPr>
              <w:t>Mô tả mức đánh giá của bài và mẫu câu nhận xét</w:t>
            </w:r>
          </w:p>
        </w:tc>
        <w:tc>
          <w:tcPr>
            <w:tcW w:w="1134" w:type="dxa"/>
          </w:tcPr>
          <w:p w14:paraId="4179D72C" w14:textId="77777777" w:rsidR="006F48AE" w:rsidRPr="00D52E46" w:rsidRDefault="009F27A5" w:rsidP="00FC0825">
            <w:pPr>
              <w:spacing w:after="60" w:line="264" w:lineRule="auto"/>
              <w:rPr>
                <w:sz w:val="22"/>
                <w:szCs w:val="22"/>
              </w:rPr>
            </w:pPr>
            <w:r w:rsidRPr="00D52E46">
              <w:rPr>
                <w:sz w:val="22"/>
                <w:szCs w:val="22"/>
              </w:rPr>
              <w:t>GV</w:t>
            </w:r>
          </w:p>
        </w:tc>
        <w:tc>
          <w:tcPr>
            <w:tcW w:w="1449" w:type="dxa"/>
          </w:tcPr>
          <w:p w14:paraId="7A4085DA" w14:textId="77777777" w:rsidR="006F48AE" w:rsidRPr="00D52E46" w:rsidRDefault="009F27A5" w:rsidP="00FC0825">
            <w:pPr>
              <w:spacing w:after="60" w:line="264" w:lineRule="auto"/>
              <w:rPr>
                <w:sz w:val="22"/>
                <w:szCs w:val="22"/>
              </w:rPr>
            </w:pPr>
            <w:r w:rsidRPr="00D52E46">
              <w:rPr>
                <w:sz w:val="22"/>
                <w:szCs w:val="22"/>
              </w:rPr>
              <w:t>mục IV</w:t>
            </w:r>
          </w:p>
        </w:tc>
      </w:tr>
      <w:tr w:rsidR="006F48AE" w:rsidRPr="00D52E46" w14:paraId="2C4241DB" w14:textId="77777777" w:rsidTr="00FC0825">
        <w:tc>
          <w:tcPr>
            <w:tcW w:w="1134" w:type="dxa"/>
          </w:tcPr>
          <w:p w14:paraId="1B536DCA" w14:textId="77777777" w:rsidR="006F48AE" w:rsidRPr="00D52E46" w:rsidRDefault="009F27A5" w:rsidP="00FC0825">
            <w:pPr>
              <w:spacing w:after="60" w:line="264" w:lineRule="auto"/>
              <w:rPr>
                <w:sz w:val="22"/>
                <w:szCs w:val="22"/>
              </w:rPr>
            </w:pPr>
            <w:r w:rsidRPr="00D52E46">
              <w:rPr>
                <w:sz w:val="22"/>
                <w:szCs w:val="22"/>
              </w:rPr>
              <w:t>PL12.7.10</w:t>
            </w:r>
          </w:p>
        </w:tc>
        <w:tc>
          <w:tcPr>
            <w:tcW w:w="5353" w:type="dxa"/>
          </w:tcPr>
          <w:p w14:paraId="6AA790BB" w14:textId="77777777" w:rsidR="006F48AE" w:rsidRPr="00D52E46" w:rsidRDefault="009F27A5" w:rsidP="00FC0825">
            <w:pPr>
              <w:spacing w:after="60" w:line="264" w:lineRule="auto"/>
              <w:rPr>
                <w:sz w:val="22"/>
                <w:szCs w:val="22"/>
              </w:rPr>
            </w:pPr>
            <w:r w:rsidRPr="00D52E46">
              <w:rPr>
                <w:sz w:val="22"/>
                <w:szCs w:val="22"/>
              </w:rPr>
              <w:t>Bảng kiểm an toàn và trách nhiệm của bài</w:t>
            </w:r>
          </w:p>
        </w:tc>
        <w:tc>
          <w:tcPr>
            <w:tcW w:w="1134" w:type="dxa"/>
          </w:tcPr>
          <w:p w14:paraId="39685889" w14:textId="77777777" w:rsidR="006F48AE" w:rsidRPr="00D52E46" w:rsidRDefault="009F27A5" w:rsidP="00FC0825">
            <w:pPr>
              <w:spacing w:after="60" w:line="264" w:lineRule="auto"/>
              <w:rPr>
                <w:sz w:val="22"/>
                <w:szCs w:val="22"/>
              </w:rPr>
            </w:pPr>
            <w:r w:rsidRPr="00D52E46">
              <w:rPr>
                <w:sz w:val="22"/>
                <w:szCs w:val="22"/>
              </w:rPr>
              <w:t>GV</w:t>
            </w:r>
          </w:p>
        </w:tc>
        <w:tc>
          <w:tcPr>
            <w:tcW w:w="1449" w:type="dxa"/>
          </w:tcPr>
          <w:p w14:paraId="73194A3F" w14:textId="77777777" w:rsidR="006F48AE" w:rsidRPr="00D52E46" w:rsidRDefault="009F27A5" w:rsidP="00FC0825">
            <w:pPr>
              <w:spacing w:after="60" w:line="264" w:lineRule="auto"/>
              <w:rPr>
                <w:sz w:val="22"/>
                <w:szCs w:val="22"/>
              </w:rPr>
            </w:pPr>
            <w:r w:rsidRPr="00D52E46">
              <w:rPr>
                <w:sz w:val="22"/>
                <w:szCs w:val="22"/>
              </w:rPr>
              <w:t>Trước giờ dạy</w:t>
            </w:r>
          </w:p>
        </w:tc>
      </w:tr>
      <w:tr w:rsidR="006F48AE" w:rsidRPr="00D52E46" w14:paraId="572D600E" w14:textId="77777777" w:rsidTr="00FC0825">
        <w:tc>
          <w:tcPr>
            <w:tcW w:w="1134" w:type="dxa"/>
          </w:tcPr>
          <w:p w14:paraId="04E548DA" w14:textId="77777777" w:rsidR="006F48AE" w:rsidRPr="00D52E46" w:rsidRDefault="009F27A5" w:rsidP="00FC0825">
            <w:pPr>
              <w:spacing w:after="60" w:line="264" w:lineRule="auto"/>
              <w:rPr>
                <w:sz w:val="22"/>
                <w:szCs w:val="22"/>
              </w:rPr>
            </w:pPr>
            <w:r w:rsidRPr="00D52E46">
              <w:rPr>
                <w:sz w:val="22"/>
                <w:szCs w:val="22"/>
              </w:rPr>
              <w:t>PL12.7.11</w:t>
            </w:r>
          </w:p>
        </w:tc>
        <w:tc>
          <w:tcPr>
            <w:tcW w:w="5353" w:type="dxa"/>
          </w:tcPr>
          <w:p w14:paraId="6B2881F3" w14:textId="77777777" w:rsidR="006F48AE" w:rsidRPr="00D52E46" w:rsidRDefault="009F27A5" w:rsidP="00FC0825">
            <w:pPr>
              <w:spacing w:after="60" w:line="264" w:lineRule="auto"/>
              <w:rPr>
                <w:sz w:val="22"/>
                <w:szCs w:val="22"/>
              </w:rPr>
            </w:pPr>
            <w:r w:rsidRPr="00D52E46">
              <w:rPr>
                <w:sz w:val="22"/>
                <w:szCs w:val="22"/>
              </w:rPr>
              <w:t>Lưu ý về đánh giá của bài</w:t>
            </w:r>
          </w:p>
        </w:tc>
        <w:tc>
          <w:tcPr>
            <w:tcW w:w="1134" w:type="dxa"/>
          </w:tcPr>
          <w:p w14:paraId="0C0E2E4F" w14:textId="77777777" w:rsidR="006F48AE" w:rsidRPr="00D52E46" w:rsidRDefault="009F27A5" w:rsidP="00FC0825">
            <w:pPr>
              <w:spacing w:after="60" w:line="264" w:lineRule="auto"/>
              <w:rPr>
                <w:sz w:val="22"/>
                <w:szCs w:val="22"/>
              </w:rPr>
            </w:pPr>
            <w:r w:rsidRPr="00D52E46">
              <w:rPr>
                <w:sz w:val="22"/>
                <w:szCs w:val="22"/>
              </w:rPr>
              <w:t>GV</w:t>
            </w:r>
          </w:p>
        </w:tc>
        <w:tc>
          <w:tcPr>
            <w:tcW w:w="1449" w:type="dxa"/>
          </w:tcPr>
          <w:p w14:paraId="171336E3" w14:textId="77777777" w:rsidR="006F48AE" w:rsidRPr="00D52E46" w:rsidRDefault="009F27A5" w:rsidP="00FC0825">
            <w:pPr>
              <w:spacing w:after="60" w:line="264" w:lineRule="auto"/>
              <w:rPr>
                <w:sz w:val="22"/>
                <w:szCs w:val="22"/>
              </w:rPr>
            </w:pPr>
            <w:r w:rsidRPr="00D52E46">
              <w:rPr>
                <w:sz w:val="22"/>
                <w:szCs w:val="22"/>
              </w:rPr>
              <w:t>mục IV</w:t>
            </w:r>
          </w:p>
        </w:tc>
      </w:tr>
      <w:tr w:rsidR="006F48AE" w:rsidRPr="00D52E46" w14:paraId="299F41C9" w14:textId="77777777" w:rsidTr="00FC0825">
        <w:tc>
          <w:tcPr>
            <w:tcW w:w="1134" w:type="dxa"/>
          </w:tcPr>
          <w:p w14:paraId="02CADEC5" w14:textId="77777777" w:rsidR="006F48AE" w:rsidRPr="00D52E46" w:rsidRDefault="009F27A5" w:rsidP="00FC0825">
            <w:pPr>
              <w:spacing w:after="60" w:line="264" w:lineRule="auto"/>
              <w:rPr>
                <w:sz w:val="22"/>
                <w:szCs w:val="22"/>
              </w:rPr>
            </w:pPr>
            <w:r w:rsidRPr="00D52E46">
              <w:rPr>
                <w:sz w:val="22"/>
                <w:szCs w:val="22"/>
              </w:rPr>
              <w:t>PL12.7.12</w:t>
            </w:r>
          </w:p>
        </w:tc>
        <w:tc>
          <w:tcPr>
            <w:tcW w:w="5353" w:type="dxa"/>
          </w:tcPr>
          <w:p w14:paraId="3BD0CB56" w14:textId="77777777" w:rsidR="006F48AE" w:rsidRPr="00D52E46" w:rsidRDefault="009F27A5" w:rsidP="00FC0825">
            <w:pPr>
              <w:spacing w:after="60" w:line="264" w:lineRule="auto"/>
              <w:rPr>
                <w:sz w:val="22"/>
                <w:szCs w:val="22"/>
              </w:rPr>
            </w:pPr>
            <w:r w:rsidRPr="00D52E46">
              <w:rPr>
                <w:sz w:val="22"/>
                <w:szCs w:val="22"/>
              </w:rPr>
              <w:t>Sản phẩm và gợi ý đáp án theo hoạt động</w:t>
            </w:r>
          </w:p>
        </w:tc>
        <w:tc>
          <w:tcPr>
            <w:tcW w:w="1134" w:type="dxa"/>
          </w:tcPr>
          <w:p w14:paraId="54157CAF" w14:textId="77777777" w:rsidR="006F48AE" w:rsidRPr="00D52E46" w:rsidRDefault="009F27A5" w:rsidP="00FC0825">
            <w:pPr>
              <w:spacing w:after="60" w:line="264" w:lineRule="auto"/>
              <w:rPr>
                <w:sz w:val="22"/>
                <w:szCs w:val="22"/>
              </w:rPr>
            </w:pPr>
            <w:r w:rsidRPr="00D52E46">
              <w:rPr>
                <w:sz w:val="22"/>
                <w:szCs w:val="22"/>
              </w:rPr>
              <w:t>GV</w:t>
            </w:r>
          </w:p>
        </w:tc>
        <w:tc>
          <w:tcPr>
            <w:tcW w:w="1449" w:type="dxa"/>
          </w:tcPr>
          <w:p w14:paraId="575D1945" w14:textId="77777777" w:rsidR="006F48AE" w:rsidRPr="00D52E46" w:rsidRDefault="009F27A5" w:rsidP="00FC0825">
            <w:pPr>
              <w:spacing w:after="60" w:line="264" w:lineRule="auto"/>
              <w:rPr>
                <w:sz w:val="22"/>
                <w:szCs w:val="22"/>
              </w:rPr>
            </w:pPr>
            <w:r w:rsidRPr="00D52E46">
              <w:rPr>
                <w:sz w:val="22"/>
                <w:szCs w:val="22"/>
              </w:rPr>
              <w:t>Các hoạt động; mục IV</w:t>
            </w:r>
          </w:p>
        </w:tc>
      </w:tr>
    </w:tbl>
    <w:p w14:paraId="1975F80C" w14:textId="77777777" w:rsidR="006F48AE" w:rsidRPr="00692BD6" w:rsidRDefault="009F27A5">
      <w:pPr>
        <w:keepNext/>
        <w:spacing w:before="80" w:after="60" w:line="264" w:lineRule="auto"/>
        <w:rPr>
          <w:sz w:val="24"/>
          <w:szCs w:val="24"/>
        </w:rPr>
      </w:pPr>
      <w:r w:rsidRPr="00692BD6">
        <w:rPr>
          <w:b/>
          <w:sz w:val="24"/>
          <w:szCs w:val="24"/>
        </w:rPr>
        <w:t>PL12.7.1. Phiếu học tập 12.7.1 (Nhiệm vụ 2.1, Năm vai trò trong phát triển sản phẩm AI)</w:t>
      </w:r>
    </w:p>
    <w:p w14:paraId="5DB99DFA" w14:textId="77777777" w:rsidR="006F48AE" w:rsidRPr="00692BD6" w:rsidRDefault="009F27A5">
      <w:pPr>
        <w:spacing w:after="60" w:line="264" w:lineRule="auto"/>
        <w:jc w:val="both"/>
        <w:rPr>
          <w:sz w:val="24"/>
          <w:szCs w:val="24"/>
        </w:rPr>
      </w:pPr>
      <w:r w:rsidRPr="00692BD6">
        <w:rPr>
          <w:sz w:val="24"/>
          <w:szCs w:val="24"/>
        </w:rPr>
        <w:t>Nhóm: ……………………</w:t>
      </w:r>
      <w:r w:rsidRPr="00692BD6">
        <w:rPr>
          <w:sz w:val="24"/>
          <w:szCs w:val="24"/>
        </w:rPr>
        <w:tab/>
      </w:r>
      <w:r w:rsidRPr="00692BD6">
        <w:rPr>
          <w:sz w:val="24"/>
          <w:szCs w:val="24"/>
        </w:rPr>
        <w:t>Lớp: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3686"/>
        <w:gridCol w:w="2692"/>
        <w:gridCol w:w="2693"/>
      </w:tblGrid>
      <w:tr w:rsidR="006F48AE" w14:paraId="66355AAA" w14:textId="77777777" w:rsidTr="00FC0825">
        <w:trPr>
          <w:cantSplit/>
          <w:tblHeader/>
          <w:jc w:val="center"/>
        </w:trPr>
        <w:tc>
          <w:tcPr>
            <w:tcW w:w="3686" w:type="dxa"/>
            <w:vAlign w:val="center"/>
          </w:tcPr>
          <w:p w14:paraId="34EE73CF" w14:textId="77777777" w:rsidR="006F48AE" w:rsidRDefault="009F27A5">
            <w:pPr>
              <w:spacing w:after="0" w:line="240" w:lineRule="auto"/>
              <w:jc w:val="center"/>
            </w:pPr>
            <w:r>
              <w:rPr>
                <w:b/>
                <w:sz w:val="22"/>
                <w:szCs w:val="22"/>
              </w:rPr>
              <w:t>Vai trò</w:t>
            </w:r>
          </w:p>
        </w:tc>
        <w:tc>
          <w:tcPr>
            <w:tcW w:w="2692" w:type="dxa"/>
            <w:vAlign w:val="center"/>
          </w:tcPr>
          <w:p w14:paraId="3ADDACEF" w14:textId="77777777" w:rsidR="006F48AE" w:rsidRDefault="009F27A5">
            <w:pPr>
              <w:spacing w:after="0" w:line="240" w:lineRule="auto"/>
              <w:jc w:val="center"/>
            </w:pPr>
            <w:r>
              <w:rPr>
                <w:b/>
                <w:sz w:val="22"/>
                <w:szCs w:val="22"/>
              </w:rPr>
              <w:t>Nhiệm vụ chính</w:t>
            </w:r>
          </w:p>
        </w:tc>
        <w:tc>
          <w:tcPr>
            <w:tcW w:w="2693" w:type="dxa"/>
            <w:vAlign w:val="center"/>
          </w:tcPr>
          <w:p w14:paraId="65401368" w14:textId="77777777" w:rsidR="006F48AE" w:rsidRDefault="009F27A5">
            <w:pPr>
              <w:spacing w:after="0" w:line="240" w:lineRule="auto"/>
              <w:jc w:val="center"/>
            </w:pPr>
            <w:r>
              <w:rPr>
                <w:b/>
                <w:sz w:val="22"/>
                <w:szCs w:val="22"/>
              </w:rPr>
              <w:t>Sản phẩm bàn giao</w:t>
            </w:r>
          </w:p>
        </w:tc>
      </w:tr>
      <w:tr w:rsidR="006F48AE" w14:paraId="79076D94" w14:textId="77777777" w:rsidTr="00FC0825">
        <w:trPr>
          <w:cantSplit/>
          <w:trHeight w:val="624"/>
          <w:jc w:val="center"/>
        </w:trPr>
        <w:tc>
          <w:tcPr>
            <w:tcW w:w="3686" w:type="dxa"/>
          </w:tcPr>
          <w:p w14:paraId="27E41C74" w14:textId="77777777" w:rsidR="006F48AE" w:rsidRDefault="009F27A5">
            <w:pPr>
              <w:spacing w:after="0" w:line="240" w:lineRule="auto"/>
            </w:pPr>
            <w:r>
              <w:rPr>
                <w:sz w:val="22"/>
                <w:szCs w:val="22"/>
              </w:rPr>
              <w:t>1. Người đề xuất ý tưởng và quản lí sản phẩm</w:t>
            </w:r>
          </w:p>
        </w:tc>
        <w:tc>
          <w:tcPr>
            <w:tcW w:w="2692" w:type="dxa"/>
          </w:tcPr>
          <w:p w14:paraId="752448CE" w14:textId="77777777" w:rsidR="006F48AE" w:rsidRDefault="006F48AE">
            <w:pPr>
              <w:spacing w:after="0" w:line="264" w:lineRule="auto"/>
            </w:pPr>
          </w:p>
        </w:tc>
        <w:tc>
          <w:tcPr>
            <w:tcW w:w="2693" w:type="dxa"/>
          </w:tcPr>
          <w:p w14:paraId="0C0A0FA9" w14:textId="77777777" w:rsidR="006F48AE" w:rsidRDefault="006F48AE">
            <w:pPr>
              <w:spacing w:after="0" w:line="264" w:lineRule="auto"/>
            </w:pPr>
          </w:p>
        </w:tc>
      </w:tr>
      <w:tr w:rsidR="006F48AE" w14:paraId="225A6206" w14:textId="77777777" w:rsidTr="00FC0825">
        <w:trPr>
          <w:cantSplit/>
          <w:trHeight w:val="624"/>
          <w:jc w:val="center"/>
        </w:trPr>
        <w:tc>
          <w:tcPr>
            <w:tcW w:w="3686" w:type="dxa"/>
          </w:tcPr>
          <w:p w14:paraId="2D03C6E5" w14:textId="77777777" w:rsidR="006F48AE" w:rsidRDefault="009F27A5">
            <w:pPr>
              <w:spacing w:after="0" w:line="240" w:lineRule="auto"/>
            </w:pPr>
            <w:r>
              <w:rPr>
                <w:sz w:val="22"/>
                <w:szCs w:val="22"/>
              </w:rPr>
              <w:t>2. Kĩ sư dữ liệu và huấn luyện mô hình</w:t>
            </w:r>
          </w:p>
        </w:tc>
        <w:tc>
          <w:tcPr>
            <w:tcW w:w="2692" w:type="dxa"/>
          </w:tcPr>
          <w:p w14:paraId="04F20A0C" w14:textId="77777777" w:rsidR="006F48AE" w:rsidRDefault="006F48AE">
            <w:pPr>
              <w:spacing w:after="0" w:line="264" w:lineRule="auto"/>
            </w:pPr>
          </w:p>
        </w:tc>
        <w:tc>
          <w:tcPr>
            <w:tcW w:w="2693" w:type="dxa"/>
          </w:tcPr>
          <w:p w14:paraId="54783371" w14:textId="77777777" w:rsidR="006F48AE" w:rsidRDefault="006F48AE">
            <w:pPr>
              <w:spacing w:after="0" w:line="264" w:lineRule="auto"/>
            </w:pPr>
          </w:p>
        </w:tc>
      </w:tr>
      <w:tr w:rsidR="006F48AE" w14:paraId="14BFE69A" w14:textId="77777777" w:rsidTr="00FC0825">
        <w:trPr>
          <w:cantSplit/>
          <w:trHeight w:val="624"/>
          <w:jc w:val="center"/>
        </w:trPr>
        <w:tc>
          <w:tcPr>
            <w:tcW w:w="3686" w:type="dxa"/>
          </w:tcPr>
          <w:p w14:paraId="006F5035" w14:textId="77777777" w:rsidR="006F48AE" w:rsidRDefault="009F27A5">
            <w:pPr>
              <w:spacing w:after="0" w:line="240" w:lineRule="auto"/>
            </w:pPr>
            <w:r>
              <w:rPr>
                <w:sz w:val="22"/>
                <w:szCs w:val="22"/>
              </w:rPr>
              <w:t>3. Lập trình viên phát triển giao diện và tích hợp</w:t>
            </w:r>
          </w:p>
        </w:tc>
        <w:tc>
          <w:tcPr>
            <w:tcW w:w="2692" w:type="dxa"/>
          </w:tcPr>
          <w:p w14:paraId="4964B46E" w14:textId="77777777" w:rsidR="006F48AE" w:rsidRDefault="006F48AE">
            <w:pPr>
              <w:spacing w:after="0" w:line="264" w:lineRule="auto"/>
            </w:pPr>
          </w:p>
        </w:tc>
        <w:tc>
          <w:tcPr>
            <w:tcW w:w="2693" w:type="dxa"/>
          </w:tcPr>
          <w:p w14:paraId="376ABC20" w14:textId="77777777" w:rsidR="006F48AE" w:rsidRDefault="006F48AE">
            <w:pPr>
              <w:spacing w:after="0" w:line="264" w:lineRule="auto"/>
            </w:pPr>
          </w:p>
        </w:tc>
      </w:tr>
      <w:tr w:rsidR="006F48AE" w14:paraId="1C755559" w14:textId="77777777" w:rsidTr="00FC0825">
        <w:trPr>
          <w:cantSplit/>
          <w:trHeight w:val="624"/>
          <w:jc w:val="center"/>
        </w:trPr>
        <w:tc>
          <w:tcPr>
            <w:tcW w:w="3686" w:type="dxa"/>
          </w:tcPr>
          <w:p w14:paraId="20FE66A8" w14:textId="77777777" w:rsidR="006F48AE" w:rsidRDefault="009F27A5">
            <w:pPr>
              <w:spacing w:after="0" w:line="240" w:lineRule="auto"/>
            </w:pPr>
            <w:r>
              <w:rPr>
                <w:sz w:val="22"/>
                <w:szCs w:val="22"/>
              </w:rPr>
              <w:t>4. Kĩ sư kiểm thử chất lượng</w:t>
            </w:r>
          </w:p>
        </w:tc>
        <w:tc>
          <w:tcPr>
            <w:tcW w:w="2692" w:type="dxa"/>
          </w:tcPr>
          <w:p w14:paraId="5AB50429" w14:textId="77777777" w:rsidR="006F48AE" w:rsidRDefault="006F48AE">
            <w:pPr>
              <w:spacing w:after="0" w:line="264" w:lineRule="auto"/>
            </w:pPr>
          </w:p>
        </w:tc>
        <w:tc>
          <w:tcPr>
            <w:tcW w:w="2693" w:type="dxa"/>
          </w:tcPr>
          <w:p w14:paraId="6D6D7D85" w14:textId="77777777" w:rsidR="006F48AE" w:rsidRDefault="006F48AE">
            <w:pPr>
              <w:spacing w:after="0" w:line="264" w:lineRule="auto"/>
            </w:pPr>
          </w:p>
        </w:tc>
      </w:tr>
      <w:tr w:rsidR="006F48AE" w14:paraId="03D77FFD" w14:textId="77777777" w:rsidTr="00FC0825">
        <w:trPr>
          <w:cantSplit/>
          <w:trHeight w:val="624"/>
          <w:jc w:val="center"/>
        </w:trPr>
        <w:tc>
          <w:tcPr>
            <w:tcW w:w="3686" w:type="dxa"/>
          </w:tcPr>
          <w:p w14:paraId="5C57FEE3" w14:textId="77777777" w:rsidR="006F48AE" w:rsidRDefault="009F27A5">
            <w:pPr>
              <w:spacing w:after="0" w:line="240" w:lineRule="auto"/>
            </w:pPr>
            <w:r>
              <w:rPr>
                <w:sz w:val="22"/>
                <w:szCs w:val="22"/>
              </w:rPr>
              <w:t>5. Chuyên gia lĩnh vực và người dùng cuối</w:t>
            </w:r>
          </w:p>
        </w:tc>
        <w:tc>
          <w:tcPr>
            <w:tcW w:w="2692" w:type="dxa"/>
          </w:tcPr>
          <w:p w14:paraId="36DA3636" w14:textId="77777777" w:rsidR="006F48AE" w:rsidRDefault="006F48AE">
            <w:pPr>
              <w:spacing w:after="0" w:line="264" w:lineRule="auto"/>
            </w:pPr>
          </w:p>
        </w:tc>
        <w:tc>
          <w:tcPr>
            <w:tcW w:w="2693" w:type="dxa"/>
          </w:tcPr>
          <w:p w14:paraId="6C5E9719" w14:textId="77777777" w:rsidR="006F48AE" w:rsidRDefault="006F48AE">
            <w:pPr>
              <w:spacing w:after="0" w:line="264" w:lineRule="auto"/>
            </w:pPr>
          </w:p>
        </w:tc>
      </w:tr>
    </w:tbl>
    <w:p w14:paraId="7D55C195" w14:textId="77777777" w:rsidR="006F48AE" w:rsidRDefault="006F48AE">
      <w:pPr>
        <w:spacing w:after="40" w:line="192" w:lineRule="auto"/>
        <w:jc w:val="both"/>
      </w:pPr>
    </w:p>
    <w:p w14:paraId="5DF06591" w14:textId="77777777" w:rsidR="006F48AE" w:rsidRPr="00692BD6" w:rsidRDefault="009F27A5">
      <w:pPr>
        <w:keepNext/>
        <w:spacing w:before="80" w:after="60" w:line="264" w:lineRule="auto"/>
        <w:rPr>
          <w:sz w:val="24"/>
          <w:szCs w:val="24"/>
        </w:rPr>
      </w:pPr>
      <w:r w:rsidRPr="00692BD6">
        <w:rPr>
          <w:b/>
          <w:sz w:val="24"/>
          <w:szCs w:val="24"/>
        </w:rPr>
        <w:t>PL12.7.2. Sơ đồ ca mẫu “Trợ lí AI giải đáp nội quy và tư vấn học tập” (Nhiệm vụ 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843"/>
        <w:gridCol w:w="7228"/>
      </w:tblGrid>
      <w:tr w:rsidR="006F48AE" w14:paraId="40387E35" w14:textId="77777777" w:rsidTr="00FC0825">
        <w:trPr>
          <w:cantSplit/>
          <w:tblHeader/>
          <w:jc w:val="center"/>
        </w:trPr>
        <w:tc>
          <w:tcPr>
            <w:tcW w:w="1843" w:type="dxa"/>
            <w:vAlign w:val="center"/>
          </w:tcPr>
          <w:p w14:paraId="6A755001" w14:textId="77777777" w:rsidR="006F48AE" w:rsidRDefault="009F27A5">
            <w:pPr>
              <w:spacing w:after="0" w:line="240" w:lineRule="auto"/>
              <w:jc w:val="center"/>
            </w:pPr>
            <w:r>
              <w:rPr>
                <w:b/>
                <w:sz w:val="22"/>
                <w:szCs w:val="22"/>
              </w:rPr>
              <w:t>Bước bàn giao</w:t>
            </w:r>
          </w:p>
        </w:tc>
        <w:tc>
          <w:tcPr>
            <w:tcW w:w="7228" w:type="dxa"/>
            <w:vAlign w:val="center"/>
          </w:tcPr>
          <w:p w14:paraId="318B1885" w14:textId="77777777" w:rsidR="006F48AE" w:rsidRDefault="009F27A5">
            <w:pPr>
              <w:spacing w:after="0" w:line="240" w:lineRule="auto"/>
              <w:jc w:val="center"/>
            </w:pPr>
            <w:r>
              <w:rPr>
                <w:b/>
                <w:sz w:val="22"/>
                <w:szCs w:val="22"/>
              </w:rPr>
              <w:t>Nội dung trong ca mẫu</w:t>
            </w:r>
          </w:p>
        </w:tc>
      </w:tr>
      <w:tr w:rsidR="006F48AE" w14:paraId="669ED71C" w14:textId="77777777" w:rsidTr="00FC0825">
        <w:trPr>
          <w:cantSplit/>
          <w:jc w:val="center"/>
        </w:trPr>
        <w:tc>
          <w:tcPr>
            <w:tcW w:w="1843" w:type="dxa"/>
            <w:vAlign w:val="center"/>
          </w:tcPr>
          <w:p w14:paraId="524E9391" w14:textId="77777777" w:rsidR="006F48AE" w:rsidRDefault="009F27A5">
            <w:pPr>
              <w:spacing w:after="0" w:line="240" w:lineRule="auto"/>
              <w:jc w:val="center"/>
            </w:pPr>
            <w:r>
              <w:rPr>
                <w:b/>
                <w:sz w:val="22"/>
                <w:szCs w:val="22"/>
              </w:rPr>
              <w:lastRenderedPageBreak/>
              <w:t>Bước 1</w:t>
            </w:r>
          </w:p>
        </w:tc>
        <w:tc>
          <w:tcPr>
            <w:tcW w:w="7228" w:type="dxa"/>
          </w:tcPr>
          <w:p w14:paraId="2B7FF320" w14:textId="77777777" w:rsidR="006F48AE" w:rsidRDefault="009F27A5">
            <w:pPr>
              <w:spacing w:after="0" w:line="240" w:lineRule="auto"/>
            </w:pPr>
            <w:r>
              <w:rPr>
                <w:sz w:val="22"/>
                <w:szCs w:val="22"/>
              </w:rPr>
              <w:t>Người đề xuất ý tưởng bàn giao cho kĩ sư dữ liệu: mục tiêu của trợ lí (trả lời đúng nội quy, tư vấn học tập phù hợp) và tiêu chí thành công.</w:t>
            </w:r>
          </w:p>
        </w:tc>
      </w:tr>
      <w:tr w:rsidR="006F48AE" w14:paraId="4E248823" w14:textId="77777777" w:rsidTr="00FC0825">
        <w:trPr>
          <w:cantSplit/>
          <w:jc w:val="center"/>
        </w:trPr>
        <w:tc>
          <w:tcPr>
            <w:tcW w:w="1843" w:type="dxa"/>
            <w:vAlign w:val="center"/>
          </w:tcPr>
          <w:p w14:paraId="76AF27C2" w14:textId="77777777" w:rsidR="006F48AE" w:rsidRDefault="009F27A5">
            <w:pPr>
              <w:spacing w:after="0" w:line="240" w:lineRule="auto"/>
              <w:jc w:val="center"/>
            </w:pPr>
            <w:r>
              <w:rPr>
                <w:b/>
                <w:sz w:val="22"/>
                <w:szCs w:val="22"/>
              </w:rPr>
              <w:t>Bước 2</w:t>
            </w:r>
          </w:p>
        </w:tc>
        <w:tc>
          <w:tcPr>
            <w:tcW w:w="7228" w:type="dxa"/>
          </w:tcPr>
          <w:p w14:paraId="38952E78" w14:textId="77777777" w:rsidR="006F48AE" w:rsidRDefault="009F27A5">
            <w:pPr>
              <w:spacing w:after="0" w:line="240" w:lineRule="auto"/>
            </w:pPr>
            <w:r>
              <w:rPr>
                <w:sz w:val="22"/>
                <w:szCs w:val="22"/>
              </w:rPr>
              <w:t>Kĩ sư dữ liệu bàn giao cho lập trình viên: tập câu hỏi, câu trả lời mẫu đã làm sạch và mô hình đã huấn luyện.</w:t>
            </w:r>
          </w:p>
        </w:tc>
      </w:tr>
      <w:tr w:rsidR="006F48AE" w14:paraId="7931E3D8" w14:textId="77777777" w:rsidTr="00FC0825">
        <w:trPr>
          <w:cantSplit/>
          <w:jc w:val="center"/>
        </w:trPr>
        <w:tc>
          <w:tcPr>
            <w:tcW w:w="1843" w:type="dxa"/>
            <w:vAlign w:val="center"/>
          </w:tcPr>
          <w:p w14:paraId="6A8778AF" w14:textId="77777777" w:rsidR="006F48AE" w:rsidRDefault="009F27A5">
            <w:pPr>
              <w:spacing w:after="0" w:line="240" w:lineRule="auto"/>
              <w:jc w:val="center"/>
            </w:pPr>
            <w:r>
              <w:rPr>
                <w:b/>
                <w:sz w:val="22"/>
                <w:szCs w:val="22"/>
              </w:rPr>
              <w:t>Bước 3</w:t>
            </w:r>
          </w:p>
        </w:tc>
        <w:tc>
          <w:tcPr>
            <w:tcW w:w="7228" w:type="dxa"/>
          </w:tcPr>
          <w:p w14:paraId="6A2DC6D6" w14:textId="77777777" w:rsidR="006F48AE" w:rsidRDefault="009F27A5">
            <w:pPr>
              <w:spacing w:after="0" w:line="240" w:lineRule="auto"/>
            </w:pPr>
            <w:r>
              <w:rPr>
                <w:sz w:val="22"/>
                <w:szCs w:val="22"/>
              </w:rPr>
              <w:t>Lập trình viên bàn giao cho kĩ sư kiểm thử: ứng dụng đã tích hợp giao diện hỏi, đáp, chạy thử được trên máy của trường.</w:t>
            </w:r>
          </w:p>
        </w:tc>
      </w:tr>
      <w:tr w:rsidR="006F48AE" w14:paraId="3BCBAF29" w14:textId="77777777" w:rsidTr="00FC0825">
        <w:trPr>
          <w:cantSplit/>
          <w:jc w:val="center"/>
        </w:trPr>
        <w:tc>
          <w:tcPr>
            <w:tcW w:w="1843" w:type="dxa"/>
            <w:vAlign w:val="center"/>
          </w:tcPr>
          <w:p w14:paraId="09FEC916" w14:textId="77777777" w:rsidR="006F48AE" w:rsidRDefault="009F27A5">
            <w:pPr>
              <w:spacing w:after="0" w:line="240" w:lineRule="auto"/>
              <w:jc w:val="center"/>
            </w:pPr>
            <w:r>
              <w:rPr>
                <w:b/>
                <w:sz w:val="22"/>
                <w:szCs w:val="22"/>
              </w:rPr>
              <w:t>Bước 4</w:t>
            </w:r>
          </w:p>
        </w:tc>
        <w:tc>
          <w:tcPr>
            <w:tcW w:w="7228" w:type="dxa"/>
          </w:tcPr>
          <w:p w14:paraId="0E750EF6" w14:textId="77777777" w:rsidR="006F48AE" w:rsidRDefault="009F27A5">
            <w:pPr>
              <w:spacing w:after="0" w:line="240" w:lineRule="auto"/>
            </w:pPr>
            <w:r>
              <w:rPr>
                <w:sz w:val="22"/>
                <w:szCs w:val="22"/>
              </w:rPr>
              <w:t>Kĩ sư kiểm thử và GV chủ nhiệm (chuyên gia lĩnh vực) phát hiện trợ lí trả lời sai một điều trong nội quy; phản hồi được gửi ngược về kĩ sư dữ liệu để bổ sung dữ liệu, rồi lập trình viên tích hợp lại bản đã sửa.</w:t>
            </w:r>
          </w:p>
        </w:tc>
      </w:tr>
    </w:tbl>
    <w:p w14:paraId="100B8FCA" w14:textId="77777777" w:rsidR="006F48AE" w:rsidRDefault="009F27A5">
      <w:pPr>
        <w:spacing w:before="120" w:after="60" w:line="264" w:lineRule="auto"/>
        <w:jc w:val="center"/>
      </w:pPr>
      <w:r>
        <w:rPr>
          <w:noProof/>
        </w:rPr>
        <mc:AlternateContent>
          <mc:Choice Requires="wpg">
            <w:drawing>
              <wp:inline distT="0" distB="0" distL="0" distR="0" wp14:anchorId="15BC336A" wp14:editId="700D39C1">
                <wp:extent cx="5760000" cy="4224000"/>
                <wp:effectExtent l="0" t="0" r="0" b="0"/>
                <wp:docPr id="9004" name="Hình 1 – Sơ đồ bàn giao khép kín giữa năm vai trò" descr="Hình 1 – Sơ đồ bàn giao khép kín giữa năm vai trò"/>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760000" cy="4224000"/>
                          <a:chOff x="0" y="0"/>
                          <a:chExt cx="5760000" cy="4224000"/>
                        </a:xfrm>
                      </wpg:grpSpPr>
                      <wps:wsp>
                        <wps:cNvPr id="133292060" name="Rectangle: Rounded Corners 133292060"/>
                        <wps:cNvSpPr/>
                        <wps:spPr>
                          <a:xfrm>
                            <a:off x="372000" y="2904000"/>
                            <a:ext cx="1368000" cy="1080000"/>
                          </a:xfrm>
                          <a:prstGeom prst="roundRect">
                            <a:avLst>
                              <a:gd name="adj" fmla="val 8000"/>
                            </a:avLst>
                          </a:prstGeom>
                          <a:solidFill>
                            <a:srgbClr val="E3EEF8"/>
                          </a:solidFill>
                          <a:ln w="12000">
                            <a:solidFill>
                              <a:srgbClr val="2E75B6"/>
                            </a:solidFill>
                          </a:ln>
                        </wps:spPr>
                        <wps:txbx>
                          <w:txbxContent>
                            <w:p w14:paraId="6A930D96" w14:textId="77777777" w:rsidR="006F48AE" w:rsidRDefault="009F27A5">
                              <w:pPr>
                                <w:spacing w:after="0" w:line="240" w:lineRule="auto"/>
                                <w:jc w:val="center"/>
                              </w:pPr>
                              <w:r>
                                <w:rPr>
                                  <w:b/>
                                  <w:sz w:val="17"/>
                                  <w:szCs w:val="17"/>
                                </w:rPr>
                                <w:t>(1) Người đề xuất</w:t>
                              </w:r>
                            </w:p>
                            <w:p w14:paraId="267D247C" w14:textId="77777777" w:rsidR="006F48AE" w:rsidRDefault="009F27A5">
                              <w:pPr>
                                <w:spacing w:after="0" w:line="240" w:lineRule="auto"/>
                                <w:jc w:val="center"/>
                              </w:pPr>
                              <w:r>
                                <w:rPr>
                                  <w:b/>
                                  <w:sz w:val="17"/>
                                  <w:szCs w:val="17"/>
                                </w:rPr>
                                <w:t>ý tưởng</w:t>
                              </w:r>
                            </w:p>
                            <w:p w14:paraId="29ED7F97" w14:textId="77777777" w:rsidR="006F48AE" w:rsidRDefault="006F48AE">
                              <w:pPr>
                                <w:spacing w:after="0" w:line="240" w:lineRule="auto"/>
                                <w:jc w:val="center"/>
                              </w:pPr>
                            </w:p>
                            <w:p w14:paraId="174495D4" w14:textId="77777777" w:rsidR="006F48AE" w:rsidRDefault="009F27A5">
                              <w:pPr>
                                <w:spacing w:after="0" w:line="240" w:lineRule="auto"/>
                                <w:jc w:val="center"/>
                              </w:pPr>
                              <w:r>
                                <w:rPr>
                                  <w:sz w:val="17"/>
                                  <w:szCs w:val="17"/>
                                </w:rPr>
                                <w:t>xác định vấn đề,</w:t>
                              </w:r>
                            </w:p>
                            <w:p w14:paraId="3D34B4EA" w14:textId="77777777" w:rsidR="006F48AE" w:rsidRDefault="009F27A5">
                              <w:pPr>
                                <w:spacing w:after="0" w:line="240" w:lineRule="auto"/>
                                <w:jc w:val="center"/>
                              </w:pPr>
                              <w:r>
                                <w:rPr>
                                  <w:sz w:val="17"/>
                                  <w:szCs w:val="17"/>
                                </w:rPr>
                                <w:t>người dùng và</w:t>
                              </w:r>
                            </w:p>
                            <w:p w14:paraId="2A0D591D" w14:textId="77777777" w:rsidR="006F48AE" w:rsidRDefault="009F27A5">
                              <w:pPr>
                                <w:spacing w:after="0" w:line="240" w:lineRule="auto"/>
                                <w:jc w:val="center"/>
                              </w:pPr>
                              <w:r>
                                <w:rPr>
                                  <w:sz w:val="17"/>
                                  <w:szCs w:val="17"/>
                                </w:rPr>
                                <w:t>tiêu chí thành công</w:t>
                              </w:r>
                            </w:p>
                          </w:txbxContent>
                        </wps:txbx>
                        <wps:bodyPr lIns="45720" tIns="22860" rIns="45720" bIns="22860" anchor="ctr">
                          <a:noAutofit/>
                        </wps:bodyPr>
                      </wps:wsp>
                      <wps:wsp>
                        <wps:cNvPr id="1027018952" name="Rectangle: Rounded Corners 1027018952"/>
                        <wps:cNvSpPr/>
                        <wps:spPr>
                          <a:xfrm>
                            <a:off x="2196000" y="2904000"/>
                            <a:ext cx="1368000" cy="1080000"/>
                          </a:xfrm>
                          <a:prstGeom prst="roundRect">
                            <a:avLst>
                              <a:gd name="adj" fmla="val 8000"/>
                            </a:avLst>
                          </a:prstGeom>
                          <a:solidFill>
                            <a:srgbClr val="E3EEF8"/>
                          </a:solidFill>
                          <a:ln w="12000">
                            <a:solidFill>
                              <a:srgbClr val="2E75B6"/>
                            </a:solidFill>
                          </a:ln>
                        </wps:spPr>
                        <wps:txbx>
                          <w:txbxContent>
                            <w:p w14:paraId="7ABB399D" w14:textId="77777777" w:rsidR="006F48AE" w:rsidRDefault="009F27A5">
                              <w:pPr>
                                <w:spacing w:after="0" w:line="240" w:lineRule="auto"/>
                                <w:jc w:val="center"/>
                              </w:pPr>
                              <w:r>
                                <w:rPr>
                                  <w:b/>
                                  <w:sz w:val="17"/>
                                  <w:szCs w:val="17"/>
                                </w:rPr>
                                <w:t>(2) Kĩ sư dữ liệu</w:t>
                              </w:r>
                            </w:p>
                            <w:p w14:paraId="7B9E3E68" w14:textId="77777777" w:rsidR="006F48AE" w:rsidRDefault="006F48AE">
                              <w:pPr>
                                <w:spacing w:after="0" w:line="240" w:lineRule="auto"/>
                                <w:jc w:val="center"/>
                              </w:pPr>
                            </w:p>
                            <w:p w14:paraId="00CD1E16" w14:textId="77777777" w:rsidR="006F48AE" w:rsidRDefault="009F27A5">
                              <w:pPr>
                                <w:spacing w:after="0" w:line="240" w:lineRule="auto"/>
                                <w:jc w:val="center"/>
                              </w:pPr>
                              <w:r>
                                <w:rPr>
                                  <w:sz w:val="17"/>
                                  <w:szCs w:val="17"/>
                                </w:rPr>
                                <w:t>thu thập, làm sạch</w:t>
                              </w:r>
                            </w:p>
                            <w:p w14:paraId="5807E0AC" w14:textId="77777777" w:rsidR="006F48AE" w:rsidRDefault="009F27A5">
                              <w:pPr>
                                <w:spacing w:after="0" w:line="240" w:lineRule="auto"/>
                                <w:jc w:val="center"/>
                              </w:pPr>
                              <w:r>
                                <w:rPr>
                                  <w:sz w:val="17"/>
                                  <w:szCs w:val="17"/>
                                </w:rPr>
                                <w:t>dữ liệu và huấn</w:t>
                              </w:r>
                            </w:p>
                            <w:p w14:paraId="4143068B" w14:textId="77777777" w:rsidR="006F48AE" w:rsidRDefault="009F27A5">
                              <w:pPr>
                                <w:spacing w:after="0" w:line="240" w:lineRule="auto"/>
                                <w:jc w:val="center"/>
                              </w:pPr>
                              <w:r>
                                <w:rPr>
                                  <w:sz w:val="17"/>
                                  <w:szCs w:val="17"/>
                                </w:rPr>
                                <w:t>luyện mô hình</w:t>
                              </w:r>
                            </w:p>
                          </w:txbxContent>
                        </wps:txbx>
                        <wps:bodyPr lIns="45720" tIns="22860" rIns="45720" bIns="22860" anchor="ctr">
                          <a:noAutofit/>
                        </wps:bodyPr>
                      </wps:wsp>
                      <wps:wsp>
                        <wps:cNvPr id="1864577692" name="Rectangle: Rounded Corners 1864577692"/>
                        <wps:cNvSpPr/>
                        <wps:spPr>
                          <a:xfrm>
                            <a:off x="4020000" y="2904000"/>
                            <a:ext cx="1368000" cy="1080000"/>
                          </a:xfrm>
                          <a:prstGeom prst="roundRect">
                            <a:avLst>
                              <a:gd name="adj" fmla="val 8000"/>
                            </a:avLst>
                          </a:prstGeom>
                          <a:solidFill>
                            <a:srgbClr val="E3EEF8"/>
                          </a:solidFill>
                          <a:ln w="12000">
                            <a:solidFill>
                              <a:srgbClr val="2E75B6"/>
                            </a:solidFill>
                          </a:ln>
                        </wps:spPr>
                        <wps:txbx>
                          <w:txbxContent>
                            <w:p w14:paraId="16F95F53" w14:textId="77777777" w:rsidR="006F48AE" w:rsidRDefault="009F27A5">
                              <w:pPr>
                                <w:spacing w:after="0" w:line="240" w:lineRule="auto"/>
                                <w:jc w:val="center"/>
                              </w:pPr>
                              <w:r>
                                <w:rPr>
                                  <w:b/>
                                  <w:sz w:val="17"/>
                                  <w:szCs w:val="17"/>
                                </w:rPr>
                                <w:t>(3) Lập trình viên</w:t>
                              </w:r>
                            </w:p>
                            <w:p w14:paraId="77CABA1B" w14:textId="77777777" w:rsidR="006F48AE" w:rsidRDefault="006F48AE">
                              <w:pPr>
                                <w:spacing w:after="0" w:line="240" w:lineRule="auto"/>
                                <w:jc w:val="center"/>
                              </w:pPr>
                            </w:p>
                            <w:p w14:paraId="37529E89" w14:textId="77777777" w:rsidR="006F48AE" w:rsidRDefault="009F27A5">
                              <w:pPr>
                                <w:spacing w:after="0" w:line="240" w:lineRule="auto"/>
                                <w:jc w:val="center"/>
                              </w:pPr>
                              <w:r>
                                <w:rPr>
                                  <w:sz w:val="17"/>
                                  <w:szCs w:val="17"/>
                                </w:rPr>
                                <w:t>xây dựng giao diện</w:t>
                              </w:r>
                            </w:p>
                            <w:p w14:paraId="7798CA01" w14:textId="77777777" w:rsidR="006F48AE" w:rsidRDefault="009F27A5">
                              <w:pPr>
                                <w:spacing w:after="0" w:line="240" w:lineRule="auto"/>
                                <w:jc w:val="center"/>
                              </w:pPr>
                              <w:r>
                                <w:rPr>
                                  <w:sz w:val="17"/>
                                  <w:szCs w:val="17"/>
                                </w:rPr>
                                <w:t>và tích hợp mô hình</w:t>
                              </w:r>
                            </w:p>
                            <w:p w14:paraId="3B8A7935" w14:textId="77777777" w:rsidR="006F48AE" w:rsidRDefault="009F27A5">
                              <w:pPr>
                                <w:spacing w:after="0" w:line="240" w:lineRule="auto"/>
                                <w:jc w:val="center"/>
                              </w:pPr>
                              <w:r>
                                <w:rPr>
                                  <w:sz w:val="17"/>
                                  <w:szCs w:val="17"/>
                                </w:rPr>
                                <w:t>vào ứng dụng</w:t>
                              </w:r>
                            </w:p>
                          </w:txbxContent>
                        </wps:txbx>
                        <wps:bodyPr lIns="45720" tIns="22860" rIns="45720" bIns="22860" anchor="ctr">
                          <a:noAutofit/>
                        </wps:bodyPr>
                      </wps:wsp>
                      <wps:wsp>
                        <wps:cNvPr id="860049920" name="Straight Connector 860049920"/>
                        <wps:cNvCnPr/>
                        <wps:spPr>
                          <a:xfrm>
                            <a:off x="1740000" y="3444000"/>
                            <a:ext cx="456000" cy="1"/>
                          </a:xfrm>
                          <a:prstGeom prst="line">
                            <a:avLst/>
                          </a:prstGeom>
                          <a:ln w="14400">
                            <a:solidFill>
                              <a:srgbClr val="222222"/>
                            </a:solidFill>
                            <a:tailEnd type="arrow" w="med" len="med"/>
                          </a:ln>
                        </wps:spPr>
                        <wps:bodyPr/>
                      </wps:wsp>
                      <wps:wsp>
                        <wps:cNvPr id="1069040308" name="Straight Connector 1069040308"/>
                        <wps:cNvCnPr/>
                        <wps:spPr>
                          <a:xfrm>
                            <a:off x="3564000" y="3444000"/>
                            <a:ext cx="456000" cy="1"/>
                          </a:xfrm>
                          <a:prstGeom prst="line">
                            <a:avLst/>
                          </a:prstGeom>
                          <a:ln w="14400">
                            <a:solidFill>
                              <a:srgbClr val="222222"/>
                            </a:solidFill>
                            <a:tailEnd type="arrow" w="med" len="med"/>
                          </a:ln>
                        </wps:spPr>
                        <wps:bodyPr/>
                      </wps:wsp>
                      <wps:wsp>
                        <wps:cNvPr id="1848265512" name="Rectangle: Rounded Corners 1848265512"/>
                        <wps:cNvSpPr/>
                        <wps:spPr>
                          <a:xfrm>
                            <a:off x="1416000" y="4008000"/>
                            <a:ext cx="1104000" cy="139200"/>
                          </a:xfrm>
                          <a:prstGeom prst="roundRect">
                            <a:avLst>
                              <a:gd name="adj" fmla="val 8000"/>
                            </a:avLst>
                          </a:prstGeom>
                          <a:noFill/>
                          <a:ln w="0">
                            <a:noFill/>
                          </a:ln>
                        </wps:spPr>
                        <wps:txbx>
                          <w:txbxContent>
                            <w:p w14:paraId="4E86C8A5" w14:textId="77777777" w:rsidR="006F48AE" w:rsidRDefault="009F27A5">
                              <w:pPr>
                                <w:spacing w:after="0" w:line="240" w:lineRule="auto"/>
                                <w:jc w:val="center"/>
                              </w:pPr>
                              <w:r>
                                <w:rPr>
                                  <w:sz w:val="16"/>
                                  <w:szCs w:val="16"/>
                                </w:rPr>
                                <w:t>mục tiêu, tiêu chí</w:t>
                              </w:r>
                            </w:p>
                          </w:txbxContent>
                        </wps:txbx>
                        <wps:bodyPr lIns="45720" tIns="22860" rIns="45720" bIns="22860" anchor="ctr">
                          <a:noAutofit/>
                        </wps:bodyPr>
                      </wps:wsp>
                      <wps:wsp>
                        <wps:cNvPr id="333044966" name="Rectangle: Rounded Corners 333044966"/>
                        <wps:cNvSpPr/>
                        <wps:spPr>
                          <a:xfrm>
                            <a:off x="3168000" y="4008000"/>
                            <a:ext cx="1248000" cy="139200"/>
                          </a:xfrm>
                          <a:prstGeom prst="roundRect">
                            <a:avLst>
                              <a:gd name="adj" fmla="val 8000"/>
                            </a:avLst>
                          </a:prstGeom>
                          <a:noFill/>
                          <a:ln w="0">
                            <a:noFill/>
                          </a:ln>
                        </wps:spPr>
                        <wps:txbx>
                          <w:txbxContent>
                            <w:p w14:paraId="0BD3D48F" w14:textId="77777777" w:rsidR="006F48AE" w:rsidRDefault="009F27A5">
                              <w:pPr>
                                <w:spacing w:after="0" w:line="240" w:lineRule="auto"/>
                                <w:jc w:val="center"/>
                              </w:pPr>
                              <w:r>
                                <w:rPr>
                                  <w:sz w:val="16"/>
                                  <w:szCs w:val="16"/>
                                </w:rPr>
                                <w:t>dữ liệu sạch, mô hình</w:t>
                              </w:r>
                            </w:p>
                          </w:txbxContent>
                        </wps:txbx>
                        <wps:bodyPr lIns="45720" tIns="22860" rIns="45720" bIns="22860" anchor="ctr">
                          <a:noAutofit/>
                        </wps:bodyPr>
                      </wps:wsp>
                      <wps:wsp>
                        <wps:cNvPr id="1464135444" name="Rectangle: Rounded Corners 1464135444"/>
                        <wps:cNvSpPr/>
                        <wps:spPr>
                          <a:xfrm>
                            <a:off x="4080000" y="1584000"/>
                            <a:ext cx="1344000" cy="1080000"/>
                          </a:xfrm>
                          <a:prstGeom prst="roundRect">
                            <a:avLst>
                              <a:gd name="adj" fmla="val 8000"/>
                            </a:avLst>
                          </a:prstGeom>
                          <a:solidFill>
                            <a:srgbClr val="E9F4E6"/>
                          </a:solidFill>
                          <a:ln w="12000">
                            <a:solidFill>
                              <a:srgbClr val="376937"/>
                            </a:solidFill>
                          </a:ln>
                        </wps:spPr>
                        <wps:txbx>
                          <w:txbxContent>
                            <w:p w14:paraId="6C17FD64" w14:textId="77777777" w:rsidR="006F48AE" w:rsidRDefault="009F27A5">
                              <w:pPr>
                                <w:spacing w:after="0" w:line="240" w:lineRule="auto"/>
                                <w:jc w:val="center"/>
                              </w:pPr>
                              <w:r>
                                <w:rPr>
                                  <w:b/>
                                  <w:sz w:val="17"/>
                                  <w:szCs w:val="17"/>
                                </w:rPr>
                                <w:t>(4) Kĩ sư kiểm thử</w:t>
                              </w:r>
                            </w:p>
                            <w:p w14:paraId="6F60E467" w14:textId="77777777" w:rsidR="006F48AE" w:rsidRDefault="006F48AE">
                              <w:pPr>
                                <w:spacing w:after="0" w:line="240" w:lineRule="auto"/>
                                <w:jc w:val="center"/>
                              </w:pPr>
                            </w:p>
                            <w:p w14:paraId="73274604" w14:textId="77777777" w:rsidR="006F48AE" w:rsidRDefault="009F27A5">
                              <w:pPr>
                                <w:spacing w:after="0" w:line="240" w:lineRule="auto"/>
                                <w:jc w:val="center"/>
                              </w:pPr>
                              <w:r>
                                <w:rPr>
                                  <w:sz w:val="17"/>
                                  <w:szCs w:val="17"/>
                                </w:rPr>
                                <w:t>kiểm tra ứng dụng</w:t>
                              </w:r>
                            </w:p>
                            <w:p w14:paraId="44B5F85F" w14:textId="77777777" w:rsidR="006F48AE" w:rsidRDefault="009F27A5">
                              <w:pPr>
                                <w:spacing w:after="0" w:line="240" w:lineRule="auto"/>
                                <w:jc w:val="center"/>
                              </w:pPr>
                              <w:r>
                                <w:rPr>
                                  <w:sz w:val="17"/>
                                  <w:szCs w:val="17"/>
                                </w:rPr>
                                <w:t>trên nhiều trường hợp,</w:t>
                              </w:r>
                            </w:p>
                            <w:p w14:paraId="1406242A" w14:textId="77777777" w:rsidR="006F48AE" w:rsidRDefault="009F27A5">
                              <w:pPr>
                                <w:spacing w:after="0" w:line="240" w:lineRule="auto"/>
                                <w:jc w:val="center"/>
                              </w:pPr>
                              <w:r>
                                <w:rPr>
                                  <w:sz w:val="17"/>
                                  <w:szCs w:val="17"/>
                                </w:rPr>
                                <w:t>phát hiện lỗi</w:t>
                              </w:r>
                            </w:p>
                          </w:txbxContent>
                        </wps:txbx>
                        <wps:bodyPr lIns="45720" tIns="22860" rIns="45720" bIns="22860" anchor="ctr">
                          <a:noAutofit/>
                        </wps:bodyPr>
                      </wps:wsp>
                      <wps:wsp>
                        <wps:cNvPr id="1142764977" name="Rectangle: Rounded Corners 1142764977"/>
                        <wps:cNvSpPr/>
                        <wps:spPr>
                          <a:xfrm>
                            <a:off x="1968000" y="1584000"/>
                            <a:ext cx="1344000" cy="1080000"/>
                          </a:xfrm>
                          <a:prstGeom prst="roundRect">
                            <a:avLst>
                              <a:gd name="adj" fmla="val 8000"/>
                            </a:avLst>
                          </a:prstGeom>
                          <a:solidFill>
                            <a:srgbClr val="E9F4E6"/>
                          </a:solidFill>
                          <a:ln w="12000">
                            <a:solidFill>
                              <a:srgbClr val="376937"/>
                            </a:solidFill>
                          </a:ln>
                        </wps:spPr>
                        <wps:txbx>
                          <w:txbxContent>
                            <w:p w14:paraId="3A25D7C8" w14:textId="77777777" w:rsidR="006F48AE" w:rsidRDefault="009F27A5">
                              <w:pPr>
                                <w:spacing w:after="0" w:line="240" w:lineRule="auto"/>
                                <w:jc w:val="center"/>
                              </w:pPr>
                              <w:r>
                                <w:rPr>
                                  <w:b/>
                                  <w:sz w:val="17"/>
                                  <w:szCs w:val="17"/>
                                </w:rPr>
                                <w:t>(5) Chuyên gia lĩnh vực</w:t>
                              </w:r>
                            </w:p>
                            <w:p w14:paraId="58D3F1FD" w14:textId="77777777" w:rsidR="006F48AE" w:rsidRDefault="006F48AE">
                              <w:pPr>
                                <w:spacing w:after="0" w:line="240" w:lineRule="auto"/>
                                <w:jc w:val="center"/>
                              </w:pPr>
                            </w:p>
                            <w:p w14:paraId="55F76B0C" w14:textId="77777777" w:rsidR="006F48AE" w:rsidRDefault="009F27A5">
                              <w:pPr>
                                <w:spacing w:after="0" w:line="240" w:lineRule="auto"/>
                                <w:jc w:val="center"/>
                              </w:pPr>
                              <w:r>
                                <w:rPr>
                                  <w:sz w:val="17"/>
                                  <w:szCs w:val="17"/>
                                </w:rPr>
                                <w:t>thẩm định sản phẩm</w:t>
                              </w:r>
                            </w:p>
                            <w:p w14:paraId="0FD29A08" w14:textId="77777777" w:rsidR="006F48AE" w:rsidRDefault="009F27A5">
                              <w:pPr>
                                <w:spacing w:after="0" w:line="240" w:lineRule="auto"/>
                                <w:jc w:val="center"/>
                              </w:pPr>
                              <w:r>
                                <w:rPr>
                                  <w:sz w:val="17"/>
                                  <w:szCs w:val="17"/>
                                </w:rPr>
                                <w:t>có đúng nhu cầu</w:t>
                              </w:r>
                            </w:p>
                            <w:p w14:paraId="1D6BE340" w14:textId="77777777" w:rsidR="006F48AE" w:rsidRDefault="009F27A5">
                              <w:pPr>
                                <w:spacing w:after="0" w:line="240" w:lineRule="auto"/>
                                <w:jc w:val="center"/>
                              </w:pPr>
                              <w:r>
                                <w:rPr>
                                  <w:sz w:val="17"/>
                                  <w:szCs w:val="17"/>
                                </w:rPr>
                                <w:t>thực tế không</w:t>
                              </w:r>
                            </w:p>
                          </w:txbxContent>
                        </wps:txbx>
                        <wps:bodyPr lIns="45720" tIns="22860" rIns="45720" bIns="22860" anchor="ctr">
                          <a:noAutofit/>
                        </wps:bodyPr>
                      </wps:wsp>
                      <wps:wsp>
                        <wps:cNvPr id="1643235471" name="Straight Connector 1643235471"/>
                        <wps:cNvCnPr/>
                        <wps:spPr>
                          <a:xfrm flipV="1">
                            <a:off x="4728000" y="2904000"/>
                            <a:ext cx="1" cy="1"/>
                          </a:xfrm>
                          <a:prstGeom prst="line">
                            <a:avLst/>
                          </a:prstGeom>
                          <a:ln w="14400">
                            <a:solidFill>
                              <a:srgbClr val="222222"/>
                            </a:solidFill>
                            <a:tailEnd type="arrow" w="med" len="med"/>
                          </a:ln>
                        </wps:spPr>
                        <wps:bodyPr/>
                      </wps:wsp>
                      <wps:wsp>
                        <wps:cNvPr id="978050992" name="Rectangle: Rounded Corners 978050992"/>
                        <wps:cNvSpPr/>
                        <wps:spPr>
                          <a:xfrm>
                            <a:off x="3528000" y="2700000"/>
                            <a:ext cx="1104000" cy="139200"/>
                          </a:xfrm>
                          <a:prstGeom prst="roundRect">
                            <a:avLst>
                              <a:gd name="adj" fmla="val 8000"/>
                            </a:avLst>
                          </a:prstGeom>
                          <a:noFill/>
                          <a:ln w="0">
                            <a:noFill/>
                          </a:ln>
                        </wps:spPr>
                        <wps:txbx>
                          <w:txbxContent>
                            <w:p w14:paraId="795472EA" w14:textId="77777777" w:rsidR="006F48AE" w:rsidRDefault="009F27A5">
                              <w:pPr>
                                <w:spacing w:after="0" w:line="240" w:lineRule="auto"/>
                                <w:jc w:val="right"/>
                              </w:pPr>
                              <w:r>
                                <w:rPr>
                                  <w:sz w:val="16"/>
                                  <w:szCs w:val="16"/>
                                </w:rPr>
                                <w:t>ứng dụng chạy thử được</w:t>
                              </w:r>
                            </w:p>
                          </w:txbxContent>
                        </wps:txbx>
                        <wps:bodyPr lIns="45720" tIns="22860" rIns="45720" bIns="22860" anchor="ctr">
                          <a:noAutofit/>
                        </wps:bodyPr>
                      </wps:wsp>
                      <wps:wsp>
                        <wps:cNvPr id="559131645" name="Straight Connector 559131645"/>
                        <wps:cNvCnPr/>
                        <wps:spPr>
                          <a:xfrm flipH="1">
                            <a:off x="4080000" y="2124000"/>
                            <a:ext cx="1" cy="1"/>
                          </a:xfrm>
                          <a:prstGeom prst="line">
                            <a:avLst/>
                          </a:prstGeom>
                          <a:ln w="14400">
                            <a:solidFill>
                              <a:srgbClr val="222222"/>
                            </a:solidFill>
                            <a:tailEnd type="arrow" w="med" len="med"/>
                          </a:ln>
                        </wps:spPr>
                        <wps:bodyPr/>
                      </wps:wsp>
                      <wps:wsp>
                        <wps:cNvPr id="391463959" name="Rectangle: Rounded Corners 391463959"/>
                        <wps:cNvSpPr/>
                        <wps:spPr>
                          <a:xfrm>
                            <a:off x="3312000" y="1896000"/>
                            <a:ext cx="768000" cy="139200"/>
                          </a:xfrm>
                          <a:prstGeom prst="roundRect">
                            <a:avLst>
                              <a:gd name="adj" fmla="val 8000"/>
                            </a:avLst>
                          </a:prstGeom>
                          <a:noFill/>
                          <a:ln w="0">
                            <a:noFill/>
                          </a:ln>
                        </wps:spPr>
                        <wps:txbx>
                          <w:txbxContent>
                            <w:p w14:paraId="64D5A036" w14:textId="77777777" w:rsidR="006F48AE" w:rsidRDefault="009F27A5">
                              <w:pPr>
                                <w:spacing w:after="0" w:line="240" w:lineRule="auto"/>
                                <w:jc w:val="center"/>
                              </w:pPr>
                              <w:r>
                                <w:rPr>
                                  <w:sz w:val="16"/>
                                  <w:szCs w:val="16"/>
                                </w:rPr>
                                <w:t>báo cáo kiểm thử</w:t>
                              </w:r>
                            </w:p>
                          </w:txbxContent>
                        </wps:txbx>
                        <wps:bodyPr lIns="45720" tIns="22860" rIns="45720" bIns="22860" anchor="ctr">
                          <a:noAutofit/>
                        </wps:bodyPr>
                      </wps:wsp>
                      <wps:wsp>
                        <wps:cNvPr id="65019372" name="Straight Connector 65019372"/>
                        <wps:cNvCnPr/>
                        <wps:spPr>
                          <a:xfrm flipH="1">
                            <a:off x="1968000" y="2124000"/>
                            <a:ext cx="1" cy="1"/>
                          </a:xfrm>
                          <a:prstGeom prst="line">
                            <a:avLst/>
                          </a:prstGeom>
                          <a:ln w="9600">
                            <a:solidFill>
                              <a:srgbClr val="222222"/>
                            </a:solidFill>
                            <a:prstDash val="dash"/>
                          </a:ln>
                        </wps:spPr>
                        <wps:bodyPr/>
                      </wps:wsp>
                      <wps:wsp>
                        <wps:cNvPr id="421315169" name="Straight Connector 421315169"/>
                        <wps:cNvCnPr/>
                        <wps:spPr>
                          <a:xfrm>
                            <a:off x="180000" y="2124000"/>
                            <a:ext cx="1" cy="1320000"/>
                          </a:xfrm>
                          <a:prstGeom prst="line">
                            <a:avLst/>
                          </a:prstGeom>
                          <a:ln w="9600">
                            <a:solidFill>
                              <a:srgbClr val="222222"/>
                            </a:solidFill>
                            <a:prstDash val="dash"/>
                          </a:ln>
                        </wps:spPr>
                        <wps:bodyPr/>
                      </wps:wsp>
                      <wps:wsp>
                        <wps:cNvPr id="891680749" name="Straight Connector 891680749"/>
                        <wps:cNvCnPr/>
                        <wps:spPr>
                          <a:xfrm>
                            <a:off x="180000" y="3444000"/>
                            <a:ext cx="192000" cy="1"/>
                          </a:xfrm>
                          <a:prstGeom prst="line">
                            <a:avLst/>
                          </a:prstGeom>
                          <a:ln w="9600">
                            <a:solidFill>
                              <a:srgbClr val="222222"/>
                            </a:solidFill>
                            <a:prstDash val="dash"/>
                            <a:tailEnd type="arrow" w="med" len="med"/>
                          </a:ln>
                        </wps:spPr>
                        <wps:bodyPr/>
                      </wps:wsp>
                      <wps:wsp>
                        <wps:cNvPr id="908000833" name="Rectangle: Rounded Corners 908000833"/>
                        <wps:cNvSpPr/>
                        <wps:spPr>
                          <a:xfrm>
                            <a:off x="360000" y="792000"/>
                            <a:ext cx="5040000" cy="648000"/>
                          </a:xfrm>
                          <a:prstGeom prst="roundRect">
                            <a:avLst>
                              <a:gd name="adj" fmla="val 8000"/>
                            </a:avLst>
                          </a:prstGeom>
                          <a:noFill/>
                          <a:ln w="9600">
                            <a:solidFill>
                              <a:srgbClr val="222222"/>
                            </a:solidFill>
                            <a:prstDash val="dash"/>
                          </a:ln>
                        </wps:spPr>
                        <wps:txbx>
                          <w:txbxContent>
                            <w:p w14:paraId="4B75FD76" w14:textId="77777777" w:rsidR="006F48AE" w:rsidRDefault="009F27A5">
                              <w:pPr>
                                <w:spacing w:after="0" w:line="240" w:lineRule="auto"/>
                                <w:jc w:val="center"/>
                              </w:pPr>
                              <w:r>
                                <w:rPr>
                                  <w:b/>
                                  <w:sz w:val="17"/>
                                  <w:szCs w:val="17"/>
                                </w:rPr>
                                <w:t>Vòng phản hồi là điểm kiểm soát chất lượng</w:t>
                              </w:r>
                            </w:p>
                            <w:p w14:paraId="08897AED" w14:textId="77777777" w:rsidR="006F48AE" w:rsidRDefault="009F27A5">
                              <w:pPr>
                                <w:spacing w:after="0" w:line="240" w:lineRule="auto"/>
                                <w:jc w:val="center"/>
                              </w:pPr>
                              <w:r>
                                <w:rPr>
                                  <w:sz w:val="17"/>
                                  <w:szCs w:val="17"/>
                                </w:rPr>
                                <w:t>Kĩ sư kiểm thử và chuyên gia lĩnh vực gửi phản hồi về kĩ sư dữ liệu để bổ sung dữ liệu,</w:t>
                              </w:r>
                            </w:p>
                            <w:p w14:paraId="1D3D8E85" w14:textId="77777777" w:rsidR="006F48AE" w:rsidRDefault="009F27A5">
                              <w:pPr>
                                <w:spacing w:after="0" w:line="240" w:lineRule="auto"/>
                                <w:jc w:val="center"/>
                              </w:pPr>
                              <w:r>
                                <w:rPr>
                                  <w:sz w:val="17"/>
                                  <w:szCs w:val="17"/>
                                </w:rPr>
                                <w:t>rồi lập trình viên tích hợp lại bản đã sửa, trước khi sản phẩm được dùng rộng rãi.</w:t>
                              </w:r>
                            </w:p>
                          </w:txbxContent>
                        </wps:txbx>
                        <wps:bodyPr lIns="45720" tIns="22860" rIns="45720" bIns="22860" anchor="ctr">
                          <a:noAutofit/>
                        </wps:bodyPr>
                      </wps:wsp>
                      <wps:wsp>
                        <wps:cNvPr id="1402526541" name="Straight Connector 1402526541"/>
                        <wps:cNvCnPr/>
                        <wps:spPr>
                          <a:xfrm flipV="1">
                            <a:off x="2640000" y="1584000"/>
                            <a:ext cx="1" cy="1"/>
                          </a:xfrm>
                          <a:prstGeom prst="line">
                            <a:avLst/>
                          </a:prstGeom>
                          <a:ln w="9600">
                            <a:solidFill>
                              <a:srgbClr val="222222"/>
                            </a:solidFill>
                            <a:prstDash val="dash"/>
                            <a:tailEnd type="arrow" w="med" len="med"/>
                          </a:ln>
                        </wps:spPr>
                        <wps:bodyPr/>
                      </wps:wsp>
                      <wps:wsp>
                        <wps:cNvPr id="1512069795" name="Rectangle: Rounded Corners 1512069795"/>
                        <wps:cNvSpPr/>
                        <wps:spPr>
                          <a:xfrm>
                            <a:off x="360000" y="144000"/>
                            <a:ext cx="5040000" cy="528000"/>
                          </a:xfrm>
                          <a:prstGeom prst="roundRect">
                            <a:avLst>
                              <a:gd name="adj" fmla="val 8000"/>
                            </a:avLst>
                          </a:prstGeom>
                          <a:solidFill>
                            <a:srgbClr val="FBF7E8"/>
                          </a:solidFill>
                          <a:ln w="9600">
                            <a:solidFill>
                              <a:srgbClr val="222222"/>
                            </a:solidFill>
                          </a:ln>
                        </wps:spPr>
                        <wps:txbx>
                          <w:txbxContent>
                            <w:p w14:paraId="1DB170DB" w14:textId="77777777" w:rsidR="006F48AE" w:rsidRDefault="009F27A5">
                              <w:pPr>
                                <w:spacing w:after="0" w:line="240" w:lineRule="auto"/>
                                <w:jc w:val="center"/>
                              </w:pPr>
                              <w:r>
                                <w:rPr>
                                  <w:b/>
                                  <w:sz w:val="17"/>
                                  <w:szCs w:val="17"/>
                                </w:rPr>
                                <w:t>Mỗi vai trò chịu trách nhiệm cho một sản phẩm bàn giao cụ thể, không ai làm thay việc của</w:t>
                              </w:r>
                            </w:p>
                            <w:p w14:paraId="3B434B10" w14:textId="77777777" w:rsidR="006F48AE" w:rsidRDefault="009F27A5">
                              <w:pPr>
                                <w:spacing w:after="0" w:line="240" w:lineRule="auto"/>
                                <w:jc w:val="center"/>
                              </w:pPr>
                              <w:r>
                                <w:rPr>
                                  <w:sz w:val="17"/>
                                  <w:szCs w:val="17"/>
                                </w:rPr>
                                <w:t>người khác. Khi sản phẩm gặp lỗi, các vai cùng lần theo luồng bàn giao để tìm nguyên nhân.</w:t>
                              </w:r>
                            </w:p>
                          </w:txbxContent>
                        </wps:txbx>
                        <wps:bodyPr lIns="45720" tIns="22860" rIns="45720" bIns="22860" anchor="ctr">
                          <a:noAutofit/>
                        </wps:bodyPr>
                      </wps:wsp>
                    </wpg:wgp>
                  </a:graphicData>
                </a:graphic>
              </wp:inline>
            </w:drawing>
          </mc:Choice>
          <mc:Fallback>
            <w:pict>
              <v:group w14:anchorId="15BC336A" id="Hình 1 – Sơ đồ bàn giao khép kín giữa năm vai trò" o:spid="_x0000_s1026" alt="Hình 1 – Sơ đồ bàn giao khép kín giữa năm vai trò" style="width:453.55pt;height:332.6pt;mso-position-horizontal-relative:char;mso-position-vertical-relative:line" coordsize="57600,4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">
                <o:lock v:ext="edit" aspectratio="t"/>
                <v:roundrect id="Rectangle: Rounded Corners 133292060" o:spid="_x0000_s1027" style="position:absolute;left:3720;top:29040;width:13680;height:108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" fillcolor="#e3eef8" strokecolor="#2e75b6" strokeweight=".33333mm">
                  <v:textbox inset="3.6pt,1.8pt,3.6pt,1.8pt">
                    <w:txbxContent>
                      <w:p w14:paraId="6A930D96" w14:textId="77777777" w:rsidR="006F48AE" w:rsidRDefault="009F27A5">
                        <w:pPr>
                          <w:spacing w:after="0" w:line="240" w:lineRule="auto"/>
                          <w:jc w:val="center"/>
                        </w:pPr>
                        <w:r>
                          <w:rPr>
                            <w:b/>
                            <w:sz w:val="17"/>
                            <w:szCs w:val="17"/>
                          </w:rPr>
                          <w:t>(1) Người đề xuất</w:t>
                        </w:r>
                      </w:p>
                      <w:p w14:paraId="267D247C" w14:textId="77777777" w:rsidR="006F48AE" w:rsidRDefault="009F27A5">
                        <w:pPr>
                          <w:spacing w:after="0" w:line="240" w:lineRule="auto"/>
                          <w:jc w:val="center"/>
                        </w:pPr>
                        <w:r>
                          <w:rPr>
                            <w:b/>
                            <w:sz w:val="17"/>
                            <w:szCs w:val="17"/>
                          </w:rPr>
                          <w:t>ý tưởng</w:t>
                        </w:r>
                      </w:p>
                      <w:p w14:paraId="29ED7F97" w14:textId="77777777" w:rsidR="006F48AE" w:rsidRDefault="006F48AE">
                        <w:pPr>
                          <w:spacing w:after="0" w:line="240" w:lineRule="auto"/>
                          <w:jc w:val="center"/>
                        </w:pPr>
                      </w:p>
                      <w:p w14:paraId="174495D4" w14:textId="77777777" w:rsidR="006F48AE" w:rsidRDefault="009F27A5">
                        <w:pPr>
                          <w:spacing w:after="0" w:line="240" w:lineRule="auto"/>
                          <w:jc w:val="center"/>
                        </w:pPr>
                        <w:r>
                          <w:rPr>
                            <w:sz w:val="17"/>
                            <w:szCs w:val="17"/>
                          </w:rPr>
                          <w:t>xác định vấn đề,</w:t>
                        </w:r>
                      </w:p>
                      <w:p w14:paraId="3D34B4EA" w14:textId="77777777" w:rsidR="006F48AE" w:rsidRDefault="009F27A5">
                        <w:pPr>
                          <w:spacing w:after="0" w:line="240" w:lineRule="auto"/>
                          <w:jc w:val="center"/>
                        </w:pPr>
                        <w:r>
                          <w:rPr>
                            <w:sz w:val="17"/>
                            <w:szCs w:val="17"/>
                          </w:rPr>
                          <w:t>người dùng và</w:t>
                        </w:r>
                      </w:p>
                      <w:p w14:paraId="2A0D591D" w14:textId="77777777" w:rsidR="006F48AE" w:rsidRDefault="009F27A5">
                        <w:pPr>
                          <w:spacing w:after="0" w:line="240" w:lineRule="auto"/>
                          <w:jc w:val="center"/>
                        </w:pPr>
                        <w:r>
                          <w:rPr>
                            <w:sz w:val="17"/>
                            <w:szCs w:val="17"/>
                          </w:rPr>
                          <w:t>tiêu chí thành công</w:t>
                        </w:r>
                      </w:p>
                    </w:txbxContent>
                  </v:textbox>
                </v:roundrect>
                <v:roundrect id="Rectangle: Rounded Corners 1027018952" o:spid="_x0000_s1028" style="position:absolute;left:21960;top:29040;width:13680;height:108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" fillcolor="#e3eef8" strokecolor="#2e75b6" strokeweight=".33333mm">
                  <v:textbox inset="3.6pt,1.8pt,3.6pt,1.8pt">
                    <w:txbxContent>
                      <w:p w14:paraId="7ABB399D" w14:textId="77777777" w:rsidR="006F48AE" w:rsidRDefault="009F27A5">
                        <w:pPr>
                          <w:spacing w:after="0" w:line="240" w:lineRule="auto"/>
                          <w:jc w:val="center"/>
                        </w:pPr>
                        <w:r>
                          <w:rPr>
                            <w:b/>
                            <w:sz w:val="17"/>
                            <w:szCs w:val="17"/>
                          </w:rPr>
                          <w:t>(2) Kĩ sư dữ liệu</w:t>
                        </w:r>
                      </w:p>
                      <w:p w14:paraId="7B9E3E68" w14:textId="77777777" w:rsidR="006F48AE" w:rsidRDefault="006F48AE">
                        <w:pPr>
                          <w:spacing w:after="0" w:line="240" w:lineRule="auto"/>
                          <w:jc w:val="center"/>
                        </w:pPr>
                      </w:p>
                      <w:p w14:paraId="00CD1E16" w14:textId="77777777" w:rsidR="006F48AE" w:rsidRDefault="009F27A5">
                        <w:pPr>
                          <w:spacing w:after="0" w:line="240" w:lineRule="auto"/>
                          <w:jc w:val="center"/>
                        </w:pPr>
                        <w:r>
                          <w:rPr>
                            <w:sz w:val="17"/>
                            <w:szCs w:val="17"/>
                          </w:rPr>
                          <w:t>thu thập, làm sạch</w:t>
                        </w:r>
                      </w:p>
                      <w:p w14:paraId="5807E0AC" w14:textId="77777777" w:rsidR="006F48AE" w:rsidRDefault="009F27A5">
                        <w:pPr>
                          <w:spacing w:after="0" w:line="240" w:lineRule="auto"/>
                          <w:jc w:val="center"/>
                        </w:pPr>
                        <w:r>
                          <w:rPr>
                            <w:sz w:val="17"/>
                            <w:szCs w:val="17"/>
                          </w:rPr>
                          <w:t>dữ liệu và huấn</w:t>
                        </w:r>
                      </w:p>
                      <w:p w14:paraId="4143068B" w14:textId="77777777" w:rsidR="006F48AE" w:rsidRDefault="009F27A5">
                        <w:pPr>
                          <w:spacing w:after="0" w:line="240" w:lineRule="auto"/>
                          <w:jc w:val="center"/>
                        </w:pPr>
                        <w:r>
                          <w:rPr>
                            <w:sz w:val="17"/>
                            <w:szCs w:val="17"/>
                          </w:rPr>
                          <w:t>luyện mô hình</w:t>
                        </w:r>
                      </w:p>
                    </w:txbxContent>
                  </v:textbox>
                </v:roundrect>
                <v:roundrect id="Rectangle: Rounded Corners 1864577692" o:spid="_x0000_s1029" style="position:absolute;left:40200;top:29040;width:13680;height:108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" fillcolor="#e3eef8" strokecolor="#2e75b6" strokeweight=".33333mm">
                  <v:textbox inset="3.6pt,1.8pt,3.6pt,1.8pt">
                    <w:txbxContent>
                      <w:p w14:paraId="16F95F53" w14:textId="77777777" w:rsidR="006F48AE" w:rsidRDefault="009F27A5">
                        <w:pPr>
                          <w:spacing w:after="0" w:line="240" w:lineRule="auto"/>
                          <w:jc w:val="center"/>
                        </w:pPr>
                        <w:r>
                          <w:rPr>
                            <w:b/>
                            <w:sz w:val="17"/>
                            <w:szCs w:val="17"/>
                          </w:rPr>
                          <w:t>(3) Lập trình viên</w:t>
                        </w:r>
                      </w:p>
                      <w:p w14:paraId="77CABA1B" w14:textId="77777777" w:rsidR="006F48AE" w:rsidRDefault="006F48AE">
                        <w:pPr>
                          <w:spacing w:after="0" w:line="240" w:lineRule="auto"/>
                          <w:jc w:val="center"/>
                        </w:pPr>
                      </w:p>
                      <w:p w14:paraId="37529E89" w14:textId="77777777" w:rsidR="006F48AE" w:rsidRDefault="009F27A5">
                        <w:pPr>
                          <w:spacing w:after="0" w:line="240" w:lineRule="auto"/>
                          <w:jc w:val="center"/>
                        </w:pPr>
                        <w:r>
                          <w:rPr>
                            <w:sz w:val="17"/>
                            <w:szCs w:val="17"/>
                          </w:rPr>
                          <w:t>xây dựng giao diện</w:t>
                        </w:r>
                      </w:p>
                      <w:p w14:paraId="7798CA01" w14:textId="77777777" w:rsidR="006F48AE" w:rsidRDefault="009F27A5">
                        <w:pPr>
                          <w:spacing w:after="0" w:line="240" w:lineRule="auto"/>
                          <w:jc w:val="center"/>
                        </w:pPr>
                        <w:r>
                          <w:rPr>
                            <w:sz w:val="17"/>
                            <w:szCs w:val="17"/>
                          </w:rPr>
                          <w:t>và tích hợp mô hình</w:t>
                        </w:r>
                      </w:p>
                      <w:p w14:paraId="3B8A7935" w14:textId="77777777" w:rsidR="006F48AE" w:rsidRDefault="009F27A5">
                        <w:pPr>
                          <w:spacing w:after="0" w:line="240" w:lineRule="auto"/>
                          <w:jc w:val="center"/>
                        </w:pPr>
                        <w:r>
                          <w:rPr>
                            <w:sz w:val="17"/>
                            <w:szCs w:val="17"/>
                          </w:rPr>
                          <w:t>vào ứng dụng</w:t>
                        </w:r>
                      </w:p>
                    </w:txbxContent>
                  </v:textbox>
                </v:roundrect>
                <v:line id="Straight Connector 860049920" o:spid="_x0000_s1030" style="position:absolute;visibility:visible;mso-wrap-style:square" from="17400,34440" to="21960,34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" strokecolor="#222" strokeweight=".4mm">
                  <v:stroke endarrow="open"/>
                </v:line>
                <v:line id="Straight Connector 1069040308" o:spid="_x0000_s1031" style="position:absolute;visibility:visible;mso-wrap-style:square" from="35640,34440" to="40200,34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" strokecolor="#222" strokeweight=".4mm">
                  <v:stroke endarrow="open"/>
                </v:line>
                <v:roundrect id="Rectangle: Rounded Corners 1848265512" o:spid="_x0000_s1032" style="position:absolute;left:14160;top:40080;width:11040;height:1392;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" filled="f" stroked="f" strokeweight="0">
                  <v:textbox inset="3.6pt,1.8pt,3.6pt,1.8pt">
                    <w:txbxContent>
                      <w:p w14:paraId="4E86C8A5" w14:textId="77777777" w:rsidR="006F48AE" w:rsidRDefault="009F27A5">
                        <w:pPr>
                          <w:spacing w:after="0" w:line="240" w:lineRule="auto"/>
                          <w:jc w:val="center"/>
                        </w:pPr>
                        <w:r>
                          <w:rPr>
                            <w:sz w:val="16"/>
                            <w:szCs w:val="16"/>
                          </w:rPr>
                          <w:t>mục tiêu, tiêu chí</w:t>
                        </w:r>
                      </w:p>
                    </w:txbxContent>
                  </v:textbox>
                </v:roundrect>
                <v:roundrect id="Rectangle: Rounded Corners 333044966" o:spid="_x0000_s1033" style="position:absolute;left:31680;top:40080;width:12480;height:1392;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" filled="f" stroked="f" strokeweight="0">
                  <v:textbox inset="3.6pt,1.8pt,3.6pt,1.8pt">
                    <w:txbxContent>
                      <w:p w14:paraId="0BD3D48F" w14:textId="77777777" w:rsidR="006F48AE" w:rsidRDefault="009F27A5">
                        <w:pPr>
                          <w:spacing w:after="0" w:line="240" w:lineRule="auto"/>
                          <w:jc w:val="center"/>
                        </w:pPr>
                        <w:r>
                          <w:rPr>
                            <w:sz w:val="16"/>
                            <w:szCs w:val="16"/>
                          </w:rPr>
                          <w:t>dữ liệu sạch, mô hình</w:t>
                        </w:r>
                      </w:p>
                    </w:txbxContent>
                  </v:textbox>
                </v:roundrect>
                <v:roundrect id="Rectangle: Rounded Corners 1464135444" o:spid="_x0000_s1034" style="position:absolute;left:40800;top:15840;width:13440;height:108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" fillcolor="#e9f4e6" strokecolor="#376937" strokeweight=".33333mm">
                  <v:textbox inset="3.6pt,1.8pt,3.6pt,1.8pt">
                    <w:txbxContent>
                      <w:p w14:paraId="6C17FD64" w14:textId="77777777" w:rsidR="006F48AE" w:rsidRDefault="009F27A5">
                        <w:pPr>
                          <w:spacing w:after="0" w:line="240" w:lineRule="auto"/>
                          <w:jc w:val="center"/>
                        </w:pPr>
                        <w:r>
                          <w:rPr>
                            <w:b/>
                            <w:sz w:val="17"/>
                            <w:szCs w:val="17"/>
                          </w:rPr>
                          <w:t>(4) Kĩ sư kiểm thử</w:t>
                        </w:r>
                      </w:p>
                      <w:p w14:paraId="6F60E467" w14:textId="77777777" w:rsidR="006F48AE" w:rsidRDefault="006F48AE">
                        <w:pPr>
                          <w:spacing w:after="0" w:line="240" w:lineRule="auto"/>
                          <w:jc w:val="center"/>
                        </w:pPr>
                      </w:p>
                      <w:p w14:paraId="73274604" w14:textId="77777777" w:rsidR="006F48AE" w:rsidRDefault="009F27A5">
                        <w:pPr>
                          <w:spacing w:after="0" w:line="240" w:lineRule="auto"/>
                          <w:jc w:val="center"/>
                        </w:pPr>
                        <w:r>
                          <w:rPr>
                            <w:sz w:val="17"/>
                            <w:szCs w:val="17"/>
                          </w:rPr>
                          <w:t>kiểm tra ứng dụng</w:t>
                        </w:r>
                      </w:p>
                      <w:p w14:paraId="44B5F85F" w14:textId="77777777" w:rsidR="006F48AE" w:rsidRDefault="009F27A5">
                        <w:pPr>
                          <w:spacing w:after="0" w:line="240" w:lineRule="auto"/>
                          <w:jc w:val="center"/>
                        </w:pPr>
                        <w:r>
                          <w:rPr>
                            <w:sz w:val="17"/>
                            <w:szCs w:val="17"/>
                          </w:rPr>
                          <w:t>trên nhiều trường hợp,</w:t>
                        </w:r>
                      </w:p>
                      <w:p w14:paraId="1406242A" w14:textId="77777777" w:rsidR="006F48AE" w:rsidRDefault="009F27A5">
                        <w:pPr>
                          <w:spacing w:after="0" w:line="240" w:lineRule="auto"/>
                          <w:jc w:val="center"/>
                        </w:pPr>
                        <w:r>
                          <w:rPr>
                            <w:sz w:val="17"/>
                            <w:szCs w:val="17"/>
                          </w:rPr>
                          <w:t>phát hiện lỗi</w:t>
                        </w:r>
                      </w:p>
                    </w:txbxContent>
                  </v:textbox>
                </v:roundrect>
                <v:roundrect id="Rectangle: Rounded Corners 1142764977" o:spid="_x0000_s1035" style="position:absolute;left:19680;top:15840;width:13440;height:108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" fillcolor="#e9f4e6" strokecolor="#376937" strokeweight=".33333mm">
                  <v:textbox inset="3.6pt,1.8pt,3.6pt,1.8pt">
                    <w:txbxContent>
                      <w:p w14:paraId="3A25D7C8" w14:textId="77777777" w:rsidR="006F48AE" w:rsidRDefault="009F27A5">
                        <w:pPr>
                          <w:spacing w:after="0" w:line="240" w:lineRule="auto"/>
                          <w:jc w:val="center"/>
                        </w:pPr>
                        <w:r>
                          <w:rPr>
                            <w:b/>
                            <w:sz w:val="17"/>
                            <w:szCs w:val="17"/>
                          </w:rPr>
                          <w:t>(5) Chuyên gia lĩnh vực</w:t>
                        </w:r>
                      </w:p>
                      <w:p w14:paraId="58D3F1FD" w14:textId="77777777" w:rsidR="006F48AE" w:rsidRDefault="006F48AE">
                        <w:pPr>
                          <w:spacing w:after="0" w:line="240" w:lineRule="auto"/>
                          <w:jc w:val="center"/>
                        </w:pPr>
                      </w:p>
                      <w:p w14:paraId="55F76B0C" w14:textId="77777777" w:rsidR="006F48AE" w:rsidRDefault="009F27A5">
                        <w:pPr>
                          <w:spacing w:after="0" w:line="240" w:lineRule="auto"/>
                          <w:jc w:val="center"/>
                        </w:pPr>
                        <w:r>
                          <w:rPr>
                            <w:sz w:val="17"/>
                            <w:szCs w:val="17"/>
                          </w:rPr>
                          <w:t>thẩm định sản phẩm</w:t>
                        </w:r>
                      </w:p>
                      <w:p w14:paraId="0FD29A08" w14:textId="77777777" w:rsidR="006F48AE" w:rsidRDefault="009F27A5">
                        <w:pPr>
                          <w:spacing w:after="0" w:line="240" w:lineRule="auto"/>
                          <w:jc w:val="center"/>
                        </w:pPr>
                        <w:r>
                          <w:rPr>
                            <w:sz w:val="17"/>
                            <w:szCs w:val="17"/>
                          </w:rPr>
                          <w:t>có đúng nhu cầu</w:t>
                        </w:r>
                      </w:p>
                      <w:p w14:paraId="1D6BE340" w14:textId="77777777" w:rsidR="006F48AE" w:rsidRDefault="009F27A5">
                        <w:pPr>
                          <w:spacing w:after="0" w:line="240" w:lineRule="auto"/>
                          <w:jc w:val="center"/>
                        </w:pPr>
                        <w:r>
                          <w:rPr>
                            <w:sz w:val="17"/>
                            <w:szCs w:val="17"/>
                          </w:rPr>
                          <w:t>thực tế không</w:t>
                        </w:r>
                      </w:p>
                    </w:txbxContent>
                  </v:textbox>
                </v:roundrect>
                <v:line id="Straight Connector 1643235471" o:spid="_x0000_s1036" style="position:absolute;flip:y;visibility:visible;mso-wrap-style:square" from="47280,29040" to="47280,29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" strokecolor="#222" strokeweight=".4mm">
                  <v:stroke endarrow="open"/>
                </v:line>
                <v:roundrect id="Rectangle: Rounded Corners 978050992" o:spid="_x0000_s1037" style="position:absolute;left:35280;top:27000;width:11040;height:1392;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" filled="f" stroked="f" strokeweight="0">
                  <v:textbox inset="3.6pt,1.8pt,3.6pt,1.8pt">
                    <w:txbxContent>
                      <w:p w14:paraId="795472EA" w14:textId="77777777" w:rsidR="006F48AE" w:rsidRDefault="009F27A5">
                        <w:pPr>
                          <w:spacing w:after="0" w:line="240" w:lineRule="auto"/>
                          <w:jc w:val="right"/>
                        </w:pPr>
                        <w:r>
                          <w:rPr>
                            <w:sz w:val="16"/>
                            <w:szCs w:val="16"/>
                          </w:rPr>
                          <w:t>ứng dụng chạy thử được</w:t>
                        </w:r>
                      </w:p>
                    </w:txbxContent>
                  </v:textbox>
                </v:roundrect>
                <v:line id="Straight Connector 559131645" o:spid="_x0000_s1038" style="position:absolute;flip:x;visibility:visible;mso-wrap-style:square" from="40800,21240" to="40800,21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" strokecolor="#222" strokeweight=".4mm">
                  <v:stroke endarrow="open"/>
                </v:line>
                <v:roundrect id="Rectangle: Rounded Corners 391463959" o:spid="_x0000_s1039" style="position:absolute;left:33120;top:18960;width:7680;height:1392;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" filled="f" stroked="f" strokeweight="0">
                  <v:textbox inset="3.6pt,1.8pt,3.6pt,1.8pt">
                    <w:txbxContent>
                      <w:p w14:paraId="64D5A036" w14:textId="77777777" w:rsidR="006F48AE" w:rsidRDefault="009F27A5">
                        <w:pPr>
                          <w:spacing w:after="0" w:line="240" w:lineRule="auto"/>
                          <w:jc w:val="center"/>
                        </w:pPr>
                        <w:r>
                          <w:rPr>
                            <w:sz w:val="16"/>
                            <w:szCs w:val="16"/>
                          </w:rPr>
                          <w:t>báo cáo kiểm thử</w:t>
                        </w:r>
                      </w:p>
                    </w:txbxContent>
                  </v:textbox>
                </v:roundrect>
                <v:line id="Straight Connector 65019372" o:spid="_x0000_s1040" style="position:absolute;flip:x;visibility:visible;mso-wrap-style:square" from="19680,21240" to="19680,21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" strokecolor="#222" strokeweight=".26667mm">
                  <v:stroke dashstyle="dash"/>
                </v:line>
                <v:line id="Straight Connector 421315169" o:spid="_x0000_s1041" style="position:absolute;visibility:visible;mso-wrap-style:square" from="1800,21240" to="1800,34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" strokecolor="#222" strokeweight=".26667mm">
                  <v:stroke dashstyle="dash"/>
                </v:line>
                <v:line id="Straight Connector 891680749" o:spid="_x0000_s1042" style="position:absolute;visibility:visible;mso-wrap-style:square" from="1800,34440" to="3720,34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" strokecolor="#222" strokeweight=".26667mm">
                  <v:stroke dashstyle="dash" endarrow="open"/>
                </v:line>
                <v:roundrect id="Rectangle: Rounded Corners 908000833" o:spid="_x0000_s1043" style="position:absolute;left:3600;top:7920;width:50400;height:64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" filled="f" strokecolor="#222" strokeweight=".26667mm">
                  <v:stroke dashstyle="dash"/>
                  <v:textbox inset="3.6pt,1.8pt,3.6pt,1.8pt">
                    <w:txbxContent>
                      <w:p w14:paraId="4B75FD76" w14:textId="77777777" w:rsidR="006F48AE" w:rsidRDefault="009F27A5">
                        <w:pPr>
                          <w:spacing w:after="0" w:line="240" w:lineRule="auto"/>
                          <w:jc w:val="center"/>
                        </w:pPr>
                        <w:r>
                          <w:rPr>
                            <w:b/>
                            <w:sz w:val="17"/>
                            <w:szCs w:val="17"/>
                          </w:rPr>
                          <w:t>Vòng phản hồi là điểm kiểm soát chất lượng</w:t>
                        </w:r>
                      </w:p>
                      <w:p w14:paraId="08897AED" w14:textId="77777777" w:rsidR="006F48AE" w:rsidRDefault="009F27A5">
                        <w:pPr>
                          <w:spacing w:after="0" w:line="240" w:lineRule="auto"/>
                          <w:jc w:val="center"/>
                        </w:pPr>
                        <w:r>
                          <w:rPr>
                            <w:sz w:val="17"/>
                            <w:szCs w:val="17"/>
                          </w:rPr>
                          <w:t>Kĩ sư kiểm thử và chuyên gia lĩnh vực gửi phản hồi về kĩ sư dữ liệu để bổ sung dữ liệu,</w:t>
                        </w:r>
                      </w:p>
                      <w:p w14:paraId="1D3D8E85" w14:textId="77777777" w:rsidR="006F48AE" w:rsidRDefault="009F27A5">
                        <w:pPr>
                          <w:spacing w:after="0" w:line="240" w:lineRule="auto"/>
                          <w:jc w:val="center"/>
                        </w:pPr>
                        <w:r>
                          <w:rPr>
                            <w:sz w:val="17"/>
                            <w:szCs w:val="17"/>
                          </w:rPr>
                          <w:t>rồi lập trình viên tích hợp lại bản đã sửa, trước khi sản phẩm được dùng rộng rãi.</w:t>
                        </w:r>
                      </w:p>
                    </w:txbxContent>
                  </v:textbox>
                </v:roundrect>
                <v:line id="Straight Connector 1402526541" o:spid="_x0000_s1044" style="position:absolute;flip:y;visibility:visible;mso-wrap-style:square" from="26400,15840" to="2640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" strokecolor="#222" strokeweight=".26667mm">
                  <v:stroke dashstyle="dash" endarrow="open"/>
                </v:line>
                <v:roundrect id="Rectangle: Rounded Corners 1512069795" o:spid="_x0000_s1045" style="position:absolute;left:3600;top:1440;width:50400;height:52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" fillcolor="#fbf7e8" strokecolor="#222" strokeweight=".26667mm">
                  <v:textbox inset="3.6pt,1.8pt,3.6pt,1.8pt">
                    <w:txbxContent>
                      <w:p w14:paraId="1DB170DB" w14:textId="77777777" w:rsidR="006F48AE" w:rsidRDefault="009F27A5">
                        <w:pPr>
                          <w:spacing w:after="0" w:line="240" w:lineRule="auto"/>
                          <w:jc w:val="center"/>
                        </w:pPr>
                        <w:r>
                          <w:rPr>
                            <w:b/>
                            <w:sz w:val="17"/>
                            <w:szCs w:val="17"/>
                          </w:rPr>
                          <w:t>Mỗi vai trò chịu trách nhiệm cho một sản phẩm bàn giao cụ thể, không ai làm thay việc của</w:t>
                        </w:r>
                      </w:p>
                      <w:p w14:paraId="3B434B10" w14:textId="77777777" w:rsidR="006F48AE" w:rsidRDefault="009F27A5">
                        <w:pPr>
                          <w:spacing w:after="0" w:line="240" w:lineRule="auto"/>
                          <w:jc w:val="center"/>
                        </w:pPr>
                        <w:r>
                          <w:rPr>
                            <w:sz w:val="17"/>
                            <w:szCs w:val="17"/>
                          </w:rPr>
                          <w:t>người khác. Khi sản phẩm gặp lỗi, các vai cùng lần theo luồng bàn giao để tìm nguyên nhân.</w:t>
                        </w:r>
                      </w:p>
                    </w:txbxContent>
                  </v:textbox>
                </v:roundrect>
                <w10:anchorlock/>
              </v:group>
            </w:pict>
          </mc:Fallback>
        </mc:AlternateContent>
      </w:r>
    </w:p>
    <w:p w14:paraId="1FA385EC" w14:textId="77777777" w:rsidR="006F48AE" w:rsidRDefault="009F27A5">
      <w:pPr>
        <w:spacing w:after="60" w:line="264" w:lineRule="auto"/>
        <w:jc w:val="center"/>
      </w:pPr>
      <w:r>
        <w:rPr>
          <w:i/>
          <w:iCs/>
          <w:sz w:val="18"/>
          <w:szCs w:val="18"/>
        </w:rPr>
        <w:t>Hình 1. Sơ đồ bàn giao khép kín giữa năm vai trò trong ca mẫu “Trợ lí AI giải đáp nội quy và tư vấn học tập”: ba bước bàn giao nối tiếp, rồi vòng phản hồi từ kĩ sư kiểm thử và chuyên gia lĩnh vực về kĩ sư dữ liệu.</w:t>
      </w:r>
    </w:p>
    <w:p w14:paraId="5F5571CB" w14:textId="77777777" w:rsidR="006F48AE" w:rsidRDefault="009F27A5">
      <w:pPr>
        <w:spacing w:after="60" w:line="264" w:lineRule="auto"/>
        <w:jc w:val="center"/>
      </w:pPr>
      <w:r>
        <w:rPr>
          <w:i/>
          <w:iCs/>
          <w:sz w:val="17"/>
          <w:szCs w:val="17"/>
        </w:rPr>
        <w:t>Tệp ảnh kèm theo: Kho ảnh sơ đồ - Bài 7 Lớp 12/ (bản PNG để chiếu hoặc in rời).</w:t>
      </w:r>
    </w:p>
    <w:p w14:paraId="26E09088" w14:textId="77777777" w:rsidR="006F48AE" w:rsidRPr="00692BD6" w:rsidRDefault="009F27A5">
      <w:pPr>
        <w:keepNext/>
        <w:spacing w:before="80" w:after="60" w:line="264" w:lineRule="auto"/>
        <w:rPr>
          <w:sz w:val="24"/>
          <w:szCs w:val="24"/>
        </w:rPr>
      </w:pPr>
      <w:r w:rsidRPr="00692BD6">
        <w:rPr>
          <w:b/>
          <w:sz w:val="24"/>
          <w:szCs w:val="24"/>
        </w:rPr>
        <w:t>PL12.7.3. Phiếu học tập 12.7.2 (Nhiệm vụ 2.2)</w:t>
      </w:r>
    </w:p>
    <w:p w14:paraId="101580E9" w14:textId="77777777" w:rsidR="006F48AE" w:rsidRPr="00692BD6" w:rsidRDefault="009F27A5">
      <w:pPr>
        <w:spacing w:after="60" w:line="264" w:lineRule="auto"/>
        <w:jc w:val="both"/>
        <w:rPr>
          <w:sz w:val="24"/>
          <w:szCs w:val="24"/>
        </w:rPr>
      </w:pPr>
      <w:r w:rsidRPr="00692BD6">
        <w:rPr>
          <w:sz w:val="24"/>
          <w:szCs w:val="24"/>
        </w:rPr>
        <w:t>Nhóm: ……………………</w:t>
      </w:r>
      <w:r w:rsidRPr="00692BD6">
        <w:rPr>
          <w:sz w:val="24"/>
          <w:szCs w:val="24"/>
        </w:rPr>
        <w:tab/>
      </w:r>
      <w:r w:rsidRPr="00692BD6">
        <w:rPr>
          <w:sz w:val="24"/>
          <w:szCs w:val="24"/>
        </w:rPr>
        <w:t>Lớp: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835"/>
        <w:gridCol w:w="6236"/>
      </w:tblGrid>
      <w:tr w:rsidR="006F48AE" w14:paraId="6D2BEFD9" w14:textId="77777777">
        <w:trPr>
          <w:cantSplit/>
          <w:tblHeader/>
          <w:jc w:val="center"/>
        </w:trPr>
        <w:tc>
          <w:tcPr>
            <w:tcW w:w="2835" w:type="dxa"/>
            <w:vAlign w:val="center"/>
          </w:tcPr>
          <w:p w14:paraId="23FF1368" w14:textId="77777777" w:rsidR="006F48AE" w:rsidRDefault="009F27A5">
            <w:pPr>
              <w:spacing w:after="0" w:line="240" w:lineRule="auto"/>
              <w:jc w:val="center"/>
            </w:pPr>
            <w:r>
              <w:rPr>
                <w:b/>
                <w:sz w:val="22"/>
                <w:szCs w:val="22"/>
              </w:rPr>
              <w:t>Bước</w:t>
            </w:r>
          </w:p>
        </w:tc>
        <w:tc>
          <w:tcPr>
            <w:tcW w:w="6236" w:type="dxa"/>
            <w:vAlign w:val="center"/>
          </w:tcPr>
          <w:p w14:paraId="0B984F6E" w14:textId="77777777" w:rsidR="006F48AE" w:rsidRDefault="009F27A5">
            <w:pPr>
              <w:spacing w:after="0" w:line="240" w:lineRule="auto"/>
              <w:jc w:val="center"/>
            </w:pPr>
            <w:r>
              <w:rPr>
                <w:b/>
                <w:sz w:val="22"/>
                <w:szCs w:val="22"/>
              </w:rPr>
              <w:t>Nội dung bàn giao (do nhóm em ghi)</w:t>
            </w:r>
          </w:p>
        </w:tc>
      </w:tr>
      <w:tr w:rsidR="006F48AE" w14:paraId="719F1BF3" w14:textId="77777777">
        <w:trPr>
          <w:cantSplit/>
          <w:trHeight w:val="680"/>
          <w:jc w:val="center"/>
        </w:trPr>
        <w:tc>
          <w:tcPr>
            <w:tcW w:w="2835" w:type="dxa"/>
          </w:tcPr>
          <w:p w14:paraId="499D3D36" w14:textId="77777777" w:rsidR="006F48AE" w:rsidRDefault="009F27A5">
            <w:pPr>
              <w:spacing w:after="0" w:line="240" w:lineRule="auto"/>
            </w:pPr>
            <w:r>
              <w:rPr>
                <w:sz w:val="22"/>
                <w:szCs w:val="22"/>
              </w:rPr>
              <w:t>1. Người đề xuất ý tưởng → Kĩ sư dữ liệu</w:t>
            </w:r>
          </w:p>
        </w:tc>
        <w:tc>
          <w:tcPr>
            <w:tcW w:w="6236" w:type="dxa"/>
          </w:tcPr>
          <w:p w14:paraId="30421151" w14:textId="77777777" w:rsidR="006F48AE" w:rsidRDefault="006F48AE">
            <w:pPr>
              <w:spacing w:after="0" w:line="264" w:lineRule="auto"/>
            </w:pPr>
          </w:p>
        </w:tc>
      </w:tr>
      <w:tr w:rsidR="006F48AE" w14:paraId="776D3812" w14:textId="77777777">
        <w:trPr>
          <w:cantSplit/>
          <w:trHeight w:val="680"/>
          <w:jc w:val="center"/>
        </w:trPr>
        <w:tc>
          <w:tcPr>
            <w:tcW w:w="2835" w:type="dxa"/>
          </w:tcPr>
          <w:p w14:paraId="00003D15" w14:textId="77777777" w:rsidR="006F48AE" w:rsidRDefault="009F27A5">
            <w:pPr>
              <w:spacing w:after="0" w:line="240" w:lineRule="auto"/>
            </w:pPr>
            <w:r>
              <w:rPr>
                <w:sz w:val="22"/>
                <w:szCs w:val="22"/>
              </w:rPr>
              <w:t>2. Kĩ sư dữ liệu → Lập trình viên</w:t>
            </w:r>
          </w:p>
        </w:tc>
        <w:tc>
          <w:tcPr>
            <w:tcW w:w="6236" w:type="dxa"/>
          </w:tcPr>
          <w:p w14:paraId="2433EF3A" w14:textId="77777777" w:rsidR="006F48AE" w:rsidRDefault="006F48AE">
            <w:pPr>
              <w:spacing w:after="0" w:line="264" w:lineRule="auto"/>
            </w:pPr>
          </w:p>
        </w:tc>
      </w:tr>
      <w:tr w:rsidR="006F48AE" w14:paraId="30CDDE82" w14:textId="77777777">
        <w:trPr>
          <w:cantSplit/>
          <w:trHeight w:val="680"/>
          <w:jc w:val="center"/>
        </w:trPr>
        <w:tc>
          <w:tcPr>
            <w:tcW w:w="2835" w:type="dxa"/>
          </w:tcPr>
          <w:p w14:paraId="340CF46A" w14:textId="77777777" w:rsidR="006F48AE" w:rsidRDefault="009F27A5">
            <w:pPr>
              <w:spacing w:after="0" w:line="240" w:lineRule="auto"/>
            </w:pPr>
            <w:r>
              <w:rPr>
                <w:sz w:val="22"/>
                <w:szCs w:val="22"/>
              </w:rPr>
              <w:t>3. Lập trình viên → Kĩ sư kiểm thử</w:t>
            </w:r>
          </w:p>
        </w:tc>
        <w:tc>
          <w:tcPr>
            <w:tcW w:w="6236" w:type="dxa"/>
          </w:tcPr>
          <w:p w14:paraId="7009534F" w14:textId="77777777" w:rsidR="006F48AE" w:rsidRDefault="006F48AE">
            <w:pPr>
              <w:spacing w:after="0" w:line="264" w:lineRule="auto"/>
            </w:pPr>
          </w:p>
        </w:tc>
      </w:tr>
      <w:tr w:rsidR="006F48AE" w14:paraId="6C0D6426" w14:textId="77777777">
        <w:trPr>
          <w:cantSplit/>
          <w:trHeight w:val="680"/>
          <w:jc w:val="center"/>
        </w:trPr>
        <w:tc>
          <w:tcPr>
            <w:tcW w:w="2835" w:type="dxa"/>
          </w:tcPr>
          <w:p w14:paraId="64DDEEC7" w14:textId="77777777" w:rsidR="006F48AE" w:rsidRDefault="009F27A5">
            <w:pPr>
              <w:spacing w:after="0" w:line="240" w:lineRule="auto"/>
            </w:pPr>
            <w:r>
              <w:rPr>
                <w:sz w:val="22"/>
                <w:szCs w:val="22"/>
              </w:rPr>
              <w:t>4. Kĩ sư kiểm thử, chuyên gia lĩnh vực → ?</w:t>
            </w:r>
          </w:p>
        </w:tc>
        <w:tc>
          <w:tcPr>
            <w:tcW w:w="6236" w:type="dxa"/>
          </w:tcPr>
          <w:p w14:paraId="311E220F" w14:textId="77777777" w:rsidR="006F48AE" w:rsidRDefault="006F48AE">
            <w:pPr>
              <w:spacing w:after="0" w:line="264" w:lineRule="auto"/>
            </w:pPr>
          </w:p>
        </w:tc>
      </w:tr>
    </w:tbl>
    <w:p w14:paraId="0D282611" w14:textId="77777777" w:rsidR="006F48AE" w:rsidRPr="00692BD6" w:rsidRDefault="009F27A5">
      <w:pPr>
        <w:keepNext/>
        <w:spacing w:before="80" w:after="60" w:line="264" w:lineRule="auto"/>
        <w:rPr>
          <w:sz w:val="24"/>
          <w:szCs w:val="24"/>
        </w:rPr>
      </w:pPr>
      <w:r w:rsidRPr="00692BD6">
        <w:rPr>
          <w:b/>
          <w:sz w:val="24"/>
          <w:szCs w:val="24"/>
        </w:rPr>
        <w:t>PL12.7.4. Kịch bản đóng vai xử lí sự cố “Hệ thống nhận dạng lá lúa” (Hoạt động 3)</w:t>
      </w:r>
    </w:p>
    <w:p w14:paraId="58490316" w14:textId="77777777" w:rsidR="006F48AE" w:rsidRPr="00692BD6" w:rsidRDefault="009F27A5">
      <w:pPr>
        <w:spacing w:after="60" w:line="264" w:lineRule="auto"/>
        <w:jc w:val="both"/>
        <w:rPr>
          <w:sz w:val="24"/>
          <w:szCs w:val="24"/>
        </w:rPr>
      </w:pPr>
      <w:r w:rsidRPr="00692BD6">
        <w:rPr>
          <w:sz w:val="24"/>
          <w:szCs w:val="24"/>
        </w:rPr>
        <w:t>Tình huống: hệ thống AI nhận dạng lá lúa của hợp tác xã lúa Vạn Phúc hay nhận nhầm lá lúa có vết đốm nhỏ ngoài lá là lá bị bệnh đạo ôn, trong khi lá vẫn khoẻ bình thường.</w:t>
      </w:r>
    </w:p>
    <w:p w14:paraId="04084394" w14:textId="77777777" w:rsidR="006F48AE" w:rsidRPr="00692BD6" w:rsidRDefault="009F27A5">
      <w:pPr>
        <w:tabs>
          <w:tab w:val="left" w:pos="425"/>
        </w:tabs>
        <w:spacing w:after="60" w:line="264" w:lineRule="auto"/>
        <w:ind w:left="425" w:hanging="227"/>
        <w:jc w:val="both"/>
        <w:rPr>
          <w:sz w:val="24"/>
          <w:szCs w:val="24"/>
        </w:rPr>
      </w:pPr>
      <w:r w:rsidRPr="00692BD6">
        <w:rPr>
          <w:sz w:val="24"/>
          <w:szCs w:val="24"/>
        </w:rPr>
        <w:t xml:space="preserve">- </w:t>
      </w:r>
      <w:r w:rsidRPr="00692BD6">
        <w:rPr>
          <w:sz w:val="24"/>
          <w:szCs w:val="24"/>
        </w:rPr>
        <w:tab/>
      </w:r>
      <w:r w:rsidRPr="00692BD6">
        <w:rPr>
          <w:sz w:val="24"/>
          <w:szCs w:val="24"/>
        </w:rPr>
        <w:t>Vai 1 (người đề xuất ý tưởng): yêu cầu cả nhóm tìm giải pháp khắc phục trong ba ngày để kịp vụ thu hoạch.</w:t>
      </w:r>
    </w:p>
    <w:p w14:paraId="4C153D69" w14:textId="77777777" w:rsidR="006F48AE" w:rsidRPr="00692BD6" w:rsidRDefault="009F27A5">
      <w:pPr>
        <w:tabs>
          <w:tab w:val="left" w:pos="425"/>
        </w:tabs>
        <w:spacing w:after="60" w:line="264" w:lineRule="auto"/>
        <w:ind w:left="425" w:hanging="227"/>
        <w:jc w:val="both"/>
        <w:rPr>
          <w:sz w:val="24"/>
          <w:szCs w:val="24"/>
        </w:rPr>
      </w:pPr>
      <w:r w:rsidRPr="00692BD6">
        <w:rPr>
          <w:sz w:val="24"/>
          <w:szCs w:val="24"/>
        </w:rPr>
        <w:t xml:space="preserve">- </w:t>
      </w:r>
      <w:r w:rsidRPr="00692BD6">
        <w:rPr>
          <w:sz w:val="24"/>
          <w:szCs w:val="24"/>
        </w:rPr>
        <w:tab/>
      </w:r>
      <w:r w:rsidRPr="00692BD6">
        <w:rPr>
          <w:sz w:val="24"/>
          <w:szCs w:val="24"/>
        </w:rPr>
        <w:t>Vai 2 (kĩ sư dữ liệu): cho biết tập ảnh huấn luyện còn thiếu ảnh lá lúa có vết đốm nhẹ ngoài lá nhưng lá vẫn khoẻ.</w:t>
      </w:r>
    </w:p>
    <w:p w14:paraId="65E1CB45" w14:textId="77777777" w:rsidR="006F48AE" w:rsidRPr="00692BD6" w:rsidRDefault="009F27A5">
      <w:pPr>
        <w:tabs>
          <w:tab w:val="left" w:pos="425"/>
        </w:tabs>
        <w:spacing w:after="60" w:line="264" w:lineRule="auto"/>
        <w:ind w:left="425" w:hanging="227"/>
        <w:jc w:val="both"/>
        <w:rPr>
          <w:sz w:val="24"/>
          <w:szCs w:val="24"/>
        </w:rPr>
      </w:pPr>
      <w:r w:rsidRPr="00692BD6">
        <w:rPr>
          <w:sz w:val="24"/>
          <w:szCs w:val="24"/>
        </w:rPr>
        <w:t xml:space="preserve">- </w:t>
      </w:r>
      <w:r w:rsidRPr="00692BD6">
        <w:rPr>
          <w:sz w:val="24"/>
          <w:szCs w:val="24"/>
        </w:rPr>
        <w:tab/>
      </w:r>
      <w:r w:rsidRPr="00692BD6">
        <w:rPr>
          <w:sz w:val="24"/>
          <w:szCs w:val="24"/>
        </w:rPr>
        <w:t>Vai 3 (lập trình viên): khẳng định ứng dụng chạy đúng theo mô hình đã nhận, không có lỗi trong khâu tích hợp.</w:t>
      </w:r>
    </w:p>
    <w:p w14:paraId="22400603" w14:textId="77777777" w:rsidR="006F48AE" w:rsidRPr="00692BD6" w:rsidRDefault="009F27A5">
      <w:pPr>
        <w:tabs>
          <w:tab w:val="left" w:pos="425"/>
        </w:tabs>
        <w:spacing w:after="60" w:line="264" w:lineRule="auto"/>
        <w:ind w:left="425" w:hanging="227"/>
        <w:jc w:val="both"/>
        <w:rPr>
          <w:sz w:val="24"/>
          <w:szCs w:val="24"/>
        </w:rPr>
      </w:pPr>
      <w:r w:rsidRPr="00692BD6">
        <w:rPr>
          <w:sz w:val="24"/>
          <w:szCs w:val="24"/>
        </w:rPr>
        <w:t xml:space="preserve">- </w:t>
      </w:r>
      <w:r w:rsidRPr="00692BD6">
        <w:rPr>
          <w:sz w:val="24"/>
          <w:szCs w:val="24"/>
        </w:rPr>
        <w:tab/>
      </w:r>
      <w:r w:rsidRPr="00692BD6">
        <w:rPr>
          <w:sz w:val="24"/>
          <w:szCs w:val="24"/>
        </w:rPr>
        <w:t>Vai 4 (kĩ sư kiểm thử): thừa nhận chưa kiểm thử hết các trường hợp lá lúa có vết ngoài lá dưới nhiều điều kiện ánh sáng.</w:t>
      </w:r>
    </w:p>
    <w:p w14:paraId="0D3362CE" w14:textId="77777777" w:rsidR="006F48AE" w:rsidRPr="00692BD6" w:rsidRDefault="009F27A5">
      <w:pPr>
        <w:tabs>
          <w:tab w:val="left" w:pos="425"/>
        </w:tabs>
        <w:spacing w:after="60" w:line="264" w:lineRule="auto"/>
        <w:ind w:left="425" w:hanging="227"/>
        <w:jc w:val="both"/>
        <w:rPr>
          <w:sz w:val="24"/>
          <w:szCs w:val="24"/>
        </w:rPr>
      </w:pPr>
      <w:r w:rsidRPr="00692BD6">
        <w:rPr>
          <w:sz w:val="24"/>
          <w:szCs w:val="24"/>
        </w:rPr>
        <w:t xml:space="preserve">- </w:t>
      </w:r>
      <w:r w:rsidRPr="00692BD6">
        <w:rPr>
          <w:sz w:val="24"/>
          <w:szCs w:val="24"/>
        </w:rPr>
        <w:tab/>
      </w:r>
      <w:r w:rsidRPr="00692BD6">
        <w:rPr>
          <w:sz w:val="24"/>
          <w:szCs w:val="24"/>
        </w:rPr>
        <w:t>Vai 5 (chuyên gia nông nghiệp): giải thích cách phân biệt vết bệnh đạo ôn thật với vết xước ngoài lá không ảnh hưởng tới sức khoẻ của lá.</w:t>
      </w:r>
    </w:p>
    <w:p w14:paraId="076237C8" w14:textId="77777777" w:rsidR="006F48AE" w:rsidRPr="00692BD6" w:rsidRDefault="009F27A5">
      <w:pPr>
        <w:spacing w:after="60" w:line="264" w:lineRule="auto"/>
        <w:jc w:val="both"/>
        <w:rPr>
          <w:sz w:val="24"/>
          <w:szCs w:val="24"/>
        </w:rPr>
      </w:pPr>
      <w:r w:rsidRPr="00692BD6">
        <w:rPr>
          <w:sz w:val="24"/>
          <w:szCs w:val="24"/>
        </w:rPr>
        <w:t>Nhiệm vụ: nhóm em họp năm vai, lập biên bản xử lí sự cố theo mẫu dưới đây.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835"/>
        <w:gridCol w:w="6236"/>
      </w:tblGrid>
      <w:tr w:rsidR="006F48AE" w14:paraId="6C42882F" w14:textId="77777777">
        <w:trPr>
          <w:cantSplit/>
          <w:tblHeader/>
          <w:jc w:val="center"/>
        </w:trPr>
        <w:tc>
          <w:tcPr>
            <w:tcW w:w="2835" w:type="dxa"/>
            <w:vAlign w:val="center"/>
          </w:tcPr>
          <w:p w14:paraId="5E0296F2" w14:textId="77777777" w:rsidR="006F48AE" w:rsidRDefault="009F27A5">
            <w:pPr>
              <w:spacing w:after="0" w:line="240" w:lineRule="auto"/>
              <w:jc w:val="center"/>
            </w:pPr>
            <w:r>
              <w:rPr>
                <w:b/>
                <w:sz w:val="22"/>
                <w:szCs w:val="22"/>
              </w:rPr>
              <w:t>Mục</w:t>
            </w:r>
          </w:p>
        </w:tc>
        <w:tc>
          <w:tcPr>
            <w:tcW w:w="6236" w:type="dxa"/>
            <w:vAlign w:val="center"/>
          </w:tcPr>
          <w:p w14:paraId="2465B0F6" w14:textId="77777777" w:rsidR="006F48AE" w:rsidRDefault="009F27A5">
            <w:pPr>
              <w:spacing w:after="0" w:line="240" w:lineRule="auto"/>
              <w:jc w:val="center"/>
            </w:pPr>
            <w:r>
              <w:rPr>
                <w:b/>
                <w:sz w:val="22"/>
                <w:szCs w:val="22"/>
              </w:rPr>
              <w:t>Nội dung</w:t>
            </w:r>
          </w:p>
        </w:tc>
      </w:tr>
      <w:tr w:rsidR="006F48AE" w14:paraId="7D6133B0" w14:textId="77777777">
        <w:trPr>
          <w:cantSplit/>
          <w:trHeight w:val="737"/>
          <w:jc w:val="center"/>
        </w:trPr>
        <w:tc>
          <w:tcPr>
            <w:tcW w:w="2835" w:type="dxa"/>
          </w:tcPr>
          <w:p w14:paraId="4F6F6377" w14:textId="77777777" w:rsidR="006F48AE" w:rsidRDefault="009F27A5">
            <w:pPr>
              <w:spacing w:after="0" w:line="240" w:lineRule="auto"/>
            </w:pPr>
            <w:r>
              <w:rPr>
                <w:sz w:val="22"/>
                <w:szCs w:val="22"/>
              </w:rPr>
              <w:t>1. Nguyên nhân được xác định</w:t>
            </w:r>
          </w:p>
        </w:tc>
        <w:tc>
          <w:tcPr>
            <w:tcW w:w="6236" w:type="dxa"/>
          </w:tcPr>
          <w:p w14:paraId="7F47B7C0" w14:textId="77777777" w:rsidR="006F48AE" w:rsidRDefault="006F48AE">
            <w:pPr>
              <w:spacing w:after="0" w:line="264" w:lineRule="auto"/>
            </w:pPr>
          </w:p>
        </w:tc>
      </w:tr>
      <w:tr w:rsidR="006F48AE" w14:paraId="51BA6021" w14:textId="77777777">
        <w:trPr>
          <w:cantSplit/>
          <w:trHeight w:val="737"/>
          <w:jc w:val="center"/>
        </w:trPr>
        <w:tc>
          <w:tcPr>
            <w:tcW w:w="2835" w:type="dxa"/>
          </w:tcPr>
          <w:p w14:paraId="1508D95B" w14:textId="77777777" w:rsidR="006F48AE" w:rsidRDefault="009F27A5">
            <w:pPr>
              <w:spacing w:after="0" w:line="240" w:lineRule="auto"/>
            </w:pPr>
            <w:r>
              <w:rPr>
                <w:sz w:val="22"/>
                <w:szCs w:val="22"/>
              </w:rPr>
              <w:t>2. Việc cần làm và vai trò phụ trách</w:t>
            </w:r>
          </w:p>
        </w:tc>
        <w:tc>
          <w:tcPr>
            <w:tcW w:w="6236" w:type="dxa"/>
          </w:tcPr>
          <w:p w14:paraId="0F8739A0" w14:textId="77777777" w:rsidR="006F48AE" w:rsidRDefault="006F48AE">
            <w:pPr>
              <w:spacing w:after="0" w:line="264" w:lineRule="auto"/>
            </w:pPr>
          </w:p>
        </w:tc>
      </w:tr>
      <w:tr w:rsidR="006F48AE" w14:paraId="1BF121EB" w14:textId="77777777">
        <w:trPr>
          <w:cantSplit/>
          <w:trHeight w:val="737"/>
          <w:jc w:val="center"/>
        </w:trPr>
        <w:tc>
          <w:tcPr>
            <w:tcW w:w="2835" w:type="dxa"/>
          </w:tcPr>
          <w:p w14:paraId="7606A3E2" w14:textId="77777777" w:rsidR="006F48AE" w:rsidRDefault="009F27A5">
            <w:pPr>
              <w:spacing w:after="0" w:line="240" w:lineRule="auto"/>
            </w:pPr>
            <w:r>
              <w:rPr>
                <w:sz w:val="22"/>
                <w:szCs w:val="22"/>
              </w:rPr>
              <w:t>3. Thời hạn bàn giao lại</w:t>
            </w:r>
          </w:p>
        </w:tc>
        <w:tc>
          <w:tcPr>
            <w:tcW w:w="6236" w:type="dxa"/>
          </w:tcPr>
          <w:p w14:paraId="77CA0365" w14:textId="77777777" w:rsidR="006F48AE" w:rsidRDefault="006F48AE">
            <w:pPr>
              <w:spacing w:after="0" w:line="264" w:lineRule="auto"/>
            </w:pPr>
          </w:p>
        </w:tc>
      </w:tr>
    </w:tbl>
    <w:p w14:paraId="30D29589" w14:textId="77777777" w:rsidR="006F48AE" w:rsidRPr="00692BD6" w:rsidRDefault="009F27A5">
      <w:pPr>
        <w:keepNext/>
        <w:spacing w:before="80" w:after="60" w:line="264" w:lineRule="auto"/>
        <w:rPr>
          <w:sz w:val="24"/>
          <w:szCs w:val="24"/>
        </w:rPr>
      </w:pPr>
      <w:r w:rsidRPr="00692BD6">
        <w:rPr>
          <w:b/>
          <w:sz w:val="24"/>
          <w:szCs w:val="24"/>
        </w:rPr>
        <w:t>PL12.7.5. Bảng kiểm tra đồng đẳng đóng vai hợp tác nhóm (Hoạt động 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819"/>
        <w:gridCol w:w="737"/>
        <w:gridCol w:w="737"/>
        <w:gridCol w:w="2778"/>
      </w:tblGrid>
      <w:tr w:rsidR="006F48AE" w14:paraId="5C9430F3" w14:textId="77777777">
        <w:trPr>
          <w:cantSplit/>
          <w:tblHeader/>
          <w:jc w:val="center"/>
        </w:trPr>
        <w:tc>
          <w:tcPr>
            <w:tcW w:w="4819" w:type="dxa"/>
            <w:vAlign w:val="center"/>
          </w:tcPr>
          <w:p w14:paraId="19BF6E15" w14:textId="77777777" w:rsidR="006F48AE" w:rsidRDefault="009F27A5">
            <w:pPr>
              <w:spacing w:after="0" w:line="240" w:lineRule="auto"/>
              <w:jc w:val="center"/>
            </w:pPr>
            <w:r>
              <w:rPr>
                <w:b/>
                <w:sz w:val="22"/>
                <w:szCs w:val="22"/>
              </w:rPr>
              <w:t>Tiêu chí</w:t>
            </w:r>
          </w:p>
        </w:tc>
        <w:tc>
          <w:tcPr>
            <w:tcW w:w="737" w:type="dxa"/>
            <w:vAlign w:val="center"/>
          </w:tcPr>
          <w:p w14:paraId="5FEECFC7" w14:textId="77777777" w:rsidR="006F48AE" w:rsidRDefault="009F27A5">
            <w:pPr>
              <w:spacing w:after="0" w:line="240" w:lineRule="auto"/>
              <w:jc w:val="center"/>
            </w:pPr>
            <w:r>
              <w:rPr>
                <w:b/>
                <w:sz w:val="22"/>
                <w:szCs w:val="22"/>
              </w:rPr>
              <w:t>Có</w:t>
            </w:r>
          </w:p>
        </w:tc>
        <w:tc>
          <w:tcPr>
            <w:tcW w:w="737" w:type="dxa"/>
            <w:vAlign w:val="center"/>
          </w:tcPr>
          <w:p w14:paraId="67A5EF50" w14:textId="77777777" w:rsidR="006F48AE" w:rsidRDefault="009F27A5">
            <w:pPr>
              <w:spacing w:after="0" w:line="240" w:lineRule="auto"/>
              <w:jc w:val="center"/>
            </w:pPr>
            <w:r>
              <w:rPr>
                <w:b/>
                <w:sz w:val="22"/>
                <w:szCs w:val="22"/>
              </w:rPr>
              <w:t>Chưa</w:t>
            </w:r>
          </w:p>
        </w:tc>
        <w:tc>
          <w:tcPr>
            <w:tcW w:w="2778" w:type="dxa"/>
            <w:vAlign w:val="center"/>
          </w:tcPr>
          <w:p w14:paraId="63DAD116" w14:textId="77777777" w:rsidR="006F48AE" w:rsidRDefault="009F27A5">
            <w:pPr>
              <w:spacing w:after="0" w:line="240" w:lineRule="auto"/>
              <w:jc w:val="center"/>
            </w:pPr>
            <w:r>
              <w:rPr>
                <w:b/>
                <w:sz w:val="22"/>
                <w:szCs w:val="22"/>
              </w:rPr>
              <w:t>Góp ý cụ thể</w:t>
            </w:r>
          </w:p>
        </w:tc>
      </w:tr>
      <w:tr w:rsidR="006F48AE" w14:paraId="62A0E096" w14:textId="77777777">
        <w:trPr>
          <w:cantSplit/>
          <w:jc w:val="center"/>
        </w:trPr>
        <w:tc>
          <w:tcPr>
            <w:tcW w:w="4819" w:type="dxa"/>
          </w:tcPr>
          <w:p w14:paraId="3C26D310" w14:textId="77777777" w:rsidR="006F48AE" w:rsidRDefault="009F27A5">
            <w:pPr>
              <w:spacing w:after="0" w:line="240" w:lineRule="auto"/>
            </w:pPr>
            <w:r>
              <w:rPr>
                <w:sz w:val="22"/>
                <w:szCs w:val="22"/>
              </w:rPr>
              <w:t>1. Các thành viên nhập đúng vai trò chuyên môn được phân công.</w:t>
            </w:r>
          </w:p>
        </w:tc>
        <w:tc>
          <w:tcPr>
            <w:tcW w:w="737" w:type="dxa"/>
            <w:vAlign w:val="center"/>
          </w:tcPr>
          <w:p w14:paraId="387BDF29" w14:textId="77777777" w:rsidR="006F48AE" w:rsidRDefault="009F27A5">
            <w:pPr>
              <w:spacing w:after="0" w:line="240" w:lineRule="auto"/>
              <w:jc w:val="center"/>
            </w:pPr>
            <w:r>
              <w:rPr>
                <w:sz w:val="22"/>
                <w:szCs w:val="22"/>
              </w:rPr>
              <w:t>☐</w:t>
            </w:r>
          </w:p>
        </w:tc>
        <w:tc>
          <w:tcPr>
            <w:tcW w:w="737" w:type="dxa"/>
            <w:vAlign w:val="center"/>
          </w:tcPr>
          <w:p w14:paraId="032CF347" w14:textId="77777777" w:rsidR="006F48AE" w:rsidRDefault="009F27A5">
            <w:pPr>
              <w:spacing w:after="0" w:line="240" w:lineRule="auto"/>
              <w:jc w:val="center"/>
            </w:pPr>
            <w:r>
              <w:rPr>
                <w:sz w:val="22"/>
                <w:szCs w:val="22"/>
              </w:rPr>
              <w:t>☐</w:t>
            </w:r>
          </w:p>
        </w:tc>
        <w:tc>
          <w:tcPr>
            <w:tcW w:w="2778" w:type="dxa"/>
          </w:tcPr>
          <w:p w14:paraId="6E7D93ED" w14:textId="77777777" w:rsidR="006F48AE" w:rsidRDefault="006F48AE">
            <w:pPr>
              <w:spacing w:after="0" w:line="264" w:lineRule="auto"/>
            </w:pPr>
          </w:p>
        </w:tc>
      </w:tr>
      <w:tr w:rsidR="006F48AE" w14:paraId="5CDC1551" w14:textId="77777777">
        <w:trPr>
          <w:cantSplit/>
          <w:jc w:val="center"/>
        </w:trPr>
        <w:tc>
          <w:tcPr>
            <w:tcW w:w="4819" w:type="dxa"/>
          </w:tcPr>
          <w:p w14:paraId="50D4C437" w14:textId="77777777" w:rsidR="006F48AE" w:rsidRDefault="009F27A5">
            <w:pPr>
              <w:spacing w:after="0" w:line="240" w:lineRule="auto"/>
            </w:pPr>
            <w:r>
              <w:rPr>
                <w:sz w:val="22"/>
                <w:szCs w:val="22"/>
              </w:rPr>
              <w:t>2. Lắng nghe và tôn trọng ý kiến chuyên môn của vai trò khác.</w:t>
            </w:r>
          </w:p>
        </w:tc>
        <w:tc>
          <w:tcPr>
            <w:tcW w:w="737" w:type="dxa"/>
            <w:vAlign w:val="center"/>
          </w:tcPr>
          <w:p w14:paraId="0D785723" w14:textId="77777777" w:rsidR="006F48AE" w:rsidRDefault="009F27A5">
            <w:pPr>
              <w:spacing w:after="0" w:line="240" w:lineRule="auto"/>
              <w:jc w:val="center"/>
            </w:pPr>
            <w:r>
              <w:rPr>
                <w:sz w:val="22"/>
                <w:szCs w:val="22"/>
              </w:rPr>
              <w:t>☐</w:t>
            </w:r>
          </w:p>
        </w:tc>
        <w:tc>
          <w:tcPr>
            <w:tcW w:w="737" w:type="dxa"/>
            <w:vAlign w:val="center"/>
          </w:tcPr>
          <w:p w14:paraId="5CB3956E" w14:textId="77777777" w:rsidR="006F48AE" w:rsidRDefault="009F27A5">
            <w:pPr>
              <w:spacing w:after="0" w:line="240" w:lineRule="auto"/>
              <w:jc w:val="center"/>
            </w:pPr>
            <w:r>
              <w:rPr>
                <w:sz w:val="22"/>
                <w:szCs w:val="22"/>
              </w:rPr>
              <w:t>☐</w:t>
            </w:r>
          </w:p>
        </w:tc>
        <w:tc>
          <w:tcPr>
            <w:tcW w:w="2778" w:type="dxa"/>
          </w:tcPr>
          <w:p w14:paraId="7078943F" w14:textId="77777777" w:rsidR="006F48AE" w:rsidRDefault="006F48AE">
            <w:pPr>
              <w:spacing w:after="0" w:line="264" w:lineRule="auto"/>
            </w:pPr>
          </w:p>
        </w:tc>
      </w:tr>
      <w:tr w:rsidR="006F48AE" w14:paraId="198C7EB6" w14:textId="77777777">
        <w:trPr>
          <w:cantSplit/>
          <w:jc w:val="center"/>
        </w:trPr>
        <w:tc>
          <w:tcPr>
            <w:tcW w:w="4819" w:type="dxa"/>
          </w:tcPr>
          <w:p w14:paraId="022ABBF1" w14:textId="77777777" w:rsidR="006F48AE" w:rsidRDefault="009F27A5">
            <w:pPr>
              <w:spacing w:after="0" w:line="240" w:lineRule="auto"/>
            </w:pPr>
            <w:r>
              <w:rPr>
                <w:sz w:val="22"/>
                <w:szCs w:val="22"/>
              </w:rPr>
              <w:t>3. Tập trung tìm nguyên nhân chung thay vì đổ lỗi cho một vai trò.</w:t>
            </w:r>
          </w:p>
        </w:tc>
        <w:tc>
          <w:tcPr>
            <w:tcW w:w="737" w:type="dxa"/>
            <w:vAlign w:val="center"/>
          </w:tcPr>
          <w:p w14:paraId="3C78B52A" w14:textId="77777777" w:rsidR="006F48AE" w:rsidRDefault="009F27A5">
            <w:pPr>
              <w:spacing w:after="0" w:line="240" w:lineRule="auto"/>
              <w:jc w:val="center"/>
            </w:pPr>
            <w:r>
              <w:rPr>
                <w:sz w:val="22"/>
                <w:szCs w:val="22"/>
              </w:rPr>
              <w:t>☐</w:t>
            </w:r>
          </w:p>
        </w:tc>
        <w:tc>
          <w:tcPr>
            <w:tcW w:w="737" w:type="dxa"/>
            <w:vAlign w:val="center"/>
          </w:tcPr>
          <w:p w14:paraId="7DCAD0F7" w14:textId="77777777" w:rsidR="006F48AE" w:rsidRDefault="009F27A5">
            <w:pPr>
              <w:spacing w:after="0" w:line="240" w:lineRule="auto"/>
              <w:jc w:val="center"/>
            </w:pPr>
            <w:r>
              <w:rPr>
                <w:sz w:val="22"/>
                <w:szCs w:val="22"/>
              </w:rPr>
              <w:t>☐</w:t>
            </w:r>
          </w:p>
        </w:tc>
        <w:tc>
          <w:tcPr>
            <w:tcW w:w="2778" w:type="dxa"/>
          </w:tcPr>
          <w:p w14:paraId="68BF9A39" w14:textId="77777777" w:rsidR="006F48AE" w:rsidRDefault="006F48AE">
            <w:pPr>
              <w:spacing w:after="0" w:line="264" w:lineRule="auto"/>
            </w:pPr>
          </w:p>
        </w:tc>
      </w:tr>
      <w:tr w:rsidR="006F48AE" w14:paraId="091AFA78" w14:textId="77777777">
        <w:trPr>
          <w:cantSplit/>
          <w:jc w:val="center"/>
        </w:trPr>
        <w:tc>
          <w:tcPr>
            <w:tcW w:w="4819" w:type="dxa"/>
          </w:tcPr>
          <w:p w14:paraId="3DE5C537" w14:textId="77777777" w:rsidR="006F48AE" w:rsidRDefault="009F27A5">
            <w:pPr>
              <w:spacing w:after="0" w:line="240" w:lineRule="auto"/>
            </w:pPr>
            <w:r>
              <w:rPr>
                <w:sz w:val="22"/>
                <w:szCs w:val="22"/>
              </w:rPr>
              <w:t>4. Biên bản xử lí có phân công nhiệm vụ cụ thể cho từng vai trò.</w:t>
            </w:r>
          </w:p>
        </w:tc>
        <w:tc>
          <w:tcPr>
            <w:tcW w:w="737" w:type="dxa"/>
            <w:vAlign w:val="center"/>
          </w:tcPr>
          <w:p w14:paraId="32CB9231" w14:textId="77777777" w:rsidR="006F48AE" w:rsidRDefault="009F27A5">
            <w:pPr>
              <w:spacing w:after="0" w:line="240" w:lineRule="auto"/>
              <w:jc w:val="center"/>
            </w:pPr>
            <w:r>
              <w:rPr>
                <w:sz w:val="22"/>
                <w:szCs w:val="22"/>
              </w:rPr>
              <w:t>☐</w:t>
            </w:r>
          </w:p>
        </w:tc>
        <w:tc>
          <w:tcPr>
            <w:tcW w:w="737" w:type="dxa"/>
            <w:vAlign w:val="center"/>
          </w:tcPr>
          <w:p w14:paraId="46B43904" w14:textId="77777777" w:rsidR="006F48AE" w:rsidRDefault="009F27A5">
            <w:pPr>
              <w:spacing w:after="0" w:line="240" w:lineRule="auto"/>
              <w:jc w:val="center"/>
            </w:pPr>
            <w:r>
              <w:rPr>
                <w:sz w:val="22"/>
                <w:szCs w:val="22"/>
              </w:rPr>
              <w:t>☐</w:t>
            </w:r>
          </w:p>
        </w:tc>
        <w:tc>
          <w:tcPr>
            <w:tcW w:w="2778" w:type="dxa"/>
          </w:tcPr>
          <w:p w14:paraId="0AFC38C8" w14:textId="77777777" w:rsidR="006F48AE" w:rsidRDefault="006F48AE">
            <w:pPr>
              <w:spacing w:after="0" w:line="264" w:lineRule="auto"/>
            </w:pPr>
          </w:p>
        </w:tc>
      </w:tr>
      <w:tr w:rsidR="006F48AE" w14:paraId="17FC09B4" w14:textId="77777777">
        <w:trPr>
          <w:cantSplit/>
          <w:jc w:val="center"/>
        </w:trPr>
        <w:tc>
          <w:tcPr>
            <w:tcW w:w="4819" w:type="dxa"/>
          </w:tcPr>
          <w:p w14:paraId="6B078EB4" w14:textId="77777777" w:rsidR="006F48AE" w:rsidRDefault="009F27A5">
            <w:pPr>
              <w:spacing w:after="0" w:line="240" w:lineRule="auto"/>
            </w:pPr>
            <w:r>
              <w:rPr>
                <w:sz w:val="22"/>
                <w:szCs w:val="22"/>
              </w:rPr>
              <w:t>5. Thống nhất được thời hạn bàn giao lại sản phẩm đã sửa.</w:t>
            </w:r>
          </w:p>
        </w:tc>
        <w:tc>
          <w:tcPr>
            <w:tcW w:w="737" w:type="dxa"/>
            <w:vAlign w:val="center"/>
          </w:tcPr>
          <w:p w14:paraId="1BFA89AD" w14:textId="77777777" w:rsidR="006F48AE" w:rsidRDefault="009F27A5">
            <w:pPr>
              <w:spacing w:after="0" w:line="240" w:lineRule="auto"/>
              <w:jc w:val="center"/>
            </w:pPr>
            <w:r>
              <w:rPr>
                <w:sz w:val="22"/>
                <w:szCs w:val="22"/>
              </w:rPr>
              <w:t>☐</w:t>
            </w:r>
          </w:p>
        </w:tc>
        <w:tc>
          <w:tcPr>
            <w:tcW w:w="737" w:type="dxa"/>
            <w:vAlign w:val="center"/>
          </w:tcPr>
          <w:p w14:paraId="7580761B" w14:textId="77777777" w:rsidR="006F48AE" w:rsidRDefault="009F27A5">
            <w:pPr>
              <w:spacing w:after="0" w:line="240" w:lineRule="auto"/>
              <w:jc w:val="center"/>
            </w:pPr>
            <w:r>
              <w:rPr>
                <w:sz w:val="22"/>
                <w:szCs w:val="22"/>
              </w:rPr>
              <w:t>☐</w:t>
            </w:r>
          </w:p>
        </w:tc>
        <w:tc>
          <w:tcPr>
            <w:tcW w:w="2778" w:type="dxa"/>
          </w:tcPr>
          <w:p w14:paraId="5C3FD5DB" w14:textId="77777777" w:rsidR="006F48AE" w:rsidRDefault="006F48AE">
            <w:pPr>
              <w:spacing w:after="0" w:line="264" w:lineRule="auto"/>
            </w:pPr>
          </w:p>
        </w:tc>
      </w:tr>
    </w:tbl>
    <w:p w14:paraId="7C14B2E4" w14:textId="77777777" w:rsidR="006F48AE" w:rsidRDefault="009F27A5">
      <w:pPr>
        <w:keepNext/>
        <w:spacing w:before="80" w:after="60" w:line="264" w:lineRule="auto"/>
      </w:pPr>
      <w:r>
        <w:rPr>
          <w:b/>
        </w:rPr>
        <w:t>PL12.7.6. Mẫu Ma trận phân công trách nhiệm RACI (Hoạt động 4)</w:t>
      </w:r>
    </w:p>
    <w:p w14:paraId="411FE24B" w14:textId="77777777" w:rsidR="006F48AE" w:rsidRDefault="009F27A5">
      <w:pPr>
        <w:spacing w:after="60" w:line="264" w:lineRule="auto"/>
        <w:jc w:val="both"/>
      </w:pPr>
      <w:r>
        <w:t>Nhóm: ……………………</w:t>
      </w:r>
      <w:r>
        <w:tab/>
      </w:r>
      <w:r>
        <w:t>Ý tưởng dự án: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268"/>
        <w:gridCol w:w="1361"/>
        <w:gridCol w:w="1361"/>
        <w:gridCol w:w="1361"/>
        <w:gridCol w:w="1361"/>
        <w:gridCol w:w="1361"/>
      </w:tblGrid>
      <w:tr w:rsidR="006F48AE" w14:paraId="43625D31" w14:textId="77777777">
        <w:trPr>
          <w:cantSplit/>
          <w:tblHeader/>
          <w:jc w:val="center"/>
        </w:trPr>
        <w:tc>
          <w:tcPr>
            <w:tcW w:w="2268" w:type="dxa"/>
            <w:vAlign w:val="center"/>
          </w:tcPr>
          <w:p w14:paraId="7F392EAF" w14:textId="77777777" w:rsidR="006F48AE" w:rsidRDefault="009F27A5">
            <w:pPr>
              <w:spacing w:after="0" w:line="240" w:lineRule="auto"/>
              <w:jc w:val="center"/>
            </w:pPr>
            <w:r>
              <w:rPr>
                <w:b/>
                <w:sz w:val="22"/>
                <w:szCs w:val="22"/>
              </w:rPr>
              <w:t>Việc chính</w:t>
            </w:r>
          </w:p>
        </w:tc>
        <w:tc>
          <w:tcPr>
            <w:tcW w:w="1361" w:type="dxa"/>
            <w:vAlign w:val="center"/>
          </w:tcPr>
          <w:p w14:paraId="4FC0EECD" w14:textId="77777777" w:rsidR="006F48AE" w:rsidRDefault="009F27A5">
            <w:pPr>
              <w:spacing w:after="0" w:line="240" w:lineRule="auto"/>
              <w:jc w:val="center"/>
            </w:pPr>
            <w:r>
              <w:rPr>
                <w:b/>
                <w:sz w:val="22"/>
                <w:szCs w:val="22"/>
              </w:rPr>
              <w:t>Vai 1</w:t>
            </w:r>
          </w:p>
        </w:tc>
        <w:tc>
          <w:tcPr>
            <w:tcW w:w="1361" w:type="dxa"/>
            <w:vAlign w:val="center"/>
          </w:tcPr>
          <w:p w14:paraId="379618CC" w14:textId="77777777" w:rsidR="006F48AE" w:rsidRDefault="009F27A5">
            <w:pPr>
              <w:spacing w:after="0" w:line="240" w:lineRule="auto"/>
              <w:jc w:val="center"/>
            </w:pPr>
            <w:r>
              <w:rPr>
                <w:b/>
                <w:sz w:val="22"/>
                <w:szCs w:val="22"/>
              </w:rPr>
              <w:t>Vai 2</w:t>
            </w:r>
          </w:p>
        </w:tc>
        <w:tc>
          <w:tcPr>
            <w:tcW w:w="1361" w:type="dxa"/>
            <w:vAlign w:val="center"/>
          </w:tcPr>
          <w:p w14:paraId="14421A49" w14:textId="77777777" w:rsidR="006F48AE" w:rsidRDefault="009F27A5">
            <w:pPr>
              <w:spacing w:after="0" w:line="240" w:lineRule="auto"/>
              <w:jc w:val="center"/>
            </w:pPr>
            <w:r>
              <w:rPr>
                <w:b/>
                <w:sz w:val="22"/>
                <w:szCs w:val="22"/>
              </w:rPr>
              <w:t>Vai 3</w:t>
            </w:r>
          </w:p>
        </w:tc>
        <w:tc>
          <w:tcPr>
            <w:tcW w:w="1361" w:type="dxa"/>
            <w:vAlign w:val="center"/>
          </w:tcPr>
          <w:p w14:paraId="46F723A2" w14:textId="77777777" w:rsidR="006F48AE" w:rsidRDefault="009F27A5">
            <w:pPr>
              <w:spacing w:after="0" w:line="240" w:lineRule="auto"/>
              <w:jc w:val="center"/>
            </w:pPr>
            <w:r>
              <w:rPr>
                <w:b/>
                <w:sz w:val="22"/>
                <w:szCs w:val="22"/>
              </w:rPr>
              <w:t>Vai 4</w:t>
            </w:r>
          </w:p>
        </w:tc>
        <w:tc>
          <w:tcPr>
            <w:tcW w:w="1361" w:type="dxa"/>
            <w:vAlign w:val="center"/>
          </w:tcPr>
          <w:p w14:paraId="121ED1C6" w14:textId="77777777" w:rsidR="006F48AE" w:rsidRDefault="009F27A5">
            <w:pPr>
              <w:spacing w:after="0" w:line="240" w:lineRule="auto"/>
              <w:jc w:val="center"/>
            </w:pPr>
            <w:r>
              <w:rPr>
                <w:b/>
                <w:sz w:val="22"/>
                <w:szCs w:val="22"/>
              </w:rPr>
              <w:t>Vai 5</w:t>
            </w:r>
          </w:p>
        </w:tc>
      </w:tr>
      <w:tr w:rsidR="006F48AE" w14:paraId="40519874" w14:textId="77777777">
        <w:trPr>
          <w:cantSplit/>
          <w:trHeight w:val="510"/>
          <w:jc w:val="center"/>
        </w:trPr>
        <w:tc>
          <w:tcPr>
            <w:tcW w:w="2268" w:type="dxa"/>
          </w:tcPr>
          <w:p w14:paraId="2F9DE67C" w14:textId="77777777" w:rsidR="006F48AE" w:rsidRDefault="009F27A5">
            <w:pPr>
              <w:spacing w:after="0" w:line="240" w:lineRule="auto"/>
            </w:pPr>
            <w:r>
              <w:rPr>
                <w:sz w:val="22"/>
                <w:szCs w:val="22"/>
              </w:rPr>
              <w:t>1. Xác định mục tiêu và tiêu chí thành công</w:t>
            </w:r>
          </w:p>
        </w:tc>
        <w:tc>
          <w:tcPr>
            <w:tcW w:w="1361" w:type="dxa"/>
            <w:vAlign w:val="center"/>
          </w:tcPr>
          <w:p w14:paraId="579FFA0A" w14:textId="77777777" w:rsidR="006F48AE" w:rsidRDefault="006F48AE">
            <w:pPr>
              <w:spacing w:after="0" w:line="264" w:lineRule="auto"/>
              <w:jc w:val="center"/>
            </w:pPr>
          </w:p>
        </w:tc>
        <w:tc>
          <w:tcPr>
            <w:tcW w:w="1361" w:type="dxa"/>
            <w:vAlign w:val="center"/>
          </w:tcPr>
          <w:p w14:paraId="2F48270D" w14:textId="77777777" w:rsidR="006F48AE" w:rsidRDefault="006F48AE">
            <w:pPr>
              <w:spacing w:after="0" w:line="264" w:lineRule="auto"/>
              <w:jc w:val="center"/>
            </w:pPr>
          </w:p>
        </w:tc>
        <w:tc>
          <w:tcPr>
            <w:tcW w:w="1361" w:type="dxa"/>
            <w:vAlign w:val="center"/>
          </w:tcPr>
          <w:p w14:paraId="7E0EFA41" w14:textId="77777777" w:rsidR="006F48AE" w:rsidRDefault="006F48AE">
            <w:pPr>
              <w:spacing w:after="0" w:line="264" w:lineRule="auto"/>
              <w:jc w:val="center"/>
            </w:pPr>
          </w:p>
        </w:tc>
        <w:tc>
          <w:tcPr>
            <w:tcW w:w="1361" w:type="dxa"/>
            <w:vAlign w:val="center"/>
          </w:tcPr>
          <w:p w14:paraId="1FA39C55" w14:textId="77777777" w:rsidR="006F48AE" w:rsidRDefault="006F48AE">
            <w:pPr>
              <w:spacing w:after="0" w:line="264" w:lineRule="auto"/>
              <w:jc w:val="center"/>
            </w:pPr>
          </w:p>
        </w:tc>
        <w:tc>
          <w:tcPr>
            <w:tcW w:w="1361" w:type="dxa"/>
            <w:vAlign w:val="center"/>
          </w:tcPr>
          <w:p w14:paraId="62B12126" w14:textId="77777777" w:rsidR="006F48AE" w:rsidRDefault="006F48AE">
            <w:pPr>
              <w:spacing w:after="0" w:line="264" w:lineRule="auto"/>
              <w:jc w:val="center"/>
            </w:pPr>
          </w:p>
        </w:tc>
      </w:tr>
      <w:tr w:rsidR="006F48AE" w14:paraId="6736D4B7" w14:textId="77777777">
        <w:trPr>
          <w:cantSplit/>
          <w:trHeight w:val="510"/>
          <w:jc w:val="center"/>
        </w:trPr>
        <w:tc>
          <w:tcPr>
            <w:tcW w:w="2268" w:type="dxa"/>
          </w:tcPr>
          <w:p w14:paraId="15527854" w14:textId="77777777" w:rsidR="006F48AE" w:rsidRDefault="009F27A5">
            <w:pPr>
              <w:spacing w:after="0" w:line="240" w:lineRule="auto"/>
            </w:pPr>
            <w:r>
              <w:rPr>
                <w:sz w:val="22"/>
                <w:szCs w:val="22"/>
              </w:rPr>
              <w:t>2. Thu thập và chuẩn bị dữ liệu</w:t>
            </w:r>
          </w:p>
        </w:tc>
        <w:tc>
          <w:tcPr>
            <w:tcW w:w="1361" w:type="dxa"/>
            <w:vAlign w:val="center"/>
          </w:tcPr>
          <w:p w14:paraId="17DEEE5B" w14:textId="77777777" w:rsidR="006F48AE" w:rsidRDefault="006F48AE">
            <w:pPr>
              <w:spacing w:after="0" w:line="264" w:lineRule="auto"/>
              <w:jc w:val="center"/>
            </w:pPr>
          </w:p>
        </w:tc>
        <w:tc>
          <w:tcPr>
            <w:tcW w:w="1361" w:type="dxa"/>
            <w:vAlign w:val="center"/>
          </w:tcPr>
          <w:p w14:paraId="5E6AE99B" w14:textId="77777777" w:rsidR="006F48AE" w:rsidRDefault="006F48AE">
            <w:pPr>
              <w:spacing w:after="0" w:line="264" w:lineRule="auto"/>
              <w:jc w:val="center"/>
            </w:pPr>
          </w:p>
        </w:tc>
        <w:tc>
          <w:tcPr>
            <w:tcW w:w="1361" w:type="dxa"/>
            <w:vAlign w:val="center"/>
          </w:tcPr>
          <w:p w14:paraId="4690C343" w14:textId="77777777" w:rsidR="006F48AE" w:rsidRDefault="006F48AE">
            <w:pPr>
              <w:spacing w:after="0" w:line="264" w:lineRule="auto"/>
              <w:jc w:val="center"/>
            </w:pPr>
          </w:p>
        </w:tc>
        <w:tc>
          <w:tcPr>
            <w:tcW w:w="1361" w:type="dxa"/>
            <w:vAlign w:val="center"/>
          </w:tcPr>
          <w:p w14:paraId="3A9FC705" w14:textId="77777777" w:rsidR="006F48AE" w:rsidRDefault="006F48AE">
            <w:pPr>
              <w:spacing w:after="0" w:line="264" w:lineRule="auto"/>
              <w:jc w:val="center"/>
            </w:pPr>
          </w:p>
        </w:tc>
        <w:tc>
          <w:tcPr>
            <w:tcW w:w="1361" w:type="dxa"/>
            <w:vAlign w:val="center"/>
          </w:tcPr>
          <w:p w14:paraId="1EA2D0F4" w14:textId="77777777" w:rsidR="006F48AE" w:rsidRDefault="006F48AE">
            <w:pPr>
              <w:spacing w:after="0" w:line="264" w:lineRule="auto"/>
              <w:jc w:val="center"/>
            </w:pPr>
          </w:p>
        </w:tc>
      </w:tr>
      <w:tr w:rsidR="006F48AE" w14:paraId="72623D40" w14:textId="77777777">
        <w:trPr>
          <w:cantSplit/>
          <w:trHeight w:val="510"/>
          <w:jc w:val="center"/>
        </w:trPr>
        <w:tc>
          <w:tcPr>
            <w:tcW w:w="2268" w:type="dxa"/>
          </w:tcPr>
          <w:p w14:paraId="3D8B5389" w14:textId="77777777" w:rsidR="006F48AE" w:rsidRDefault="009F27A5">
            <w:pPr>
              <w:spacing w:after="0" w:line="240" w:lineRule="auto"/>
            </w:pPr>
            <w:r>
              <w:rPr>
                <w:sz w:val="22"/>
                <w:szCs w:val="22"/>
              </w:rPr>
              <w:t>3. Huấn luyện mô hình</w:t>
            </w:r>
          </w:p>
        </w:tc>
        <w:tc>
          <w:tcPr>
            <w:tcW w:w="1361" w:type="dxa"/>
            <w:vAlign w:val="center"/>
          </w:tcPr>
          <w:p w14:paraId="25108D8E" w14:textId="77777777" w:rsidR="006F48AE" w:rsidRDefault="006F48AE">
            <w:pPr>
              <w:spacing w:after="0" w:line="264" w:lineRule="auto"/>
              <w:jc w:val="center"/>
            </w:pPr>
          </w:p>
        </w:tc>
        <w:tc>
          <w:tcPr>
            <w:tcW w:w="1361" w:type="dxa"/>
            <w:vAlign w:val="center"/>
          </w:tcPr>
          <w:p w14:paraId="071351D0" w14:textId="77777777" w:rsidR="006F48AE" w:rsidRDefault="006F48AE">
            <w:pPr>
              <w:spacing w:after="0" w:line="264" w:lineRule="auto"/>
              <w:jc w:val="center"/>
            </w:pPr>
          </w:p>
        </w:tc>
        <w:tc>
          <w:tcPr>
            <w:tcW w:w="1361" w:type="dxa"/>
            <w:vAlign w:val="center"/>
          </w:tcPr>
          <w:p w14:paraId="0B364825" w14:textId="77777777" w:rsidR="006F48AE" w:rsidRDefault="006F48AE">
            <w:pPr>
              <w:spacing w:after="0" w:line="264" w:lineRule="auto"/>
              <w:jc w:val="center"/>
            </w:pPr>
          </w:p>
        </w:tc>
        <w:tc>
          <w:tcPr>
            <w:tcW w:w="1361" w:type="dxa"/>
            <w:vAlign w:val="center"/>
          </w:tcPr>
          <w:p w14:paraId="3C7A7408" w14:textId="77777777" w:rsidR="006F48AE" w:rsidRDefault="006F48AE">
            <w:pPr>
              <w:spacing w:after="0" w:line="264" w:lineRule="auto"/>
              <w:jc w:val="center"/>
            </w:pPr>
          </w:p>
        </w:tc>
        <w:tc>
          <w:tcPr>
            <w:tcW w:w="1361" w:type="dxa"/>
            <w:vAlign w:val="center"/>
          </w:tcPr>
          <w:p w14:paraId="40C22069" w14:textId="77777777" w:rsidR="006F48AE" w:rsidRDefault="006F48AE">
            <w:pPr>
              <w:spacing w:after="0" w:line="264" w:lineRule="auto"/>
              <w:jc w:val="center"/>
            </w:pPr>
          </w:p>
        </w:tc>
      </w:tr>
      <w:tr w:rsidR="006F48AE" w14:paraId="1DFE2787" w14:textId="77777777">
        <w:trPr>
          <w:cantSplit/>
          <w:trHeight w:val="510"/>
          <w:jc w:val="center"/>
        </w:trPr>
        <w:tc>
          <w:tcPr>
            <w:tcW w:w="2268" w:type="dxa"/>
          </w:tcPr>
          <w:p w14:paraId="3DD4A9AD" w14:textId="77777777" w:rsidR="006F48AE" w:rsidRDefault="009F27A5">
            <w:pPr>
              <w:spacing w:after="0" w:line="240" w:lineRule="auto"/>
            </w:pPr>
            <w:r>
              <w:rPr>
                <w:sz w:val="22"/>
                <w:szCs w:val="22"/>
              </w:rPr>
              <w:t>4. Xây dựng giao diện và tích hợp</w:t>
            </w:r>
          </w:p>
        </w:tc>
        <w:tc>
          <w:tcPr>
            <w:tcW w:w="1361" w:type="dxa"/>
            <w:vAlign w:val="center"/>
          </w:tcPr>
          <w:p w14:paraId="227E1B34" w14:textId="77777777" w:rsidR="006F48AE" w:rsidRDefault="006F48AE">
            <w:pPr>
              <w:spacing w:after="0" w:line="264" w:lineRule="auto"/>
              <w:jc w:val="center"/>
            </w:pPr>
          </w:p>
        </w:tc>
        <w:tc>
          <w:tcPr>
            <w:tcW w:w="1361" w:type="dxa"/>
            <w:vAlign w:val="center"/>
          </w:tcPr>
          <w:p w14:paraId="5AE66D0F" w14:textId="77777777" w:rsidR="006F48AE" w:rsidRDefault="006F48AE">
            <w:pPr>
              <w:spacing w:after="0" w:line="264" w:lineRule="auto"/>
              <w:jc w:val="center"/>
            </w:pPr>
          </w:p>
        </w:tc>
        <w:tc>
          <w:tcPr>
            <w:tcW w:w="1361" w:type="dxa"/>
            <w:vAlign w:val="center"/>
          </w:tcPr>
          <w:p w14:paraId="54F2CA1D" w14:textId="77777777" w:rsidR="006F48AE" w:rsidRDefault="006F48AE">
            <w:pPr>
              <w:spacing w:after="0" w:line="264" w:lineRule="auto"/>
              <w:jc w:val="center"/>
            </w:pPr>
          </w:p>
        </w:tc>
        <w:tc>
          <w:tcPr>
            <w:tcW w:w="1361" w:type="dxa"/>
            <w:vAlign w:val="center"/>
          </w:tcPr>
          <w:p w14:paraId="0140A96F" w14:textId="77777777" w:rsidR="006F48AE" w:rsidRDefault="006F48AE">
            <w:pPr>
              <w:spacing w:after="0" w:line="264" w:lineRule="auto"/>
              <w:jc w:val="center"/>
            </w:pPr>
          </w:p>
        </w:tc>
        <w:tc>
          <w:tcPr>
            <w:tcW w:w="1361" w:type="dxa"/>
            <w:vAlign w:val="center"/>
          </w:tcPr>
          <w:p w14:paraId="28B0B435" w14:textId="77777777" w:rsidR="006F48AE" w:rsidRDefault="006F48AE">
            <w:pPr>
              <w:spacing w:after="0" w:line="264" w:lineRule="auto"/>
              <w:jc w:val="center"/>
            </w:pPr>
          </w:p>
        </w:tc>
      </w:tr>
      <w:tr w:rsidR="006F48AE" w14:paraId="50C4052A" w14:textId="77777777">
        <w:trPr>
          <w:cantSplit/>
          <w:trHeight w:val="510"/>
          <w:jc w:val="center"/>
        </w:trPr>
        <w:tc>
          <w:tcPr>
            <w:tcW w:w="2268" w:type="dxa"/>
          </w:tcPr>
          <w:p w14:paraId="3A3F35F4" w14:textId="77777777" w:rsidR="006F48AE" w:rsidRDefault="009F27A5">
            <w:pPr>
              <w:spacing w:after="0" w:line="240" w:lineRule="auto"/>
            </w:pPr>
            <w:r>
              <w:rPr>
                <w:sz w:val="22"/>
                <w:szCs w:val="22"/>
              </w:rPr>
              <w:t>5. Kiểm thử trước khi dùng</w:t>
            </w:r>
          </w:p>
        </w:tc>
        <w:tc>
          <w:tcPr>
            <w:tcW w:w="1361" w:type="dxa"/>
            <w:vAlign w:val="center"/>
          </w:tcPr>
          <w:p w14:paraId="2605B3E9" w14:textId="77777777" w:rsidR="006F48AE" w:rsidRDefault="006F48AE">
            <w:pPr>
              <w:spacing w:after="0" w:line="264" w:lineRule="auto"/>
              <w:jc w:val="center"/>
            </w:pPr>
          </w:p>
        </w:tc>
        <w:tc>
          <w:tcPr>
            <w:tcW w:w="1361" w:type="dxa"/>
            <w:vAlign w:val="center"/>
          </w:tcPr>
          <w:p w14:paraId="43D3C0C5" w14:textId="77777777" w:rsidR="006F48AE" w:rsidRDefault="006F48AE">
            <w:pPr>
              <w:spacing w:after="0" w:line="264" w:lineRule="auto"/>
              <w:jc w:val="center"/>
            </w:pPr>
          </w:p>
        </w:tc>
        <w:tc>
          <w:tcPr>
            <w:tcW w:w="1361" w:type="dxa"/>
            <w:vAlign w:val="center"/>
          </w:tcPr>
          <w:p w14:paraId="2D971837" w14:textId="77777777" w:rsidR="006F48AE" w:rsidRDefault="006F48AE">
            <w:pPr>
              <w:spacing w:after="0" w:line="264" w:lineRule="auto"/>
              <w:jc w:val="center"/>
            </w:pPr>
          </w:p>
        </w:tc>
        <w:tc>
          <w:tcPr>
            <w:tcW w:w="1361" w:type="dxa"/>
            <w:vAlign w:val="center"/>
          </w:tcPr>
          <w:p w14:paraId="1888B6DF" w14:textId="77777777" w:rsidR="006F48AE" w:rsidRDefault="006F48AE">
            <w:pPr>
              <w:spacing w:after="0" w:line="264" w:lineRule="auto"/>
              <w:jc w:val="center"/>
            </w:pPr>
          </w:p>
        </w:tc>
        <w:tc>
          <w:tcPr>
            <w:tcW w:w="1361" w:type="dxa"/>
            <w:vAlign w:val="center"/>
          </w:tcPr>
          <w:p w14:paraId="4FDC4807" w14:textId="77777777" w:rsidR="006F48AE" w:rsidRDefault="006F48AE">
            <w:pPr>
              <w:spacing w:after="0" w:line="264" w:lineRule="auto"/>
              <w:jc w:val="center"/>
            </w:pPr>
          </w:p>
        </w:tc>
      </w:tr>
      <w:tr w:rsidR="006F48AE" w14:paraId="4CF063D9" w14:textId="77777777">
        <w:trPr>
          <w:cantSplit/>
          <w:trHeight w:val="510"/>
          <w:jc w:val="center"/>
        </w:trPr>
        <w:tc>
          <w:tcPr>
            <w:tcW w:w="2268" w:type="dxa"/>
          </w:tcPr>
          <w:p w14:paraId="0B07072F" w14:textId="77777777" w:rsidR="006F48AE" w:rsidRDefault="009F27A5">
            <w:pPr>
              <w:spacing w:after="0" w:line="240" w:lineRule="auto"/>
            </w:pPr>
            <w:r>
              <w:rPr>
                <w:sz w:val="22"/>
                <w:szCs w:val="22"/>
              </w:rPr>
              <w:t>6. Thu thập phản hồi sau khi dùng</w:t>
            </w:r>
          </w:p>
        </w:tc>
        <w:tc>
          <w:tcPr>
            <w:tcW w:w="1361" w:type="dxa"/>
            <w:vAlign w:val="center"/>
          </w:tcPr>
          <w:p w14:paraId="27AB5145" w14:textId="77777777" w:rsidR="006F48AE" w:rsidRDefault="006F48AE">
            <w:pPr>
              <w:spacing w:after="0" w:line="264" w:lineRule="auto"/>
              <w:jc w:val="center"/>
            </w:pPr>
          </w:p>
        </w:tc>
        <w:tc>
          <w:tcPr>
            <w:tcW w:w="1361" w:type="dxa"/>
            <w:vAlign w:val="center"/>
          </w:tcPr>
          <w:p w14:paraId="72598A92" w14:textId="77777777" w:rsidR="006F48AE" w:rsidRDefault="006F48AE">
            <w:pPr>
              <w:spacing w:after="0" w:line="264" w:lineRule="auto"/>
              <w:jc w:val="center"/>
            </w:pPr>
          </w:p>
        </w:tc>
        <w:tc>
          <w:tcPr>
            <w:tcW w:w="1361" w:type="dxa"/>
            <w:vAlign w:val="center"/>
          </w:tcPr>
          <w:p w14:paraId="70260051" w14:textId="77777777" w:rsidR="006F48AE" w:rsidRDefault="006F48AE">
            <w:pPr>
              <w:spacing w:after="0" w:line="264" w:lineRule="auto"/>
              <w:jc w:val="center"/>
            </w:pPr>
          </w:p>
        </w:tc>
        <w:tc>
          <w:tcPr>
            <w:tcW w:w="1361" w:type="dxa"/>
            <w:vAlign w:val="center"/>
          </w:tcPr>
          <w:p w14:paraId="7CE7183C" w14:textId="77777777" w:rsidR="006F48AE" w:rsidRDefault="006F48AE">
            <w:pPr>
              <w:spacing w:after="0" w:line="264" w:lineRule="auto"/>
              <w:jc w:val="center"/>
            </w:pPr>
          </w:p>
        </w:tc>
        <w:tc>
          <w:tcPr>
            <w:tcW w:w="1361" w:type="dxa"/>
            <w:vAlign w:val="center"/>
          </w:tcPr>
          <w:p w14:paraId="4899BCE4" w14:textId="77777777" w:rsidR="006F48AE" w:rsidRDefault="006F48AE">
            <w:pPr>
              <w:spacing w:after="0" w:line="264" w:lineRule="auto"/>
              <w:jc w:val="center"/>
            </w:pPr>
          </w:p>
        </w:tc>
      </w:tr>
    </w:tbl>
    <w:p w14:paraId="3D3360B0" w14:textId="77777777" w:rsidR="006F48AE" w:rsidRDefault="006F48AE">
      <w:pPr>
        <w:spacing w:after="40" w:line="192" w:lineRule="auto"/>
        <w:jc w:val="both"/>
      </w:pPr>
    </w:p>
    <w:p w14:paraId="77110624" w14:textId="77777777" w:rsidR="006F48AE" w:rsidRDefault="009F27A5">
      <w:pPr>
        <w:spacing w:after="60" w:line="264" w:lineRule="auto"/>
        <w:jc w:val="both"/>
      </w:pPr>
      <w:r>
        <w:rPr>
          <w:i/>
          <w:sz w:val="24"/>
        </w:rPr>
        <w:t>Vai 1–5 lần lượt là: người đề xuất ý tưởng, kĩ sư dữ liệu, lập trình viên, kĩ sư kiểm thử, chuyên gia lĩnh vực. Mỗi việc chỉ ghi một chữ A; đánh dấu × vào ô các vai trò phối hợp, để trống nếu vai trò đó không liên quan. Làm thêm: thay dấu × bằng R, C hoặc I.</w:t>
      </w:r>
    </w:p>
    <w:p w14:paraId="63259AD9" w14:textId="77777777" w:rsidR="006F48AE" w:rsidRDefault="009F27A5">
      <w:pPr>
        <w:spacing w:after="0" w:line="264" w:lineRule="auto"/>
        <w:jc w:val="both"/>
      </w:pPr>
      <w:r>
        <w:br w:type="page"/>
      </w:r>
    </w:p>
    <w:p w14:paraId="34B255C4" w14:textId="77777777" w:rsidR="006F48AE" w:rsidRDefault="009F27A5">
      <w:pPr>
        <w:keepNext/>
        <w:spacing w:before="80" w:after="60" w:line="264" w:lineRule="auto"/>
      </w:pPr>
      <w:r>
        <w:rPr>
          <w:b/>
        </w:rPr>
        <w:t>PL12.7.7. Gợi ý đáp án dành cho GV</w:t>
      </w:r>
    </w:p>
    <w:p w14:paraId="38911F5D" w14:textId="77777777" w:rsidR="006F48AE" w:rsidRDefault="009F27A5">
      <w:pPr>
        <w:keepNext/>
        <w:spacing w:before="80" w:after="60" w:line="264" w:lineRule="auto"/>
        <w:jc w:val="both"/>
      </w:pPr>
      <w:r>
        <w:rPr>
          <w:b/>
        </w:rPr>
        <w:t>1. Đáp án mẫu Phiếu học tập 12.7.1 (năm vai trò)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410"/>
        <w:gridCol w:w="3486"/>
        <w:gridCol w:w="3175"/>
      </w:tblGrid>
      <w:tr w:rsidR="006F48AE" w14:paraId="55C0B9E0" w14:textId="77777777" w:rsidTr="00FC0825">
        <w:trPr>
          <w:cantSplit/>
          <w:tblHeader/>
          <w:jc w:val="center"/>
        </w:trPr>
        <w:tc>
          <w:tcPr>
            <w:tcW w:w="2410" w:type="dxa"/>
            <w:vAlign w:val="center"/>
          </w:tcPr>
          <w:p w14:paraId="326D007D" w14:textId="77777777" w:rsidR="006F48AE" w:rsidRDefault="009F27A5">
            <w:pPr>
              <w:spacing w:after="0" w:line="240" w:lineRule="auto"/>
              <w:jc w:val="center"/>
            </w:pPr>
            <w:r>
              <w:rPr>
                <w:b/>
                <w:sz w:val="22"/>
                <w:szCs w:val="22"/>
              </w:rPr>
              <w:t>Vai trò</w:t>
            </w:r>
          </w:p>
        </w:tc>
        <w:tc>
          <w:tcPr>
            <w:tcW w:w="3486" w:type="dxa"/>
            <w:vAlign w:val="center"/>
          </w:tcPr>
          <w:p w14:paraId="1AB87CC0" w14:textId="77777777" w:rsidR="006F48AE" w:rsidRDefault="009F27A5">
            <w:pPr>
              <w:spacing w:after="0" w:line="240" w:lineRule="auto"/>
              <w:jc w:val="center"/>
            </w:pPr>
            <w:r>
              <w:rPr>
                <w:b/>
                <w:sz w:val="22"/>
                <w:szCs w:val="22"/>
              </w:rPr>
              <w:t>Nhiệm vụ chính</w:t>
            </w:r>
          </w:p>
        </w:tc>
        <w:tc>
          <w:tcPr>
            <w:tcW w:w="3175" w:type="dxa"/>
            <w:vAlign w:val="center"/>
          </w:tcPr>
          <w:p w14:paraId="32969436" w14:textId="77777777" w:rsidR="006F48AE" w:rsidRDefault="009F27A5">
            <w:pPr>
              <w:spacing w:after="0" w:line="240" w:lineRule="auto"/>
              <w:jc w:val="center"/>
            </w:pPr>
            <w:r>
              <w:rPr>
                <w:b/>
                <w:sz w:val="22"/>
                <w:szCs w:val="22"/>
              </w:rPr>
              <w:t>Sản phẩm bàn giao</w:t>
            </w:r>
          </w:p>
        </w:tc>
      </w:tr>
      <w:tr w:rsidR="006F48AE" w14:paraId="13DC28FE" w14:textId="77777777" w:rsidTr="00FC0825">
        <w:trPr>
          <w:cantSplit/>
          <w:jc w:val="center"/>
        </w:trPr>
        <w:tc>
          <w:tcPr>
            <w:tcW w:w="2410" w:type="dxa"/>
            <w:vAlign w:val="center"/>
          </w:tcPr>
          <w:p w14:paraId="5DA7B38B" w14:textId="77777777" w:rsidR="006F48AE" w:rsidRDefault="009F27A5">
            <w:pPr>
              <w:spacing w:after="0" w:line="240" w:lineRule="auto"/>
              <w:jc w:val="center"/>
            </w:pPr>
            <w:r>
              <w:rPr>
                <w:sz w:val="22"/>
                <w:szCs w:val="22"/>
              </w:rPr>
              <w:t>Người đề xuất ý tưởng</w:t>
            </w:r>
          </w:p>
        </w:tc>
        <w:tc>
          <w:tcPr>
            <w:tcW w:w="3486" w:type="dxa"/>
          </w:tcPr>
          <w:p w14:paraId="059FCE4A" w14:textId="77777777" w:rsidR="006F48AE" w:rsidRDefault="009F27A5">
            <w:pPr>
              <w:spacing w:after="0" w:line="240" w:lineRule="auto"/>
            </w:pPr>
            <w:r>
              <w:rPr>
                <w:sz w:val="22"/>
                <w:szCs w:val="22"/>
              </w:rPr>
              <w:t>Xác định vấn đề, người dùng và tiêu chí thành công của sản phẩm AI.</w:t>
            </w:r>
          </w:p>
        </w:tc>
        <w:tc>
          <w:tcPr>
            <w:tcW w:w="3175" w:type="dxa"/>
          </w:tcPr>
          <w:p w14:paraId="5EB9AAD9" w14:textId="77777777" w:rsidR="006F48AE" w:rsidRDefault="009F27A5">
            <w:pPr>
              <w:spacing w:after="0" w:line="240" w:lineRule="auto"/>
            </w:pPr>
            <w:r>
              <w:rPr>
                <w:sz w:val="22"/>
                <w:szCs w:val="22"/>
              </w:rPr>
              <w:t>Tuyên bố mục tiêu và tiêu chí thành công.</w:t>
            </w:r>
          </w:p>
        </w:tc>
      </w:tr>
      <w:tr w:rsidR="006F48AE" w14:paraId="536D9F8A" w14:textId="77777777" w:rsidTr="00FC0825">
        <w:trPr>
          <w:cantSplit/>
          <w:jc w:val="center"/>
        </w:trPr>
        <w:tc>
          <w:tcPr>
            <w:tcW w:w="2410" w:type="dxa"/>
            <w:vAlign w:val="center"/>
          </w:tcPr>
          <w:p w14:paraId="001D49CE" w14:textId="77777777" w:rsidR="006F48AE" w:rsidRDefault="009F27A5">
            <w:pPr>
              <w:spacing w:after="0" w:line="240" w:lineRule="auto"/>
              <w:jc w:val="center"/>
            </w:pPr>
            <w:r>
              <w:rPr>
                <w:sz w:val="22"/>
                <w:szCs w:val="22"/>
              </w:rPr>
              <w:t>Kĩ sư dữ liệu</w:t>
            </w:r>
          </w:p>
        </w:tc>
        <w:tc>
          <w:tcPr>
            <w:tcW w:w="3486" w:type="dxa"/>
          </w:tcPr>
          <w:p w14:paraId="7EA519C8" w14:textId="77777777" w:rsidR="006F48AE" w:rsidRDefault="009F27A5">
            <w:pPr>
              <w:spacing w:after="0" w:line="240" w:lineRule="auto"/>
            </w:pPr>
            <w:r>
              <w:rPr>
                <w:sz w:val="22"/>
                <w:szCs w:val="22"/>
              </w:rPr>
              <w:t>Thu thập, làm sạch dữ liệu và huấn luyện mô hình.</w:t>
            </w:r>
          </w:p>
        </w:tc>
        <w:tc>
          <w:tcPr>
            <w:tcW w:w="3175" w:type="dxa"/>
          </w:tcPr>
          <w:p w14:paraId="1EDB0578" w14:textId="77777777" w:rsidR="006F48AE" w:rsidRDefault="009F27A5">
            <w:pPr>
              <w:spacing w:after="0" w:line="240" w:lineRule="auto"/>
            </w:pPr>
            <w:r>
              <w:rPr>
                <w:sz w:val="22"/>
                <w:szCs w:val="22"/>
              </w:rPr>
              <w:t>Tập dữ liệu sạch và mô hình đã huấn luyện.</w:t>
            </w:r>
          </w:p>
        </w:tc>
      </w:tr>
      <w:tr w:rsidR="006F48AE" w14:paraId="6662725F" w14:textId="77777777" w:rsidTr="00FC0825">
        <w:trPr>
          <w:cantSplit/>
          <w:jc w:val="center"/>
        </w:trPr>
        <w:tc>
          <w:tcPr>
            <w:tcW w:w="2410" w:type="dxa"/>
            <w:vAlign w:val="center"/>
          </w:tcPr>
          <w:p w14:paraId="2F8E4DE5" w14:textId="77777777" w:rsidR="006F48AE" w:rsidRDefault="009F27A5">
            <w:pPr>
              <w:spacing w:after="0" w:line="240" w:lineRule="auto"/>
              <w:jc w:val="center"/>
            </w:pPr>
            <w:r>
              <w:rPr>
                <w:sz w:val="22"/>
                <w:szCs w:val="22"/>
              </w:rPr>
              <w:t>Lập trình viên</w:t>
            </w:r>
          </w:p>
        </w:tc>
        <w:tc>
          <w:tcPr>
            <w:tcW w:w="3486" w:type="dxa"/>
          </w:tcPr>
          <w:p w14:paraId="014F1F17" w14:textId="77777777" w:rsidR="006F48AE" w:rsidRDefault="009F27A5">
            <w:pPr>
              <w:spacing w:after="0" w:line="240" w:lineRule="auto"/>
            </w:pPr>
            <w:r>
              <w:rPr>
                <w:sz w:val="22"/>
                <w:szCs w:val="22"/>
              </w:rPr>
              <w:t>Xây dựng giao diện và tích hợp mô hình vào ứng dụng.</w:t>
            </w:r>
          </w:p>
        </w:tc>
        <w:tc>
          <w:tcPr>
            <w:tcW w:w="3175" w:type="dxa"/>
          </w:tcPr>
          <w:p w14:paraId="5368611D" w14:textId="77777777" w:rsidR="006F48AE" w:rsidRDefault="009F27A5">
            <w:pPr>
              <w:spacing w:after="0" w:line="240" w:lineRule="auto"/>
            </w:pPr>
            <w:r>
              <w:rPr>
                <w:sz w:val="22"/>
                <w:szCs w:val="22"/>
              </w:rPr>
              <w:t>Ứng dụng đã tích hợp, chạy thử được.</w:t>
            </w:r>
          </w:p>
        </w:tc>
      </w:tr>
      <w:tr w:rsidR="006F48AE" w14:paraId="6F3E71DA" w14:textId="77777777" w:rsidTr="00FC0825">
        <w:trPr>
          <w:cantSplit/>
          <w:jc w:val="center"/>
        </w:trPr>
        <w:tc>
          <w:tcPr>
            <w:tcW w:w="2410" w:type="dxa"/>
            <w:vAlign w:val="center"/>
          </w:tcPr>
          <w:p w14:paraId="69CA8DD6" w14:textId="77777777" w:rsidR="006F48AE" w:rsidRDefault="009F27A5">
            <w:pPr>
              <w:spacing w:after="0" w:line="240" w:lineRule="auto"/>
              <w:jc w:val="center"/>
            </w:pPr>
            <w:r>
              <w:rPr>
                <w:sz w:val="22"/>
                <w:szCs w:val="22"/>
              </w:rPr>
              <w:t>Kĩ sư kiểm thử</w:t>
            </w:r>
          </w:p>
        </w:tc>
        <w:tc>
          <w:tcPr>
            <w:tcW w:w="3486" w:type="dxa"/>
          </w:tcPr>
          <w:p w14:paraId="1AB03717" w14:textId="77777777" w:rsidR="006F48AE" w:rsidRDefault="009F27A5">
            <w:pPr>
              <w:spacing w:after="0" w:line="240" w:lineRule="auto"/>
            </w:pPr>
            <w:r>
              <w:rPr>
                <w:sz w:val="22"/>
                <w:szCs w:val="22"/>
              </w:rPr>
              <w:t>Kiểm tra ứng dụng trên nhiều trường hợp, phát hiện lỗi.</w:t>
            </w:r>
          </w:p>
        </w:tc>
        <w:tc>
          <w:tcPr>
            <w:tcW w:w="3175" w:type="dxa"/>
          </w:tcPr>
          <w:p w14:paraId="753E39DB" w14:textId="77777777" w:rsidR="006F48AE" w:rsidRDefault="009F27A5">
            <w:pPr>
              <w:spacing w:after="0" w:line="240" w:lineRule="auto"/>
            </w:pPr>
            <w:r>
              <w:rPr>
                <w:sz w:val="22"/>
                <w:szCs w:val="22"/>
              </w:rPr>
              <w:t>Báo cáo kiểm thử kèm danh sách lỗi cần sửa.</w:t>
            </w:r>
          </w:p>
        </w:tc>
      </w:tr>
      <w:tr w:rsidR="006F48AE" w14:paraId="51747AD7" w14:textId="77777777" w:rsidTr="00FC0825">
        <w:trPr>
          <w:cantSplit/>
          <w:jc w:val="center"/>
        </w:trPr>
        <w:tc>
          <w:tcPr>
            <w:tcW w:w="2410" w:type="dxa"/>
            <w:vAlign w:val="center"/>
          </w:tcPr>
          <w:p w14:paraId="49A2BC98" w14:textId="77777777" w:rsidR="006F48AE" w:rsidRDefault="009F27A5">
            <w:pPr>
              <w:spacing w:after="0" w:line="240" w:lineRule="auto"/>
              <w:jc w:val="center"/>
            </w:pPr>
            <w:r>
              <w:rPr>
                <w:sz w:val="22"/>
                <w:szCs w:val="22"/>
              </w:rPr>
              <w:t>Chuyên gia lĩnh vực</w:t>
            </w:r>
          </w:p>
        </w:tc>
        <w:tc>
          <w:tcPr>
            <w:tcW w:w="3486" w:type="dxa"/>
          </w:tcPr>
          <w:p w14:paraId="0329EB90" w14:textId="77777777" w:rsidR="006F48AE" w:rsidRDefault="009F27A5">
            <w:pPr>
              <w:spacing w:after="0" w:line="240" w:lineRule="auto"/>
            </w:pPr>
            <w:r>
              <w:rPr>
                <w:sz w:val="22"/>
                <w:szCs w:val="22"/>
              </w:rPr>
              <w:t>Thẩm định sản phẩm có đúng nhu cầu thực tế không.</w:t>
            </w:r>
          </w:p>
        </w:tc>
        <w:tc>
          <w:tcPr>
            <w:tcW w:w="3175" w:type="dxa"/>
          </w:tcPr>
          <w:p w14:paraId="7A3EACB4" w14:textId="77777777" w:rsidR="006F48AE" w:rsidRDefault="009F27A5">
            <w:pPr>
              <w:spacing w:after="0" w:line="240" w:lineRule="auto"/>
            </w:pPr>
            <w:r>
              <w:rPr>
                <w:sz w:val="22"/>
                <w:szCs w:val="22"/>
              </w:rPr>
              <w:t>Nhận xét và yêu cầu điều chỉnh (nếu có) trước khi dùng rộng rãi.</w:t>
            </w:r>
          </w:p>
        </w:tc>
      </w:tr>
    </w:tbl>
    <w:p w14:paraId="7C9967D6" w14:textId="77777777" w:rsidR="006F48AE" w:rsidRDefault="006F48AE">
      <w:pPr>
        <w:spacing w:after="40" w:line="192" w:lineRule="auto"/>
        <w:jc w:val="both"/>
      </w:pPr>
    </w:p>
    <w:p w14:paraId="243185DD" w14:textId="77777777" w:rsidR="006F48AE" w:rsidRPr="00692BD6" w:rsidRDefault="009F27A5">
      <w:pPr>
        <w:keepNext/>
        <w:spacing w:before="80" w:after="60" w:line="264" w:lineRule="auto"/>
        <w:jc w:val="both"/>
        <w:rPr>
          <w:sz w:val="24"/>
          <w:szCs w:val="24"/>
        </w:rPr>
      </w:pPr>
      <w:r w:rsidRPr="00692BD6">
        <w:rPr>
          <w:b/>
          <w:sz w:val="24"/>
          <w:szCs w:val="24"/>
        </w:rPr>
        <w:t>2. Gợi ý đáp án cho kịch bản đóng vai “Hệ thống nhận dạng lá lúa” (Hoạt động 3)</w:t>
      </w:r>
    </w:p>
    <w:p w14:paraId="1AE93259" w14:textId="77777777" w:rsidR="006F48AE" w:rsidRPr="00692BD6" w:rsidRDefault="009F27A5">
      <w:pPr>
        <w:tabs>
          <w:tab w:val="left" w:pos="425"/>
        </w:tabs>
        <w:spacing w:after="60" w:line="264" w:lineRule="auto"/>
        <w:ind w:left="425" w:hanging="227"/>
        <w:jc w:val="both"/>
        <w:rPr>
          <w:sz w:val="24"/>
          <w:szCs w:val="24"/>
        </w:rPr>
      </w:pPr>
      <w:r w:rsidRPr="00692BD6">
        <w:rPr>
          <w:sz w:val="24"/>
          <w:szCs w:val="24"/>
        </w:rPr>
        <w:t xml:space="preserve">- </w:t>
      </w:r>
      <w:r w:rsidRPr="00692BD6">
        <w:rPr>
          <w:sz w:val="24"/>
          <w:szCs w:val="24"/>
        </w:rPr>
        <w:tab/>
        <w:t>Nguyên nhân: tập ảnh huấn luyện thiếu ảnh lá lúa có vết đốm nhẹ ngoài lá nhưng lá vẫn khoẻ, khiến mô hình học sai rằng mọi vết ngoài lá đều là lá bệnh đạo ôn.</w:t>
      </w:r>
    </w:p>
    <w:p w14:paraId="7F3D499C" w14:textId="77777777" w:rsidR="006F48AE" w:rsidRPr="00692BD6" w:rsidRDefault="009F27A5">
      <w:pPr>
        <w:tabs>
          <w:tab w:val="left" w:pos="425"/>
        </w:tabs>
        <w:spacing w:after="60" w:line="264" w:lineRule="auto"/>
        <w:ind w:left="425" w:hanging="227"/>
        <w:jc w:val="both"/>
        <w:rPr>
          <w:sz w:val="24"/>
          <w:szCs w:val="24"/>
        </w:rPr>
      </w:pPr>
      <w:r w:rsidRPr="00692BD6">
        <w:rPr>
          <w:sz w:val="24"/>
          <w:szCs w:val="24"/>
        </w:rPr>
        <w:t xml:space="preserve">- </w:t>
      </w:r>
      <w:r w:rsidRPr="00692BD6">
        <w:rPr>
          <w:sz w:val="24"/>
          <w:szCs w:val="24"/>
        </w:rPr>
        <w:tab/>
      </w:r>
      <w:r w:rsidRPr="00692BD6">
        <w:rPr>
          <w:sz w:val="24"/>
          <w:szCs w:val="24"/>
        </w:rPr>
        <w:t>Phân công khắc phục: kĩ sư dữ liệu bổ sung ảnh lá lúa có vết nhẹ ngoài lá; kĩ sư kiểm thử thử lại trên tập ảnh mới dưới nhiều điều kiện ánh sáng; chuyên gia nông nghiệp xác nhận lại tiêu chí phân loại trước khi dùng cho vụ sau.</w:t>
      </w:r>
    </w:p>
    <w:p w14:paraId="6D3DD83C" w14:textId="77777777" w:rsidR="006F48AE" w:rsidRPr="00692BD6" w:rsidRDefault="009F27A5">
      <w:pPr>
        <w:tabs>
          <w:tab w:val="left" w:pos="425"/>
        </w:tabs>
        <w:spacing w:after="60" w:line="264" w:lineRule="auto"/>
        <w:ind w:left="425" w:hanging="227"/>
        <w:jc w:val="both"/>
        <w:rPr>
          <w:sz w:val="24"/>
          <w:szCs w:val="24"/>
        </w:rPr>
      </w:pPr>
      <w:r w:rsidRPr="00692BD6">
        <w:rPr>
          <w:sz w:val="24"/>
          <w:szCs w:val="24"/>
        </w:rPr>
        <w:t xml:space="preserve">- </w:t>
      </w:r>
      <w:r w:rsidRPr="00692BD6">
        <w:rPr>
          <w:sz w:val="24"/>
          <w:szCs w:val="24"/>
        </w:rPr>
        <w:tab/>
      </w:r>
      <w:r w:rsidRPr="00692BD6">
        <w:rPr>
          <w:b/>
          <w:sz w:val="24"/>
          <w:szCs w:val="24"/>
        </w:rPr>
        <w:t>Thời hạn:</w:t>
      </w:r>
      <w:r w:rsidRPr="00692BD6">
        <w:rPr>
          <w:sz w:val="24"/>
          <w:szCs w:val="24"/>
        </w:rPr>
        <w:t xml:space="preserve"> phù hợp với lịch vụ thu hoạch tiếp theo, không phải xử lí ngay trong buổi nghiệm thu.</w:t>
      </w:r>
    </w:p>
    <w:p w14:paraId="789D6BA8" w14:textId="77777777" w:rsidR="006F48AE" w:rsidRPr="00692BD6" w:rsidRDefault="009F27A5">
      <w:pPr>
        <w:keepNext/>
        <w:spacing w:before="80" w:after="60" w:line="264" w:lineRule="auto"/>
        <w:jc w:val="both"/>
        <w:rPr>
          <w:sz w:val="24"/>
          <w:szCs w:val="24"/>
        </w:rPr>
      </w:pPr>
      <w:r w:rsidRPr="00692BD6">
        <w:rPr>
          <w:b/>
          <w:sz w:val="24"/>
          <w:szCs w:val="24"/>
        </w:rPr>
        <w:t>3. Mẫu Ma trận RACI đầy đủ cho dự án “Trợ lí AI giải đáp nội quy trường”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268"/>
        <w:gridCol w:w="1361"/>
        <w:gridCol w:w="1361"/>
        <w:gridCol w:w="1361"/>
        <w:gridCol w:w="1361"/>
        <w:gridCol w:w="1361"/>
      </w:tblGrid>
      <w:tr w:rsidR="006F48AE" w14:paraId="234CA715" w14:textId="77777777">
        <w:trPr>
          <w:cantSplit/>
          <w:tblHeader/>
          <w:jc w:val="center"/>
        </w:trPr>
        <w:tc>
          <w:tcPr>
            <w:tcW w:w="2268" w:type="dxa"/>
            <w:vAlign w:val="center"/>
          </w:tcPr>
          <w:p w14:paraId="4A380198" w14:textId="77777777" w:rsidR="006F48AE" w:rsidRDefault="009F27A5">
            <w:pPr>
              <w:spacing w:after="0" w:line="240" w:lineRule="auto"/>
              <w:jc w:val="center"/>
            </w:pPr>
            <w:r>
              <w:rPr>
                <w:b/>
                <w:sz w:val="22"/>
                <w:szCs w:val="22"/>
              </w:rPr>
              <w:t>Việc chính</w:t>
            </w:r>
          </w:p>
        </w:tc>
        <w:tc>
          <w:tcPr>
            <w:tcW w:w="1361" w:type="dxa"/>
            <w:vAlign w:val="center"/>
          </w:tcPr>
          <w:p w14:paraId="61A1FDE8" w14:textId="77777777" w:rsidR="006F48AE" w:rsidRDefault="009F27A5">
            <w:pPr>
              <w:spacing w:after="0" w:line="240" w:lineRule="auto"/>
              <w:jc w:val="center"/>
            </w:pPr>
            <w:r>
              <w:rPr>
                <w:b/>
                <w:sz w:val="22"/>
                <w:szCs w:val="22"/>
              </w:rPr>
              <w:t>Đề xuất</w:t>
            </w:r>
          </w:p>
        </w:tc>
        <w:tc>
          <w:tcPr>
            <w:tcW w:w="1361" w:type="dxa"/>
            <w:vAlign w:val="center"/>
          </w:tcPr>
          <w:p w14:paraId="1E969762" w14:textId="77777777" w:rsidR="006F48AE" w:rsidRDefault="009F27A5">
            <w:pPr>
              <w:spacing w:after="0" w:line="240" w:lineRule="auto"/>
              <w:jc w:val="center"/>
            </w:pPr>
            <w:r>
              <w:rPr>
                <w:b/>
                <w:sz w:val="22"/>
                <w:szCs w:val="22"/>
              </w:rPr>
              <w:t>Dữ liệu</w:t>
            </w:r>
          </w:p>
        </w:tc>
        <w:tc>
          <w:tcPr>
            <w:tcW w:w="1361" w:type="dxa"/>
            <w:vAlign w:val="center"/>
          </w:tcPr>
          <w:p w14:paraId="123A45DF" w14:textId="77777777" w:rsidR="006F48AE" w:rsidRDefault="009F27A5">
            <w:pPr>
              <w:spacing w:after="0" w:line="240" w:lineRule="auto"/>
              <w:jc w:val="center"/>
            </w:pPr>
            <w:r>
              <w:rPr>
                <w:b/>
                <w:sz w:val="22"/>
                <w:szCs w:val="22"/>
              </w:rPr>
              <w:t>Lập trình</w:t>
            </w:r>
          </w:p>
        </w:tc>
        <w:tc>
          <w:tcPr>
            <w:tcW w:w="1361" w:type="dxa"/>
            <w:vAlign w:val="center"/>
          </w:tcPr>
          <w:p w14:paraId="6097497C" w14:textId="77777777" w:rsidR="006F48AE" w:rsidRDefault="009F27A5">
            <w:pPr>
              <w:spacing w:after="0" w:line="240" w:lineRule="auto"/>
              <w:jc w:val="center"/>
            </w:pPr>
            <w:r>
              <w:rPr>
                <w:b/>
                <w:sz w:val="22"/>
                <w:szCs w:val="22"/>
              </w:rPr>
              <w:t>Kiểm thử</w:t>
            </w:r>
          </w:p>
        </w:tc>
        <w:tc>
          <w:tcPr>
            <w:tcW w:w="1361" w:type="dxa"/>
            <w:vAlign w:val="center"/>
          </w:tcPr>
          <w:p w14:paraId="26EB1335" w14:textId="77777777" w:rsidR="006F48AE" w:rsidRDefault="009F27A5">
            <w:pPr>
              <w:spacing w:after="0" w:line="240" w:lineRule="auto"/>
              <w:jc w:val="center"/>
            </w:pPr>
            <w:r>
              <w:rPr>
                <w:b/>
                <w:sz w:val="22"/>
                <w:szCs w:val="22"/>
              </w:rPr>
              <w:t>Chuyên gia</w:t>
            </w:r>
          </w:p>
        </w:tc>
      </w:tr>
      <w:tr w:rsidR="006F48AE" w14:paraId="342FE5D4" w14:textId="77777777">
        <w:trPr>
          <w:cantSplit/>
          <w:jc w:val="center"/>
        </w:trPr>
        <w:tc>
          <w:tcPr>
            <w:tcW w:w="2268" w:type="dxa"/>
          </w:tcPr>
          <w:p w14:paraId="4EB28767" w14:textId="77777777" w:rsidR="006F48AE" w:rsidRDefault="009F27A5">
            <w:pPr>
              <w:spacing w:after="0" w:line="240" w:lineRule="auto"/>
            </w:pPr>
            <w:r>
              <w:rPr>
                <w:sz w:val="22"/>
                <w:szCs w:val="22"/>
              </w:rPr>
              <w:t>1. Xác định mục tiêu</w:t>
            </w:r>
          </w:p>
        </w:tc>
        <w:tc>
          <w:tcPr>
            <w:tcW w:w="1361" w:type="dxa"/>
            <w:vAlign w:val="center"/>
          </w:tcPr>
          <w:p w14:paraId="32014BCB" w14:textId="77777777" w:rsidR="006F48AE" w:rsidRDefault="009F27A5">
            <w:pPr>
              <w:spacing w:after="0" w:line="240" w:lineRule="auto"/>
              <w:jc w:val="center"/>
            </w:pPr>
            <w:r>
              <w:rPr>
                <w:sz w:val="22"/>
                <w:szCs w:val="22"/>
              </w:rPr>
              <w:t>A</w:t>
            </w:r>
          </w:p>
        </w:tc>
        <w:tc>
          <w:tcPr>
            <w:tcW w:w="1361" w:type="dxa"/>
            <w:vAlign w:val="center"/>
          </w:tcPr>
          <w:p w14:paraId="76C56842" w14:textId="77777777" w:rsidR="006F48AE" w:rsidRDefault="009F27A5">
            <w:pPr>
              <w:spacing w:after="0" w:line="240" w:lineRule="auto"/>
              <w:jc w:val="center"/>
            </w:pPr>
            <w:r>
              <w:rPr>
                <w:sz w:val="22"/>
                <w:szCs w:val="22"/>
              </w:rPr>
              <w:t>C</w:t>
            </w:r>
          </w:p>
        </w:tc>
        <w:tc>
          <w:tcPr>
            <w:tcW w:w="1361" w:type="dxa"/>
            <w:vAlign w:val="center"/>
          </w:tcPr>
          <w:p w14:paraId="0E3DB10D" w14:textId="77777777" w:rsidR="006F48AE" w:rsidRDefault="009F27A5">
            <w:pPr>
              <w:spacing w:after="0" w:line="240" w:lineRule="auto"/>
              <w:jc w:val="center"/>
            </w:pPr>
            <w:r>
              <w:rPr>
                <w:sz w:val="22"/>
                <w:szCs w:val="22"/>
              </w:rPr>
              <w:t>I</w:t>
            </w:r>
          </w:p>
        </w:tc>
        <w:tc>
          <w:tcPr>
            <w:tcW w:w="1361" w:type="dxa"/>
            <w:vAlign w:val="center"/>
          </w:tcPr>
          <w:p w14:paraId="6FBE09F9" w14:textId="77777777" w:rsidR="006F48AE" w:rsidRDefault="009F27A5">
            <w:pPr>
              <w:spacing w:after="0" w:line="240" w:lineRule="auto"/>
              <w:jc w:val="center"/>
            </w:pPr>
            <w:r>
              <w:rPr>
                <w:sz w:val="22"/>
                <w:szCs w:val="22"/>
              </w:rPr>
              <w:t>I</w:t>
            </w:r>
          </w:p>
        </w:tc>
        <w:tc>
          <w:tcPr>
            <w:tcW w:w="1361" w:type="dxa"/>
            <w:vAlign w:val="center"/>
          </w:tcPr>
          <w:p w14:paraId="689195E2" w14:textId="77777777" w:rsidR="006F48AE" w:rsidRDefault="009F27A5">
            <w:pPr>
              <w:spacing w:after="0" w:line="240" w:lineRule="auto"/>
              <w:jc w:val="center"/>
            </w:pPr>
            <w:r>
              <w:rPr>
                <w:sz w:val="22"/>
                <w:szCs w:val="22"/>
              </w:rPr>
              <w:t>C</w:t>
            </w:r>
          </w:p>
        </w:tc>
      </w:tr>
      <w:tr w:rsidR="006F48AE" w14:paraId="65D786F2" w14:textId="77777777">
        <w:trPr>
          <w:cantSplit/>
          <w:jc w:val="center"/>
        </w:trPr>
        <w:tc>
          <w:tcPr>
            <w:tcW w:w="2268" w:type="dxa"/>
          </w:tcPr>
          <w:p w14:paraId="2C90D0FB" w14:textId="77777777" w:rsidR="006F48AE" w:rsidRDefault="009F27A5">
            <w:pPr>
              <w:spacing w:after="0" w:line="240" w:lineRule="auto"/>
            </w:pPr>
            <w:r>
              <w:rPr>
                <w:sz w:val="22"/>
                <w:szCs w:val="22"/>
              </w:rPr>
              <w:t>2. Thu thập dữ liệu</w:t>
            </w:r>
          </w:p>
        </w:tc>
        <w:tc>
          <w:tcPr>
            <w:tcW w:w="1361" w:type="dxa"/>
            <w:vAlign w:val="center"/>
          </w:tcPr>
          <w:p w14:paraId="4AADF44A" w14:textId="77777777" w:rsidR="006F48AE" w:rsidRDefault="009F27A5">
            <w:pPr>
              <w:spacing w:after="0" w:line="240" w:lineRule="auto"/>
              <w:jc w:val="center"/>
            </w:pPr>
            <w:r>
              <w:rPr>
                <w:sz w:val="22"/>
                <w:szCs w:val="22"/>
              </w:rPr>
              <w:t>I</w:t>
            </w:r>
          </w:p>
        </w:tc>
        <w:tc>
          <w:tcPr>
            <w:tcW w:w="1361" w:type="dxa"/>
            <w:vAlign w:val="center"/>
          </w:tcPr>
          <w:p w14:paraId="0E81A330" w14:textId="77777777" w:rsidR="006F48AE" w:rsidRDefault="009F27A5">
            <w:pPr>
              <w:spacing w:after="0" w:line="240" w:lineRule="auto"/>
              <w:jc w:val="center"/>
            </w:pPr>
            <w:r>
              <w:rPr>
                <w:sz w:val="22"/>
                <w:szCs w:val="22"/>
              </w:rPr>
              <w:t>A</w:t>
            </w:r>
          </w:p>
        </w:tc>
        <w:tc>
          <w:tcPr>
            <w:tcW w:w="1361" w:type="dxa"/>
            <w:vAlign w:val="center"/>
          </w:tcPr>
          <w:p w14:paraId="1E5E15EC" w14:textId="77777777" w:rsidR="006F48AE" w:rsidRDefault="009F27A5">
            <w:pPr>
              <w:spacing w:after="0" w:line="240" w:lineRule="auto"/>
              <w:jc w:val="center"/>
            </w:pPr>
            <w:r>
              <w:rPr>
                <w:sz w:val="22"/>
                <w:szCs w:val="22"/>
              </w:rPr>
              <w:t>I</w:t>
            </w:r>
          </w:p>
        </w:tc>
        <w:tc>
          <w:tcPr>
            <w:tcW w:w="1361" w:type="dxa"/>
            <w:vAlign w:val="center"/>
          </w:tcPr>
          <w:p w14:paraId="1A7BBC07" w14:textId="77777777" w:rsidR="006F48AE" w:rsidRDefault="009F27A5">
            <w:pPr>
              <w:spacing w:after="0" w:line="240" w:lineRule="auto"/>
              <w:jc w:val="center"/>
            </w:pPr>
            <w:r>
              <w:rPr>
                <w:sz w:val="22"/>
                <w:szCs w:val="22"/>
              </w:rPr>
              <w:t>I</w:t>
            </w:r>
          </w:p>
        </w:tc>
        <w:tc>
          <w:tcPr>
            <w:tcW w:w="1361" w:type="dxa"/>
            <w:vAlign w:val="center"/>
          </w:tcPr>
          <w:p w14:paraId="17E9225A" w14:textId="77777777" w:rsidR="006F48AE" w:rsidRDefault="009F27A5">
            <w:pPr>
              <w:spacing w:after="0" w:line="240" w:lineRule="auto"/>
              <w:jc w:val="center"/>
            </w:pPr>
            <w:r>
              <w:rPr>
                <w:sz w:val="22"/>
                <w:szCs w:val="22"/>
              </w:rPr>
              <w:t>C</w:t>
            </w:r>
          </w:p>
        </w:tc>
      </w:tr>
      <w:tr w:rsidR="006F48AE" w14:paraId="3EA00B52" w14:textId="77777777">
        <w:trPr>
          <w:cantSplit/>
          <w:jc w:val="center"/>
        </w:trPr>
        <w:tc>
          <w:tcPr>
            <w:tcW w:w="2268" w:type="dxa"/>
          </w:tcPr>
          <w:p w14:paraId="1860F138" w14:textId="77777777" w:rsidR="006F48AE" w:rsidRDefault="009F27A5">
            <w:pPr>
              <w:spacing w:after="0" w:line="240" w:lineRule="auto"/>
            </w:pPr>
            <w:r>
              <w:rPr>
                <w:sz w:val="22"/>
                <w:szCs w:val="22"/>
              </w:rPr>
              <w:t>3. Huấn luyện mô hình</w:t>
            </w:r>
          </w:p>
        </w:tc>
        <w:tc>
          <w:tcPr>
            <w:tcW w:w="1361" w:type="dxa"/>
            <w:vAlign w:val="center"/>
          </w:tcPr>
          <w:p w14:paraId="5A12BC1F" w14:textId="77777777" w:rsidR="006F48AE" w:rsidRDefault="009F27A5">
            <w:pPr>
              <w:spacing w:after="0" w:line="240" w:lineRule="auto"/>
              <w:jc w:val="center"/>
            </w:pPr>
            <w:r>
              <w:rPr>
                <w:sz w:val="22"/>
                <w:szCs w:val="22"/>
              </w:rPr>
              <w:t>I</w:t>
            </w:r>
          </w:p>
        </w:tc>
        <w:tc>
          <w:tcPr>
            <w:tcW w:w="1361" w:type="dxa"/>
            <w:vAlign w:val="center"/>
          </w:tcPr>
          <w:p w14:paraId="1BC7D5BE" w14:textId="77777777" w:rsidR="006F48AE" w:rsidRDefault="009F27A5">
            <w:pPr>
              <w:spacing w:after="0" w:line="240" w:lineRule="auto"/>
              <w:jc w:val="center"/>
            </w:pPr>
            <w:r>
              <w:rPr>
                <w:sz w:val="22"/>
                <w:szCs w:val="22"/>
              </w:rPr>
              <w:t>A</w:t>
            </w:r>
          </w:p>
        </w:tc>
        <w:tc>
          <w:tcPr>
            <w:tcW w:w="1361" w:type="dxa"/>
            <w:vAlign w:val="center"/>
          </w:tcPr>
          <w:p w14:paraId="5C5FA3C0" w14:textId="77777777" w:rsidR="006F48AE" w:rsidRDefault="009F27A5">
            <w:pPr>
              <w:spacing w:after="0" w:line="240" w:lineRule="auto"/>
              <w:jc w:val="center"/>
            </w:pPr>
            <w:r>
              <w:rPr>
                <w:sz w:val="22"/>
                <w:szCs w:val="22"/>
              </w:rPr>
              <w:t>C</w:t>
            </w:r>
          </w:p>
        </w:tc>
        <w:tc>
          <w:tcPr>
            <w:tcW w:w="1361" w:type="dxa"/>
            <w:vAlign w:val="center"/>
          </w:tcPr>
          <w:p w14:paraId="5C19F2C3" w14:textId="77777777" w:rsidR="006F48AE" w:rsidRDefault="009F27A5">
            <w:pPr>
              <w:spacing w:after="0" w:line="240" w:lineRule="auto"/>
              <w:jc w:val="center"/>
            </w:pPr>
            <w:r>
              <w:rPr>
                <w:sz w:val="22"/>
                <w:szCs w:val="22"/>
              </w:rPr>
              <w:t>I</w:t>
            </w:r>
          </w:p>
        </w:tc>
        <w:tc>
          <w:tcPr>
            <w:tcW w:w="1361" w:type="dxa"/>
            <w:vAlign w:val="center"/>
          </w:tcPr>
          <w:p w14:paraId="6A82FFE6" w14:textId="77777777" w:rsidR="006F48AE" w:rsidRDefault="009F27A5">
            <w:pPr>
              <w:spacing w:after="0" w:line="240" w:lineRule="auto"/>
              <w:jc w:val="center"/>
            </w:pPr>
            <w:r>
              <w:rPr>
                <w:sz w:val="22"/>
                <w:szCs w:val="22"/>
              </w:rPr>
              <w:t>I</w:t>
            </w:r>
          </w:p>
        </w:tc>
      </w:tr>
      <w:tr w:rsidR="006F48AE" w14:paraId="71B71728" w14:textId="77777777">
        <w:trPr>
          <w:cantSplit/>
          <w:jc w:val="center"/>
        </w:trPr>
        <w:tc>
          <w:tcPr>
            <w:tcW w:w="2268" w:type="dxa"/>
          </w:tcPr>
          <w:p w14:paraId="1CDF30CB" w14:textId="77777777" w:rsidR="006F48AE" w:rsidRDefault="009F27A5">
            <w:pPr>
              <w:spacing w:after="0" w:line="240" w:lineRule="auto"/>
            </w:pPr>
            <w:r>
              <w:rPr>
                <w:sz w:val="22"/>
                <w:szCs w:val="22"/>
              </w:rPr>
              <w:t>4. Tích hợp giao diện</w:t>
            </w:r>
          </w:p>
        </w:tc>
        <w:tc>
          <w:tcPr>
            <w:tcW w:w="1361" w:type="dxa"/>
            <w:vAlign w:val="center"/>
          </w:tcPr>
          <w:p w14:paraId="395F93B8" w14:textId="77777777" w:rsidR="006F48AE" w:rsidRDefault="009F27A5">
            <w:pPr>
              <w:spacing w:after="0" w:line="240" w:lineRule="auto"/>
              <w:jc w:val="center"/>
            </w:pPr>
            <w:r>
              <w:rPr>
                <w:sz w:val="22"/>
                <w:szCs w:val="22"/>
              </w:rPr>
              <w:t>I</w:t>
            </w:r>
          </w:p>
        </w:tc>
        <w:tc>
          <w:tcPr>
            <w:tcW w:w="1361" w:type="dxa"/>
            <w:vAlign w:val="center"/>
          </w:tcPr>
          <w:p w14:paraId="22B2C79F" w14:textId="77777777" w:rsidR="006F48AE" w:rsidRDefault="009F27A5">
            <w:pPr>
              <w:spacing w:after="0" w:line="240" w:lineRule="auto"/>
              <w:jc w:val="center"/>
            </w:pPr>
            <w:r>
              <w:rPr>
                <w:sz w:val="22"/>
                <w:szCs w:val="22"/>
              </w:rPr>
              <w:t>C</w:t>
            </w:r>
          </w:p>
        </w:tc>
        <w:tc>
          <w:tcPr>
            <w:tcW w:w="1361" w:type="dxa"/>
            <w:vAlign w:val="center"/>
          </w:tcPr>
          <w:p w14:paraId="3FA0E711" w14:textId="77777777" w:rsidR="006F48AE" w:rsidRDefault="009F27A5">
            <w:pPr>
              <w:spacing w:after="0" w:line="240" w:lineRule="auto"/>
              <w:jc w:val="center"/>
            </w:pPr>
            <w:r>
              <w:rPr>
                <w:sz w:val="22"/>
                <w:szCs w:val="22"/>
              </w:rPr>
              <w:t>A</w:t>
            </w:r>
          </w:p>
        </w:tc>
        <w:tc>
          <w:tcPr>
            <w:tcW w:w="1361" w:type="dxa"/>
            <w:vAlign w:val="center"/>
          </w:tcPr>
          <w:p w14:paraId="1ACD5BE2" w14:textId="77777777" w:rsidR="006F48AE" w:rsidRDefault="009F27A5">
            <w:pPr>
              <w:spacing w:after="0" w:line="240" w:lineRule="auto"/>
              <w:jc w:val="center"/>
            </w:pPr>
            <w:r>
              <w:rPr>
                <w:sz w:val="22"/>
                <w:szCs w:val="22"/>
              </w:rPr>
              <w:t>I</w:t>
            </w:r>
          </w:p>
        </w:tc>
        <w:tc>
          <w:tcPr>
            <w:tcW w:w="1361" w:type="dxa"/>
            <w:vAlign w:val="center"/>
          </w:tcPr>
          <w:p w14:paraId="534AA55F" w14:textId="77777777" w:rsidR="006F48AE" w:rsidRDefault="009F27A5">
            <w:pPr>
              <w:spacing w:after="0" w:line="240" w:lineRule="auto"/>
              <w:jc w:val="center"/>
            </w:pPr>
            <w:r>
              <w:rPr>
                <w:sz w:val="22"/>
                <w:szCs w:val="22"/>
              </w:rPr>
              <w:t>I</w:t>
            </w:r>
          </w:p>
        </w:tc>
      </w:tr>
      <w:tr w:rsidR="006F48AE" w14:paraId="668A5778" w14:textId="77777777">
        <w:trPr>
          <w:cantSplit/>
          <w:jc w:val="center"/>
        </w:trPr>
        <w:tc>
          <w:tcPr>
            <w:tcW w:w="2268" w:type="dxa"/>
          </w:tcPr>
          <w:p w14:paraId="18005E15" w14:textId="77777777" w:rsidR="006F48AE" w:rsidRDefault="009F27A5">
            <w:pPr>
              <w:spacing w:after="0" w:line="240" w:lineRule="auto"/>
            </w:pPr>
            <w:r>
              <w:rPr>
                <w:sz w:val="22"/>
                <w:szCs w:val="22"/>
              </w:rPr>
              <w:t>5. Kiểm thử trước khi dùng</w:t>
            </w:r>
          </w:p>
        </w:tc>
        <w:tc>
          <w:tcPr>
            <w:tcW w:w="1361" w:type="dxa"/>
            <w:vAlign w:val="center"/>
          </w:tcPr>
          <w:p w14:paraId="61260B8B" w14:textId="77777777" w:rsidR="006F48AE" w:rsidRDefault="009F27A5">
            <w:pPr>
              <w:spacing w:after="0" w:line="240" w:lineRule="auto"/>
              <w:jc w:val="center"/>
            </w:pPr>
            <w:r>
              <w:rPr>
                <w:sz w:val="22"/>
                <w:szCs w:val="22"/>
              </w:rPr>
              <w:t>I</w:t>
            </w:r>
          </w:p>
        </w:tc>
        <w:tc>
          <w:tcPr>
            <w:tcW w:w="1361" w:type="dxa"/>
            <w:vAlign w:val="center"/>
          </w:tcPr>
          <w:p w14:paraId="0B95AB04" w14:textId="77777777" w:rsidR="006F48AE" w:rsidRDefault="009F27A5">
            <w:pPr>
              <w:spacing w:after="0" w:line="240" w:lineRule="auto"/>
              <w:jc w:val="center"/>
            </w:pPr>
            <w:r>
              <w:rPr>
                <w:sz w:val="22"/>
                <w:szCs w:val="22"/>
              </w:rPr>
              <w:t>C</w:t>
            </w:r>
          </w:p>
        </w:tc>
        <w:tc>
          <w:tcPr>
            <w:tcW w:w="1361" w:type="dxa"/>
            <w:vAlign w:val="center"/>
          </w:tcPr>
          <w:p w14:paraId="07CE71ED" w14:textId="77777777" w:rsidR="006F48AE" w:rsidRDefault="009F27A5">
            <w:pPr>
              <w:spacing w:after="0" w:line="240" w:lineRule="auto"/>
              <w:jc w:val="center"/>
            </w:pPr>
            <w:r>
              <w:rPr>
                <w:sz w:val="22"/>
                <w:szCs w:val="22"/>
              </w:rPr>
              <w:t>C</w:t>
            </w:r>
          </w:p>
        </w:tc>
        <w:tc>
          <w:tcPr>
            <w:tcW w:w="1361" w:type="dxa"/>
            <w:vAlign w:val="center"/>
          </w:tcPr>
          <w:p w14:paraId="15F550CA" w14:textId="77777777" w:rsidR="006F48AE" w:rsidRDefault="009F27A5">
            <w:pPr>
              <w:spacing w:after="0" w:line="240" w:lineRule="auto"/>
              <w:jc w:val="center"/>
            </w:pPr>
            <w:r>
              <w:rPr>
                <w:sz w:val="22"/>
                <w:szCs w:val="22"/>
              </w:rPr>
              <w:t>A</w:t>
            </w:r>
          </w:p>
        </w:tc>
        <w:tc>
          <w:tcPr>
            <w:tcW w:w="1361" w:type="dxa"/>
            <w:vAlign w:val="center"/>
          </w:tcPr>
          <w:p w14:paraId="7F2917FE" w14:textId="77777777" w:rsidR="006F48AE" w:rsidRDefault="009F27A5">
            <w:pPr>
              <w:spacing w:after="0" w:line="240" w:lineRule="auto"/>
              <w:jc w:val="center"/>
            </w:pPr>
            <w:r>
              <w:rPr>
                <w:sz w:val="22"/>
                <w:szCs w:val="22"/>
              </w:rPr>
              <w:t>C</w:t>
            </w:r>
          </w:p>
        </w:tc>
      </w:tr>
      <w:tr w:rsidR="006F48AE" w14:paraId="781C4A18" w14:textId="77777777">
        <w:trPr>
          <w:cantSplit/>
          <w:jc w:val="center"/>
        </w:trPr>
        <w:tc>
          <w:tcPr>
            <w:tcW w:w="2268" w:type="dxa"/>
          </w:tcPr>
          <w:p w14:paraId="644A7B85" w14:textId="77777777" w:rsidR="006F48AE" w:rsidRDefault="009F27A5">
            <w:pPr>
              <w:spacing w:after="0" w:line="240" w:lineRule="auto"/>
            </w:pPr>
            <w:r>
              <w:rPr>
                <w:sz w:val="22"/>
                <w:szCs w:val="22"/>
              </w:rPr>
              <w:t>6. Thu thập phản hồi</w:t>
            </w:r>
          </w:p>
        </w:tc>
        <w:tc>
          <w:tcPr>
            <w:tcW w:w="1361" w:type="dxa"/>
            <w:vAlign w:val="center"/>
          </w:tcPr>
          <w:p w14:paraId="187190DC" w14:textId="77777777" w:rsidR="006F48AE" w:rsidRDefault="009F27A5">
            <w:pPr>
              <w:spacing w:after="0" w:line="240" w:lineRule="auto"/>
              <w:jc w:val="center"/>
            </w:pPr>
            <w:r>
              <w:rPr>
                <w:sz w:val="22"/>
                <w:szCs w:val="22"/>
              </w:rPr>
              <w:t>A</w:t>
            </w:r>
          </w:p>
        </w:tc>
        <w:tc>
          <w:tcPr>
            <w:tcW w:w="1361" w:type="dxa"/>
            <w:vAlign w:val="center"/>
          </w:tcPr>
          <w:p w14:paraId="57CEFED8" w14:textId="77777777" w:rsidR="006F48AE" w:rsidRDefault="009F27A5">
            <w:pPr>
              <w:spacing w:after="0" w:line="240" w:lineRule="auto"/>
              <w:jc w:val="center"/>
            </w:pPr>
            <w:r>
              <w:rPr>
                <w:sz w:val="22"/>
                <w:szCs w:val="22"/>
              </w:rPr>
              <w:t>I</w:t>
            </w:r>
          </w:p>
        </w:tc>
        <w:tc>
          <w:tcPr>
            <w:tcW w:w="1361" w:type="dxa"/>
            <w:vAlign w:val="center"/>
          </w:tcPr>
          <w:p w14:paraId="3B1383C7" w14:textId="77777777" w:rsidR="006F48AE" w:rsidRDefault="009F27A5">
            <w:pPr>
              <w:spacing w:after="0" w:line="240" w:lineRule="auto"/>
              <w:jc w:val="center"/>
            </w:pPr>
            <w:r>
              <w:rPr>
                <w:sz w:val="22"/>
                <w:szCs w:val="22"/>
              </w:rPr>
              <w:t>I</w:t>
            </w:r>
          </w:p>
        </w:tc>
        <w:tc>
          <w:tcPr>
            <w:tcW w:w="1361" w:type="dxa"/>
            <w:vAlign w:val="center"/>
          </w:tcPr>
          <w:p w14:paraId="76B344ED" w14:textId="77777777" w:rsidR="006F48AE" w:rsidRDefault="009F27A5">
            <w:pPr>
              <w:spacing w:after="0" w:line="240" w:lineRule="auto"/>
              <w:jc w:val="center"/>
            </w:pPr>
            <w:r>
              <w:rPr>
                <w:sz w:val="22"/>
                <w:szCs w:val="22"/>
              </w:rPr>
              <w:t>C</w:t>
            </w:r>
          </w:p>
        </w:tc>
        <w:tc>
          <w:tcPr>
            <w:tcW w:w="1361" w:type="dxa"/>
            <w:vAlign w:val="center"/>
          </w:tcPr>
          <w:p w14:paraId="56683DEB" w14:textId="77777777" w:rsidR="006F48AE" w:rsidRDefault="009F27A5">
            <w:pPr>
              <w:spacing w:after="0" w:line="240" w:lineRule="auto"/>
              <w:jc w:val="center"/>
            </w:pPr>
            <w:r>
              <w:rPr>
                <w:sz w:val="22"/>
                <w:szCs w:val="22"/>
              </w:rPr>
              <w:t>C</w:t>
            </w:r>
          </w:p>
        </w:tc>
      </w:tr>
    </w:tbl>
    <w:p w14:paraId="70535FDF" w14:textId="77777777" w:rsidR="006F48AE" w:rsidRDefault="006F48AE">
      <w:pPr>
        <w:spacing w:after="40" w:line="192" w:lineRule="auto"/>
        <w:jc w:val="both"/>
      </w:pPr>
    </w:p>
    <w:p w14:paraId="4991D03E" w14:textId="77777777" w:rsidR="006F48AE" w:rsidRPr="00692BD6" w:rsidRDefault="009F27A5">
      <w:pPr>
        <w:spacing w:after="60" w:line="264" w:lineRule="auto"/>
        <w:jc w:val="both"/>
        <w:rPr>
          <w:sz w:val="24"/>
          <w:szCs w:val="24"/>
        </w:rPr>
      </w:pPr>
      <w:r w:rsidRPr="00692BD6">
        <w:rPr>
          <w:i/>
          <w:sz w:val="24"/>
          <w:szCs w:val="24"/>
        </w:rPr>
        <w:t>Bảng mẫu ghi chữ A cùng C, I (phần làm thêm; ở mỗi việc, người giữ chữ A cũng là người thực hiện nên không ghi riêng chữ R); bài của nhóm chỉ cần chữ A và dấu × là đạt. Chấp nhận cách phân công khác của nhóm em nếu mỗi việc vẫn chỉ có đúng một chữ A và nhóm em giải thích được lí do lựa chọn.</w:t>
      </w:r>
    </w:p>
    <w:p w14:paraId="79EEB974" w14:textId="77777777" w:rsidR="006F48AE" w:rsidRPr="00692BD6" w:rsidRDefault="009F27A5">
      <w:pPr>
        <w:keepNext/>
        <w:spacing w:before="80" w:after="60" w:line="264" w:lineRule="auto"/>
        <w:jc w:val="both"/>
        <w:rPr>
          <w:sz w:val="24"/>
          <w:szCs w:val="24"/>
        </w:rPr>
      </w:pPr>
      <w:r w:rsidRPr="00692BD6">
        <w:rPr>
          <w:b/>
          <w:sz w:val="24"/>
          <w:szCs w:val="24"/>
        </w:rPr>
        <w:t>4. Những nhầm lẫn thường gặp và cách xử lí</w:t>
      </w:r>
    </w:p>
    <w:p w14:paraId="564D9CA9" w14:textId="77777777" w:rsidR="006F48AE" w:rsidRPr="00692BD6" w:rsidRDefault="009F27A5">
      <w:pPr>
        <w:tabs>
          <w:tab w:val="left" w:pos="425"/>
        </w:tabs>
        <w:spacing w:after="60" w:line="264" w:lineRule="auto"/>
        <w:ind w:left="425" w:hanging="227"/>
        <w:jc w:val="both"/>
        <w:rPr>
          <w:sz w:val="24"/>
          <w:szCs w:val="24"/>
        </w:rPr>
      </w:pPr>
      <w:r w:rsidRPr="00692BD6">
        <w:rPr>
          <w:sz w:val="24"/>
          <w:szCs w:val="24"/>
        </w:rPr>
        <w:t xml:space="preserve">- </w:t>
      </w:r>
      <w:r w:rsidRPr="00692BD6">
        <w:rPr>
          <w:sz w:val="24"/>
          <w:szCs w:val="24"/>
        </w:rPr>
        <w:tab/>
      </w:r>
      <w:r w:rsidRPr="00692BD6">
        <w:rPr>
          <w:sz w:val="24"/>
          <w:szCs w:val="24"/>
        </w:rPr>
        <w:t>HS cho rằng người đề xuất ý tưởng là người quyết định cuối cùng mọi việc → nhắc lại: chữ A trong RACI gắn với trách nhiệm đối với từng việc cụ thể, không phải với toàn bộ dự án.</w:t>
      </w:r>
    </w:p>
    <w:p w14:paraId="7A7FF39B" w14:textId="77777777" w:rsidR="006F48AE" w:rsidRPr="00692BD6" w:rsidRDefault="009F27A5">
      <w:pPr>
        <w:tabs>
          <w:tab w:val="left" w:pos="425"/>
        </w:tabs>
        <w:spacing w:after="60" w:line="264" w:lineRule="auto"/>
        <w:ind w:left="425" w:hanging="227"/>
        <w:jc w:val="both"/>
        <w:rPr>
          <w:sz w:val="24"/>
          <w:szCs w:val="24"/>
        </w:rPr>
      </w:pPr>
      <w:r w:rsidRPr="00692BD6">
        <w:rPr>
          <w:sz w:val="24"/>
          <w:szCs w:val="24"/>
        </w:rPr>
        <w:t xml:space="preserve">- </w:t>
      </w:r>
      <w:r w:rsidRPr="00692BD6">
        <w:rPr>
          <w:sz w:val="24"/>
          <w:szCs w:val="24"/>
        </w:rPr>
        <w:tab/>
      </w:r>
      <w:r w:rsidRPr="00692BD6">
        <w:rPr>
          <w:sz w:val="24"/>
          <w:szCs w:val="24"/>
        </w:rPr>
        <w:t>HS gán nhiều chữ A cho một việc → chỉ ra nguyên tắc: mỗi việc chỉ có một người chịu trách nhiệm chính, nếu không sẽ không rõ ai quyết định khi có tranh luận.</w:t>
      </w:r>
    </w:p>
    <w:p w14:paraId="19B176F3" w14:textId="77777777" w:rsidR="006F48AE" w:rsidRPr="00692BD6" w:rsidRDefault="009F27A5">
      <w:pPr>
        <w:tabs>
          <w:tab w:val="left" w:pos="425"/>
        </w:tabs>
        <w:spacing w:after="60" w:line="264" w:lineRule="auto"/>
        <w:ind w:left="425" w:hanging="227"/>
        <w:jc w:val="both"/>
        <w:rPr>
          <w:sz w:val="24"/>
          <w:szCs w:val="24"/>
        </w:rPr>
      </w:pPr>
      <w:r w:rsidRPr="00692BD6">
        <w:rPr>
          <w:sz w:val="24"/>
          <w:szCs w:val="24"/>
        </w:rPr>
        <w:t xml:space="preserve">- </w:t>
      </w:r>
      <w:r w:rsidRPr="00692BD6">
        <w:rPr>
          <w:sz w:val="24"/>
          <w:szCs w:val="24"/>
        </w:rPr>
        <w:tab/>
      </w:r>
      <w:r w:rsidRPr="00692BD6">
        <w:rPr>
          <w:sz w:val="24"/>
          <w:szCs w:val="24"/>
        </w:rPr>
        <w:t>HS coi kiểm thử là bước cuối, chỉ làm một lần → nhấn mạnh: kiểm thử có thể lặp lại nhiều vòng, mỗi lần phát hiện lỗi đều quay lại vai trò liên quan để sửa.</w:t>
      </w:r>
    </w:p>
    <w:p w14:paraId="482D02A5" w14:textId="77777777" w:rsidR="006F48AE" w:rsidRPr="00692BD6" w:rsidRDefault="009F27A5">
      <w:pPr>
        <w:keepNext/>
        <w:spacing w:before="160" w:after="60" w:line="264" w:lineRule="auto"/>
        <w:rPr>
          <w:sz w:val="24"/>
          <w:szCs w:val="24"/>
        </w:rPr>
      </w:pPr>
      <w:r w:rsidRPr="00692BD6">
        <w:rPr>
          <w:b/>
          <w:sz w:val="24"/>
          <w:szCs w:val="24"/>
        </w:rPr>
        <w:t>PL12.7.8. Ghi chú chuyên môn, nguồn tư liệu và lưu ý khi dạy (dành cho GV)</w:t>
      </w:r>
    </w:p>
    <w:p w14:paraId="01CB60E4" w14:textId="77777777" w:rsidR="006F48AE" w:rsidRPr="00692BD6" w:rsidRDefault="009F27A5">
      <w:pPr>
        <w:spacing w:after="60" w:line="264" w:lineRule="auto"/>
        <w:jc w:val="both"/>
        <w:rPr>
          <w:sz w:val="24"/>
          <w:szCs w:val="24"/>
        </w:rPr>
      </w:pPr>
      <w:r w:rsidRPr="00692BD6">
        <w:rPr>
          <w:sz w:val="24"/>
          <w:szCs w:val="24"/>
        </w:rPr>
        <w:t>- Nội dung chuẩn hoá, gợi ý đáp án và những nhầm lẫn thường gặp: xem PL12.7.7 (dành cho GV).</w:t>
      </w:r>
    </w:p>
    <w:p w14:paraId="7250C259" w14:textId="77777777" w:rsidR="006F48AE" w:rsidRPr="00692BD6" w:rsidRDefault="009F27A5">
      <w:pPr>
        <w:spacing w:after="60" w:line="264" w:lineRule="auto"/>
        <w:jc w:val="both"/>
        <w:rPr>
          <w:sz w:val="24"/>
          <w:szCs w:val="24"/>
        </w:rPr>
      </w:pPr>
      <w:r w:rsidRPr="00692BD6">
        <w:rPr>
          <w:sz w:val="24"/>
          <w:szCs w:val="24"/>
        </w:rPr>
        <w:t>- Kiến thức nền và cách xử lí khi lớp chưa học bài trước: xem hàng HS ở mục II.</w:t>
      </w:r>
    </w:p>
    <w:p w14:paraId="1F3CC107" w14:textId="77777777" w:rsidR="006F48AE" w:rsidRPr="00692BD6" w:rsidRDefault="009F27A5">
      <w:pPr>
        <w:spacing w:after="60" w:line="264" w:lineRule="auto"/>
        <w:jc w:val="both"/>
        <w:rPr>
          <w:sz w:val="24"/>
          <w:szCs w:val="24"/>
        </w:rPr>
      </w:pPr>
      <w:r w:rsidRPr="00692BD6">
        <w:rPr>
          <w:sz w:val="24"/>
          <w:szCs w:val="24"/>
        </w:rPr>
        <w:t>- Tham chiếu tài liệu tập huấn giáo viên triển khai nội dung giáo dục AI: Phần II, mục A.4 (Vòng đời hệ thống AI và vai trò của con người ở từng giai đoạn); Phần IV, mục 9.1 (Hướng dẫn tổ chức các chuyên đề giáo dục AI).</w:t>
      </w:r>
    </w:p>
    <w:p w14:paraId="78C5FB49" w14:textId="77777777" w:rsidR="006F48AE" w:rsidRPr="00692BD6" w:rsidRDefault="009F27A5">
      <w:pPr>
        <w:spacing w:after="60" w:line="264" w:lineRule="auto"/>
        <w:jc w:val="both"/>
        <w:rPr>
          <w:sz w:val="24"/>
          <w:szCs w:val="24"/>
        </w:rPr>
      </w:pPr>
      <w:r w:rsidRPr="00692BD6">
        <w:rPr>
          <w:sz w:val="24"/>
          <w:szCs w:val="24"/>
        </w:rPr>
        <w:t>- Trường ở đô thị có thể thay hệ thống nhận dạng lá lúa bằng hệ thống phân loại rác ở căng tin (cùng bài toán nhận dạng ảnh; các thẻ, câu hỏi giữ cấu trúc).</w:t>
      </w:r>
    </w:p>
    <w:p w14:paraId="5E46263D" w14:textId="77777777" w:rsidR="006F48AE" w:rsidRPr="00692BD6" w:rsidRDefault="009F27A5">
      <w:pPr>
        <w:spacing w:after="0" w:line="264" w:lineRule="auto"/>
        <w:jc w:val="both"/>
        <w:rPr>
          <w:sz w:val="24"/>
          <w:szCs w:val="24"/>
        </w:rPr>
      </w:pPr>
      <w:r w:rsidRPr="00692BD6">
        <w:rPr>
          <w:sz w:val="24"/>
          <w:szCs w:val="24"/>
        </w:rPr>
        <w:br w:type="page"/>
      </w:r>
    </w:p>
    <w:p w14:paraId="4435E2C7" w14:textId="77777777" w:rsidR="006F48AE" w:rsidRPr="00692BD6" w:rsidRDefault="009F27A5">
      <w:pPr>
        <w:spacing w:after="60" w:line="264" w:lineRule="auto"/>
        <w:jc w:val="both"/>
        <w:rPr>
          <w:sz w:val="24"/>
          <w:szCs w:val="24"/>
        </w:rPr>
      </w:pPr>
      <w:r w:rsidRPr="00692BD6">
        <w:rPr>
          <w:i/>
          <w:sz w:val="24"/>
          <w:szCs w:val="24"/>
        </w:rPr>
        <w:t>Gợi ý theo dõi: số nhóm còn nhầm sản phẩm bàn giao ở Phiếu học tập 12.7.1; mức độ sôi nổi và hợp lí của phần đóng vai xử lí sự cố ở Hoạt động 3; số nhóm đặt đúng một chữ A cho mỗi việc trong ma trận RACI ở Hoạt động 4.</w:t>
      </w:r>
    </w:p>
    <w:p w14:paraId="6249C65B" w14:textId="77777777" w:rsidR="006F48AE" w:rsidRPr="00692BD6" w:rsidRDefault="009F27A5">
      <w:pPr>
        <w:keepNext/>
        <w:spacing w:before="80" w:after="60" w:line="264" w:lineRule="auto"/>
        <w:rPr>
          <w:sz w:val="24"/>
          <w:szCs w:val="24"/>
        </w:rPr>
      </w:pPr>
      <w:r w:rsidRPr="00692BD6">
        <w:rPr>
          <w:b/>
          <w:sz w:val="24"/>
          <w:szCs w:val="24"/>
        </w:rPr>
        <w:t>PL12.7.9. Mô tả mức đánh giá của bài và mẫu câu nhận xét</w:t>
      </w:r>
    </w:p>
    <w:p w14:paraId="434B77A3" w14:textId="77777777" w:rsidR="006F48AE" w:rsidRPr="00692BD6" w:rsidRDefault="009F27A5">
      <w:pPr>
        <w:spacing w:after="60" w:line="264" w:lineRule="auto"/>
        <w:jc w:val="both"/>
        <w:rPr>
          <w:sz w:val="24"/>
          <w:szCs w:val="24"/>
        </w:rPr>
      </w:pPr>
      <w:r w:rsidRPr="00692BD6">
        <w:rPr>
          <w:i/>
          <w:sz w:val="24"/>
          <w:szCs w:val="24"/>
        </w:rPr>
        <w:t>Rubric dùng để nhận xét, phản hồi và ghi nhận mức độ đáp ứng YCCĐ; không quy đổi thành điểm số riêng cho nội dung giáo dục 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928"/>
        <w:gridCol w:w="2381"/>
        <w:gridCol w:w="2381"/>
        <w:gridCol w:w="2381"/>
      </w:tblGrid>
      <w:tr w:rsidR="006F48AE" w14:paraId="2EEB4208" w14:textId="77777777">
        <w:trPr>
          <w:cantSplit/>
          <w:tblHeader/>
          <w:jc w:val="center"/>
        </w:trPr>
        <w:tc>
          <w:tcPr>
            <w:tcW w:w="1928" w:type="dxa"/>
            <w:vAlign w:val="center"/>
          </w:tcPr>
          <w:p w14:paraId="4139753E" w14:textId="77777777" w:rsidR="006F48AE" w:rsidRDefault="009F27A5">
            <w:pPr>
              <w:spacing w:after="0" w:line="240" w:lineRule="auto"/>
              <w:jc w:val="center"/>
            </w:pPr>
            <w:r>
              <w:rPr>
                <w:b/>
                <w:sz w:val="22"/>
                <w:szCs w:val="22"/>
              </w:rPr>
              <w:t>Tiêu chí</w:t>
            </w:r>
          </w:p>
        </w:tc>
        <w:tc>
          <w:tcPr>
            <w:tcW w:w="2381" w:type="dxa"/>
            <w:vAlign w:val="center"/>
          </w:tcPr>
          <w:p w14:paraId="54539ADF" w14:textId="77777777" w:rsidR="006F48AE" w:rsidRDefault="009F27A5">
            <w:pPr>
              <w:spacing w:after="0" w:line="240" w:lineRule="auto"/>
              <w:jc w:val="center"/>
            </w:pPr>
            <w:r>
              <w:rPr>
                <w:b/>
                <w:sz w:val="22"/>
                <w:szCs w:val="22"/>
              </w:rPr>
              <w:t>Đạt</w:t>
            </w:r>
          </w:p>
        </w:tc>
        <w:tc>
          <w:tcPr>
            <w:tcW w:w="2381" w:type="dxa"/>
            <w:vAlign w:val="center"/>
          </w:tcPr>
          <w:p w14:paraId="26694491" w14:textId="77777777" w:rsidR="006F48AE" w:rsidRDefault="009F27A5">
            <w:pPr>
              <w:spacing w:after="0" w:line="240" w:lineRule="auto"/>
              <w:jc w:val="center"/>
            </w:pPr>
            <w:r>
              <w:rPr>
                <w:b/>
                <w:sz w:val="22"/>
                <w:szCs w:val="22"/>
              </w:rPr>
              <w:t>Khá</w:t>
            </w:r>
          </w:p>
        </w:tc>
        <w:tc>
          <w:tcPr>
            <w:tcW w:w="2381" w:type="dxa"/>
            <w:vAlign w:val="center"/>
          </w:tcPr>
          <w:p w14:paraId="2F782334" w14:textId="77777777" w:rsidR="006F48AE" w:rsidRDefault="009F27A5">
            <w:pPr>
              <w:spacing w:after="0" w:line="240" w:lineRule="auto"/>
              <w:jc w:val="center"/>
            </w:pPr>
            <w:r>
              <w:rPr>
                <w:b/>
                <w:sz w:val="22"/>
                <w:szCs w:val="22"/>
              </w:rPr>
              <w:t>Tốt</w:t>
            </w:r>
          </w:p>
        </w:tc>
      </w:tr>
      <w:tr w:rsidR="006F48AE" w14:paraId="77B39037" w14:textId="77777777">
        <w:trPr>
          <w:cantSplit/>
          <w:jc w:val="center"/>
        </w:trPr>
        <w:tc>
          <w:tcPr>
            <w:tcW w:w="1928" w:type="dxa"/>
          </w:tcPr>
          <w:p w14:paraId="1250F2F8" w14:textId="77777777" w:rsidR="006F48AE" w:rsidRDefault="009F27A5">
            <w:pPr>
              <w:spacing w:after="0" w:line="240" w:lineRule="auto"/>
            </w:pPr>
            <w:r>
              <w:rPr>
                <w:sz w:val="22"/>
                <w:szCs w:val="22"/>
              </w:rPr>
              <w:t>1. Đáp ứng nhiệm vụ YCCĐ</w:t>
            </w:r>
          </w:p>
        </w:tc>
        <w:tc>
          <w:tcPr>
            <w:tcW w:w="2381" w:type="dxa"/>
          </w:tcPr>
          <w:p w14:paraId="4685C133" w14:textId="77777777" w:rsidR="006F48AE" w:rsidRDefault="009F27A5">
            <w:pPr>
              <w:spacing w:after="0" w:line="240" w:lineRule="auto"/>
            </w:pPr>
            <w:r>
              <w:rPr>
                <w:sz w:val="22"/>
                <w:szCs w:val="22"/>
              </w:rPr>
              <w:t>Nêu được tên năm vai trò nhưng còn nhầm sản phẩm bàn giao của một vài vai trò.</w:t>
            </w:r>
          </w:p>
        </w:tc>
        <w:tc>
          <w:tcPr>
            <w:tcW w:w="2381" w:type="dxa"/>
          </w:tcPr>
          <w:p w14:paraId="1451A8B5" w14:textId="77777777" w:rsidR="006F48AE" w:rsidRDefault="009F27A5">
            <w:pPr>
              <w:spacing w:after="0" w:line="240" w:lineRule="auto"/>
            </w:pPr>
            <w:r>
              <w:rPr>
                <w:sz w:val="22"/>
                <w:szCs w:val="22"/>
              </w:rPr>
              <w:t>Mô tả đúng nhiệm vụ và sản phẩm bàn giao của năm vai trò; phân công được vai trò và trách nhiệm cho từng việc.</w:t>
            </w:r>
          </w:p>
        </w:tc>
        <w:tc>
          <w:tcPr>
            <w:tcW w:w="2381" w:type="dxa"/>
          </w:tcPr>
          <w:p w14:paraId="1BC1DFCE" w14:textId="77777777" w:rsidR="006F48AE" w:rsidRDefault="009F27A5">
            <w:pPr>
              <w:spacing w:after="0" w:line="240" w:lineRule="auto"/>
            </w:pPr>
            <w:r>
              <w:rPr>
                <w:sz w:val="22"/>
                <w:szCs w:val="22"/>
              </w:rPr>
              <w:t>Mô tả chính xác năm vai trò; phân tích được luồng bàn giao; phân công được vai trò và trách nhiệm cho từng việc, nêu được ai phối hợp với ai (có thể dùng RACI).</w:t>
            </w:r>
          </w:p>
        </w:tc>
      </w:tr>
      <w:tr w:rsidR="006F48AE" w14:paraId="2812CAD6" w14:textId="77777777">
        <w:trPr>
          <w:cantSplit/>
          <w:jc w:val="center"/>
        </w:trPr>
        <w:tc>
          <w:tcPr>
            <w:tcW w:w="1928" w:type="dxa"/>
          </w:tcPr>
          <w:p w14:paraId="3EB07887" w14:textId="77777777" w:rsidR="006F48AE" w:rsidRDefault="009F27A5">
            <w:pPr>
              <w:spacing w:after="0" w:line="240" w:lineRule="auto"/>
            </w:pPr>
            <w:r>
              <w:rPr>
                <w:sz w:val="22"/>
                <w:szCs w:val="22"/>
              </w:rPr>
              <w:t>2. Kiểm chứng và tư duy phản biện</w:t>
            </w:r>
          </w:p>
        </w:tc>
        <w:tc>
          <w:tcPr>
            <w:tcW w:w="2381" w:type="dxa"/>
          </w:tcPr>
          <w:p w14:paraId="130CB846" w14:textId="77777777" w:rsidR="006F48AE" w:rsidRDefault="009F27A5">
            <w:pPr>
              <w:spacing w:after="0" w:line="240" w:lineRule="auto"/>
            </w:pPr>
            <w:r>
              <w:rPr>
                <w:sz w:val="22"/>
                <w:szCs w:val="22"/>
              </w:rPr>
              <w:t>Chỉ ra được vai trò liên quan đến lỗi khi được GV gợi ý.</w:t>
            </w:r>
          </w:p>
        </w:tc>
        <w:tc>
          <w:tcPr>
            <w:tcW w:w="2381" w:type="dxa"/>
          </w:tcPr>
          <w:p w14:paraId="6A06181D" w14:textId="77777777" w:rsidR="006F48AE" w:rsidRDefault="009F27A5">
            <w:pPr>
              <w:spacing w:after="0" w:line="240" w:lineRule="auto"/>
            </w:pPr>
            <w:r>
              <w:rPr>
                <w:sz w:val="22"/>
                <w:szCs w:val="22"/>
              </w:rPr>
              <w:t>Tự xác định đúng vai trò liên quan đến sự cố và đề xuất giải pháp khắc phục.</w:t>
            </w:r>
          </w:p>
        </w:tc>
        <w:tc>
          <w:tcPr>
            <w:tcW w:w="2381" w:type="dxa"/>
          </w:tcPr>
          <w:p w14:paraId="06D803B4" w14:textId="77777777" w:rsidR="006F48AE" w:rsidRDefault="009F27A5">
            <w:pPr>
              <w:spacing w:after="0" w:line="240" w:lineRule="auto"/>
            </w:pPr>
            <w:r>
              <w:rPr>
                <w:sz w:val="22"/>
                <w:szCs w:val="22"/>
              </w:rPr>
              <w:t>Phân tích được nguyên nhân gốc rễ của sự cố; đề xuất được cách kiểm thử lại trước khi dùng rộng rãi.</w:t>
            </w:r>
          </w:p>
        </w:tc>
      </w:tr>
      <w:tr w:rsidR="006F48AE" w14:paraId="6729739B" w14:textId="77777777">
        <w:trPr>
          <w:cantSplit/>
          <w:jc w:val="center"/>
        </w:trPr>
        <w:tc>
          <w:tcPr>
            <w:tcW w:w="1928" w:type="dxa"/>
          </w:tcPr>
          <w:p w14:paraId="73FC414A" w14:textId="77777777" w:rsidR="006F48AE" w:rsidRDefault="009F27A5">
            <w:pPr>
              <w:spacing w:after="0" w:line="240" w:lineRule="auto"/>
            </w:pPr>
            <w:r>
              <w:rPr>
                <w:sz w:val="22"/>
                <w:szCs w:val="22"/>
              </w:rPr>
              <w:t>3. An toàn, đạo đức, trách nhiệm</w:t>
            </w:r>
          </w:p>
        </w:tc>
        <w:tc>
          <w:tcPr>
            <w:tcW w:w="2381" w:type="dxa"/>
          </w:tcPr>
          <w:p w14:paraId="2F61B403" w14:textId="77777777" w:rsidR="006F48AE" w:rsidRDefault="009F27A5">
            <w:pPr>
              <w:spacing w:after="0" w:line="240" w:lineRule="auto"/>
            </w:pPr>
            <w:r>
              <w:rPr>
                <w:sz w:val="22"/>
                <w:szCs w:val="22"/>
              </w:rPr>
              <w:t>Có phân công người chịu trách nhiệm nhưng chưa rõ vai trò.</w:t>
            </w:r>
          </w:p>
        </w:tc>
        <w:tc>
          <w:tcPr>
            <w:tcW w:w="2381" w:type="dxa"/>
          </w:tcPr>
          <w:p w14:paraId="5243A1F1" w14:textId="77777777" w:rsidR="006F48AE" w:rsidRDefault="009F27A5">
            <w:pPr>
              <w:spacing w:after="0" w:line="240" w:lineRule="auto"/>
            </w:pPr>
            <w:r>
              <w:rPr>
                <w:sz w:val="22"/>
                <w:szCs w:val="22"/>
              </w:rPr>
              <w:t>Xác định rõ vai trò chịu trách nhiệm chính ở khâu kiểm thử.</w:t>
            </w:r>
          </w:p>
        </w:tc>
        <w:tc>
          <w:tcPr>
            <w:tcW w:w="2381" w:type="dxa"/>
          </w:tcPr>
          <w:p w14:paraId="07A88600" w14:textId="77777777" w:rsidR="006F48AE" w:rsidRDefault="009F27A5">
            <w:pPr>
              <w:spacing w:after="0" w:line="240" w:lineRule="auto"/>
            </w:pPr>
            <w:r>
              <w:rPr>
                <w:sz w:val="22"/>
                <w:szCs w:val="22"/>
              </w:rPr>
              <w:t>Phân định minh bạch trách nhiệm của từng vai trò; đề xuất được cách kiểm soát hai lớp trước khi sản phẩm được dùng rộng rãi.</w:t>
            </w:r>
          </w:p>
        </w:tc>
      </w:tr>
      <w:tr w:rsidR="006F48AE" w14:paraId="6DD80A4E" w14:textId="77777777">
        <w:trPr>
          <w:cantSplit/>
          <w:jc w:val="center"/>
        </w:trPr>
        <w:tc>
          <w:tcPr>
            <w:tcW w:w="1928" w:type="dxa"/>
          </w:tcPr>
          <w:p w14:paraId="3C44F7B2" w14:textId="77777777" w:rsidR="006F48AE" w:rsidRDefault="009F27A5">
            <w:pPr>
              <w:spacing w:after="0" w:line="240" w:lineRule="auto"/>
            </w:pPr>
            <w:r>
              <w:rPr>
                <w:sz w:val="22"/>
                <w:szCs w:val="22"/>
              </w:rPr>
              <w:t>4. Hợp tác và trình bày</w:t>
            </w:r>
          </w:p>
        </w:tc>
        <w:tc>
          <w:tcPr>
            <w:tcW w:w="2381" w:type="dxa"/>
          </w:tcPr>
          <w:p w14:paraId="3CDF4134" w14:textId="77777777" w:rsidR="006F48AE" w:rsidRDefault="009F27A5">
            <w:pPr>
              <w:spacing w:after="0" w:line="240" w:lineRule="auto"/>
            </w:pPr>
            <w:r>
              <w:rPr>
                <w:sz w:val="22"/>
                <w:szCs w:val="22"/>
              </w:rPr>
              <w:t>Tham gia phân vai trong hoạt động đóng vai.</w:t>
            </w:r>
          </w:p>
        </w:tc>
        <w:tc>
          <w:tcPr>
            <w:tcW w:w="2381" w:type="dxa"/>
          </w:tcPr>
          <w:p w14:paraId="5BD5440D" w14:textId="77777777" w:rsidR="006F48AE" w:rsidRDefault="009F27A5">
            <w:pPr>
              <w:spacing w:after="0" w:line="240" w:lineRule="auto"/>
            </w:pPr>
            <w:r>
              <w:rPr>
                <w:sz w:val="22"/>
                <w:szCs w:val="22"/>
              </w:rPr>
              <w:t>Thảo luận hợp tác tích cực, giải quyết tranh luận trên tinh thần tôn trọng chuyên môn.</w:t>
            </w:r>
          </w:p>
        </w:tc>
        <w:tc>
          <w:tcPr>
            <w:tcW w:w="2381" w:type="dxa"/>
          </w:tcPr>
          <w:p w14:paraId="1FA09099" w14:textId="77777777" w:rsidR="006F48AE" w:rsidRDefault="009F27A5">
            <w:pPr>
              <w:spacing w:after="0" w:line="240" w:lineRule="auto"/>
            </w:pPr>
            <w:r>
              <w:rPr>
                <w:sz w:val="22"/>
                <w:szCs w:val="22"/>
              </w:rPr>
              <w:t>Điều hành phần việc nhóm hiệu quả; lắng nghe và tiếp thu góp ý; trình bày thuyết phục.</w:t>
            </w:r>
          </w:p>
        </w:tc>
      </w:tr>
    </w:tbl>
    <w:p w14:paraId="1410528B" w14:textId="77777777" w:rsidR="006F48AE" w:rsidRPr="00692BD6" w:rsidRDefault="009F27A5">
      <w:pPr>
        <w:spacing w:before="120" w:after="60" w:line="264" w:lineRule="auto"/>
        <w:jc w:val="both"/>
        <w:rPr>
          <w:sz w:val="24"/>
          <w:szCs w:val="24"/>
        </w:rPr>
      </w:pPr>
      <w:r w:rsidRPr="00692BD6">
        <w:rPr>
          <w:sz w:val="24"/>
          <w:szCs w:val="24"/>
        </w:rPr>
        <w:t xml:space="preserve">Mẫu câu nhận xét </w:t>
      </w:r>
      <w:r w:rsidRPr="00692BD6">
        <w:rPr>
          <w:sz w:val="24"/>
          <w:szCs w:val="24"/>
        </w:rPr>
        <w:t>(GV điều chỉnh theo bài làm của từng HS, dùng khi ghi nhận xét gửi GV chủ nhiệm):</w:t>
      </w:r>
    </w:p>
    <w:p w14:paraId="513B49E1" w14:textId="77777777" w:rsidR="006F48AE" w:rsidRPr="00692BD6" w:rsidRDefault="009F27A5">
      <w:pPr>
        <w:spacing w:after="60" w:line="264" w:lineRule="auto"/>
        <w:jc w:val="both"/>
        <w:rPr>
          <w:sz w:val="24"/>
          <w:szCs w:val="24"/>
        </w:rPr>
      </w:pPr>
      <w:r w:rsidRPr="00692BD6">
        <w:rPr>
          <w:sz w:val="24"/>
          <w:szCs w:val="24"/>
        </w:rPr>
        <w:t xml:space="preserve">- Mức Đạt: </w:t>
      </w:r>
      <w:r w:rsidRPr="00692BD6">
        <w:rPr>
          <w:sz w:val="24"/>
          <w:szCs w:val="24"/>
        </w:rPr>
        <w:t>“Em nêu được tên năm vai trò; em cần ghi đúng sản phẩm bàn giao của từng vai trò.”</w:t>
      </w:r>
    </w:p>
    <w:p w14:paraId="6A8E1D18" w14:textId="77777777" w:rsidR="006F48AE" w:rsidRPr="00692BD6" w:rsidRDefault="009F27A5">
      <w:pPr>
        <w:spacing w:after="60" w:line="264" w:lineRule="auto"/>
        <w:jc w:val="both"/>
        <w:rPr>
          <w:sz w:val="24"/>
          <w:szCs w:val="24"/>
        </w:rPr>
      </w:pPr>
      <w:r w:rsidRPr="00692BD6">
        <w:rPr>
          <w:sz w:val="24"/>
          <w:szCs w:val="24"/>
        </w:rPr>
        <w:t xml:space="preserve">- Mức Khá: </w:t>
      </w:r>
      <w:r w:rsidRPr="00692BD6">
        <w:rPr>
          <w:sz w:val="24"/>
          <w:szCs w:val="24"/>
        </w:rPr>
        <w:t>“Em mô tả đúng nhiệm vụ, sản phẩm bàn giao của năm vai trò và phân công được người phụ trách cho từng việc.”</w:t>
      </w:r>
    </w:p>
    <w:p w14:paraId="1C698791" w14:textId="2405B934" w:rsidR="006F48AE" w:rsidRPr="00692BD6" w:rsidRDefault="009F27A5" w:rsidP="00FC0825">
      <w:pPr>
        <w:spacing w:after="60" w:line="264" w:lineRule="auto"/>
        <w:jc w:val="both"/>
        <w:rPr>
          <w:sz w:val="24"/>
          <w:szCs w:val="24"/>
        </w:rPr>
      </w:pPr>
      <w:r w:rsidRPr="00692BD6">
        <w:rPr>
          <w:sz w:val="24"/>
          <w:szCs w:val="24"/>
        </w:rPr>
        <w:t xml:space="preserve">- Mức Tốt: </w:t>
      </w:r>
      <w:r w:rsidRPr="00692BD6">
        <w:rPr>
          <w:sz w:val="24"/>
          <w:szCs w:val="24"/>
        </w:rPr>
        <w:t>“Em phân tích được luồng bàn giao, phân công rõ ai phụ trách chính, ai phối hợp và xử lí được sự cố theo từng vai trò.”</w:t>
      </w:r>
    </w:p>
    <w:p w14:paraId="17828E22" w14:textId="77777777" w:rsidR="006F48AE" w:rsidRPr="00692BD6" w:rsidRDefault="009F27A5">
      <w:pPr>
        <w:keepNext/>
        <w:spacing w:before="80" w:after="60" w:line="264" w:lineRule="auto"/>
        <w:rPr>
          <w:sz w:val="24"/>
          <w:szCs w:val="24"/>
        </w:rPr>
      </w:pPr>
      <w:r w:rsidRPr="00692BD6">
        <w:rPr>
          <w:b/>
          <w:sz w:val="24"/>
          <w:szCs w:val="24"/>
        </w:rPr>
        <w:t>PL12.7.10. Bảng kiểm an toàn và trách nhiệm của bài</w:t>
      </w:r>
    </w:p>
    <w:p w14:paraId="06937AA2" w14:textId="77777777" w:rsidR="006F48AE" w:rsidRPr="00692BD6" w:rsidRDefault="009F27A5">
      <w:pPr>
        <w:keepNext/>
        <w:spacing w:before="80" w:after="60" w:line="264" w:lineRule="auto"/>
        <w:rPr>
          <w:sz w:val="24"/>
          <w:szCs w:val="24"/>
        </w:rPr>
      </w:pPr>
      <w:r w:rsidRPr="00692BD6">
        <w:rPr>
          <w:sz w:val="24"/>
          <w:szCs w:val="24"/>
        </w:rPr>
        <w:t>Nội dung bảy dòng kiểm tra: Tài liệu tập huấn cấp trung học phổ thông, Bảng 8.5. Bảng dưới đây ghi kết luận và minh chứng của bài theo số dòng.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680"/>
        <w:gridCol w:w="680"/>
        <w:gridCol w:w="1050"/>
        <w:gridCol w:w="6661"/>
      </w:tblGrid>
      <w:tr w:rsidR="006F48AE" w14:paraId="1DF5B874" w14:textId="77777777" w:rsidTr="00FC0825">
        <w:trPr>
          <w:cantSplit/>
          <w:tblHeader/>
          <w:jc w:val="center"/>
        </w:trPr>
        <w:tc>
          <w:tcPr>
            <w:tcW w:w="680" w:type="dxa"/>
            <w:vAlign w:val="center"/>
          </w:tcPr>
          <w:p w14:paraId="62D448E1" w14:textId="77777777" w:rsidR="006F48AE" w:rsidRDefault="009F27A5">
            <w:pPr>
              <w:spacing w:after="0" w:line="240" w:lineRule="auto"/>
              <w:jc w:val="center"/>
            </w:pPr>
            <w:r>
              <w:rPr>
                <w:b/>
                <w:sz w:val="22"/>
                <w:szCs w:val="22"/>
              </w:rPr>
              <w:t>Dòng</w:t>
            </w:r>
          </w:p>
        </w:tc>
        <w:tc>
          <w:tcPr>
            <w:tcW w:w="680" w:type="dxa"/>
            <w:vAlign w:val="center"/>
          </w:tcPr>
          <w:p w14:paraId="04FCCA24" w14:textId="77777777" w:rsidR="006F48AE" w:rsidRDefault="009F27A5">
            <w:pPr>
              <w:spacing w:after="0" w:line="240" w:lineRule="auto"/>
              <w:jc w:val="center"/>
            </w:pPr>
            <w:r>
              <w:rPr>
                <w:b/>
                <w:sz w:val="22"/>
                <w:szCs w:val="22"/>
              </w:rPr>
              <w:t>Có</w:t>
            </w:r>
          </w:p>
        </w:tc>
        <w:tc>
          <w:tcPr>
            <w:tcW w:w="1050" w:type="dxa"/>
            <w:vAlign w:val="center"/>
          </w:tcPr>
          <w:p w14:paraId="70E377DB" w14:textId="77777777" w:rsidR="006F48AE" w:rsidRDefault="009F27A5">
            <w:pPr>
              <w:spacing w:after="0" w:line="240" w:lineRule="auto"/>
              <w:jc w:val="center"/>
            </w:pPr>
            <w:r>
              <w:rPr>
                <w:b/>
                <w:sz w:val="22"/>
                <w:szCs w:val="22"/>
              </w:rPr>
              <w:t>Không áp dụng</w:t>
            </w:r>
          </w:p>
        </w:tc>
        <w:tc>
          <w:tcPr>
            <w:tcW w:w="6661" w:type="dxa"/>
            <w:vAlign w:val="center"/>
          </w:tcPr>
          <w:p w14:paraId="6179EFE9" w14:textId="77777777" w:rsidR="006F48AE" w:rsidRDefault="009F27A5">
            <w:pPr>
              <w:spacing w:after="0" w:line="240" w:lineRule="auto"/>
              <w:jc w:val="center"/>
            </w:pPr>
            <w:r>
              <w:rPr>
                <w:b/>
                <w:sz w:val="22"/>
                <w:szCs w:val="22"/>
              </w:rPr>
              <w:t>Minh chứng, ghi chú</w:t>
            </w:r>
          </w:p>
        </w:tc>
      </w:tr>
      <w:tr w:rsidR="006F48AE" w14:paraId="4549AB87" w14:textId="77777777" w:rsidTr="00FC0825">
        <w:trPr>
          <w:cantSplit/>
          <w:jc w:val="center"/>
        </w:trPr>
        <w:tc>
          <w:tcPr>
            <w:tcW w:w="680" w:type="dxa"/>
          </w:tcPr>
          <w:p w14:paraId="76B208D0" w14:textId="77777777" w:rsidR="006F48AE" w:rsidRDefault="009F27A5">
            <w:pPr>
              <w:spacing w:after="0" w:line="240" w:lineRule="auto"/>
            </w:pPr>
            <w:r>
              <w:rPr>
                <w:sz w:val="22"/>
                <w:szCs w:val="22"/>
              </w:rPr>
              <w:t>2</w:t>
            </w:r>
          </w:p>
        </w:tc>
        <w:tc>
          <w:tcPr>
            <w:tcW w:w="680" w:type="dxa"/>
            <w:vAlign w:val="center"/>
          </w:tcPr>
          <w:p w14:paraId="27090920" w14:textId="77777777" w:rsidR="006F48AE" w:rsidRDefault="009F27A5">
            <w:pPr>
              <w:spacing w:after="0" w:line="240" w:lineRule="auto"/>
              <w:jc w:val="center"/>
            </w:pPr>
            <w:r>
              <w:rPr>
                <w:sz w:val="22"/>
                <w:szCs w:val="22"/>
              </w:rPr>
              <w:t>□</w:t>
            </w:r>
          </w:p>
        </w:tc>
        <w:tc>
          <w:tcPr>
            <w:tcW w:w="1050" w:type="dxa"/>
            <w:vAlign w:val="center"/>
          </w:tcPr>
          <w:p w14:paraId="20AFEA51" w14:textId="77777777" w:rsidR="006F48AE" w:rsidRDefault="009F27A5">
            <w:pPr>
              <w:spacing w:after="0" w:line="240" w:lineRule="auto"/>
              <w:jc w:val="center"/>
            </w:pPr>
            <w:r>
              <w:rPr>
                <w:sz w:val="22"/>
                <w:szCs w:val="22"/>
              </w:rPr>
              <w:t>□</w:t>
            </w:r>
          </w:p>
        </w:tc>
        <w:tc>
          <w:tcPr>
            <w:tcW w:w="6661" w:type="dxa"/>
          </w:tcPr>
          <w:p w14:paraId="17BCE92A" w14:textId="77777777" w:rsidR="006F48AE" w:rsidRDefault="009F27A5">
            <w:pPr>
              <w:spacing w:after="0" w:line="240" w:lineRule="auto"/>
            </w:pPr>
            <w:r>
              <w:rPr>
                <w:sz w:val="22"/>
                <w:szCs w:val="22"/>
              </w:rPr>
              <w:t>Hoạt động đóng vai và lập ma trận thực hiện hoàn toàn trên giấy.</w:t>
            </w:r>
          </w:p>
        </w:tc>
      </w:tr>
      <w:tr w:rsidR="006F48AE" w14:paraId="0619C853" w14:textId="77777777" w:rsidTr="00FC0825">
        <w:trPr>
          <w:cantSplit/>
          <w:jc w:val="center"/>
        </w:trPr>
        <w:tc>
          <w:tcPr>
            <w:tcW w:w="680" w:type="dxa"/>
          </w:tcPr>
          <w:p w14:paraId="36462785" w14:textId="77777777" w:rsidR="006F48AE" w:rsidRDefault="009F27A5">
            <w:pPr>
              <w:spacing w:after="0" w:line="240" w:lineRule="auto"/>
            </w:pPr>
            <w:r>
              <w:rPr>
                <w:sz w:val="22"/>
                <w:szCs w:val="22"/>
              </w:rPr>
              <w:t>3</w:t>
            </w:r>
          </w:p>
        </w:tc>
        <w:tc>
          <w:tcPr>
            <w:tcW w:w="680" w:type="dxa"/>
            <w:vAlign w:val="center"/>
          </w:tcPr>
          <w:p w14:paraId="3C66EC1D" w14:textId="77777777" w:rsidR="006F48AE" w:rsidRDefault="009F27A5">
            <w:pPr>
              <w:spacing w:after="0" w:line="240" w:lineRule="auto"/>
              <w:jc w:val="center"/>
            </w:pPr>
            <w:r>
              <w:rPr>
                <w:sz w:val="22"/>
                <w:szCs w:val="22"/>
              </w:rPr>
              <w:t>□</w:t>
            </w:r>
          </w:p>
        </w:tc>
        <w:tc>
          <w:tcPr>
            <w:tcW w:w="1050" w:type="dxa"/>
            <w:vAlign w:val="center"/>
          </w:tcPr>
          <w:p w14:paraId="537CE35C" w14:textId="77777777" w:rsidR="006F48AE" w:rsidRDefault="009F27A5">
            <w:pPr>
              <w:spacing w:after="0" w:line="240" w:lineRule="auto"/>
              <w:jc w:val="center"/>
            </w:pPr>
            <w:r>
              <w:rPr>
                <w:sz w:val="22"/>
                <w:szCs w:val="22"/>
              </w:rPr>
              <w:t>□</w:t>
            </w:r>
          </w:p>
        </w:tc>
        <w:tc>
          <w:tcPr>
            <w:tcW w:w="6661" w:type="dxa"/>
          </w:tcPr>
          <w:p w14:paraId="792B1D8E" w14:textId="77777777" w:rsidR="006F48AE" w:rsidRDefault="009F27A5">
            <w:pPr>
              <w:spacing w:after="0" w:line="240" w:lineRule="auto"/>
            </w:pPr>
            <w:r>
              <w:rPr>
                <w:sz w:val="22"/>
                <w:szCs w:val="22"/>
              </w:rPr>
              <w:t>Ca mẫu trợ lí AI và kịch bản nhận dạng lá lúa đều dùng dữ liệu giả lập.</w:t>
            </w:r>
          </w:p>
        </w:tc>
      </w:tr>
      <w:tr w:rsidR="006F48AE" w14:paraId="4400BE53" w14:textId="77777777" w:rsidTr="00FC0825">
        <w:trPr>
          <w:cantSplit/>
          <w:jc w:val="center"/>
        </w:trPr>
        <w:tc>
          <w:tcPr>
            <w:tcW w:w="680" w:type="dxa"/>
          </w:tcPr>
          <w:p w14:paraId="2626D5D2" w14:textId="77777777" w:rsidR="006F48AE" w:rsidRDefault="009F27A5">
            <w:pPr>
              <w:spacing w:after="0" w:line="240" w:lineRule="auto"/>
            </w:pPr>
            <w:r>
              <w:rPr>
                <w:sz w:val="22"/>
                <w:szCs w:val="22"/>
              </w:rPr>
              <w:t>4</w:t>
            </w:r>
          </w:p>
        </w:tc>
        <w:tc>
          <w:tcPr>
            <w:tcW w:w="680" w:type="dxa"/>
            <w:vAlign w:val="center"/>
          </w:tcPr>
          <w:p w14:paraId="3AE59F93" w14:textId="77777777" w:rsidR="006F48AE" w:rsidRDefault="009F27A5">
            <w:pPr>
              <w:spacing w:after="0" w:line="240" w:lineRule="auto"/>
              <w:jc w:val="center"/>
            </w:pPr>
            <w:r>
              <w:rPr>
                <w:sz w:val="22"/>
                <w:szCs w:val="22"/>
              </w:rPr>
              <w:t>□</w:t>
            </w:r>
          </w:p>
        </w:tc>
        <w:tc>
          <w:tcPr>
            <w:tcW w:w="1050" w:type="dxa"/>
            <w:vAlign w:val="center"/>
          </w:tcPr>
          <w:p w14:paraId="16278C6B" w14:textId="77777777" w:rsidR="006F48AE" w:rsidRDefault="009F27A5">
            <w:pPr>
              <w:spacing w:after="0" w:line="240" w:lineRule="auto"/>
              <w:jc w:val="center"/>
            </w:pPr>
            <w:r>
              <w:rPr>
                <w:sz w:val="22"/>
                <w:szCs w:val="22"/>
              </w:rPr>
              <w:t>□</w:t>
            </w:r>
          </w:p>
        </w:tc>
        <w:tc>
          <w:tcPr>
            <w:tcW w:w="6661" w:type="dxa"/>
          </w:tcPr>
          <w:p w14:paraId="06429953" w14:textId="77777777" w:rsidR="006F48AE" w:rsidRDefault="006F48AE">
            <w:pPr>
              <w:spacing w:after="0" w:line="264" w:lineRule="auto"/>
            </w:pPr>
          </w:p>
        </w:tc>
      </w:tr>
      <w:tr w:rsidR="006F48AE" w14:paraId="24AD64D6" w14:textId="77777777" w:rsidTr="00FC0825">
        <w:trPr>
          <w:cantSplit/>
          <w:jc w:val="center"/>
        </w:trPr>
        <w:tc>
          <w:tcPr>
            <w:tcW w:w="680" w:type="dxa"/>
          </w:tcPr>
          <w:p w14:paraId="6B924054" w14:textId="77777777" w:rsidR="006F48AE" w:rsidRDefault="009F27A5">
            <w:pPr>
              <w:spacing w:after="0" w:line="240" w:lineRule="auto"/>
            </w:pPr>
            <w:r>
              <w:rPr>
                <w:sz w:val="22"/>
                <w:szCs w:val="22"/>
              </w:rPr>
              <w:t>5</w:t>
            </w:r>
          </w:p>
        </w:tc>
        <w:tc>
          <w:tcPr>
            <w:tcW w:w="680" w:type="dxa"/>
            <w:vAlign w:val="center"/>
          </w:tcPr>
          <w:p w14:paraId="64BACFF9" w14:textId="77777777" w:rsidR="006F48AE" w:rsidRDefault="009F27A5">
            <w:pPr>
              <w:spacing w:after="0" w:line="240" w:lineRule="auto"/>
              <w:jc w:val="center"/>
            </w:pPr>
            <w:r>
              <w:rPr>
                <w:sz w:val="22"/>
                <w:szCs w:val="22"/>
              </w:rPr>
              <w:t>□</w:t>
            </w:r>
          </w:p>
        </w:tc>
        <w:tc>
          <w:tcPr>
            <w:tcW w:w="1050" w:type="dxa"/>
            <w:vAlign w:val="center"/>
          </w:tcPr>
          <w:p w14:paraId="6DC96E3A" w14:textId="77777777" w:rsidR="006F48AE" w:rsidRDefault="009F27A5">
            <w:pPr>
              <w:spacing w:after="0" w:line="240" w:lineRule="auto"/>
              <w:jc w:val="center"/>
            </w:pPr>
            <w:r>
              <w:rPr>
                <w:sz w:val="22"/>
                <w:szCs w:val="22"/>
              </w:rPr>
              <w:t>□</w:t>
            </w:r>
          </w:p>
        </w:tc>
        <w:tc>
          <w:tcPr>
            <w:tcW w:w="6661" w:type="dxa"/>
          </w:tcPr>
          <w:p w14:paraId="6396A10D" w14:textId="77777777" w:rsidR="006F48AE" w:rsidRDefault="009F27A5">
            <w:pPr>
              <w:spacing w:after="0" w:line="240" w:lineRule="auto"/>
            </w:pPr>
            <w:r>
              <w:rPr>
                <w:sz w:val="22"/>
                <w:szCs w:val="22"/>
              </w:rPr>
              <w:t>Thể hiện qua ma trận RACI và biên bản xử lí sự cố.</w:t>
            </w:r>
          </w:p>
        </w:tc>
      </w:tr>
      <w:tr w:rsidR="006F48AE" w14:paraId="1515F144" w14:textId="77777777" w:rsidTr="00FC0825">
        <w:trPr>
          <w:cantSplit/>
          <w:jc w:val="center"/>
        </w:trPr>
        <w:tc>
          <w:tcPr>
            <w:tcW w:w="680" w:type="dxa"/>
          </w:tcPr>
          <w:p w14:paraId="2B023BE9" w14:textId="77777777" w:rsidR="006F48AE" w:rsidRDefault="009F27A5">
            <w:pPr>
              <w:spacing w:after="0" w:line="240" w:lineRule="auto"/>
            </w:pPr>
            <w:r>
              <w:rPr>
                <w:sz w:val="22"/>
                <w:szCs w:val="22"/>
              </w:rPr>
              <w:t>6</w:t>
            </w:r>
          </w:p>
        </w:tc>
        <w:tc>
          <w:tcPr>
            <w:tcW w:w="680" w:type="dxa"/>
            <w:vAlign w:val="center"/>
          </w:tcPr>
          <w:p w14:paraId="0FC12F24" w14:textId="77777777" w:rsidR="006F48AE" w:rsidRDefault="009F27A5">
            <w:pPr>
              <w:spacing w:after="0" w:line="240" w:lineRule="auto"/>
              <w:jc w:val="center"/>
            </w:pPr>
            <w:r>
              <w:rPr>
                <w:sz w:val="22"/>
                <w:szCs w:val="22"/>
              </w:rPr>
              <w:t>□</w:t>
            </w:r>
          </w:p>
        </w:tc>
        <w:tc>
          <w:tcPr>
            <w:tcW w:w="1050" w:type="dxa"/>
            <w:vAlign w:val="center"/>
          </w:tcPr>
          <w:p w14:paraId="013A3539" w14:textId="77777777" w:rsidR="006F48AE" w:rsidRDefault="009F27A5">
            <w:pPr>
              <w:spacing w:after="0" w:line="240" w:lineRule="auto"/>
              <w:jc w:val="center"/>
            </w:pPr>
            <w:r>
              <w:rPr>
                <w:sz w:val="22"/>
                <w:szCs w:val="22"/>
              </w:rPr>
              <w:t>□</w:t>
            </w:r>
          </w:p>
        </w:tc>
        <w:tc>
          <w:tcPr>
            <w:tcW w:w="6661" w:type="dxa"/>
          </w:tcPr>
          <w:p w14:paraId="31188793" w14:textId="77777777" w:rsidR="006F48AE" w:rsidRDefault="006F48AE">
            <w:pPr>
              <w:spacing w:after="0" w:line="264" w:lineRule="auto"/>
            </w:pPr>
          </w:p>
        </w:tc>
      </w:tr>
      <w:tr w:rsidR="006F48AE" w14:paraId="387F485D" w14:textId="77777777" w:rsidTr="00FC0825">
        <w:trPr>
          <w:cantSplit/>
          <w:jc w:val="center"/>
        </w:trPr>
        <w:tc>
          <w:tcPr>
            <w:tcW w:w="680" w:type="dxa"/>
          </w:tcPr>
          <w:p w14:paraId="05D57B09" w14:textId="77777777" w:rsidR="006F48AE" w:rsidRDefault="009F27A5">
            <w:pPr>
              <w:spacing w:after="0" w:line="240" w:lineRule="auto"/>
            </w:pPr>
            <w:r>
              <w:rPr>
                <w:sz w:val="22"/>
                <w:szCs w:val="22"/>
              </w:rPr>
              <w:t>7</w:t>
            </w:r>
          </w:p>
        </w:tc>
        <w:tc>
          <w:tcPr>
            <w:tcW w:w="680" w:type="dxa"/>
            <w:vAlign w:val="center"/>
          </w:tcPr>
          <w:p w14:paraId="69DDC260" w14:textId="77777777" w:rsidR="006F48AE" w:rsidRDefault="009F27A5">
            <w:pPr>
              <w:spacing w:after="0" w:line="240" w:lineRule="auto"/>
              <w:jc w:val="center"/>
            </w:pPr>
            <w:r>
              <w:rPr>
                <w:sz w:val="22"/>
                <w:szCs w:val="22"/>
              </w:rPr>
              <w:t>□</w:t>
            </w:r>
          </w:p>
        </w:tc>
        <w:tc>
          <w:tcPr>
            <w:tcW w:w="1050" w:type="dxa"/>
            <w:vAlign w:val="center"/>
          </w:tcPr>
          <w:p w14:paraId="7B76C49C" w14:textId="77777777" w:rsidR="006F48AE" w:rsidRDefault="009F27A5">
            <w:pPr>
              <w:spacing w:after="0" w:line="240" w:lineRule="auto"/>
              <w:jc w:val="center"/>
            </w:pPr>
            <w:r>
              <w:rPr>
                <w:sz w:val="22"/>
                <w:szCs w:val="22"/>
              </w:rPr>
              <w:t>□</w:t>
            </w:r>
          </w:p>
        </w:tc>
        <w:tc>
          <w:tcPr>
            <w:tcW w:w="6661" w:type="dxa"/>
          </w:tcPr>
          <w:p w14:paraId="16619434" w14:textId="77777777" w:rsidR="006F48AE" w:rsidRDefault="009F27A5">
            <w:pPr>
              <w:spacing w:after="0" w:line="240" w:lineRule="auto"/>
            </w:pPr>
            <w:r>
              <w:rPr>
                <w:sz w:val="22"/>
                <w:szCs w:val="22"/>
              </w:rPr>
              <w:t>Khi mất điện hoặc mất mạng: dùng bản in bộ thẻ vai trò và sơ đồ vẽ sẵn.</w:t>
            </w:r>
          </w:p>
        </w:tc>
      </w:tr>
    </w:tbl>
    <w:p w14:paraId="75E225EE" w14:textId="77777777" w:rsidR="006F48AE" w:rsidRPr="00FF1979" w:rsidRDefault="009F27A5">
      <w:pPr>
        <w:keepNext/>
        <w:spacing w:before="80" w:after="60" w:line="264" w:lineRule="auto"/>
        <w:rPr>
          <w:sz w:val="24"/>
          <w:szCs w:val="24"/>
        </w:rPr>
      </w:pPr>
      <w:r w:rsidRPr="00FF1979">
        <w:rPr>
          <w:b/>
          <w:sz w:val="24"/>
          <w:szCs w:val="24"/>
        </w:rPr>
        <w:t>PL12.7.11. Lưu ý về đánh giá của bài</w:t>
      </w:r>
    </w:p>
    <w:p w14:paraId="7FD607A7" w14:textId="77777777" w:rsidR="006F48AE" w:rsidRPr="00FF1979" w:rsidRDefault="009F27A5">
      <w:pPr>
        <w:spacing w:after="60" w:line="264" w:lineRule="auto"/>
        <w:jc w:val="both"/>
        <w:rPr>
          <w:sz w:val="24"/>
          <w:szCs w:val="24"/>
        </w:rPr>
      </w:pPr>
      <w:r w:rsidRPr="00FF1979">
        <w:rPr>
          <w:i/>
          <w:sz w:val="24"/>
          <w:szCs w:val="24"/>
        </w:rPr>
        <w:t>- Ba nguyên tắc chung (trọng tâm đánh giá, đóng góp của từng HS, công bằng trong tiếp cận) và căn cứ Công văn số 5588/BGDĐT-GDPT ngày 19/8/2026: xem Hướng dẫn chung của bộ kế hoạch bài dạy, mục I.</w:t>
      </w:r>
    </w:p>
    <w:p w14:paraId="50F09CF5" w14:textId="77777777" w:rsidR="006F48AE" w:rsidRPr="00FF1979" w:rsidRDefault="009F27A5">
      <w:pPr>
        <w:tabs>
          <w:tab w:val="left" w:pos="425"/>
        </w:tabs>
        <w:spacing w:after="60" w:line="264" w:lineRule="auto"/>
        <w:ind w:left="425" w:hanging="227"/>
        <w:jc w:val="both"/>
        <w:rPr>
          <w:sz w:val="24"/>
          <w:szCs w:val="24"/>
        </w:rPr>
      </w:pPr>
      <w:r w:rsidRPr="00FF1979">
        <w:rPr>
          <w:sz w:val="24"/>
          <w:szCs w:val="24"/>
        </w:rPr>
        <w:t xml:space="preserve">- </w:t>
      </w:r>
      <w:r w:rsidRPr="00FF1979">
        <w:rPr>
          <w:sz w:val="24"/>
          <w:szCs w:val="24"/>
        </w:rPr>
        <w:tab/>
      </w:r>
      <w:r w:rsidRPr="00FF1979">
        <w:rPr>
          <w:b/>
          <w:sz w:val="24"/>
          <w:szCs w:val="24"/>
        </w:rPr>
        <w:t>Hướng dẫn và khai báo.</w:t>
      </w:r>
      <w:r w:rsidRPr="00FF1979">
        <w:rPr>
          <w:sz w:val="24"/>
          <w:szCs w:val="24"/>
        </w:rPr>
        <w:t xml:space="preserve"> Trong hai tiết này GV không dùng công cụ AI. Khi nhóm em có dùng công cụ AI để gợi ý khi lập ma trận ở nhà, nhóm em khai báo năm ý: công cụ đã dùng; mục đích dùng; phần việc giao cho công cụ; cách kiểm tra lại kết quả; phần nhóm em tự làm.</w:t>
      </w:r>
    </w:p>
    <w:p w14:paraId="39C2569E" w14:textId="77777777" w:rsidR="006F48AE" w:rsidRPr="00FF1979" w:rsidRDefault="009F27A5">
      <w:pPr>
        <w:spacing w:after="0" w:line="240" w:lineRule="auto"/>
        <w:rPr>
          <w:b/>
          <w:bCs/>
          <w:sz w:val="24"/>
          <w:szCs w:val="24"/>
        </w:rPr>
      </w:pPr>
      <w:r w:rsidRPr="00FF1979">
        <w:rPr>
          <w:b/>
          <w:bCs/>
          <w:sz w:val="24"/>
          <w:szCs w:val="24"/>
        </w:rPr>
        <w:t>PL12.7.12. Sản phẩm và gợi ý đáp án theo hoạt động</w:t>
      </w:r>
    </w:p>
    <w:p w14:paraId="6F81CFA6" w14:textId="77777777" w:rsidR="006F48AE" w:rsidRPr="00FF1979" w:rsidRDefault="009F27A5">
      <w:pPr>
        <w:spacing w:after="0" w:line="240" w:lineRule="auto"/>
        <w:rPr>
          <w:sz w:val="24"/>
          <w:szCs w:val="24"/>
        </w:rPr>
      </w:pPr>
      <w:r w:rsidRPr="00FF1979">
        <w:rPr>
          <w:sz w:val="24"/>
          <w:szCs w:val="24"/>
        </w:rPr>
        <w:t>Hoạt động 1. Mở đầu: “Ai tạo ra sản phẩm AI?” (7 phút)</w:t>
      </w:r>
    </w:p>
    <w:p w14:paraId="620814DB" w14:textId="77777777" w:rsidR="006F48AE" w:rsidRPr="00FF1979" w:rsidRDefault="009F27A5">
      <w:pPr>
        <w:spacing w:after="0" w:line="240" w:lineRule="auto"/>
        <w:rPr>
          <w:sz w:val="24"/>
          <w:szCs w:val="24"/>
        </w:rPr>
      </w:pPr>
      <w:r w:rsidRPr="00FF1979">
        <w:rPr>
          <w:sz w:val="24"/>
          <w:szCs w:val="24"/>
        </w:rPr>
        <w:t>Câu trả lời của HS. Tiêu chí đánh giá: HS nhận ra lập trình viên không có chuyên môn y khoa, thiếu người thu thập dữ liệu chuẩn, thiếu người kiểm thử thực tế và thiếu người hiểu nhu cầu của bác sĩ.</w:t>
      </w:r>
    </w:p>
    <w:p w14:paraId="6B14F1A5" w14:textId="77777777" w:rsidR="006F48AE" w:rsidRPr="00FF1979" w:rsidRDefault="009F27A5">
      <w:pPr>
        <w:spacing w:after="0" w:line="240" w:lineRule="auto"/>
        <w:rPr>
          <w:sz w:val="24"/>
          <w:szCs w:val="24"/>
        </w:rPr>
      </w:pPr>
      <w:r w:rsidRPr="00FF1979">
        <w:rPr>
          <w:sz w:val="24"/>
          <w:szCs w:val="24"/>
        </w:rPr>
        <w:t>Hoạt động 2. Hình thành kiến thức mới (38 phút)</w:t>
      </w:r>
    </w:p>
    <w:p w14:paraId="1D8729D9" w14:textId="77777777" w:rsidR="006F48AE" w:rsidRPr="00FF1979" w:rsidRDefault="009F27A5">
      <w:pPr>
        <w:spacing w:after="0" w:line="240" w:lineRule="auto"/>
        <w:rPr>
          <w:sz w:val="24"/>
          <w:szCs w:val="24"/>
        </w:rPr>
      </w:pPr>
      <w:r w:rsidRPr="00FF1979">
        <w:rPr>
          <w:sz w:val="24"/>
          <w:szCs w:val="24"/>
        </w:rPr>
        <w:t>Phiếu học tập 12.7.1 đã điền đầy đủ. Tiêu chí đánh giá: gọi đúng tên và nêu đúng sản phẩm bàn giao của ít nhất bốn trong năm vai trò.</w:t>
      </w:r>
    </w:p>
    <w:p w14:paraId="655D3AAD" w14:textId="77777777" w:rsidR="006F48AE" w:rsidRPr="00FF1979" w:rsidRDefault="009F27A5">
      <w:pPr>
        <w:spacing w:after="0" w:line="240" w:lineRule="auto"/>
        <w:rPr>
          <w:sz w:val="24"/>
          <w:szCs w:val="24"/>
        </w:rPr>
      </w:pPr>
      <w:r w:rsidRPr="00FF1979">
        <w:rPr>
          <w:sz w:val="24"/>
          <w:szCs w:val="24"/>
        </w:rPr>
        <w:t>Hoạt động 2. Hình thành kiến thức mới (38 phút)</w:t>
      </w:r>
    </w:p>
    <w:p w14:paraId="44A0FEAD" w14:textId="77777777" w:rsidR="006F48AE" w:rsidRPr="00FF1979" w:rsidRDefault="009F27A5">
      <w:pPr>
        <w:spacing w:after="0" w:line="240" w:lineRule="auto"/>
        <w:rPr>
          <w:sz w:val="24"/>
          <w:szCs w:val="24"/>
        </w:rPr>
      </w:pPr>
      <w:r w:rsidRPr="00FF1979">
        <w:rPr>
          <w:sz w:val="24"/>
          <w:szCs w:val="24"/>
        </w:rPr>
        <w:t>Phiếu học tập 12.7.2 hoàn thành; sơ đồ bàn giao khép kín giữa năm vai trò. Tiêu chí đánh giá: nêu đúng nội dung bàn giao ở ba bước đầu và xác định đúng nơi nhận phản hồi ở bước bốn.</w:t>
      </w:r>
    </w:p>
    <w:p w14:paraId="6F57080A" w14:textId="77777777" w:rsidR="006F48AE" w:rsidRPr="00FF1979" w:rsidRDefault="009F27A5">
      <w:pPr>
        <w:spacing w:after="0" w:line="240" w:lineRule="auto"/>
        <w:rPr>
          <w:sz w:val="24"/>
          <w:szCs w:val="24"/>
        </w:rPr>
      </w:pPr>
      <w:r w:rsidRPr="00FF1979">
        <w:rPr>
          <w:sz w:val="24"/>
          <w:szCs w:val="24"/>
        </w:rPr>
        <w:t>Hoạt động 3. Luyện tập: Đóng vai họp nhóm xử lí sự cố (25 phút)</w:t>
      </w:r>
    </w:p>
    <w:p w14:paraId="78DC55A0" w14:textId="77777777" w:rsidR="006F48AE" w:rsidRPr="00FF1979" w:rsidRDefault="009F27A5">
      <w:pPr>
        <w:spacing w:after="0" w:line="240" w:lineRule="auto"/>
        <w:rPr>
          <w:sz w:val="24"/>
          <w:szCs w:val="24"/>
        </w:rPr>
      </w:pPr>
      <w:r w:rsidRPr="00FF1979">
        <w:rPr>
          <w:sz w:val="24"/>
          <w:szCs w:val="24"/>
        </w:rPr>
        <w:t>Biên bản họp nhóm. Tiêu chí đánh giá: nêu được nguyên nhân hợp lí, phân công việc khắc phục rõ cho từng vai trò và có thời hạn bàn giao lại.</w:t>
      </w:r>
    </w:p>
    <w:p w14:paraId="37CDCDD7" w14:textId="77777777" w:rsidR="006F48AE" w:rsidRPr="00FF1979" w:rsidRDefault="009F27A5">
      <w:pPr>
        <w:spacing w:after="0" w:line="240" w:lineRule="auto"/>
        <w:rPr>
          <w:sz w:val="24"/>
          <w:szCs w:val="24"/>
        </w:rPr>
      </w:pPr>
      <w:r w:rsidRPr="00FF1979">
        <w:rPr>
          <w:sz w:val="24"/>
          <w:szCs w:val="24"/>
        </w:rPr>
        <w:t>Hoạt động 4. Vận dụng: Lập ma trận phân công trách nhiệm RACI (20 phút)</w:t>
      </w:r>
    </w:p>
    <w:p w14:paraId="6D5E8E8A" w14:textId="77777777" w:rsidR="006F48AE" w:rsidRPr="00FF1979" w:rsidRDefault="009F27A5">
      <w:pPr>
        <w:spacing w:after="0" w:line="240" w:lineRule="auto"/>
        <w:rPr>
          <w:sz w:val="24"/>
          <w:szCs w:val="24"/>
        </w:rPr>
      </w:pPr>
      <w:r w:rsidRPr="00FF1979">
        <w:rPr>
          <w:sz w:val="24"/>
          <w:szCs w:val="24"/>
        </w:rPr>
        <w:t>Ma trận phân công A3 của nhóm. Tiêu chí đánh giá: mỗi việc có đúng một chữ A; nêu được vai trò nào phối hợp với vai trò nào. Ghi đủ R, C, I là phần làm thêm. RACI là mô hình minh hoạ: một người có thể giữ nhiều vai, một vai có thể do nhiều người cùng làm.</w:t>
      </w:r>
    </w:p>
    <w:sectPr w:rsidR="006F48AE" w:rsidRPr="00FF1979">
      <w:footerReference w:type="default" r:id="rId7"/>
      <w:pgSz w:w="11906" w:h="16838"/>
      <w:pgMar w:top="1134" w:right="1134" w:bottom="1134" w:left="1701" w:header="72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9241A" w14:textId="77777777" w:rsidR="009F27A5" w:rsidRDefault="009F27A5">
      <w:pPr>
        <w:spacing w:after="0" w:line="240" w:lineRule="auto"/>
      </w:pPr>
      <w:r>
        <w:separator/>
      </w:r>
    </w:p>
  </w:endnote>
  <w:endnote w:type="continuationSeparator" w:id="0">
    <w:p w14:paraId="0370B7F0" w14:textId="77777777" w:rsidR="009F27A5" w:rsidRDefault="009F2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8B3D0" w14:textId="4729BC0B" w:rsidR="006F48AE" w:rsidRDefault="009F27A5">
    <w:pPr>
      <w:pStyle w:val="Footer"/>
      <w:spacing w:line="264" w:lineRule="auto"/>
      <w:jc w:val="center"/>
    </w:pPr>
    <w:r>
      <w:rPr>
        <w:sz w:val="22"/>
      </w:rPr>
      <w:fldChar w:fldCharType="begin"/>
    </w:r>
    <w:r>
      <w:rPr>
        <w:sz w:val="22"/>
      </w:rPr>
      <w:instrText>PAGE</w:instrText>
    </w:r>
    <w:r w:rsidR="00D52E46">
      <w:rPr>
        <w:sz w:val="22"/>
      </w:rPr>
      <w:fldChar w:fldCharType="separate"/>
    </w:r>
    <w:r w:rsidR="00D52E46">
      <w:rPr>
        <w:noProof/>
        <w:sz w:val="22"/>
      </w:rPr>
      <w:t>1</w:t>
    </w:r>
    <w:r>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B657A" w14:textId="77777777" w:rsidR="009F27A5" w:rsidRDefault="009F27A5">
      <w:pPr>
        <w:spacing w:after="0" w:line="240" w:lineRule="auto"/>
      </w:pPr>
      <w:r>
        <w:separator/>
      </w:r>
    </w:p>
  </w:footnote>
  <w:footnote w:type="continuationSeparator" w:id="0">
    <w:p w14:paraId="328A9A5A" w14:textId="77777777" w:rsidR="009F27A5" w:rsidRDefault="009F27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18704670">
    <w:abstractNumId w:val="8"/>
  </w:num>
  <w:num w:numId="2" w16cid:durableId="1231841648">
    <w:abstractNumId w:val="6"/>
  </w:num>
  <w:num w:numId="3" w16cid:durableId="2013412074">
    <w:abstractNumId w:val="5"/>
  </w:num>
  <w:num w:numId="4" w16cid:durableId="512376808">
    <w:abstractNumId w:val="4"/>
  </w:num>
  <w:num w:numId="5" w16cid:durableId="1134518074">
    <w:abstractNumId w:val="7"/>
  </w:num>
  <w:num w:numId="6" w16cid:durableId="1244946483">
    <w:abstractNumId w:val="3"/>
  </w:num>
  <w:num w:numId="7" w16cid:durableId="816189209">
    <w:abstractNumId w:val="2"/>
  </w:num>
  <w:num w:numId="8" w16cid:durableId="848250861">
    <w:abstractNumId w:val="1"/>
  </w:num>
  <w:num w:numId="9" w16cid:durableId="125509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48AE"/>
    <w:rsid w:val="0026761A"/>
    <w:rsid w:val="00692BD6"/>
    <w:rsid w:val="006F48AE"/>
    <w:rsid w:val="009F27A5"/>
    <w:rsid w:val="00D52E46"/>
    <w:rsid w:val="00FC0825"/>
    <w:rsid w:val="00FF19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60EAD856-B1E1-4A8E-837C-056F1CC1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1855</Words>
  <Characters>10574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5</cp:revision>
  <dcterms:created xsi:type="dcterms:W3CDTF">2026-11-01T21:07:00Z</dcterms:created>
  <dcterms:modified xsi:type="dcterms:W3CDTF">2026-11-01T21:13:00Z</dcterms:modified>
</cp:coreProperties>
</file>