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B9B1E" w14:textId="77777777" w:rsidR="00D037A5" w:rsidRDefault="006A2323">
      <w:pPr>
        <w:keepNext/>
        <w:spacing w:after="60" w:line="264" w:lineRule="auto"/>
        <w:jc w:val="center"/>
        <w:rPr>
          <w:b/>
          <w:lang w:val="en-US"/>
        </w:rPr>
      </w:pPr>
      <w:r>
        <w:rPr>
          <w:b/>
        </w:rPr>
        <w:t>PHỤ LỤC CỦA KẾ HOẠCH BÀI DẠY BÀI 6 – LỚP 12</w:t>
      </w:r>
    </w:p>
    <w:p w14:paraId="290BA8A3" w14:textId="3C117B0E" w:rsidR="00AC1BEF" w:rsidRPr="00AC1BEF" w:rsidRDefault="00AC1BEF">
      <w:pPr>
        <w:keepNext/>
        <w:spacing w:after="60" w:line="264" w:lineRule="auto"/>
        <w:jc w:val="center"/>
        <w:rPr>
          <w:lang w:val="en-US"/>
        </w:rPr>
      </w:pPr>
      <w:r>
        <w:rPr>
          <w:b/>
          <w:lang w:val="en-US"/>
        </w:rPr>
        <w:t xml:space="preserve">TÊN BÀI: </w:t>
      </w:r>
      <w:r>
        <w:rPr>
          <w:b/>
        </w:rPr>
        <w:t>LỰA CHỌN PHƯƠNG ÁN THIẾT KẾ VÀ VẬN HÀNH HỆ THỐNG AI</w:t>
      </w:r>
    </w:p>
    <w:p w14:paraId="2B5AAF15" w14:textId="77777777" w:rsidR="00D037A5" w:rsidRDefault="006A2323">
      <w:pPr>
        <w:spacing w:after="60" w:line="264" w:lineRule="auto"/>
        <w:jc w:val="both"/>
      </w:pPr>
      <w:r>
        <w:t>Quy ước đánh số để không trùng với phụ lục của các kế hoạch bài dạy khác: phụ lục ghi “PL12.6.x”, phiếu học tập ghi “Phiếu học tập 12.6.x” (lớp 12, bài 6, số thứ tự).</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961"/>
        <w:gridCol w:w="1365"/>
        <w:gridCol w:w="1754"/>
      </w:tblGrid>
      <w:tr w:rsidR="00D037A5" w14:paraId="4A13A7CF" w14:textId="77777777" w:rsidTr="00AC1BEF">
        <w:trPr>
          <w:tblHeader/>
        </w:trPr>
        <w:tc>
          <w:tcPr>
            <w:tcW w:w="1384" w:type="dxa"/>
          </w:tcPr>
          <w:p w14:paraId="50FB82A8" w14:textId="77777777" w:rsidR="00D037A5" w:rsidRDefault="006A2323">
            <w:pPr>
              <w:spacing w:after="60" w:line="264" w:lineRule="auto"/>
              <w:jc w:val="both"/>
            </w:pPr>
            <w:r>
              <w:rPr>
                <w:b/>
              </w:rPr>
              <w:t>Mã</w:t>
            </w:r>
          </w:p>
        </w:tc>
        <w:tc>
          <w:tcPr>
            <w:tcW w:w="4961" w:type="dxa"/>
          </w:tcPr>
          <w:p w14:paraId="5BD0528D" w14:textId="77777777" w:rsidR="00D037A5" w:rsidRDefault="006A2323">
            <w:pPr>
              <w:spacing w:after="60" w:line="264" w:lineRule="auto"/>
              <w:jc w:val="both"/>
            </w:pPr>
            <w:r>
              <w:rPr>
                <w:b/>
              </w:rPr>
              <w:t>Tên</w:t>
            </w:r>
          </w:p>
        </w:tc>
        <w:tc>
          <w:tcPr>
            <w:tcW w:w="1365" w:type="dxa"/>
          </w:tcPr>
          <w:p w14:paraId="61FBDE29" w14:textId="77777777" w:rsidR="00D037A5" w:rsidRDefault="006A2323">
            <w:pPr>
              <w:spacing w:after="60" w:line="264" w:lineRule="auto"/>
              <w:jc w:val="both"/>
            </w:pPr>
            <w:r>
              <w:rPr>
                <w:b/>
              </w:rPr>
              <w:t>Dành cho</w:t>
            </w:r>
          </w:p>
        </w:tc>
        <w:tc>
          <w:tcPr>
            <w:tcW w:w="1754" w:type="dxa"/>
          </w:tcPr>
          <w:p w14:paraId="1686BD2A" w14:textId="77777777" w:rsidR="00D037A5" w:rsidRDefault="006A2323">
            <w:pPr>
              <w:spacing w:after="60" w:line="264" w:lineRule="auto"/>
              <w:jc w:val="both"/>
            </w:pPr>
            <w:r>
              <w:rPr>
                <w:b/>
              </w:rPr>
              <w:t>Dùng ở</w:t>
            </w:r>
          </w:p>
        </w:tc>
      </w:tr>
      <w:tr w:rsidR="00D037A5" w14:paraId="437764BD" w14:textId="77777777" w:rsidTr="00AC1BEF">
        <w:tc>
          <w:tcPr>
            <w:tcW w:w="1384" w:type="dxa"/>
          </w:tcPr>
          <w:p w14:paraId="6F1988D6" w14:textId="77777777" w:rsidR="00D037A5" w:rsidRDefault="006A2323">
            <w:pPr>
              <w:spacing w:after="60" w:line="264" w:lineRule="auto"/>
              <w:jc w:val="both"/>
            </w:pPr>
            <w:r>
              <w:t>PL12.6.1</w:t>
            </w:r>
          </w:p>
        </w:tc>
        <w:tc>
          <w:tcPr>
            <w:tcW w:w="4961" w:type="dxa"/>
          </w:tcPr>
          <w:p w14:paraId="41A37560" w14:textId="77777777" w:rsidR="00D037A5" w:rsidRDefault="006A2323">
            <w:pPr>
              <w:spacing w:after="60" w:line="264" w:lineRule="auto"/>
              <w:jc w:val="both"/>
            </w:pPr>
            <w:r>
              <w:t>Phiếu học tập 12.6.1: Bảng mô tả phương án</w:t>
            </w:r>
          </w:p>
        </w:tc>
        <w:tc>
          <w:tcPr>
            <w:tcW w:w="1365" w:type="dxa"/>
          </w:tcPr>
          <w:p w14:paraId="36DAB2A0" w14:textId="77777777" w:rsidR="00D037A5" w:rsidRDefault="006A2323">
            <w:pPr>
              <w:spacing w:after="60" w:line="264" w:lineRule="auto"/>
              <w:jc w:val="both"/>
            </w:pPr>
            <w:r>
              <w:t>Nhóm</w:t>
            </w:r>
          </w:p>
        </w:tc>
        <w:tc>
          <w:tcPr>
            <w:tcW w:w="1754" w:type="dxa"/>
          </w:tcPr>
          <w:p w14:paraId="7F037A4A" w14:textId="77777777" w:rsidR="00D037A5" w:rsidRDefault="006A2323">
            <w:pPr>
              <w:spacing w:after="60" w:line="264" w:lineRule="auto"/>
              <w:jc w:val="both"/>
            </w:pPr>
            <w:r>
              <w:t>HĐ 1–4</w:t>
            </w:r>
          </w:p>
        </w:tc>
      </w:tr>
      <w:tr w:rsidR="00D037A5" w14:paraId="267E152B" w14:textId="77777777" w:rsidTr="00AC1BEF">
        <w:tc>
          <w:tcPr>
            <w:tcW w:w="1384" w:type="dxa"/>
          </w:tcPr>
          <w:p w14:paraId="56608A3D" w14:textId="77777777" w:rsidR="00D037A5" w:rsidRDefault="006A2323">
            <w:pPr>
              <w:spacing w:after="60" w:line="264" w:lineRule="auto"/>
              <w:jc w:val="both"/>
            </w:pPr>
            <w:r>
              <w:t>PL12.6.2</w:t>
            </w:r>
          </w:p>
        </w:tc>
        <w:tc>
          <w:tcPr>
            <w:tcW w:w="4961" w:type="dxa"/>
          </w:tcPr>
          <w:p w14:paraId="50A42F5C" w14:textId="77777777" w:rsidR="00D037A5" w:rsidRDefault="006A2323">
            <w:pPr>
              <w:spacing w:after="60" w:line="264" w:lineRule="auto"/>
              <w:jc w:val="both"/>
            </w:pPr>
            <w:r>
              <w:t>Phiếu học tập 12.6.2: Ma trận so sánh phương án theo tiêu chí</w:t>
            </w:r>
          </w:p>
        </w:tc>
        <w:tc>
          <w:tcPr>
            <w:tcW w:w="1365" w:type="dxa"/>
          </w:tcPr>
          <w:p w14:paraId="45B9B729" w14:textId="77777777" w:rsidR="00D037A5" w:rsidRDefault="006A2323">
            <w:pPr>
              <w:spacing w:after="60" w:line="264" w:lineRule="auto"/>
              <w:jc w:val="both"/>
            </w:pPr>
            <w:r>
              <w:t>Nhóm</w:t>
            </w:r>
          </w:p>
        </w:tc>
        <w:tc>
          <w:tcPr>
            <w:tcW w:w="1754" w:type="dxa"/>
          </w:tcPr>
          <w:p w14:paraId="00B47877" w14:textId="77777777" w:rsidR="00D037A5" w:rsidRDefault="006A2323">
            <w:pPr>
              <w:spacing w:after="60" w:line="264" w:lineRule="auto"/>
              <w:jc w:val="both"/>
            </w:pPr>
            <w:r>
              <w:t>HĐ 1–4</w:t>
            </w:r>
          </w:p>
        </w:tc>
      </w:tr>
      <w:tr w:rsidR="00D037A5" w14:paraId="340C350D" w14:textId="77777777" w:rsidTr="00AC1BEF">
        <w:tc>
          <w:tcPr>
            <w:tcW w:w="1384" w:type="dxa"/>
          </w:tcPr>
          <w:p w14:paraId="4DFEE558" w14:textId="77777777" w:rsidR="00D037A5" w:rsidRDefault="006A2323">
            <w:pPr>
              <w:spacing w:after="60" w:line="264" w:lineRule="auto"/>
              <w:jc w:val="both"/>
            </w:pPr>
            <w:r>
              <w:t>PL12.6.3</w:t>
            </w:r>
          </w:p>
        </w:tc>
        <w:tc>
          <w:tcPr>
            <w:tcW w:w="4961" w:type="dxa"/>
          </w:tcPr>
          <w:p w14:paraId="46B13454" w14:textId="77777777" w:rsidR="00D037A5" w:rsidRDefault="006A2323">
            <w:pPr>
              <w:spacing w:after="60" w:line="264" w:lineRule="auto"/>
              <w:jc w:val="both"/>
            </w:pPr>
            <w:r>
              <w:t>Phiếu lựa chọn phương án có giải trình</w:t>
            </w:r>
          </w:p>
        </w:tc>
        <w:tc>
          <w:tcPr>
            <w:tcW w:w="1365" w:type="dxa"/>
          </w:tcPr>
          <w:p w14:paraId="17314419" w14:textId="77777777" w:rsidR="00D037A5" w:rsidRDefault="006A2323">
            <w:pPr>
              <w:spacing w:after="60" w:line="264" w:lineRule="auto"/>
              <w:jc w:val="both"/>
            </w:pPr>
            <w:r>
              <w:t>Nhóm</w:t>
            </w:r>
          </w:p>
        </w:tc>
        <w:tc>
          <w:tcPr>
            <w:tcW w:w="1754" w:type="dxa"/>
          </w:tcPr>
          <w:p w14:paraId="580E34CB" w14:textId="77777777" w:rsidR="00D037A5" w:rsidRDefault="006A2323">
            <w:pPr>
              <w:spacing w:after="60" w:line="264" w:lineRule="auto"/>
              <w:jc w:val="both"/>
            </w:pPr>
            <w:r>
              <w:t>Trước giờ dạy</w:t>
            </w:r>
          </w:p>
        </w:tc>
      </w:tr>
      <w:tr w:rsidR="00D037A5" w14:paraId="1A3A998F" w14:textId="77777777" w:rsidTr="00AC1BEF">
        <w:tc>
          <w:tcPr>
            <w:tcW w:w="1384" w:type="dxa"/>
          </w:tcPr>
          <w:p w14:paraId="535BFD60" w14:textId="77777777" w:rsidR="00D037A5" w:rsidRDefault="006A2323">
            <w:pPr>
              <w:spacing w:after="60" w:line="264" w:lineRule="auto"/>
              <w:jc w:val="both"/>
            </w:pPr>
            <w:r>
              <w:t>PL12.6.4</w:t>
            </w:r>
          </w:p>
        </w:tc>
        <w:tc>
          <w:tcPr>
            <w:tcW w:w="4961" w:type="dxa"/>
          </w:tcPr>
          <w:p w14:paraId="0B143AEC" w14:textId="77777777" w:rsidR="00D037A5" w:rsidRDefault="006A2323">
            <w:pPr>
              <w:spacing w:after="60" w:line="264" w:lineRule="auto"/>
              <w:jc w:val="both"/>
            </w:pPr>
            <w:r>
              <w:t>Bảng kiểm tra ma trận và phiếu lựa chọn</w:t>
            </w:r>
          </w:p>
        </w:tc>
        <w:tc>
          <w:tcPr>
            <w:tcW w:w="1365" w:type="dxa"/>
          </w:tcPr>
          <w:p w14:paraId="22252A8E" w14:textId="77777777" w:rsidR="00D037A5" w:rsidRDefault="006A2323">
            <w:pPr>
              <w:spacing w:after="60" w:line="264" w:lineRule="auto"/>
              <w:jc w:val="both"/>
            </w:pPr>
            <w:r>
              <w:t>Nhóm</w:t>
            </w:r>
          </w:p>
        </w:tc>
        <w:tc>
          <w:tcPr>
            <w:tcW w:w="1754" w:type="dxa"/>
          </w:tcPr>
          <w:p w14:paraId="06DE539E" w14:textId="77777777" w:rsidR="00D037A5" w:rsidRDefault="006A2323">
            <w:pPr>
              <w:spacing w:after="60" w:line="264" w:lineRule="auto"/>
              <w:jc w:val="both"/>
            </w:pPr>
            <w:r>
              <w:t>HĐ 3, 4</w:t>
            </w:r>
          </w:p>
        </w:tc>
      </w:tr>
      <w:tr w:rsidR="00D037A5" w14:paraId="19D9ED4D" w14:textId="77777777" w:rsidTr="00AC1BEF">
        <w:tc>
          <w:tcPr>
            <w:tcW w:w="1384" w:type="dxa"/>
          </w:tcPr>
          <w:p w14:paraId="5521CF86" w14:textId="77777777" w:rsidR="00D037A5" w:rsidRDefault="006A2323">
            <w:pPr>
              <w:spacing w:after="60" w:line="264" w:lineRule="auto"/>
              <w:jc w:val="both"/>
            </w:pPr>
            <w:r>
              <w:t>PL12.6.5</w:t>
            </w:r>
          </w:p>
        </w:tc>
        <w:tc>
          <w:tcPr>
            <w:tcW w:w="4961" w:type="dxa"/>
          </w:tcPr>
          <w:p w14:paraId="0D2339F3" w14:textId="77777777" w:rsidR="00D037A5" w:rsidRDefault="006A2323">
            <w:pPr>
              <w:spacing w:after="60" w:line="264" w:lineRule="auto"/>
              <w:jc w:val="both"/>
            </w:pPr>
            <w:r>
              <w:t>Định hướng nội dung và gợi ý đáp án (dành cho GV)</w:t>
            </w:r>
          </w:p>
        </w:tc>
        <w:tc>
          <w:tcPr>
            <w:tcW w:w="1365" w:type="dxa"/>
          </w:tcPr>
          <w:p w14:paraId="1B72D2D5" w14:textId="77777777" w:rsidR="00D037A5" w:rsidRDefault="006A2323">
            <w:pPr>
              <w:spacing w:after="60" w:line="264" w:lineRule="auto"/>
              <w:jc w:val="both"/>
            </w:pPr>
            <w:r>
              <w:t>GV</w:t>
            </w:r>
          </w:p>
        </w:tc>
        <w:tc>
          <w:tcPr>
            <w:tcW w:w="1754" w:type="dxa"/>
          </w:tcPr>
          <w:p w14:paraId="1F0EE7A8" w14:textId="77777777" w:rsidR="00D037A5" w:rsidRDefault="006A2323">
            <w:pPr>
              <w:spacing w:after="60" w:line="264" w:lineRule="auto"/>
              <w:jc w:val="both"/>
            </w:pPr>
            <w:r>
              <w:t>HĐ 1–4</w:t>
            </w:r>
          </w:p>
        </w:tc>
      </w:tr>
      <w:tr w:rsidR="00D037A5" w14:paraId="1DF4B32A" w14:textId="77777777" w:rsidTr="00AC1BEF">
        <w:tc>
          <w:tcPr>
            <w:tcW w:w="1384" w:type="dxa"/>
          </w:tcPr>
          <w:p w14:paraId="58717192" w14:textId="77777777" w:rsidR="00D037A5" w:rsidRDefault="006A2323">
            <w:pPr>
              <w:spacing w:after="60" w:line="264" w:lineRule="auto"/>
              <w:jc w:val="both"/>
            </w:pPr>
            <w:r>
              <w:t>PL12.6.6</w:t>
            </w:r>
          </w:p>
        </w:tc>
        <w:tc>
          <w:tcPr>
            <w:tcW w:w="4961" w:type="dxa"/>
          </w:tcPr>
          <w:p w14:paraId="131EDCA3" w14:textId="77777777" w:rsidR="00D037A5" w:rsidRDefault="006A2323">
            <w:pPr>
              <w:spacing w:after="60" w:line="264" w:lineRule="auto"/>
              <w:jc w:val="both"/>
            </w:pPr>
            <w:r>
              <w:t>Ghi chú chuyên môn, nguồn tư liệu và lưu ý khi dạy (dành cho GV)</w:t>
            </w:r>
          </w:p>
        </w:tc>
        <w:tc>
          <w:tcPr>
            <w:tcW w:w="1365" w:type="dxa"/>
          </w:tcPr>
          <w:p w14:paraId="22031097" w14:textId="77777777" w:rsidR="00D037A5" w:rsidRDefault="006A2323">
            <w:pPr>
              <w:spacing w:after="60" w:line="264" w:lineRule="auto"/>
              <w:jc w:val="both"/>
            </w:pPr>
            <w:r>
              <w:t>GV</w:t>
            </w:r>
          </w:p>
        </w:tc>
        <w:tc>
          <w:tcPr>
            <w:tcW w:w="1754" w:type="dxa"/>
          </w:tcPr>
          <w:p w14:paraId="6AA02D3F" w14:textId="77777777" w:rsidR="00D037A5" w:rsidRDefault="006A2323">
            <w:pPr>
              <w:spacing w:after="60" w:line="264" w:lineRule="auto"/>
              <w:jc w:val="both"/>
            </w:pPr>
            <w:r>
              <w:t>Trước giờ dạy</w:t>
            </w:r>
          </w:p>
        </w:tc>
      </w:tr>
      <w:tr w:rsidR="00D037A5" w14:paraId="05CFB6AC" w14:textId="77777777" w:rsidTr="00AC1BEF">
        <w:tc>
          <w:tcPr>
            <w:tcW w:w="1384" w:type="dxa"/>
          </w:tcPr>
          <w:p w14:paraId="4F8A0D9A" w14:textId="77777777" w:rsidR="00D037A5" w:rsidRDefault="006A2323">
            <w:pPr>
              <w:spacing w:after="60" w:line="264" w:lineRule="auto"/>
              <w:jc w:val="both"/>
            </w:pPr>
            <w:r>
              <w:t>PL12.6.7</w:t>
            </w:r>
          </w:p>
        </w:tc>
        <w:tc>
          <w:tcPr>
            <w:tcW w:w="4961" w:type="dxa"/>
          </w:tcPr>
          <w:p w14:paraId="7E38A163" w14:textId="77777777" w:rsidR="00D037A5" w:rsidRDefault="006A2323">
            <w:pPr>
              <w:spacing w:after="60" w:line="264" w:lineRule="auto"/>
              <w:jc w:val="both"/>
            </w:pPr>
            <w:r>
              <w:t>Mô tả mức đánh giá của bài và mẫu câu nhận xét</w:t>
            </w:r>
          </w:p>
        </w:tc>
        <w:tc>
          <w:tcPr>
            <w:tcW w:w="1365" w:type="dxa"/>
          </w:tcPr>
          <w:p w14:paraId="5D944800" w14:textId="77777777" w:rsidR="00D037A5" w:rsidRDefault="006A2323">
            <w:pPr>
              <w:spacing w:after="60" w:line="264" w:lineRule="auto"/>
              <w:jc w:val="both"/>
            </w:pPr>
            <w:r>
              <w:t>GV</w:t>
            </w:r>
          </w:p>
        </w:tc>
        <w:tc>
          <w:tcPr>
            <w:tcW w:w="1754" w:type="dxa"/>
          </w:tcPr>
          <w:p w14:paraId="1C9B1DB7" w14:textId="77777777" w:rsidR="00D037A5" w:rsidRDefault="006A2323">
            <w:pPr>
              <w:spacing w:after="60" w:line="264" w:lineRule="auto"/>
              <w:jc w:val="both"/>
            </w:pPr>
            <w:r>
              <w:t>mục IV</w:t>
            </w:r>
          </w:p>
        </w:tc>
      </w:tr>
      <w:tr w:rsidR="00D037A5" w14:paraId="0B4F1FB4" w14:textId="77777777" w:rsidTr="00AC1BEF">
        <w:tc>
          <w:tcPr>
            <w:tcW w:w="1384" w:type="dxa"/>
          </w:tcPr>
          <w:p w14:paraId="0C9F9903" w14:textId="77777777" w:rsidR="00D037A5" w:rsidRDefault="006A2323">
            <w:pPr>
              <w:spacing w:after="60" w:line="264" w:lineRule="auto"/>
              <w:jc w:val="both"/>
            </w:pPr>
            <w:r>
              <w:t>PL12.6.8</w:t>
            </w:r>
          </w:p>
        </w:tc>
        <w:tc>
          <w:tcPr>
            <w:tcW w:w="4961" w:type="dxa"/>
          </w:tcPr>
          <w:p w14:paraId="61BDC83A" w14:textId="77777777" w:rsidR="00D037A5" w:rsidRDefault="006A2323">
            <w:pPr>
              <w:spacing w:after="60" w:line="264" w:lineRule="auto"/>
              <w:jc w:val="both"/>
            </w:pPr>
            <w:r>
              <w:t>Bảng kiểm an toàn và trách nhiệm của bài</w:t>
            </w:r>
          </w:p>
        </w:tc>
        <w:tc>
          <w:tcPr>
            <w:tcW w:w="1365" w:type="dxa"/>
          </w:tcPr>
          <w:p w14:paraId="48B7457E" w14:textId="77777777" w:rsidR="00D037A5" w:rsidRDefault="006A2323">
            <w:pPr>
              <w:spacing w:after="60" w:line="264" w:lineRule="auto"/>
              <w:jc w:val="both"/>
            </w:pPr>
            <w:r>
              <w:t>GV</w:t>
            </w:r>
          </w:p>
        </w:tc>
        <w:tc>
          <w:tcPr>
            <w:tcW w:w="1754" w:type="dxa"/>
          </w:tcPr>
          <w:p w14:paraId="39F1C63F" w14:textId="77777777" w:rsidR="00D037A5" w:rsidRDefault="006A2323">
            <w:pPr>
              <w:spacing w:after="60" w:line="264" w:lineRule="auto"/>
              <w:jc w:val="both"/>
            </w:pPr>
            <w:r>
              <w:t>Trước giờ dạy</w:t>
            </w:r>
          </w:p>
        </w:tc>
      </w:tr>
      <w:tr w:rsidR="00D037A5" w14:paraId="44A33057" w14:textId="77777777" w:rsidTr="00AC1BEF">
        <w:tc>
          <w:tcPr>
            <w:tcW w:w="1384" w:type="dxa"/>
          </w:tcPr>
          <w:p w14:paraId="757FF46F" w14:textId="77777777" w:rsidR="00D037A5" w:rsidRDefault="006A2323">
            <w:pPr>
              <w:spacing w:after="60" w:line="264" w:lineRule="auto"/>
              <w:jc w:val="both"/>
            </w:pPr>
            <w:r>
              <w:t>PL12.6.9</w:t>
            </w:r>
          </w:p>
        </w:tc>
        <w:tc>
          <w:tcPr>
            <w:tcW w:w="4961" w:type="dxa"/>
          </w:tcPr>
          <w:p w14:paraId="48D1416E" w14:textId="77777777" w:rsidR="00D037A5" w:rsidRDefault="006A2323">
            <w:pPr>
              <w:spacing w:after="60" w:line="264" w:lineRule="auto"/>
              <w:jc w:val="both"/>
            </w:pPr>
            <w:r>
              <w:t>Lưu ý về đánh giá của bài</w:t>
            </w:r>
          </w:p>
        </w:tc>
        <w:tc>
          <w:tcPr>
            <w:tcW w:w="1365" w:type="dxa"/>
          </w:tcPr>
          <w:p w14:paraId="1EC80396" w14:textId="77777777" w:rsidR="00D037A5" w:rsidRDefault="006A2323">
            <w:pPr>
              <w:spacing w:after="60" w:line="264" w:lineRule="auto"/>
              <w:jc w:val="both"/>
            </w:pPr>
            <w:r>
              <w:t>GV</w:t>
            </w:r>
          </w:p>
        </w:tc>
        <w:tc>
          <w:tcPr>
            <w:tcW w:w="1754" w:type="dxa"/>
          </w:tcPr>
          <w:p w14:paraId="7A3E572C" w14:textId="77777777" w:rsidR="00D037A5" w:rsidRDefault="006A2323">
            <w:pPr>
              <w:spacing w:after="60" w:line="264" w:lineRule="auto"/>
              <w:jc w:val="both"/>
            </w:pPr>
            <w:r>
              <w:t>mục IV</w:t>
            </w:r>
          </w:p>
        </w:tc>
      </w:tr>
      <w:tr w:rsidR="00D037A5" w14:paraId="041F613E" w14:textId="77777777" w:rsidTr="00AC1BEF">
        <w:tc>
          <w:tcPr>
            <w:tcW w:w="1384" w:type="dxa"/>
          </w:tcPr>
          <w:p w14:paraId="43824F19" w14:textId="77777777" w:rsidR="00D037A5" w:rsidRDefault="006A2323">
            <w:pPr>
              <w:spacing w:after="60" w:line="264" w:lineRule="auto"/>
              <w:jc w:val="both"/>
            </w:pPr>
            <w:r>
              <w:t>PL12.6.10</w:t>
            </w:r>
          </w:p>
        </w:tc>
        <w:tc>
          <w:tcPr>
            <w:tcW w:w="4961" w:type="dxa"/>
          </w:tcPr>
          <w:p w14:paraId="79215595" w14:textId="77777777" w:rsidR="00D037A5" w:rsidRDefault="006A2323">
            <w:pPr>
              <w:spacing w:after="60" w:line="264" w:lineRule="auto"/>
              <w:jc w:val="both"/>
            </w:pPr>
            <w:r>
              <w:t>Sản phẩm và gợi ý đáp án theo hoạt động</w:t>
            </w:r>
          </w:p>
        </w:tc>
        <w:tc>
          <w:tcPr>
            <w:tcW w:w="1365" w:type="dxa"/>
          </w:tcPr>
          <w:p w14:paraId="0EDD3DBA" w14:textId="77777777" w:rsidR="00D037A5" w:rsidRDefault="006A2323">
            <w:pPr>
              <w:spacing w:after="60" w:line="264" w:lineRule="auto"/>
              <w:jc w:val="both"/>
            </w:pPr>
            <w:r>
              <w:t>GV</w:t>
            </w:r>
          </w:p>
        </w:tc>
        <w:tc>
          <w:tcPr>
            <w:tcW w:w="1754" w:type="dxa"/>
          </w:tcPr>
          <w:p w14:paraId="5895C124" w14:textId="77777777" w:rsidR="00D037A5" w:rsidRDefault="006A2323">
            <w:pPr>
              <w:spacing w:after="60" w:line="264" w:lineRule="auto"/>
              <w:jc w:val="both"/>
            </w:pPr>
            <w:r>
              <w:t>Các hoạt động; mục IV</w:t>
            </w:r>
          </w:p>
        </w:tc>
      </w:tr>
    </w:tbl>
    <w:p w14:paraId="7A2C959F" w14:textId="77777777" w:rsidR="00D037A5" w:rsidRDefault="006A2323">
      <w:pPr>
        <w:keepNext/>
        <w:spacing w:before="80" w:after="60" w:line="264" w:lineRule="auto"/>
      </w:pPr>
      <w:r>
        <w:rPr>
          <w:b/>
        </w:rPr>
        <w:t>PL12.6.1. Phiếu học tập 12.6.1: Bảng mô tả phương án</w:t>
      </w:r>
    </w:p>
    <w:p w14:paraId="1B74DD97" w14:textId="77777777" w:rsidR="00D037A5" w:rsidRDefault="006A2323">
      <w:pPr>
        <w:spacing w:after="60" w:line="264" w:lineRule="auto"/>
        <w:jc w:val="both"/>
      </w:pPr>
      <w:r>
        <w:t>Nhóm: …………………………………</w:t>
      </w:r>
    </w:p>
    <w:p w14:paraId="6D65A1D3" w14:textId="77777777" w:rsidR="00D037A5" w:rsidRDefault="006A2323">
      <w:pPr>
        <w:spacing w:after="60" w:line="264" w:lineRule="auto"/>
        <w:jc w:val="both"/>
      </w:pPr>
      <w:r>
        <w:t>Nhiệm vụ cụ thể: bà con nông dân ở hợp tác xã lúa Vạn Phúc cần biết lá lúa khoẻ hay có dấu hiệu bệnh đạo ôn ngay tại ruộng. Tình huống giả định cả ba phương án dùng chung một mô hình đã huấn luyện ở Bài 5; trong thực tế, mô hình có thể phải điều chỉnh theo từng thiết bị.</w:t>
      </w:r>
    </w:p>
    <w:p w14:paraId="6EFE0FCA" w14:textId="77777777" w:rsidR="00D037A5" w:rsidRDefault="006A2323">
      <w:pPr>
        <w:keepNext/>
        <w:spacing w:after="60" w:line="264" w:lineRule="auto"/>
        <w:jc w:val="both"/>
      </w:pPr>
      <w:r>
        <w:rPr>
          <w:b/>
        </w:rPr>
        <w:t>PA1. Hoạt động trên điện thoại của bà con nông dân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544"/>
        <w:gridCol w:w="5527"/>
      </w:tblGrid>
      <w:tr w:rsidR="00D037A5" w14:paraId="09F921E3" w14:textId="77777777" w:rsidTr="00AC1BEF">
        <w:trPr>
          <w:cantSplit/>
          <w:tblHeader/>
          <w:jc w:val="center"/>
        </w:trPr>
        <w:tc>
          <w:tcPr>
            <w:tcW w:w="3544" w:type="dxa"/>
            <w:vAlign w:val="center"/>
          </w:tcPr>
          <w:p w14:paraId="23B0A734" w14:textId="77777777" w:rsidR="00D037A5" w:rsidRDefault="006A2323">
            <w:pPr>
              <w:spacing w:after="0" w:line="240" w:lineRule="auto"/>
              <w:jc w:val="center"/>
            </w:pPr>
            <w:r>
              <w:rPr>
                <w:b/>
                <w:sz w:val="22"/>
                <w:szCs w:val="22"/>
              </w:rPr>
              <w:t>Câu hỏi</w:t>
            </w:r>
          </w:p>
        </w:tc>
        <w:tc>
          <w:tcPr>
            <w:tcW w:w="5527" w:type="dxa"/>
            <w:vAlign w:val="center"/>
          </w:tcPr>
          <w:p w14:paraId="4B0B423E" w14:textId="77777777" w:rsidR="00D037A5" w:rsidRDefault="006A2323">
            <w:pPr>
              <w:spacing w:after="0" w:line="240" w:lineRule="auto"/>
              <w:jc w:val="center"/>
            </w:pPr>
            <w:r>
              <w:rPr>
                <w:b/>
                <w:sz w:val="22"/>
                <w:szCs w:val="22"/>
              </w:rPr>
              <w:t>Câu trả lời của nhóm</w:t>
            </w:r>
          </w:p>
        </w:tc>
      </w:tr>
      <w:tr w:rsidR="00D037A5" w14:paraId="256D34F3" w14:textId="77777777" w:rsidTr="00AC1BEF">
        <w:trPr>
          <w:cantSplit/>
          <w:jc w:val="center"/>
        </w:trPr>
        <w:tc>
          <w:tcPr>
            <w:tcW w:w="3544" w:type="dxa"/>
          </w:tcPr>
          <w:p w14:paraId="3595C161" w14:textId="77777777" w:rsidR="00D037A5" w:rsidRDefault="006A2323">
            <w:pPr>
              <w:spacing w:after="0" w:line="240" w:lineRule="auto"/>
            </w:pPr>
            <w:r>
              <w:rPr>
                <w:sz w:val="22"/>
                <w:szCs w:val="22"/>
              </w:rPr>
              <w:t>1. Ai là người dùng</w:t>
            </w:r>
          </w:p>
        </w:tc>
        <w:tc>
          <w:tcPr>
            <w:tcW w:w="5527" w:type="dxa"/>
          </w:tcPr>
          <w:p w14:paraId="4D287DC1" w14:textId="77777777" w:rsidR="00D037A5" w:rsidRDefault="006A2323">
            <w:pPr>
              <w:spacing w:after="0" w:line="240" w:lineRule="auto"/>
            </w:pPr>
            <w:r>
              <w:rPr>
                <w:sz w:val="22"/>
                <w:szCs w:val="22"/>
              </w:rPr>
              <w:t>Bà con nông dân</w:t>
            </w:r>
          </w:p>
        </w:tc>
      </w:tr>
      <w:tr w:rsidR="00D037A5" w14:paraId="08F2D697" w14:textId="77777777" w:rsidTr="00AC1BEF">
        <w:trPr>
          <w:cantSplit/>
          <w:jc w:val="center"/>
        </w:trPr>
        <w:tc>
          <w:tcPr>
            <w:tcW w:w="3544" w:type="dxa"/>
          </w:tcPr>
          <w:p w14:paraId="69950DF7" w14:textId="77777777" w:rsidR="00D037A5" w:rsidRDefault="006A2323">
            <w:pPr>
              <w:spacing w:after="0" w:line="240" w:lineRule="auto"/>
            </w:pPr>
            <w:r>
              <w:rPr>
                <w:sz w:val="22"/>
                <w:szCs w:val="22"/>
              </w:rPr>
              <w:t>2. Cần mạng không</w:t>
            </w:r>
          </w:p>
        </w:tc>
        <w:tc>
          <w:tcPr>
            <w:tcW w:w="5527" w:type="dxa"/>
          </w:tcPr>
          <w:p w14:paraId="1645A5B5" w14:textId="77777777" w:rsidR="00D037A5" w:rsidRDefault="00D037A5">
            <w:pPr>
              <w:spacing w:after="0" w:line="264" w:lineRule="auto"/>
            </w:pPr>
          </w:p>
        </w:tc>
      </w:tr>
      <w:tr w:rsidR="00D037A5" w14:paraId="54E2EA6E" w14:textId="77777777" w:rsidTr="00AC1BEF">
        <w:trPr>
          <w:cantSplit/>
          <w:jc w:val="center"/>
        </w:trPr>
        <w:tc>
          <w:tcPr>
            <w:tcW w:w="3544" w:type="dxa"/>
          </w:tcPr>
          <w:p w14:paraId="671F1D6B" w14:textId="77777777" w:rsidR="00D037A5" w:rsidRDefault="006A2323">
            <w:pPr>
              <w:spacing w:after="0" w:line="240" w:lineRule="auto"/>
            </w:pPr>
            <w:r>
              <w:rPr>
                <w:sz w:val="22"/>
                <w:szCs w:val="22"/>
              </w:rPr>
              <w:t>3. Cần tài khoản không</w:t>
            </w:r>
          </w:p>
        </w:tc>
        <w:tc>
          <w:tcPr>
            <w:tcW w:w="5527" w:type="dxa"/>
          </w:tcPr>
          <w:p w14:paraId="2FB88569" w14:textId="77777777" w:rsidR="00D037A5" w:rsidRDefault="00D037A5">
            <w:pPr>
              <w:spacing w:after="0" w:line="264" w:lineRule="auto"/>
            </w:pPr>
          </w:p>
        </w:tc>
      </w:tr>
      <w:tr w:rsidR="00D037A5" w14:paraId="0C7B07DA" w14:textId="77777777" w:rsidTr="00AC1BEF">
        <w:trPr>
          <w:cantSplit/>
          <w:jc w:val="center"/>
        </w:trPr>
        <w:tc>
          <w:tcPr>
            <w:tcW w:w="3544" w:type="dxa"/>
          </w:tcPr>
          <w:p w14:paraId="20485D46" w14:textId="77777777" w:rsidR="00D037A5" w:rsidRDefault="006A2323">
            <w:pPr>
              <w:spacing w:after="0" w:line="240" w:lineRule="auto"/>
            </w:pPr>
            <w:r>
              <w:rPr>
                <w:sz w:val="22"/>
                <w:szCs w:val="22"/>
              </w:rPr>
              <w:t>4. Cần thiết bị gì</w:t>
            </w:r>
          </w:p>
        </w:tc>
        <w:tc>
          <w:tcPr>
            <w:tcW w:w="5527" w:type="dxa"/>
          </w:tcPr>
          <w:p w14:paraId="132EFBB5" w14:textId="77777777" w:rsidR="00D037A5" w:rsidRDefault="006A2323">
            <w:pPr>
              <w:spacing w:after="0" w:line="240" w:lineRule="auto"/>
            </w:pPr>
            <w:r>
              <w:rPr>
                <w:sz w:val="22"/>
                <w:szCs w:val="22"/>
              </w:rPr>
              <w:t>Điện thoại của bà con, không cài phần mềm riêng</w:t>
            </w:r>
          </w:p>
        </w:tc>
      </w:tr>
      <w:tr w:rsidR="00D037A5" w14:paraId="404EDDF6" w14:textId="77777777" w:rsidTr="00AC1BEF">
        <w:trPr>
          <w:cantSplit/>
          <w:jc w:val="center"/>
        </w:trPr>
        <w:tc>
          <w:tcPr>
            <w:tcW w:w="3544" w:type="dxa"/>
          </w:tcPr>
          <w:p w14:paraId="66E8F967" w14:textId="77777777" w:rsidR="00D037A5" w:rsidRDefault="006A2323">
            <w:pPr>
              <w:spacing w:after="0" w:line="240" w:lineRule="auto"/>
            </w:pPr>
            <w:r>
              <w:rPr>
                <w:sz w:val="22"/>
                <w:szCs w:val="22"/>
              </w:rPr>
              <w:t>5. Ai bảo trì mô hình khi có lá bệnh mới</w:t>
            </w:r>
          </w:p>
        </w:tc>
        <w:tc>
          <w:tcPr>
            <w:tcW w:w="5527" w:type="dxa"/>
          </w:tcPr>
          <w:p w14:paraId="12B4E200" w14:textId="77777777" w:rsidR="00D037A5" w:rsidRDefault="00D037A5">
            <w:pPr>
              <w:spacing w:after="0" w:line="264" w:lineRule="auto"/>
            </w:pPr>
          </w:p>
        </w:tc>
      </w:tr>
      <w:tr w:rsidR="00D037A5" w14:paraId="11617B98" w14:textId="77777777" w:rsidTr="00AC1BEF">
        <w:trPr>
          <w:cantSplit/>
          <w:jc w:val="center"/>
        </w:trPr>
        <w:tc>
          <w:tcPr>
            <w:tcW w:w="3544" w:type="dxa"/>
          </w:tcPr>
          <w:p w14:paraId="2CA5F68B" w14:textId="77777777" w:rsidR="00D037A5" w:rsidRDefault="006A2323">
            <w:pPr>
              <w:spacing w:after="0" w:line="240" w:lineRule="auto"/>
            </w:pPr>
            <w:r>
              <w:rPr>
                <w:sz w:val="22"/>
                <w:szCs w:val="22"/>
              </w:rPr>
              <w:t>6. Ưu điểm và minh chứng</w:t>
            </w:r>
          </w:p>
        </w:tc>
        <w:tc>
          <w:tcPr>
            <w:tcW w:w="5527" w:type="dxa"/>
          </w:tcPr>
          <w:p w14:paraId="75EFF39B" w14:textId="77777777" w:rsidR="00D037A5" w:rsidRDefault="00D037A5">
            <w:pPr>
              <w:spacing w:after="0" w:line="264" w:lineRule="auto"/>
            </w:pPr>
          </w:p>
        </w:tc>
      </w:tr>
      <w:tr w:rsidR="00D037A5" w14:paraId="38AF5B24" w14:textId="77777777" w:rsidTr="00AC1BEF">
        <w:trPr>
          <w:cantSplit/>
          <w:jc w:val="center"/>
        </w:trPr>
        <w:tc>
          <w:tcPr>
            <w:tcW w:w="3544" w:type="dxa"/>
          </w:tcPr>
          <w:p w14:paraId="63CF3A7A" w14:textId="77777777" w:rsidR="00D037A5" w:rsidRDefault="006A2323">
            <w:pPr>
              <w:spacing w:after="0" w:line="240" w:lineRule="auto"/>
            </w:pPr>
            <w:r>
              <w:rPr>
                <w:sz w:val="22"/>
                <w:szCs w:val="22"/>
              </w:rPr>
              <w:t>7. Nhược điểm và minh chứng</w:t>
            </w:r>
          </w:p>
        </w:tc>
        <w:tc>
          <w:tcPr>
            <w:tcW w:w="5527" w:type="dxa"/>
          </w:tcPr>
          <w:p w14:paraId="2003465F" w14:textId="77777777" w:rsidR="00D037A5" w:rsidRDefault="00D037A5">
            <w:pPr>
              <w:spacing w:after="0" w:line="264" w:lineRule="auto"/>
            </w:pPr>
          </w:p>
        </w:tc>
      </w:tr>
    </w:tbl>
    <w:p w14:paraId="3A48497F" w14:textId="77777777" w:rsidR="00D037A5" w:rsidRDefault="00D037A5">
      <w:pPr>
        <w:spacing w:after="40" w:line="192" w:lineRule="auto"/>
        <w:jc w:val="both"/>
      </w:pPr>
    </w:p>
    <w:p w14:paraId="023869AD" w14:textId="77777777" w:rsidR="00D037A5" w:rsidRDefault="006A2323">
      <w:pPr>
        <w:keepNext/>
        <w:spacing w:after="60" w:line="264" w:lineRule="auto"/>
        <w:jc w:val="both"/>
      </w:pPr>
      <w:r>
        <w:rPr>
          <w:b/>
        </w:rPr>
        <w:lastRenderedPageBreak/>
        <w:t>PA2. Hoạt động trên máy tính tại trạm khuyến nông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544"/>
        <w:gridCol w:w="5527"/>
      </w:tblGrid>
      <w:tr w:rsidR="00D037A5" w14:paraId="0083ECCA" w14:textId="77777777" w:rsidTr="00AC1BEF">
        <w:trPr>
          <w:cantSplit/>
          <w:tblHeader/>
          <w:jc w:val="center"/>
        </w:trPr>
        <w:tc>
          <w:tcPr>
            <w:tcW w:w="3544" w:type="dxa"/>
            <w:vAlign w:val="center"/>
          </w:tcPr>
          <w:p w14:paraId="493AD1D6" w14:textId="77777777" w:rsidR="00D037A5" w:rsidRDefault="006A2323">
            <w:pPr>
              <w:spacing w:after="0" w:line="240" w:lineRule="auto"/>
              <w:jc w:val="center"/>
            </w:pPr>
            <w:r>
              <w:rPr>
                <w:b/>
                <w:sz w:val="22"/>
                <w:szCs w:val="22"/>
              </w:rPr>
              <w:t>Câu hỏi</w:t>
            </w:r>
          </w:p>
        </w:tc>
        <w:tc>
          <w:tcPr>
            <w:tcW w:w="5527" w:type="dxa"/>
            <w:vAlign w:val="center"/>
          </w:tcPr>
          <w:p w14:paraId="7090DD3A" w14:textId="77777777" w:rsidR="00D037A5" w:rsidRDefault="006A2323">
            <w:pPr>
              <w:spacing w:after="0" w:line="240" w:lineRule="auto"/>
              <w:jc w:val="center"/>
            </w:pPr>
            <w:r>
              <w:rPr>
                <w:b/>
                <w:sz w:val="22"/>
                <w:szCs w:val="22"/>
              </w:rPr>
              <w:t>Câu trả lời của nhóm</w:t>
            </w:r>
          </w:p>
        </w:tc>
      </w:tr>
      <w:tr w:rsidR="00D037A5" w14:paraId="2097DFD4" w14:textId="77777777" w:rsidTr="00AC1BEF">
        <w:trPr>
          <w:cantSplit/>
          <w:jc w:val="center"/>
        </w:trPr>
        <w:tc>
          <w:tcPr>
            <w:tcW w:w="3544" w:type="dxa"/>
          </w:tcPr>
          <w:p w14:paraId="601FB874" w14:textId="77777777" w:rsidR="00D037A5" w:rsidRDefault="006A2323">
            <w:pPr>
              <w:spacing w:after="0" w:line="240" w:lineRule="auto"/>
            </w:pPr>
            <w:r>
              <w:rPr>
                <w:sz w:val="22"/>
                <w:szCs w:val="22"/>
              </w:rPr>
              <w:t>1. Ai là người dùng</w:t>
            </w:r>
          </w:p>
        </w:tc>
        <w:tc>
          <w:tcPr>
            <w:tcW w:w="5527" w:type="dxa"/>
          </w:tcPr>
          <w:p w14:paraId="3BF42763" w14:textId="77777777" w:rsidR="00D037A5" w:rsidRDefault="006A2323">
            <w:pPr>
              <w:spacing w:after="0" w:line="240" w:lineRule="auto"/>
            </w:pPr>
            <w:r>
              <w:rPr>
                <w:sz w:val="22"/>
                <w:szCs w:val="22"/>
              </w:rPr>
              <w:t>Cán bộ khuyến nông</w:t>
            </w:r>
          </w:p>
        </w:tc>
      </w:tr>
      <w:tr w:rsidR="00D037A5" w14:paraId="78D86F35" w14:textId="77777777" w:rsidTr="00AC1BEF">
        <w:trPr>
          <w:cantSplit/>
          <w:jc w:val="center"/>
        </w:trPr>
        <w:tc>
          <w:tcPr>
            <w:tcW w:w="3544" w:type="dxa"/>
          </w:tcPr>
          <w:p w14:paraId="7D7279D7" w14:textId="77777777" w:rsidR="00D037A5" w:rsidRDefault="006A2323">
            <w:pPr>
              <w:spacing w:after="0" w:line="240" w:lineRule="auto"/>
            </w:pPr>
            <w:r>
              <w:rPr>
                <w:sz w:val="22"/>
                <w:szCs w:val="22"/>
              </w:rPr>
              <w:t>2. Cần mạng không</w:t>
            </w:r>
          </w:p>
        </w:tc>
        <w:tc>
          <w:tcPr>
            <w:tcW w:w="5527" w:type="dxa"/>
          </w:tcPr>
          <w:p w14:paraId="2BB9254B" w14:textId="77777777" w:rsidR="00D037A5" w:rsidRDefault="00D037A5">
            <w:pPr>
              <w:spacing w:after="0" w:line="264" w:lineRule="auto"/>
            </w:pPr>
          </w:p>
        </w:tc>
      </w:tr>
      <w:tr w:rsidR="00D037A5" w14:paraId="47E8D074" w14:textId="77777777" w:rsidTr="00AC1BEF">
        <w:trPr>
          <w:cantSplit/>
          <w:jc w:val="center"/>
        </w:trPr>
        <w:tc>
          <w:tcPr>
            <w:tcW w:w="3544" w:type="dxa"/>
          </w:tcPr>
          <w:p w14:paraId="222F309A" w14:textId="77777777" w:rsidR="00D037A5" w:rsidRDefault="006A2323">
            <w:pPr>
              <w:spacing w:after="0" w:line="240" w:lineRule="auto"/>
            </w:pPr>
            <w:r>
              <w:rPr>
                <w:sz w:val="22"/>
                <w:szCs w:val="22"/>
              </w:rPr>
              <w:t>3. Cần tài khoản không</w:t>
            </w:r>
          </w:p>
        </w:tc>
        <w:tc>
          <w:tcPr>
            <w:tcW w:w="5527" w:type="dxa"/>
          </w:tcPr>
          <w:p w14:paraId="0768509A" w14:textId="77777777" w:rsidR="00D037A5" w:rsidRDefault="00D037A5">
            <w:pPr>
              <w:spacing w:after="0" w:line="264" w:lineRule="auto"/>
            </w:pPr>
          </w:p>
        </w:tc>
      </w:tr>
      <w:tr w:rsidR="00D037A5" w14:paraId="1150ADDB" w14:textId="77777777" w:rsidTr="00AC1BEF">
        <w:trPr>
          <w:cantSplit/>
          <w:jc w:val="center"/>
        </w:trPr>
        <w:tc>
          <w:tcPr>
            <w:tcW w:w="3544" w:type="dxa"/>
          </w:tcPr>
          <w:p w14:paraId="4991C7EF" w14:textId="77777777" w:rsidR="00D037A5" w:rsidRDefault="006A2323">
            <w:pPr>
              <w:spacing w:after="0" w:line="240" w:lineRule="auto"/>
            </w:pPr>
            <w:r>
              <w:rPr>
                <w:sz w:val="22"/>
                <w:szCs w:val="22"/>
              </w:rPr>
              <w:t>4. Cần thiết bị gì</w:t>
            </w:r>
          </w:p>
        </w:tc>
        <w:tc>
          <w:tcPr>
            <w:tcW w:w="5527" w:type="dxa"/>
          </w:tcPr>
          <w:p w14:paraId="78AFF4D6" w14:textId="77777777" w:rsidR="00D037A5" w:rsidRDefault="006A2323">
            <w:pPr>
              <w:spacing w:after="0" w:line="240" w:lineRule="auto"/>
            </w:pPr>
            <w:r>
              <w:rPr>
                <w:sz w:val="22"/>
                <w:szCs w:val="22"/>
              </w:rPr>
              <w:t>Một máy tính tại trạm, cán bộ mang xuống ruộng</w:t>
            </w:r>
          </w:p>
        </w:tc>
      </w:tr>
      <w:tr w:rsidR="00D037A5" w14:paraId="13706D52" w14:textId="77777777" w:rsidTr="00AC1BEF">
        <w:trPr>
          <w:cantSplit/>
          <w:jc w:val="center"/>
        </w:trPr>
        <w:tc>
          <w:tcPr>
            <w:tcW w:w="3544" w:type="dxa"/>
          </w:tcPr>
          <w:p w14:paraId="5F2A64A0" w14:textId="77777777" w:rsidR="00D037A5" w:rsidRDefault="006A2323">
            <w:pPr>
              <w:spacing w:after="0" w:line="240" w:lineRule="auto"/>
            </w:pPr>
            <w:r>
              <w:rPr>
                <w:sz w:val="22"/>
                <w:szCs w:val="22"/>
              </w:rPr>
              <w:t>5. Ai bảo trì mô hình khi có lá bệnh mới</w:t>
            </w:r>
          </w:p>
        </w:tc>
        <w:tc>
          <w:tcPr>
            <w:tcW w:w="5527" w:type="dxa"/>
          </w:tcPr>
          <w:p w14:paraId="7863458F" w14:textId="77777777" w:rsidR="00D037A5" w:rsidRDefault="00D037A5">
            <w:pPr>
              <w:spacing w:after="0" w:line="264" w:lineRule="auto"/>
            </w:pPr>
          </w:p>
        </w:tc>
      </w:tr>
      <w:tr w:rsidR="00D037A5" w14:paraId="192F08FF" w14:textId="77777777" w:rsidTr="00AC1BEF">
        <w:trPr>
          <w:cantSplit/>
          <w:jc w:val="center"/>
        </w:trPr>
        <w:tc>
          <w:tcPr>
            <w:tcW w:w="3544" w:type="dxa"/>
          </w:tcPr>
          <w:p w14:paraId="5B1EABB1" w14:textId="77777777" w:rsidR="00D037A5" w:rsidRDefault="006A2323">
            <w:pPr>
              <w:spacing w:after="0" w:line="240" w:lineRule="auto"/>
            </w:pPr>
            <w:r>
              <w:rPr>
                <w:sz w:val="22"/>
                <w:szCs w:val="22"/>
              </w:rPr>
              <w:t>6. Ưu điểm và minh chứng</w:t>
            </w:r>
          </w:p>
        </w:tc>
        <w:tc>
          <w:tcPr>
            <w:tcW w:w="5527" w:type="dxa"/>
          </w:tcPr>
          <w:p w14:paraId="42AD9B63" w14:textId="77777777" w:rsidR="00D037A5" w:rsidRDefault="00D037A5">
            <w:pPr>
              <w:spacing w:after="0" w:line="264" w:lineRule="auto"/>
            </w:pPr>
          </w:p>
        </w:tc>
      </w:tr>
      <w:tr w:rsidR="00D037A5" w14:paraId="777DC132" w14:textId="77777777" w:rsidTr="00AC1BEF">
        <w:trPr>
          <w:cantSplit/>
          <w:jc w:val="center"/>
        </w:trPr>
        <w:tc>
          <w:tcPr>
            <w:tcW w:w="3544" w:type="dxa"/>
          </w:tcPr>
          <w:p w14:paraId="3C78E4EC" w14:textId="77777777" w:rsidR="00D037A5" w:rsidRDefault="006A2323">
            <w:pPr>
              <w:spacing w:after="0" w:line="240" w:lineRule="auto"/>
            </w:pPr>
            <w:r>
              <w:rPr>
                <w:sz w:val="22"/>
                <w:szCs w:val="22"/>
              </w:rPr>
              <w:t>7. Nhược điểm và minh chứng</w:t>
            </w:r>
          </w:p>
        </w:tc>
        <w:tc>
          <w:tcPr>
            <w:tcW w:w="5527" w:type="dxa"/>
          </w:tcPr>
          <w:p w14:paraId="04F2F3C0" w14:textId="77777777" w:rsidR="00D037A5" w:rsidRDefault="00D037A5">
            <w:pPr>
              <w:spacing w:after="0" w:line="264" w:lineRule="auto"/>
            </w:pPr>
          </w:p>
        </w:tc>
      </w:tr>
    </w:tbl>
    <w:p w14:paraId="2E69A110" w14:textId="77777777" w:rsidR="00D037A5" w:rsidRDefault="00D037A5">
      <w:pPr>
        <w:spacing w:after="40" w:line="192" w:lineRule="auto"/>
        <w:jc w:val="both"/>
      </w:pPr>
    </w:p>
    <w:p w14:paraId="2554AD12" w14:textId="77777777" w:rsidR="00D037A5" w:rsidRDefault="006A2323">
      <w:pPr>
        <w:keepNext/>
        <w:spacing w:after="60" w:line="264" w:lineRule="auto"/>
        <w:jc w:val="both"/>
      </w:pPr>
      <w:r>
        <w:rPr>
          <w:b/>
        </w:rPr>
        <w:t>PA3. Hoạt động trên máy chủ của hợp tác xã</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544"/>
        <w:gridCol w:w="5527"/>
      </w:tblGrid>
      <w:tr w:rsidR="00D037A5" w14:paraId="67DB38AF" w14:textId="77777777" w:rsidTr="00AC1BEF">
        <w:trPr>
          <w:cantSplit/>
          <w:tblHeader/>
          <w:jc w:val="center"/>
        </w:trPr>
        <w:tc>
          <w:tcPr>
            <w:tcW w:w="3544" w:type="dxa"/>
            <w:vAlign w:val="center"/>
          </w:tcPr>
          <w:p w14:paraId="3C803F3D" w14:textId="77777777" w:rsidR="00D037A5" w:rsidRDefault="006A2323">
            <w:pPr>
              <w:spacing w:after="0" w:line="240" w:lineRule="auto"/>
              <w:jc w:val="center"/>
            </w:pPr>
            <w:r>
              <w:rPr>
                <w:b/>
                <w:sz w:val="22"/>
                <w:szCs w:val="22"/>
              </w:rPr>
              <w:t>Câu hỏi</w:t>
            </w:r>
          </w:p>
        </w:tc>
        <w:tc>
          <w:tcPr>
            <w:tcW w:w="5527" w:type="dxa"/>
            <w:vAlign w:val="center"/>
          </w:tcPr>
          <w:p w14:paraId="1F06EDBD" w14:textId="77777777" w:rsidR="00D037A5" w:rsidRDefault="006A2323">
            <w:pPr>
              <w:spacing w:after="0" w:line="240" w:lineRule="auto"/>
              <w:jc w:val="center"/>
            </w:pPr>
            <w:r>
              <w:rPr>
                <w:b/>
                <w:sz w:val="22"/>
                <w:szCs w:val="22"/>
              </w:rPr>
              <w:t>Câu trả lời của nhóm</w:t>
            </w:r>
          </w:p>
        </w:tc>
      </w:tr>
      <w:tr w:rsidR="00D037A5" w14:paraId="4048046D" w14:textId="77777777" w:rsidTr="00AC1BEF">
        <w:trPr>
          <w:cantSplit/>
          <w:jc w:val="center"/>
        </w:trPr>
        <w:tc>
          <w:tcPr>
            <w:tcW w:w="3544" w:type="dxa"/>
          </w:tcPr>
          <w:p w14:paraId="601A8749" w14:textId="77777777" w:rsidR="00D037A5" w:rsidRDefault="006A2323">
            <w:pPr>
              <w:spacing w:after="0" w:line="240" w:lineRule="auto"/>
            </w:pPr>
            <w:r>
              <w:rPr>
                <w:sz w:val="22"/>
                <w:szCs w:val="22"/>
              </w:rPr>
              <w:t>1. Ai là người dùng</w:t>
            </w:r>
          </w:p>
        </w:tc>
        <w:tc>
          <w:tcPr>
            <w:tcW w:w="5527" w:type="dxa"/>
          </w:tcPr>
          <w:p w14:paraId="74C4E311" w14:textId="77777777" w:rsidR="00D037A5" w:rsidRDefault="006A2323">
            <w:pPr>
              <w:spacing w:after="0" w:line="240" w:lineRule="auto"/>
            </w:pPr>
            <w:r>
              <w:rPr>
                <w:sz w:val="22"/>
                <w:szCs w:val="22"/>
              </w:rPr>
              <w:t>Cán bộ khuyến nông</w:t>
            </w:r>
          </w:p>
        </w:tc>
      </w:tr>
      <w:tr w:rsidR="00D037A5" w14:paraId="4B9EE139" w14:textId="77777777" w:rsidTr="00AC1BEF">
        <w:trPr>
          <w:cantSplit/>
          <w:jc w:val="center"/>
        </w:trPr>
        <w:tc>
          <w:tcPr>
            <w:tcW w:w="3544" w:type="dxa"/>
          </w:tcPr>
          <w:p w14:paraId="25DEB02D" w14:textId="77777777" w:rsidR="00D037A5" w:rsidRDefault="006A2323">
            <w:pPr>
              <w:spacing w:after="0" w:line="240" w:lineRule="auto"/>
            </w:pPr>
            <w:r>
              <w:rPr>
                <w:sz w:val="22"/>
                <w:szCs w:val="22"/>
              </w:rPr>
              <w:t>2. Cần mạng không</w:t>
            </w:r>
          </w:p>
        </w:tc>
        <w:tc>
          <w:tcPr>
            <w:tcW w:w="5527" w:type="dxa"/>
          </w:tcPr>
          <w:p w14:paraId="6B197B5F" w14:textId="77777777" w:rsidR="00D037A5" w:rsidRDefault="00D037A5">
            <w:pPr>
              <w:spacing w:after="0" w:line="264" w:lineRule="auto"/>
            </w:pPr>
          </w:p>
        </w:tc>
      </w:tr>
      <w:tr w:rsidR="00D037A5" w14:paraId="74CE5BAD" w14:textId="77777777" w:rsidTr="00AC1BEF">
        <w:trPr>
          <w:cantSplit/>
          <w:jc w:val="center"/>
        </w:trPr>
        <w:tc>
          <w:tcPr>
            <w:tcW w:w="3544" w:type="dxa"/>
          </w:tcPr>
          <w:p w14:paraId="29332F56" w14:textId="77777777" w:rsidR="00D037A5" w:rsidRDefault="006A2323">
            <w:pPr>
              <w:spacing w:after="0" w:line="240" w:lineRule="auto"/>
            </w:pPr>
            <w:r>
              <w:rPr>
                <w:sz w:val="22"/>
                <w:szCs w:val="22"/>
              </w:rPr>
              <w:t>3. Cần tài khoản không</w:t>
            </w:r>
          </w:p>
        </w:tc>
        <w:tc>
          <w:tcPr>
            <w:tcW w:w="5527" w:type="dxa"/>
          </w:tcPr>
          <w:p w14:paraId="2BABB1BD" w14:textId="77777777" w:rsidR="00D037A5" w:rsidRDefault="00D037A5">
            <w:pPr>
              <w:spacing w:after="0" w:line="264" w:lineRule="auto"/>
            </w:pPr>
          </w:p>
        </w:tc>
      </w:tr>
      <w:tr w:rsidR="00D037A5" w14:paraId="70FCEA65" w14:textId="77777777" w:rsidTr="00AC1BEF">
        <w:trPr>
          <w:cantSplit/>
          <w:jc w:val="center"/>
        </w:trPr>
        <w:tc>
          <w:tcPr>
            <w:tcW w:w="3544" w:type="dxa"/>
          </w:tcPr>
          <w:p w14:paraId="2B9FE8A5" w14:textId="77777777" w:rsidR="00D037A5" w:rsidRDefault="006A2323">
            <w:pPr>
              <w:spacing w:after="0" w:line="240" w:lineRule="auto"/>
            </w:pPr>
            <w:r>
              <w:rPr>
                <w:sz w:val="22"/>
                <w:szCs w:val="22"/>
              </w:rPr>
              <w:t>4. Cần thiết bị gì</w:t>
            </w:r>
          </w:p>
        </w:tc>
        <w:tc>
          <w:tcPr>
            <w:tcW w:w="5527" w:type="dxa"/>
          </w:tcPr>
          <w:p w14:paraId="30ACD1E4" w14:textId="77777777" w:rsidR="00D037A5" w:rsidRDefault="006A2323">
            <w:pPr>
              <w:spacing w:after="0" w:line="240" w:lineRule="auto"/>
            </w:pPr>
            <w:r>
              <w:rPr>
                <w:sz w:val="22"/>
                <w:szCs w:val="22"/>
              </w:rPr>
              <w:t>Máy chủ của hợp tác xã, có kết nối mạng ổn định</w:t>
            </w:r>
          </w:p>
        </w:tc>
      </w:tr>
      <w:tr w:rsidR="00D037A5" w14:paraId="1BF50825" w14:textId="77777777" w:rsidTr="00AC1BEF">
        <w:trPr>
          <w:cantSplit/>
          <w:jc w:val="center"/>
        </w:trPr>
        <w:tc>
          <w:tcPr>
            <w:tcW w:w="3544" w:type="dxa"/>
          </w:tcPr>
          <w:p w14:paraId="31B92B57" w14:textId="77777777" w:rsidR="00D037A5" w:rsidRDefault="006A2323">
            <w:pPr>
              <w:spacing w:after="0" w:line="240" w:lineRule="auto"/>
            </w:pPr>
            <w:r>
              <w:rPr>
                <w:sz w:val="22"/>
                <w:szCs w:val="22"/>
              </w:rPr>
              <w:t>5. Ai bảo trì mô hình khi có lá bệnh mới</w:t>
            </w:r>
          </w:p>
        </w:tc>
        <w:tc>
          <w:tcPr>
            <w:tcW w:w="5527" w:type="dxa"/>
          </w:tcPr>
          <w:p w14:paraId="27C06BD1" w14:textId="77777777" w:rsidR="00D037A5" w:rsidRDefault="00D037A5">
            <w:pPr>
              <w:spacing w:after="0" w:line="264" w:lineRule="auto"/>
            </w:pPr>
          </w:p>
        </w:tc>
      </w:tr>
      <w:tr w:rsidR="00D037A5" w14:paraId="6E7C9A54" w14:textId="77777777" w:rsidTr="00AC1BEF">
        <w:trPr>
          <w:cantSplit/>
          <w:jc w:val="center"/>
        </w:trPr>
        <w:tc>
          <w:tcPr>
            <w:tcW w:w="3544" w:type="dxa"/>
          </w:tcPr>
          <w:p w14:paraId="22463767" w14:textId="77777777" w:rsidR="00D037A5" w:rsidRDefault="006A2323">
            <w:pPr>
              <w:spacing w:after="0" w:line="240" w:lineRule="auto"/>
            </w:pPr>
            <w:r>
              <w:rPr>
                <w:sz w:val="22"/>
                <w:szCs w:val="22"/>
              </w:rPr>
              <w:t>6. Ưu điểm và minh chứng</w:t>
            </w:r>
          </w:p>
        </w:tc>
        <w:tc>
          <w:tcPr>
            <w:tcW w:w="5527" w:type="dxa"/>
          </w:tcPr>
          <w:p w14:paraId="7AC83A97" w14:textId="77777777" w:rsidR="00D037A5" w:rsidRDefault="00D037A5">
            <w:pPr>
              <w:spacing w:after="0" w:line="264" w:lineRule="auto"/>
            </w:pPr>
          </w:p>
        </w:tc>
      </w:tr>
      <w:tr w:rsidR="00D037A5" w14:paraId="61C759BD" w14:textId="77777777" w:rsidTr="00AC1BEF">
        <w:trPr>
          <w:cantSplit/>
          <w:jc w:val="center"/>
        </w:trPr>
        <w:tc>
          <w:tcPr>
            <w:tcW w:w="3544" w:type="dxa"/>
          </w:tcPr>
          <w:p w14:paraId="3D3982E0" w14:textId="77777777" w:rsidR="00D037A5" w:rsidRDefault="006A2323">
            <w:pPr>
              <w:spacing w:after="0" w:line="240" w:lineRule="auto"/>
            </w:pPr>
            <w:r>
              <w:rPr>
                <w:sz w:val="22"/>
                <w:szCs w:val="22"/>
              </w:rPr>
              <w:t>7. Nhược điểm và minh chứng</w:t>
            </w:r>
          </w:p>
        </w:tc>
        <w:tc>
          <w:tcPr>
            <w:tcW w:w="5527" w:type="dxa"/>
          </w:tcPr>
          <w:p w14:paraId="625E96AD" w14:textId="77777777" w:rsidR="00D037A5" w:rsidRDefault="00D037A5">
            <w:pPr>
              <w:spacing w:after="0" w:line="264" w:lineRule="auto"/>
            </w:pPr>
          </w:p>
        </w:tc>
      </w:tr>
    </w:tbl>
    <w:p w14:paraId="37CAA145" w14:textId="77777777" w:rsidR="00D037A5" w:rsidRDefault="00D037A5">
      <w:pPr>
        <w:spacing w:after="40" w:line="192" w:lineRule="auto"/>
        <w:jc w:val="both"/>
      </w:pPr>
    </w:p>
    <w:p w14:paraId="7399A656" w14:textId="77777777" w:rsidR="00D037A5" w:rsidRDefault="006A2323">
      <w:pPr>
        <w:spacing w:after="60" w:line="264" w:lineRule="auto"/>
        <w:jc w:val="both"/>
      </w:pPr>
      <w:r>
        <w:rPr>
          <w:i/>
          <w:sz w:val="24"/>
        </w:rPr>
        <w:t>Dòng 1 và dòng 4 cho sẵn theo tình huống. Hai dòng cuối phải ghi minh chứng cụ thể, không ghi nhận xét cảm tính. Không ghi lí do “nổi tiếng” hoặc “dễ dùng”.</w:t>
      </w:r>
    </w:p>
    <w:p w14:paraId="688F1C03" w14:textId="77777777" w:rsidR="00D037A5" w:rsidRDefault="006A2323">
      <w:pPr>
        <w:spacing w:after="0" w:line="264" w:lineRule="auto"/>
        <w:jc w:val="both"/>
      </w:pPr>
      <w:r>
        <w:br w:type="page"/>
      </w:r>
    </w:p>
    <w:p w14:paraId="55329926" w14:textId="77777777" w:rsidR="00D037A5" w:rsidRDefault="006A2323">
      <w:pPr>
        <w:keepNext/>
        <w:spacing w:before="80" w:after="60" w:line="264" w:lineRule="auto"/>
      </w:pPr>
      <w:r>
        <w:rPr>
          <w:b/>
        </w:rPr>
        <w:t>PL12.6.2. Phiếu học tập 12.6.2: Ma trận so sánh phương án theo tiêu chí</w:t>
      </w:r>
    </w:p>
    <w:p w14:paraId="112A1C87" w14:textId="77777777" w:rsidR="00D037A5" w:rsidRDefault="006A2323">
      <w:pPr>
        <w:spacing w:after="60" w:line="264" w:lineRule="auto"/>
        <w:jc w:val="both"/>
      </w:pPr>
      <w:r>
        <w:t>Nhóm: …………………………………</w:t>
      </w:r>
    </w:p>
    <w:p w14:paraId="179512BB" w14:textId="77777777" w:rsidR="00D037A5" w:rsidRDefault="006A2323">
      <w:pPr>
        <w:spacing w:after="60" w:line="264" w:lineRule="auto"/>
        <w:jc w:val="both"/>
      </w:pPr>
      <w:r>
        <w:rPr>
          <w:i/>
          <w:sz w:val="24"/>
        </w:rPr>
        <w:t>Bốn tiêu chí đầu GV đã cho sẵn điểm và căn cứ; nhóm chấm tiêu chí 5 và 6. Thang điểm: 2 là phù hợp tốt; 1 là tạm được; 0 là không phù hợp. Điểm quy đổi bằng cách nhân điểm với trọng số. Điều kiện loại: phương án có điểm bằng không ở tiêu chí 3 thì bị loại, không cần so tổng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211"/>
        <w:gridCol w:w="737"/>
        <w:gridCol w:w="964"/>
        <w:gridCol w:w="964"/>
        <w:gridCol w:w="964"/>
        <w:gridCol w:w="3231"/>
      </w:tblGrid>
      <w:tr w:rsidR="00D037A5" w14:paraId="5D7C2550" w14:textId="77777777">
        <w:trPr>
          <w:cantSplit/>
          <w:tblHeader/>
          <w:jc w:val="center"/>
        </w:trPr>
        <w:tc>
          <w:tcPr>
            <w:tcW w:w="2211" w:type="dxa"/>
            <w:vAlign w:val="center"/>
          </w:tcPr>
          <w:p w14:paraId="4CFC3F70" w14:textId="77777777" w:rsidR="00D037A5" w:rsidRDefault="006A2323">
            <w:pPr>
              <w:spacing w:after="0" w:line="240" w:lineRule="auto"/>
              <w:jc w:val="center"/>
            </w:pPr>
            <w:r>
              <w:rPr>
                <w:b/>
                <w:sz w:val="22"/>
                <w:szCs w:val="22"/>
              </w:rPr>
              <w:t>Tiêu chí</w:t>
            </w:r>
          </w:p>
        </w:tc>
        <w:tc>
          <w:tcPr>
            <w:tcW w:w="737" w:type="dxa"/>
            <w:vAlign w:val="center"/>
          </w:tcPr>
          <w:p w14:paraId="041A8BAD" w14:textId="77777777" w:rsidR="00D037A5" w:rsidRDefault="006A2323">
            <w:pPr>
              <w:spacing w:after="0" w:line="240" w:lineRule="auto"/>
              <w:jc w:val="center"/>
            </w:pPr>
            <w:r>
              <w:rPr>
                <w:b/>
                <w:sz w:val="22"/>
                <w:szCs w:val="22"/>
              </w:rPr>
              <w:t>Trọng số</w:t>
            </w:r>
          </w:p>
        </w:tc>
        <w:tc>
          <w:tcPr>
            <w:tcW w:w="964" w:type="dxa"/>
            <w:vAlign w:val="center"/>
          </w:tcPr>
          <w:p w14:paraId="096D131D" w14:textId="77777777" w:rsidR="00D037A5" w:rsidRDefault="006A2323">
            <w:pPr>
              <w:spacing w:after="0" w:line="240" w:lineRule="auto"/>
              <w:jc w:val="center"/>
            </w:pPr>
            <w:r>
              <w:rPr>
                <w:b/>
                <w:sz w:val="22"/>
                <w:szCs w:val="22"/>
              </w:rPr>
              <w:t>PA1</w:t>
            </w:r>
          </w:p>
        </w:tc>
        <w:tc>
          <w:tcPr>
            <w:tcW w:w="964" w:type="dxa"/>
            <w:vAlign w:val="center"/>
          </w:tcPr>
          <w:p w14:paraId="3882F9E8" w14:textId="77777777" w:rsidR="00D037A5" w:rsidRDefault="006A2323">
            <w:pPr>
              <w:spacing w:after="0" w:line="240" w:lineRule="auto"/>
              <w:jc w:val="center"/>
            </w:pPr>
            <w:r>
              <w:rPr>
                <w:b/>
                <w:sz w:val="22"/>
                <w:szCs w:val="22"/>
              </w:rPr>
              <w:t>PA2</w:t>
            </w:r>
          </w:p>
        </w:tc>
        <w:tc>
          <w:tcPr>
            <w:tcW w:w="964" w:type="dxa"/>
            <w:vAlign w:val="center"/>
          </w:tcPr>
          <w:p w14:paraId="13B9FFDE" w14:textId="77777777" w:rsidR="00D037A5" w:rsidRDefault="006A2323">
            <w:pPr>
              <w:spacing w:after="0" w:line="240" w:lineRule="auto"/>
              <w:jc w:val="center"/>
            </w:pPr>
            <w:r>
              <w:rPr>
                <w:b/>
                <w:sz w:val="22"/>
                <w:szCs w:val="22"/>
              </w:rPr>
              <w:t>PA3</w:t>
            </w:r>
          </w:p>
        </w:tc>
        <w:tc>
          <w:tcPr>
            <w:tcW w:w="3231" w:type="dxa"/>
            <w:vAlign w:val="center"/>
          </w:tcPr>
          <w:p w14:paraId="61999F2B" w14:textId="77777777" w:rsidR="00D037A5" w:rsidRDefault="006A2323">
            <w:pPr>
              <w:spacing w:after="0" w:line="240" w:lineRule="auto"/>
              <w:jc w:val="center"/>
            </w:pPr>
            <w:r>
              <w:rPr>
                <w:b/>
                <w:sz w:val="22"/>
                <w:szCs w:val="22"/>
              </w:rPr>
              <w:t>Căn cứ đánh giá</w:t>
            </w:r>
          </w:p>
        </w:tc>
      </w:tr>
      <w:tr w:rsidR="00D037A5" w14:paraId="460F4F4D" w14:textId="77777777">
        <w:trPr>
          <w:cantSplit/>
          <w:jc w:val="center"/>
        </w:trPr>
        <w:tc>
          <w:tcPr>
            <w:tcW w:w="2211" w:type="dxa"/>
          </w:tcPr>
          <w:p w14:paraId="7EB04F17" w14:textId="77777777" w:rsidR="00D037A5" w:rsidRDefault="006A2323">
            <w:pPr>
              <w:spacing w:after="0" w:line="240" w:lineRule="auto"/>
            </w:pPr>
            <w:r>
              <w:rPr>
                <w:sz w:val="22"/>
                <w:szCs w:val="22"/>
              </w:rPr>
              <w:t>1. Mục tiêu: có phục vụ đúng việc cần làm không</w:t>
            </w:r>
          </w:p>
        </w:tc>
        <w:tc>
          <w:tcPr>
            <w:tcW w:w="737" w:type="dxa"/>
            <w:vAlign w:val="center"/>
          </w:tcPr>
          <w:p w14:paraId="4CD72E2D" w14:textId="77777777" w:rsidR="00D037A5" w:rsidRDefault="006A2323">
            <w:pPr>
              <w:spacing w:after="0" w:line="240" w:lineRule="auto"/>
              <w:jc w:val="center"/>
            </w:pPr>
            <w:r>
              <w:rPr>
                <w:sz w:val="22"/>
                <w:szCs w:val="22"/>
              </w:rPr>
              <w:t>0,2</w:t>
            </w:r>
          </w:p>
        </w:tc>
        <w:tc>
          <w:tcPr>
            <w:tcW w:w="964" w:type="dxa"/>
            <w:vAlign w:val="center"/>
          </w:tcPr>
          <w:p w14:paraId="761341E5" w14:textId="77777777" w:rsidR="00D037A5" w:rsidRDefault="006A2323">
            <w:pPr>
              <w:spacing w:after="0" w:line="240" w:lineRule="auto"/>
              <w:jc w:val="center"/>
            </w:pPr>
            <w:r>
              <w:rPr>
                <w:sz w:val="22"/>
                <w:szCs w:val="22"/>
              </w:rPr>
              <w:t>2</w:t>
            </w:r>
          </w:p>
        </w:tc>
        <w:tc>
          <w:tcPr>
            <w:tcW w:w="964" w:type="dxa"/>
            <w:vAlign w:val="center"/>
          </w:tcPr>
          <w:p w14:paraId="5BD3EE51" w14:textId="77777777" w:rsidR="00D037A5" w:rsidRDefault="006A2323">
            <w:pPr>
              <w:spacing w:after="0" w:line="240" w:lineRule="auto"/>
              <w:jc w:val="center"/>
            </w:pPr>
            <w:r>
              <w:rPr>
                <w:sz w:val="22"/>
                <w:szCs w:val="22"/>
              </w:rPr>
              <w:t>2</w:t>
            </w:r>
          </w:p>
        </w:tc>
        <w:tc>
          <w:tcPr>
            <w:tcW w:w="964" w:type="dxa"/>
            <w:vAlign w:val="center"/>
          </w:tcPr>
          <w:p w14:paraId="6C6A8AA4" w14:textId="77777777" w:rsidR="00D037A5" w:rsidRDefault="006A2323">
            <w:pPr>
              <w:spacing w:after="0" w:line="240" w:lineRule="auto"/>
              <w:jc w:val="center"/>
            </w:pPr>
            <w:r>
              <w:rPr>
                <w:sz w:val="22"/>
                <w:szCs w:val="22"/>
              </w:rPr>
              <w:t>1</w:t>
            </w:r>
          </w:p>
        </w:tc>
        <w:tc>
          <w:tcPr>
            <w:tcW w:w="3231" w:type="dxa"/>
          </w:tcPr>
          <w:p w14:paraId="4E55A106" w14:textId="77777777" w:rsidR="00D037A5" w:rsidRDefault="006A2323">
            <w:pPr>
              <w:spacing w:after="0" w:line="240" w:lineRule="auto"/>
            </w:pPr>
            <w:r>
              <w:rPr>
                <w:sz w:val="22"/>
                <w:szCs w:val="22"/>
              </w:rPr>
              <w:t>PA1 và PA2 cho kết quả ngay tại ruộng; PA3 cần cán bộ mở báo cáo trên máy chủ mới xem được.</w:t>
            </w:r>
          </w:p>
        </w:tc>
      </w:tr>
      <w:tr w:rsidR="00D037A5" w14:paraId="27758B0E" w14:textId="77777777">
        <w:trPr>
          <w:cantSplit/>
          <w:jc w:val="center"/>
        </w:trPr>
        <w:tc>
          <w:tcPr>
            <w:tcW w:w="2211" w:type="dxa"/>
          </w:tcPr>
          <w:p w14:paraId="54621AEF" w14:textId="77777777" w:rsidR="00D037A5" w:rsidRDefault="006A2323">
            <w:pPr>
              <w:spacing w:after="0" w:line="240" w:lineRule="auto"/>
            </w:pPr>
            <w:r>
              <w:rPr>
                <w:sz w:val="22"/>
                <w:szCs w:val="22"/>
              </w:rPr>
              <w:t>2. Dữ liệu: có thu thêm ảnh lá bệnh mới và cập nhật vào mô hình không</w:t>
            </w:r>
          </w:p>
        </w:tc>
        <w:tc>
          <w:tcPr>
            <w:tcW w:w="737" w:type="dxa"/>
            <w:vAlign w:val="center"/>
          </w:tcPr>
          <w:p w14:paraId="52B0141F" w14:textId="77777777" w:rsidR="00D037A5" w:rsidRDefault="006A2323">
            <w:pPr>
              <w:spacing w:after="0" w:line="240" w:lineRule="auto"/>
              <w:jc w:val="center"/>
            </w:pPr>
            <w:r>
              <w:rPr>
                <w:sz w:val="22"/>
                <w:szCs w:val="22"/>
              </w:rPr>
              <w:t>0,2</w:t>
            </w:r>
          </w:p>
        </w:tc>
        <w:tc>
          <w:tcPr>
            <w:tcW w:w="964" w:type="dxa"/>
            <w:vAlign w:val="center"/>
          </w:tcPr>
          <w:p w14:paraId="4800C62C" w14:textId="77777777" w:rsidR="00D037A5" w:rsidRDefault="006A2323">
            <w:pPr>
              <w:spacing w:after="0" w:line="240" w:lineRule="auto"/>
              <w:jc w:val="center"/>
            </w:pPr>
            <w:r>
              <w:rPr>
                <w:sz w:val="22"/>
                <w:szCs w:val="22"/>
              </w:rPr>
              <w:t>0</w:t>
            </w:r>
          </w:p>
        </w:tc>
        <w:tc>
          <w:tcPr>
            <w:tcW w:w="964" w:type="dxa"/>
            <w:vAlign w:val="center"/>
          </w:tcPr>
          <w:p w14:paraId="60BF68D0" w14:textId="77777777" w:rsidR="00D037A5" w:rsidRDefault="006A2323">
            <w:pPr>
              <w:spacing w:after="0" w:line="240" w:lineRule="auto"/>
              <w:jc w:val="center"/>
            </w:pPr>
            <w:r>
              <w:rPr>
                <w:sz w:val="22"/>
                <w:szCs w:val="22"/>
              </w:rPr>
              <w:t>2</w:t>
            </w:r>
          </w:p>
        </w:tc>
        <w:tc>
          <w:tcPr>
            <w:tcW w:w="964" w:type="dxa"/>
            <w:vAlign w:val="center"/>
          </w:tcPr>
          <w:p w14:paraId="2A24E3CF" w14:textId="77777777" w:rsidR="00D037A5" w:rsidRDefault="006A2323">
            <w:pPr>
              <w:spacing w:after="0" w:line="240" w:lineRule="auto"/>
              <w:jc w:val="center"/>
            </w:pPr>
            <w:r>
              <w:rPr>
                <w:sz w:val="22"/>
                <w:szCs w:val="22"/>
              </w:rPr>
              <w:t>2</w:t>
            </w:r>
          </w:p>
        </w:tc>
        <w:tc>
          <w:tcPr>
            <w:tcW w:w="3231" w:type="dxa"/>
          </w:tcPr>
          <w:p w14:paraId="6444336B" w14:textId="77777777" w:rsidR="00D037A5" w:rsidRDefault="006A2323">
            <w:pPr>
              <w:spacing w:after="0" w:line="240" w:lineRule="auto"/>
            </w:pPr>
            <w:r>
              <w:rPr>
                <w:sz w:val="22"/>
                <w:szCs w:val="22"/>
              </w:rPr>
              <w:t>PA1 nằm trên từng máy của bà con nên khó cập nhật mô hình cho tất cả.</w:t>
            </w:r>
          </w:p>
        </w:tc>
      </w:tr>
      <w:tr w:rsidR="00D037A5" w14:paraId="4D709A1E" w14:textId="77777777">
        <w:trPr>
          <w:cantSplit/>
          <w:jc w:val="center"/>
        </w:trPr>
        <w:tc>
          <w:tcPr>
            <w:tcW w:w="2211" w:type="dxa"/>
          </w:tcPr>
          <w:p w14:paraId="6364633D" w14:textId="77777777" w:rsidR="00D037A5" w:rsidRDefault="006A2323">
            <w:pPr>
              <w:spacing w:after="0" w:line="240" w:lineRule="auto"/>
            </w:pPr>
            <w:r>
              <w:rPr>
                <w:sz w:val="22"/>
                <w:szCs w:val="22"/>
              </w:rPr>
              <w:t>3. Công nghệ: chạy được với điều kiện thật của hợp tác xã không</w:t>
            </w:r>
          </w:p>
        </w:tc>
        <w:tc>
          <w:tcPr>
            <w:tcW w:w="737" w:type="dxa"/>
            <w:vAlign w:val="center"/>
          </w:tcPr>
          <w:p w14:paraId="1D3FFC1F" w14:textId="77777777" w:rsidR="00D037A5" w:rsidRDefault="006A2323">
            <w:pPr>
              <w:spacing w:after="0" w:line="240" w:lineRule="auto"/>
              <w:jc w:val="center"/>
            </w:pPr>
            <w:r>
              <w:rPr>
                <w:sz w:val="22"/>
                <w:szCs w:val="22"/>
              </w:rPr>
              <w:t>0,2</w:t>
            </w:r>
          </w:p>
        </w:tc>
        <w:tc>
          <w:tcPr>
            <w:tcW w:w="964" w:type="dxa"/>
            <w:vAlign w:val="center"/>
          </w:tcPr>
          <w:p w14:paraId="3AB7E663" w14:textId="77777777" w:rsidR="00D037A5" w:rsidRDefault="006A2323">
            <w:pPr>
              <w:spacing w:after="0" w:line="240" w:lineRule="auto"/>
              <w:jc w:val="center"/>
            </w:pPr>
            <w:r>
              <w:rPr>
                <w:sz w:val="22"/>
                <w:szCs w:val="22"/>
              </w:rPr>
              <w:t>2</w:t>
            </w:r>
          </w:p>
        </w:tc>
        <w:tc>
          <w:tcPr>
            <w:tcW w:w="964" w:type="dxa"/>
            <w:vAlign w:val="center"/>
          </w:tcPr>
          <w:p w14:paraId="3C0E357D" w14:textId="77777777" w:rsidR="00D037A5" w:rsidRDefault="006A2323">
            <w:pPr>
              <w:spacing w:after="0" w:line="240" w:lineRule="auto"/>
              <w:jc w:val="center"/>
            </w:pPr>
            <w:r>
              <w:rPr>
                <w:sz w:val="22"/>
                <w:szCs w:val="22"/>
              </w:rPr>
              <w:t>2</w:t>
            </w:r>
          </w:p>
        </w:tc>
        <w:tc>
          <w:tcPr>
            <w:tcW w:w="964" w:type="dxa"/>
            <w:vAlign w:val="center"/>
          </w:tcPr>
          <w:p w14:paraId="0826C7DE" w14:textId="77777777" w:rsidR="00D037A5" w:rsidRDefault="006A2323">
            <w:pPr>
              <w:spacing w:after="0" w:line="240" w:lineRule="auto"/>
              <w:jc w:val="center"/>
            </w:pPr>
            <w:r>
              <w:rPr>
                <w:sz w:val="22"/>
                <w:szCs w:val="22"/>
              </w:rPr>
              <w:t>0</w:t>
            </w:r>
          </w:p>
        </w:tc>
        <w:tc>
          <w:tcPr>
            <w:tcW w:w="3231" w:type="dxa"/>
          </w:tcPr>
          <w:p w14:paraId="52CE3FC0" w14:textId="77777777" w:rsidR="00D037A5" w:rsidRDefault="006A2323">
            <w:pPr>
              <w:spacing w:after="0" w:line="240" w:lineRule="auto"/>
            </w:pPr>
            <w:r>
              <w:rPr>
                <w:sz w:val="22"/>
                <w:szCs w:val="22"/>
              </w:rPr>
              <w:t>PA3 cần mạng liên tục và tài khoản, ruộng lúa không có mạng.</w:t>
            </w:r>
          </w:p>
        </w:tc>
      </w:tr>
      <w:tr w:rsidR="00D037A5" w14:paraId="008B7C2D" w14:textId="77777777">
        <w:trPr>
          <w:cantSplit/>
          <w:jc w:val="center"/>
        </w:trPr>
        <w:tc>
          <w:tcPr>
            <w:tcW w:w="2211" w:type="dxa"/>
          </w:tcPr>
          <w:p w14:paraId="73D543EB" w14:textId="77777777" w:rsidR="00D037A5" w:rsidRDefault="006A2323">
            <w:pPr>
              <w:spacing w:after="0" w:line="240" w:lineRule="auto"/>
            </w:pPr>
            <w:r>
              <w:rPr>
                <w:sz w:val="22"/>
                <w:szCs w:val="22"/>
              </w:rPr>
              <w:t>4. Nguồn lực: có người và có thiết bị để vận hành không</w:t>
            </w:r>
          </w:p>
        </w:tc>
        <w:tc>
          <w:tcPr>
            <w:tcW w:w="737" w:type="dxa"/>
            <w:vAlign w:val="center"/>
          </w:tcPr>
          <w:p w14:paraId="579B7219" w14:textId="77777777" w:rsidR="00D037A5" w:rsidRDefault="006A2323">
            <w:pPr>
              <w:spacing w:after="0" w:line="240" w:lineRule="auto"/>
              <w:jc w:val="center"/>
            </w:pPr>
            <w:r>
              <w:rPr>
                <w:sz w:val="22"/>
                <w:szCs w:val="22"/>
              </w:rPr>
              <w:t>0,2</w:t>
            </w:r>
          </w:p>
        </w:tc>
        <w:tc>
          <w:tcPr>
            <w:tcW w:w="964" w:type="dxa"/>
            <w:vAlign w:val="center"/>
          </w:tcPr>
          <w:p w14:paraId="0175204C" w14:textId="77777777" w:rsidR="00D037A5" w:rsidRDefault="006A2323">
            <w:pPr>
              <w:spacing w:after="0" w:line="240" w:lineRule="auto"/>
              <w:jc w:val="center"/>
            </w:pPr>
            <w:r>
              <w:rPr>
                <w:sz w:val="22"/>
                <w:szCs w:val="22"/>
              </w:rPr>
              <w:t>1</w:t>
            </w:r>
          </w:p>
        </w:tc>
        <w:tc>
          <w:tcPr>
            <w:tcW w:w="964" w:type="dxa"/>
            <w:vAlign w:val="center"/>
          </w:tcPr>
          <w:p w14:paraId="0564B6B7" w14:textId="77777777" w:rsidR="00D037A5" w:rsidRDefault="006A2323">
            <w:pPr>
              <w:spacing w:after="0" w:line="240" w:lineRule="auto"/>
              <w:jc w:val="center"/>
            </w:pPr>
            <w:r>
              <w:rPr>
                <w:sz w:val="22"/>
                <w:szCs w:val="22"/>
              </w:rPr>
              <w:t>2</w:t>
            </w:r>
          </w:p>
        </w:tc>
        <w:tc>
          <w:tcPr>
            <w:tcW w:w="964" w:type="dxa"/>
            <w:vAlign w:val="center"/>
          </w:tcPr>
          <w:p w14:paraId="03C23951" w14:textId="77777777" w:rsidR="00D037A5" w:rsidRDefault="006A2323">
            <w:pPr>
              <w:spacing w:after="0" w:line="240" w:lineRule="auto"/>
              <w:jc w:val="center"/>
            </w:pPr>
            <w:r>
              <w:rPr>
                <w:sz w:val="22"/>
                <w:szCs w:val="22"/>
              </w:rPr>
              <w:t>0</w:t>
            </w:r>
          </w:p>
        </w:tc>
        <w:tc>
          <w:tcPr>
            <w:tcW w:w="3231" w:type="dxa"/>
          </w:tcPr>
          <w:p w14:paraId="4D1D8531" w14:textId="77777777" w:rsidR="00D037A5" w:rsidRDefault="006A2323">
            <w:pPr>
              <w:spacing w:after="0" w:line="240" w:lineRule="auto"/>
            </w:pPr>
            <w:r>
              <w:rPr>
                <w:sz w:val="22"/>
                <w:szCs w:val="22"/>
              </w:rPr>
              <w:t>PA1 không ai bảo trì được trên máy của bà con; PA3 chưa có người quản trị máy chủ.</w:t>
            </w:r>
          </w:p>
        </w:tc>
      </w:tr>
      <w:tr w:rsidR="00D037A5" w14:paraId="103DEC70" w14:textId="77777777">
        <w:trPr>
          <w:cantSplit/>
          <w:jc w:val="center"/>
        </w:trPr>
        <w:tc>
          <w:tcPr>
            <w:tcW w:w="2211" w:type="dxa"/>
          </w:tcPr>
          <w:p w14:paraId="0227846C" w14:textId="77777777" w:rsidR="00D037A5" w:rsidRDefault="006A2323">
            <w:pPr>
              <w:spacing w:after="0" w:line="240" w:lineRule="auto"/>
            </w:pPr>
            <w:r>
              <w:rPr>
                <w:sz w:val="22"/>
                <w:szCs w:val="22"/>
              </w:rPr>
              <w:t>5. Rủi ro: gặp lá bệnh chưa từng thấy thì xử lí ra sao</w:t>
            </w:r>
          </w:p>
        </w:tc>
        <w:tc>
          <w:tcPr>
            <w:tcW w:w="737" w:type="dxa"/>
            <w:vAlign w:val="center"/>
          </w:tcPr>
          <w:p w14:paraId="410FCDF2" w14:textId="77777777" w:rsidR="00D037A5" w:rsidRDefault="006A2323">
            <w:pPr>
              <w:spacing w:after="0" w:line="240" w:lineRule="auto"/>
              <w:jc w:val="center"/>
            </w:pPr>
            <w:r>
              <w:rPr>
                <w:sz w:val="22"/>
                <w:szCs w:val="22"/>
              </w:rPr>
              <w:t>0,1</w:t>
            </w:r>
          </w:p>
        </w:tc>
        <w:tc>
          <w:tcPr>
            <w:tcW w:w="964" w:type="dxa"/>
            <w:vAlign w:val="center"/>
          </w:tcPr>
          <w:p w14:paraId="165C906C" w14:textId="77777777" w:rsidR="00D037A5" w:rsidRDefault="00D037A5">
            <w:pPr>
              <w:spacing w:after="0" w:line="264" w:lineRule="auto"/>
              <w:jc w:val="center"/>
            </w:pPr>
          </w:p>
        </w:tc>
        <w:tc>
          <w:tcPr>
            <w:tcW w:w="964" w:type="dxa"/>
            <w:vAlign w:val="center"/>
          </w:tcPr>
          <w:p w14:paraId="781D3FBF" w14:textId="77777777" w:rsidR="00D037A5" w:rsidRDefault="00D037A5">
            <w:pPr>
              <w:spacing w:after="0" w:line="264" w:lineRule="auto"/>
              <w:jc w:val="center"/>
            </w:pPr>
          </w:p>
        </w:tc>
        <w:tc>
          <w:tcPr>
            <w:tcW w:w="964" w:type="dxa"/>
            <w:vAlign w:val="center"/>
          </w:tcPr>
          <w:p w14:paraId="15236B4A" w14:textId="77777777" w:rsidR="00D037A5" w:rsidRDefault="00D037A5">
            <w:pPr>
              <w:spacing w:after="0" w:line="264" w:lineRule="auto"/>
              <w:jc w:val="center"/>
            </w:pPr>
          </w:p>
        </w:tc>
        <w:tc>
          <w:tcPr>
            <w:tcW w:w="3231" w:type="dxa"/>
          </w:tcPr>
          <w:p w14:paraId="0AD7B4C0" w14:textId="77777777" w:rsidR="00D037A5" w:rsidRDefault="00D037A5">
            <w:pPr>
              <w:spacing w:after="0" w:line="264" w:lineRule="auto"/>
            </w:pPr>
          </w:p>
        </w:tc>
      </w:tr>
      <w:tr w:rsidR="00D037A5" w14:paraId="32B6588E" w14:textId="77777777">
        <w:trPr>
          <w:cantSplit/>
          <w:jc w:val="center"/>
        </w:trPr>
        <w:tc>
          <w:tcPr>
            <w:tcW w:w="2211" w:type="dxa"/>
          </w:tcPr>
          <w:p w14:paraId="32A4517D" w14:textId="77777777" w:rsidR="00D037A5" w:rsidRDefault="006A2323">
            <w:pPr>
              <w:spacing w:after="0" w:line="240" w:lineRule="auto"/>
            </w:pPr>
            <w:r>
              <w:rPr>
                <w:sz w:val="22"/>
                <w:szCs w:val="22"/>
              </w:rPr>
              <w:t>6. Hiệu quả dự kiến: tiết kiệm được công sức bà con và cán bộ ra sao</w:t>
            </w:r>
          </w:p>
        </w:tc>
        <w:tc>
          <w:tcPr>
            <w:tcW w:w="737" w:type="dxa"/>
            <w:vAlign w:val="center"/>
          </w:tcPr>
          <w:p w14:paraId="64D70937" w14:textId="77777777" w:rsidR="00D037A5" w:rsidRDefault="006A2323">
            <w:pPr>
              <w:spacing w:after="0" w:line="240" w:lineRule="auto"/>
              <w:jc w:val="center"/>
            </w:pPr>
            <w:r>
              <w:rPr>
                <w:sz w:val="22"/>
                <w:szCs w:val="22"/>
              </w:rPr>
              <w:t>0,1</w:t>
            </w:r>
          </w:p>
        </w:tc>
        <w:tc>
          <w:tcPr>
            <w:tcW w:w="964" w:type="dxa"/>
            <w:vAlign w:val="center"/>
          </w:tcPr>
          <w:p w14:paraId="288976E5" w14:textId="77777777" w:rsidR="00D037A5" w:rsidRDefault="00D037A5">
            <w:pPr>
              <w:spacing w:after="0" w:line="264" w:lineRule="auto"/>
              <w:jc w:val="center"/>
            </w:pPr>
          </w:p>
        </w:tc>
        <w:tc>
          <w:tcPr>
            <w:tcW w:w="964" w:type="dxa"/>
            <w:vAlign w:val="center"/>
          </w:tcPr>
          <w:p w14:paraId="3CA308F5" w14:textId="77777777" w:rsidR="00D037A5" w:rsidRDefault="00D037A5">
            <w:pPr>
              <w:spacing w:after="0" w:line="264" w:lineRule="auto"/>
              <w:jc w:val="center"/>
            </w:pPr>
          </w:p>
        </w:tc>
        <w:tc>
          <w:tcPr>
            <w:tcW w:w="964" w:type="dxa"/>
            <w:vAlign w:val="center"/>
          </w:tcPr>
          <w:p w14:paraId="559B69B5" w14:textId="77777777" w:rsidR="00D037A5" w:rsidRDefault="00D037A5">
            <w:pPr>
              <w:spacing w:after="0" w:line="264" w:lineRule="auto"/>
              <w:jc w:val="center"/>
            </w:pPr>
          </w:p>
        </w:tc>
        <w:tc>
          <w:tcPr>
            <w:tcW w:w="3231" w:type="dxa"/>
          </w:tcPr>
          <w:p w14:paraId="46332244" w14:textId="77777777" w:rsidR="00D037A5" w:rsidRDefault="00D037A5">
            <w:pPr>
              <w:spacing w:after="0" w:line="264" w:lineRule="auto"/>
            </w:pPr>
          </w:p>
        </w:tc>
      </w:tr>
      <w:tr w:rsidR="00D037A5" w14:paraId="6AA13E1C" w14:textId="77777777">
        <w:trPr>
          <w:cantSplit/>
          <w:jc w:val="center"/>
        </w:trPr>
        <w:tc>
          <w:tcPr>
            <w:tcW w:w="2211" w:type="dxa"/>
          </w:tcPr>
          <w:p w14:paraId="18700EDD" w14:textId="77777777" w:rsidR="00D037A5" w:rsidRDefault="006A2323">
            <w:pPr>
              <w:spacing w:after="0" w:line="240" w:lineRule="auto"/>
            </w:pPr>
            <w:r>
              <w:rPr>
                <w:sz w:val="22"/>
                <w:szCs w:val="22"/>
              </w:rPr>
              <w:t>Tổng điểm quy đổi</w:t>
            </w:r>
          </w:p>
        </w:tc>
        <w:tc>
          <w:tcPr>
            <w:tcW w:w="737" w:type="dxa"/>
            <w:vAlign w:val="center"/>
          </w:tcPr>
          <w:p w14:paraId="1DF6EE82" w14:textId="77777777" w:rsidR="00D037A5" w:rsidRDefault="00D037A5">
            <w:pPr>
              <w:spacing w:after="0" w:line="264" w:lineRule="auto"/>
              <w:jc w:val="center"/>
            </w:pPr>
          </w:p>
        </w:tc>
        <w:tc>
          <w:tcPr>
            <w:tcW w:w="964" w:type="dxa"/>
            <w:vAlign w:val="center"/>
          </w:tcPr>
          <w:p w14:paraId="2528A9E0" w14:textId="77777777" w:rsidR="00D037A5" w:rsidRDefault="00D037A5">
            <w:pPr>
              <w:spacing w:after="0" w:line="264" w:lineRule="auto"/>
              <w:jc w:val="center"/>
            </w:pPr>
          </w:p>
        </w:tc>
        <w:tc>
          <w:tcPr>
            <w:tcW w:w="964" w:type="dxa"/>
            <w:vAlign w:val="center"/>
          </w:tcPr>
          <w:p w14:paraId="2409B624" w14:textId="77777777" w:rsidR="00D037A5" w:rsidRDefault="00D037A5">
            <w:pPr>
              <w:spacing w:after="0" w:line="264" w:lineRule="auto"/>
              <w:jc w:val="center"/>
            </w:pPr>
          </w:p>
        </w:tc>
        <w:tc>
          <w:tcPr>
            <w:tcW w:w="964" w:type="dxa"/>
            <w:vAlign w:val="center"/>
          </w:tcPr>
          <w:p w14:paraId="239D4CA9" w14:textId="77777777" w:rsidR="00D037A5" w:rsidRDefault="00D037A5">
            <w:pPr>
              <w:spacing w:after="0" w:line="264" w:lineRule="auto"/>
              <w:jc w:val="center"/>
            </w:pPr>
          </w:p>
        </w:tc>
        <w:tc>
          <w:tcPr>
            <w:tcW w:w="3231" w:type="dxa"/>
          </w:tcPr>
          <w:p w14:paraId="6492B11B" w14:textId="77777777" w:rsidR="00D037A5" w:rsidRDefault="00D037A5">
            <w:pPr>
              <w:spacing w:after="0" w:line="264" w:lineRule="auto"/>
            </w:pPr>
          </w:p>
        </w:tc>
      </w:tr>
    </w:tbl>
    <w:p w14:paraId="46D8A831" w14:textId="77777777" w:rsidR="00D037A5" w:rsidRDefault="00D037A5">
      <w:pPr>
        <w:spacing w:after="40" w:line="192" w:lineRule="auto"/>
        <w:jc w:val="both"/>
      </w:pPr>
    </w:p>
    <w:p w14:paraId="00B9287C" w14:textId="77777777" w:rsidR="00D037A5" w:rsidRDefault="006A2323">
      <w:pPr>
        <w:spacing w:after="60" w:line="264" w:lineRule="auto"/>
        <w:jc w:val="both"/>
      </w:pPr>
      <w:r>
        <w:rPr>
          <w:i/>
          <w:sz w:val="24"/>
        </w:rPr>
        <w:t>Cột “Căn cứ đánh giá” lấy từ hai dòng minh chứng ở Phiếu học tập 12.6.1. Nhóm tự chấm hai tiêu chí cho cả ba phương án; điểm nào còn phân vân thì ghi lí do vào cột căn cứ để nêu khi phản biện.</w:t>
      </w:r>
    </w:p>
    <w:p w14:paraId="5A52D7DD" w14:textId="77777777" w:rsidR="00D037A5" w:rsidRDefault="006A2323">
      <w:pPr>
        <w:spacing w:after="0" w:line="264" w:lineRule="auto"/>
        <w:jc w:val="both"/>
      </w:pPr>
      <w:r>
        <w:br w:type="page"/>
      </w:r>
    </w:p>
    <w:p w14:paraId="373029AE" w14:textId="77777777" w:rsidR="00D037A5" w:rsidRDefault="006A2323">
      <w:pPr>
        <w:keepNext/>
        <w:spacing w:before="80" w:after="60" w:line="264" w:lineRule="auto"/>
      </w:pPr>
      <w:r>
        <w:rPr>
          <w:b/>
        </w:rPr>
        <w:t>PL12.6.3. Phiếu lựa chọn phương án có giải trình</w:t>
      </w:r>
    </w:p>
    <w:p w14:paraId="4DBBC8D5" w14:textId="77777777" w:rsidR="00D037A5" w:rsidRDefault="006A2323">
      <w:pPr>
        <w:spacing w:after="60" w:line="264" w:lineRule="auto"/>
        <w:jc w:val="both"/>
      </w:pPr>
      <w:r>
        <w:t>Nhóm: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686"/>
        <w:gridCol w:w="5385"/>
      </w:tblGrid>
      <w:tr w:rsidR="00D037A5" w14:paraId="3DFEF4EA" w14:textId="77777777" w:rsidTr="00AC1BEF">
        <w:trPr>
          <w:cantSplit/>
          <w:tblHeader/>
          <w:jc w:val="center"/>
        </w:trPr>
        <w:tc>
          <w:tcPr>
            <w:tcW w:w="3686" w:type="dxa"/>
            <w:vAlign w:val="center"/>
          </w:tcPr>
          <w:p w14:paraId="38147E4D" w14:textId="77777777" w:rsidR="00D037A5" w:rsidRDefault="006A2323">
            <w:pPr>
              <w:spacing w:after="0" w:line="240" w:lineRule="auto"/>
              <w:jc w:val="center"/>
            </w:pPr>
            <w:r>
              <w:rPr>
                <w:b/>
                <w:sz w:val="22"/>
                <w:szCs w:val="22"/>
              </w:rPr>
              <w:t>Mục</w:t>
            </w:r>
          </w:p>
        </w:tc>
        <w:tc>
          <w:tcPr>
            <w:tcW w:w="5385" w:type="dxa"/>
            <w:vAlign w:val="center"/>
          </w:tcPr>
          <w:p w14:paraId="053E3189" w14:textId="77777777" w:rsidR="00D037A5" w:rsidRDefault="006A2323">
            <w:pPr>
              <w:spacing w:after="0" w:line="240" w:lineRule="auto"/>
              <w:jc w:val="center"/>
            </w:pPr>
            <w:r>
              <w:rPr>
                <w:b/>
                <w:sz w:val="22"/>
                <w:szCs w:val="22"/>
              </w:rPr>
              <w:t>Câu trả lời của nhóm</w:t>
            </w:r>
          </w:p>
        </w:tc>
      </w:tr>
      <w:tr w:rsidR="00D037A5" w14:paraId="379DC898" w14:textId="77777777" w:rsidTr="00AC1BEF">
        <w:trPr>
          <w:cantSplit/>
          <w:jc w:val="center"/>
        </w:trPr>
        <w:tc>
          <w:tcPr>
            <w:tcW w:w="3686" w:type="dxa"/>
          </w:tcPr>
          <w:p w14:paraId="79068BEC" w14:textId="77777777" w:rsidR="00D037A5" w:rsidRDefault="006A2323">
            <w:pPr>
              <w:spacing w:after="0" w:line="240" w:lineRule="auto"/>
            </w:pPr>
            <w:r>
              <w:rPr>
                <w:sz w:val="22"/>
                <w:szCs w:val="22"/>
              </w:rPr>
              <w:t>1. Phương án nhóm chọn (ghi mã PA)</w:t>
            </w:r>
          </w:p>
        </w:tc>
        <w:tc>
          <w:tcPr>
            <w:tcW w:w="5385" w:type="dxa"/>
          </w:tcPr>
          <w:p w14:paraId="0B32D18D" w14:textId="77777777" w:rsidR="00D037A5" w:rsidRDefault="00D037A5">
            <w:pPr>
              <w:spacing w:after="0" w:line="264" w:lineRule="auto"/>
            </w:pPr>
          </w:p>
        </w:tc>
      </w:tr>
      <w:tr w:rsidR="00D037A5" w14:paraId="658BAEC0" w14:textId="77777777" w:rsidTr="00AC1BEF">
        <w:trPr>
          <w:cantSplit/>
          <w:jc w:val="center"/>
        </w:trPr>
        <w:tc>
          <w:tcPr>
            <w:tcW w:w="3686" w:type="dxa"/>
          </w:tcPr>
          <w:p w14:paraId="3B2535CD" w14:textId="77777777" w:rsidR="00D037A5" w:rsidRDefault="006A2323">
            <w:pPr>
              <w:spacing w:after="0" w:line="240" w:lineRule="auto"/>
            </w:pPr>
            <w:r>
              <w:rPr>
                <w:sz w:val="22"/>
                <w:szCs w:val="22"/>
              </w:rPr>
              <w:t>2. Lí do thứ nhất, kèm tiêu chí và số điểm ở ma trận</w:t>
            </w:r>
          </w:p>
        </w:tc>
        <w:tc>
          <w:tcPr>
            <w:tcW w:w="5385" w:type="dxa"/>
          </w:tcPr>
          <w:p w14:paraId="1D8DD75C" w14:textId="77777777" w:rsidR="00D037A5" w:rsidRDefault="00D037A5">
            <w:pPr>
              <w:spacing w:after="0" w:line="264" w:lineRule="auto"/>
            </w:pPr>
          </w:p>
        </w:tc>
      </w:tr>
      <w:tr w:rsidR="00D037A5" w14:paraId="491070F0" w14:textId="77777777" w:rsidTr="00AC1BEF">
        <w:trPr>
          <w:cantSplit/>
          <w:jc w:val="center"/>
        </w:trPr>
        <w:tc>
          <w:tcPr>
            <w:tcW w:w="3686" w:type="dxa"/>
          </w:tcPr>
          <w:p w14:paraId="3ABBDCC8" w14:textId="77777777" w:rsidR="00D037A5" w:rsidRDefault="006A2323">
            <w:pPr>
              <w:spacing w:after="0" w:line="240" w:lineRule="auto"/>
            </w:pPr>
            <w:r>
              <w:rPr>
                <w:sz w:val="22"/>
                <w:szCs w:val="22"/>
              </w:rPr>
              <w:t>3. Lí do thứ hai, kèm tiêu chí và số điểm ở ma trận</w:t>
            </w:r>
          </w:p>
        </w:tc>
        <w:tc>
          <w:tcPr>
            <w:tcW w:w="5385" w:type="dxa"/>
          </w:tcPr>
          <w:p w14:paraId="5411C71C" w14:textId="77777777" w:rsidR="00D037A5" w:rsidRDefault="00D037A5">
            <w:pPr>
              <w:spacing w:after="0" w:line="264" w:lineRule="auto"/>
            </w:pPr>
          </w:p>
        </w:tc>
      </w:tr>
      <w:tr w:rsidR="00D037A5" w14:paraId="5816ACD1" w14:textId="77777777" w:rsidTr="00AC1BEF">
        <w:trPr>
          <w:cantSplit/>
          <w:jc w:val="center"/>
        </w:trPr>
        <w:tc>
          <w:tcPr>
            <w:tcW w:w="3686" w:type="dxa"/>
          </w:tcPr>
          <w:p w14:paraId="16C97305" w14:textId="77777777" w:rsidR="00D037A5" w:rsidRDefault="006A2323">
            <w:pPr>
              <w:spacing w:after="0" w:line="240" w:lineRule="auto"/>
            </w:pPr>
            <w:r>
              <w:rPr>
                <w:sz w:val="22"/>
                <w:szCs w:val="22"/>
              </w:rPr>
              <w:t>4. Lí do thứ ba, kèm tiêu chí và số điểm ở ma trận</w:t>
            </w:r>
          </w:p>
        </w:tc>
        <w:tc>
          <w:tcPr>
            <w:tcW w:w="5385" w:type="dxa"/>
          </w:tcPr>
          <w:p w14:paraId="494E3366" w14:textId="77777777" w:rsidR="00D037A5" w:rsidRDefault="00D037A5">
            <w:pPr>
              <w:spacing w:after="0" w:line="264" w:lineRule="auto"/>
            </w:pPr>
          </w:p>
        </w:tc>
      </w:tr>
      <w:tr w:rsidR="00D037A5" w14:paraId="07B8ACFC" w14:textId="77777777" w:rsidTr="00AC1BEF">
        <w:trPr>
          <w:cantSplit/>
          <w:jc w:val="center"/>
        </w:trPr>
        <w:tc>
          <w:tcPr>
            <w:tcW w:w="3686" w:type="dxa"/>
          </w:tcPr>
          <w:p w14:paraId="78F0A2D1" w14:textId="77777777" w:rsidR="00D037A5" w:rsidRDefault="006A2323">
            <w:pPr>
              <w:spacing w:after="0" w:line="240" w:lineRule="auto"/>
            </w:pPr>
            <w:r>
              <w:rPr>
                <w:sz w:val="22"/>
                <w:szCs w:val="22"/>
              </w:rPr>
              <w:t>5. Nhược điểm của phương án đã chọn</w:t>
            </w:r>
          </w:p>
        </w:tc>
        <w:tc>
          <w:tcPr>
            <w:tcW w:w="5385" w:type="dxa"/>
          </w:tcPr>
          <w:p w14:paraId="42A32469" w14:textId="77777777" w:rsidR="00D037A5" w:rsidRDefault="00D037A5">
            <w:pPr>
              <w:spacing w:after="0" w:line="264" w:lineRule="auto"/>
            </w:pPr>
          </w:p>
        </w:tc>
      </w:tr>
      <w:tr w:rsidR="00D037A5" w14:paraId="3035F5A2" w14:textId="77777777" w:rsidTr="00AC1BEF">
        <w:trPr>
          <w:cantSplit/>
          <w:jc w:val="center"/>
        </w:trPr>
        <w:tc>
          <w:tcPr>
            <w:tcW w:w="3686" w:type="dxa"/>
          </w:tcPr>
          <w:p w14:paraId="52D0F50B" w14:textId="77777777" w:rsidR="00D037A5" w:rsidRDefault="006A2323">
            <w:pPr>
              <w:spacing w:after="0" w:line="240" w:lineRule="auto"/>
            </w:pPr>
            <w:r>
              <w:rPr>
                <w:sz w:val="22"/>
                <w:szCs w:val="22"/>
              </w:rPr>
              <w:t>6. Điều kiện phải có thì phương án này mới dùng được</w:t>
            </w:r>
          </w:p>
        </w:tc>
        <w:tc>
          <w:tcPr>
            <w:tcW w:w="5385" w:type="dxa"/>
          </w:tcPr>
          <w:p w14:paraId="35559B5C" w14:textId="77777777" w:rsidR="00D037A5" w:rsidRDefault="00D037A5">
            <w:pPr>
              <w:spacing w:after="0" w:line="264" w:lineRule="auto"/>
            </w:pPr>
          </w:p>
        </w:tc>
      </w:tr>
      <w:tr w:rsidR="00D037A5" w14:paraId="52226808" w14:textId="77777777" w:rsidTr="00AC1BEF">
        <w:trPr>
          <w:cantSplit/>
          <w:jc w:val="center"/>
        </w:trPr>
        <w:tc>
          <w:tcPr>
            <w:tcW w:w="3686" w:type="dxa"/>
          </w:tcPr>
          <w:p w14:paraId="211D2032" w14:textId="77777777" w:rsidR="00D037A5" w:rsidRDefault="006A2323">
            <w:pPr>
              <w:spacing w:after="0" w:line="240" w:lineRule="auto"/>
            </w:pPr>
            <w:r>
              <w:rPr>
                <w:sz w:val="22"/>
                <w:szCs w:val="22"/>
              </w:rPr>
              <w:t>7. Phương án dự phòng khi hợp tác xã chưa có thiết bị</w:t>
            </w:r>
          </w:p>
        </w:tc>
        <w:tc>
          <w:tcPr>
            <w:tcW w:w="5385" w:type="dxa"/>
          </w:tcPr>
          <w:p w14:paraId="7568D78E" w14:textId="77777777" w:rsidR="00D037A5" w:rsidRDefault="00D037A5">
            <w:pPr>
              <w:spacing w:after="0" w:line="264" w:lineRule="auto"/>
            </w:pPr>
          </w:p>
        </w:tc>
      </w:tr>
      <w:tr w:rsidR="00D037A5" w14:paraId="07A951A2" w14:textId="77777777" w:rsidTr="00AC1BEF">
        <w:trPr>
          <w:cantSplit/>
          <w:jc w:val="center"/>
        </w:trPr>
        <w:tc>
          <w:tcPr>
            <w:tcW w:w="3686" w:type="dxa"/>
          </w:tcPr>
          <w:p w14:paraId="0CFDE815" w14:textId="77777777" w:rsidR="00D037A5" w:rsidRDefault="006A2323">
            <w:pPr>
              <w:spacing w:after="0" w:line="240" w:lineRule="auto"/>
            </w:pPr>
            <w:r>
              <w:rPr>
                <w:sz w:val="22"/>
                <w:szCs w:val="22"/>
              </w:rPr>
              <w:t>8. Công cụ AI nhóm dự định dùng, mục đích và phạm vi hỗ trợ</w:t>
            </w:r>
          </w:p>
        </w:tc>
        <w:tc>
          <w:tcPr>
            <w:tcW w:w="5385" w:type="dxa"/>
          </w:tcPr>
          <w:p w14:paraId="03BD13B2" w14:textId="77777777" w:rsidR="00D037A5" w:rsidRDefault="00D037A5">
            <w:pPr>
              <w:spacing w:after="0" w:line="264" w:lineRule="auto"/>
            </w:pPr>
          </w:p>
        </w:tc>
      </w:tr>
    </w:tbl>
    <w:p w14:paraId="05AD6FA6" w14:textId="77777777" w:rsidR="00D037A5" w:rsidRDefault="00D037A5">
      <w:pPr>
        <w:spacing w:after="40" w:line="192" w:lineRule="auto"/>
        <w:jc w:val="both"/>
      </w:pPr>
    </w:p>
    <w:p w14:paraId="69A0E4D4" w14:textId="77777777" w:rsidR="00D037A5" w:rsidRDefault="006A2323">
      <w:pPr>
        <w:spacing w:after="60" w:line="264" w:lineRule="auto"/>
        <w:jc w:val="both"/>
      </w:pPr>
      <w:r>
        <w:rPr>
          <w:i/>
          <w:sz w:val="24"/>
        </w:rPr>
        <w:t>Mục 6 và mục 7 là hai mục bắt buộc của phiếu: nêu điều kiện kèm theo, và có phương án dự phòng khi hợp tác xã chưa có thiết bị. Mục 8 giúp người đọc biết công cụ hỗ trợ ở mức nào.</w:t>
      </w:r>
    </w:p>
    <w:p w14:paraId="5C779BB0" w14:textId="77777777" w:rsidR="00D037A5" w:rsidRDefault="006A2323">
      <w:pPr>
        <w:spacing w:after="0" w:line="264" w:lineRule="auto"/>
        <w:jc w:val="both"/>
      </w:pPr>
      <w:r>
        <w:br w:type="page"/>
      </w:r>
    </w:p>
    <w:p w14:paraId="739CA6BF" w14:textId="77777777" w:rsidR="00D037A5" w:rsidRDefault="006A2323">
      <w:pPr>
        <w:keepNext/>
        <w:spacing w:before="80" w:after="60" w:line="264" w:lineRule="auto"/>
      </w:pPr>
      <w:r>
        <w:rPr>
          <w:b/>
        </w:rPr>
        <w:t>PL12.6.4. Bảng kiểm tra ma trận và phiếu lựa chọn</w:t>
      </w:r>
    </w:p>
    <w:p w14:paraId="5BB5D83C" w14:textId="77777777" w:rsidR="00D037A5" w:rsidRDefault="006A2323">
      <w:pPr>
        <w:spacing w:after="60" w:line="264" w:lineRule="auto"/>
        <w:jc w:val="both"/>
      </w:pPr>
      <w:r>
        <w:t>Nhóm được góp ý: …………………………………</w:t>
      </w:r>
      <w:r>
        <w:tab/>
      </w:r>
      <w:r>
        <w:t>Nhóm góp ý: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820"/>
        <w:gridCol w:w="567"/>
        <w:gridCol w:w="709"/>
        <w:gridCol w:w="2974"/>
      </w:tblGrid>
      <w:tr w:rsidR="00D037A5" w14:paraId="264F0034" w14:textId="77777777" w:rsidTr="00D20633">
        <w:trPr>
          <w:cantSplit/>
          <w:tblHeader/>
          <w:jc w:val="center"/>
        </w:trPr>
        <w:tc>
          <w:tcPr>
            <w:tcW w:w="4820" w:type="dxa"/>
            <w:vAlign w:val="center"/>
          </w:tcPr>
          <w:p w14:paraId="6A355088" w14:textId="77777777" w:rsidR="00D037A5" w:rsidRDefault="006A2323">
            <w:pPr>
              <w:spacing w:after="0" w:line="240" w:lineRule="auto"/>
              <w:jc w:val="center"/>
            </w:pPr>
            <w:r>
              <w:rPr>
                <w:b/>
                <w:sz w:val="22"/>
                <w:szCs w:val="22"/>
              </w:rPr>
              <w:t>Tiêu chí</w:t>
            </w:r>
          </w:p>
        </w:tc>
        <w:tc>
          <w:tcPr>
            <w:tcW w:w="567" w:type="dxa"/>
            <w:vAlign w:val="center"/>
          </w:tcPr>
          <w:p w14:paraId="1A5F7056" w14:textId="77777777" w:rsidR="00D037A5" w:rsidRDefault="006A2323" w:rsidP="00D20633">
            <w:pPr>
              <w:spacing w:after="0" w:line="240" w:lineRule="auto"/>
              <w:jc w:val="center"/>
            </w:pPr>
            <w:r>
              <w:rPr>
                <w:b/>
                <w:sz w:val="22"/>
                <w:szCs w:val="22"/>
              </w:rPr>
              <w:t>Có</w:t>
            </w:r>
          </w:p>
        </w:tc>
        <w:tc>
          <w:tcPr>
            <w:tcW w:w="709" w:type="dxa"/>
            <w:vAlign w:val="center"/>
          </w:tcPr>
          <w:p w14:paraId="5A65618A" w14:textId="77777777" w:rsidR="00D037A5" w:rsidRDefault="006A2323" w:rsidP="00D20633">
            <w:pPr>
              <w:spacing w:after="0" w:line="240" w:lineRule="auto"/>
              <w:jc w:val="center"/>
            </w:pPr>
            <w:r>
              <w:rPr>
                <w:b/>
                <w:sz w:val="22"/>
                <w:szCs w:val="22"/>
              </w:rPr>
              <w:t>Chưa</w:t>
            </w:r>
          </w:p>
        </w:tc>
        <w:tc>
          <w:tcPr>
            <w:tcW w:w="2974" w:type="dxa"/>
            <w:vAlign w:val="center"/>
          </w:tcPr>
          <w:p w14:paraId="7E5BE437" w14:textId="77777777" w:rsidR="00D037A5" w:rsidRDefault="006A2323">
            <w:pPr>
              <w:spacing w:after="0" w:line="240" w:lineRule="auto"/>
              <w:jc w:val="center"/>
            </w:pPr>
            <w:r>
              <w:rPr>
                <w:b/>
                <w:sz w:val="22"/>
                <w:szCs w:val="22"/>
              </w:rPr>
              <w:t>Góp ý cụ thể</w:t>
            </w:r>
          </w:p>
        </w:tc>
      </w:tr>
      <w:tr w:rsidR="00D037A5" w14:paraId="579E6C57" w14:textId="77777777" w:rsidTr="00D20633">
        <w:trPr>
          <w:cantSplit/>
          <w:jc w:val="center"/>
        </w:trPr>
        <w:tc>
          <w:tcPr>
            <w:tcW w:w="4820" w:type="dxa"/>
          </w:tcPr>
          <w:p w14:paraId="3FC785DC" w14:textId="77777777" w:rsidR="00D037A5" w:rsidRDefault="006A2323">
            <w:pPr>
              <w:spacing w:after="0" w:line="240" w:lineRule="auto"/>
            </w:pPr>
            <w:r>
              <w:rPr>
                <w:sz w:val="22"/>
                <w:szCs w:val="22"/>
              </w:rPr>
              <w:t>1. Ma trận đã chấm hai tiêu chí rủi ro, hiệu quả dự kiến cho ba phương án.</w:t>
            </w:r>
          </w:p>
        </w:tc>
        <w:tc>
          <w:tcPr>
            <w:tcW w:w="567" w:type="dxa"/>
          </w:tcPr>
          <w:p w14:paraId="646720E3" w14:textId="77777777" w:rsidR="00D037A5" w:rsidRDefault="006A2323" w:rsidP="00D20633">
            <w:pPr>
              <w:spacing w:after="0" w:line="240" w:lineRule="auto"/>
              <w:jc w:val="center"/>
            </w:pPr>
            <w:r>
              <w:rPr>
                <w:sz w:val="22"/>
                <w:szCs w:val="22"/>
              </w:rPr>
              <w:t>□</w:t>
            </w:r>
          </w:p>
        </w:tc>
        <w:tc>
          <w:tcPr>
            <w:tcW w:w="709" w:type="dxa"/>
          </w:tcPr>
          <w:p w14:paraId="636587BE" w14:textId="77777777" w:rsidR="00D037A5" w:rsidRDefault="006A2323" w:rsidP="00D20633">
            <w:pPr>
              <w:spacing w:after="0" w:line="240" w:lineRule="auto"/>
              <w:jc w:val="center"/>
            </w:pPr>
            <w:r>
              <w:rPr>
                <w:sz w:val="22"/>
                <w:szCs w:val="22"/>
              </w:rPr>
              <w:t>□</w:t>
            </w:r>
          </w:p>
        </w:tc>
        <w:tc>
          <w:tcPr>
            <w:tcW w:w="2974" w:type="dxa"/>
          </w:tcPr>
          <w:p w14:paraId="491577B6" w14:textId="77777777" w:rsidR="00D037A5" w:rsidRDefault="00D037A5">
            <w:pPr>
              <w:spacing w:after="0" w:line="264" w:lineRule="auto"/>
            </w:pPr>
          </w:p>
        </w:tc>
      </w:tr>
      <w:tr w:rsidR="00D037A5" w14:paraId="583B2201" w14:textId="77777777" w:rsidTr="00D20633">
        <w:trPr>
          <w:cantSplit/>
          <w:jc w:val="center"/>
        </w:trPr>
        <w:tc>
          <w:tcPr>
            <w:tcW w:w="4820" w:type="dxa"/>
          </w:tcPr>
          <w:p w14:paraId="73AF1CAB" w14:textId="77777777" w:rsidR="00D037A5" w:rsidRDefault="006A2323">
            <w:pPr>
              <w:spacing w:after="0" w:line="240" w:lineRule="auto"/>
            </w:pPr>
            <w:r>
              <w:rPr>
                <w:sz w:val="22"/>
                <w:szCs w:val="22"/>
              </w:rPr>
              <w:t>2. Mỗi điểm chấm đều có lí do trong cột căn cứ đánh giá.</w:t>
            </w:r>
          </w:p>
        </w:tc>
        <w:tc>
          <w:tcPr>
            <w:tcW w:w="567" w:type="dxa"/>
          </w:tcPr>
          <w:p w14:paraId="1FEBCEE0" w14:textId="77777777" w:rsidR="00D037A5" w:rsidRDefault="006A2323" w:rsidP="00D20633">
            <w:pPr>
              <w:spacing w:after="0" w:line="240" w:lineRule="auto"/>
              <w:jc w:val="center"/>
            </w:pPr>
            <w:r>
              <w:rPr>
                <w:sz w:val="22"/>
                <w:szCs w:val="22"/>
              </w:rPr>
              <w:t>□</w:t>
            </w:r>
          </w:p>
        </w:tc>
        <w:tc>
          <w:tcPr>
            <w:tcW w:w="709" w:type="dxa"/>
          </w:tcPr>
          <w:p w14:paraId="346C1981" w14:textId="77777777" w:rsidR="00D037A5" w:rsidRDefault="006A2323" w:rsidP="00D20633">
            <w:pPr>
              <w:spacing w:after="0" w:line="240" w:lineRule="auto"/>
              <w:jc w:val="center"/>
            </w:pPr>
            <w:r>
              <w:rPr>
                <w:sz w:val="22"/>
                <w:szCs w:val="22"/>
              </w:rPr>
              <w:t>□</w:t>
            </w:r>
          </w:p>
        </w:tc>
        <w:tc>
          <w:tcPr>
            <w:tcW w:w="2974" w:type="dxa"/>
          </w:tcPr>
          <w:p w14:paraId="321B3132" w14:textId="77777777" w:rsidR="00D037A5" w:rsidRDefault="00D037A5">
            <w:pPr>
              <w:spacing w:after="0" w:line="264" w:lineRule="auto"/>
            </w:pPr>
          </w:p>
        </w:tc>
      </w:tr>
      <w:tr w:rsidR="00D037A5" w14:paraId="0143E891" w14:textId="77777777" w:rsidTr="00D20633">
        <w:trPr>
          <w:cantSplit/>
          <w:jc w:val="center"/>
        </w:trPr>
        <w:tc>
          <w:tcPr>
            <w:tcW w:w="4820" w:type="dxa"/>
          </w:tcPr>
          <w:p w14:paraId="6F946E35" w14:textId="77777777" w:rsidR="00D037A5" w:rsidRDefault="006A2323">
            <w:pPr>
              <w:spacing w:after="0" w:line="240" w:lineRule="auto"/>
            </w:pPr>
            <w:r>
              <w:rPr>
                <w:sz w:val="22"/>
                <w:szCs w:val="22"/>
              </w:rPr>
              <w:t>3. Đã áp dụng điều kiện loại khi điểm ở tiêu chí 3 bằng không.</w:t>
            </w:r>
          </w:p>
        </w:tc>
        <w:tc>
          <w:tcPr>
            <w:tcW w:w="567" w:type="dxa"/>
          </w:tcPr>
          <w:p w14:paraId="2C54CC09" w14:textId="77777777" w:rsidR="00D037A5" w:rsidRDefault="006A2323" w:rsidP="00D20633">
            <w:pPr>
              <w:spacing w:after="0" w:line="240" w:lineRule="auto"/>
              <w:jc w:val="center"/>
            </w:pPr>
            <w:r>
              <w:rPr>
                <w:sz w:val="22"/>
                <w:szCs w:val="22"/>
              </w:rPr>
              <w:t>□</w:t>
            </w:r>
          </w:p>
        </w:tc>
        <w:tc>
          <w:tcPr>
            <w:tcW w:w="709" w:type="dxa"/>
          </w:tcPr>
          <w:p w14:paraId="4C243495" w14:textId="77777777" w:rsidR="00D037A5" w:rsidRDefault="006A2323" w:rsidP="00D20633">
            <w:pPr>
              <w:spacing w:after="0" w:line="240" w:lineRule="auto"/>
              <w:jc w:val="center"/>
            </w:pPr>
            <w:r>
              <w:rPr>
                <w:sz w:val="22"/>
                <w:szCs w:val="22"/>
              </w:rPr>
              <w:t>□</w:t>
            </w:r>
          </w:p>
        </w:tc>
        <w:tc>
          <w:tcPr>
            <w:tcW w:w="2974" w:type="dxa"/>
          </w:tcPr>
          <w:p w14:paraId="240224A1" w14:textId="77777777" w:rsidR="00D037A5" w:rsidRDefault="00D037A5">
            <w:pPr>
              <w:spacing w:after="0" w:line="264" w:lineRule="auto"/>
            </w:pPr>
          </w:p>
        </w:tc>
      </w:tr>
      <w:tr w:rsidR="00D037A5" w14:paraId="2ADE3E35" w14:textId="77777777" w:rsidTr="00D20633">
        <w:trPr>
          <w:cantSplit/>
          <w:jc w:val="center"/>
        </w:trPr>
        <w:tc>
          <w:tcPr>
            <w:tcW w:w="4820" w:type="dxa"/>
          </w:tcPr>
          <w:p w14:paraId="253DBF5F" w14:textId="77777777" w:rsidR="00D037A5" w:rsidRDefault="006A2323">
            <w:pPr>
              <w:spacing w:after="0" w:line="240" w:lineRule="auto"/>
            </w:pPr>
            <w:r>
              <w:rPr>
                <w:sz w:val="22"/>
                <w:szCs w:val="22"/>
              </w:rPr>
              <w:t>4. Ba lí do trong phiếu lựa chọn đều gắn với tiêu chí và số điểm ở ma trận.</w:t>
            </w:r>
          </w:p>
        </w:tc>
        <w:tc>
          <w:tcPr>
            <w:tcW w:w="567" w:type="dxa"/>
          </w:tcPr>
          <w:p w14:paraId="4CE357EF" w14:textId="77777777" w:rsidR="00D037A5" w:rsidRDefault="006A2323" w:rsidP="00D20633">
            <w:pPr>
              <w:spacing w:after="0" w:line="240" w:lineRule="auto"/>
              <w:jc w:val="center"/>
            </w:pPr>
            <w:r>
              <w:rPr>
                <w:sz w:val="22"/>
                <w:szCs w:val="22"/>
              </w:rPr>
              <w:t>□</w:t>
            </w:r>
          </w:p>
        </w:tc>
        <w:tc>
          <w:tcPr>
            <w:tcW w:w="709" w:type="dxa"/>
          </w:tcPr>
          <w:p w14:paraId="48B1488C" w14:textId="77777777" w:rsidR="00D037A5" w:rsidRDefault="006A2323" w:rsidP="00D20633">
            <w:pPr>
              <w:spacing w:after="0" w:line="240" w:lineRule="auto"/>
              <w:jc w:val="center"/>
            </w:pPr>
            <w:r>
              <w:rPr>
                <w:sz w:val="22"/>
                <w:szCs w:val="22"/>
              </w:rPr>
              <w:t>□</w:t>
            </w:r>
          </w:p>
        </w:tc>
        <w:tc>
          <w:tcPr>
            <w:tcW w:w="2974" w:type="dxa"/>
          </w:tcPr>
          <w:p w14:paraId="5439076A" w14:textId="77777777" w:rsidR="00D037A5" w:rsidRDefault="00D037A5">
            <w:pPr>
              <w:spacing w:after="0" w:line="264" w:lineRule="auto"/>
            </w:pPr>
          </w:p>
        </w:tc>
      </w:tr>
      <w:tr w:rsidR="00D037A5" w14:paraId="604B7BD0" w14:textId="77777777" w:rsidTr="00D20633">
        <w:trPr>
          <w:cantSplit/>
          <w:jc w:val="center"/>
        </w:trPr>
        <w:tc>
          <w:tcPr>
            <w:tcW w:w="4820" w:type="dxa"/>
          </w:tcPr>
          <w:p w14:paraId="2B0542C9" w14:textId="77777777" w:rsidR="00D037A5" w:rsidRDefault="006A2323">
            <w:pPr>
              <w:spacing w:after="0" w:line="240" w:lineRule="auto"/>
            </w:pPr>
            <w:r>
              <w:rPr>
                <w:sz w:val="22"/>
                <w:szCs w:val="22"/>
              </w:rPr>
              <w:t>5. Đã nêu nhược điểm của phương án mà nhóm chọn.</w:t>
            </w:r>
          </w:p>
        </w:tc>
        <w:tc>
          <w:tcPr>
            <w:tcW w:w="567" w:type="dxa"/>
          </w:tcPr>
          <w:p w14:paraId="03DFD019" w14:textId="77777777" w:rsidR="00D037A5" w:rsidRDefault="006A2323" w:rsidP="00D20633">
            <w:pPr>
              <w:spacing w:after="0" w:line="240" w:lineRule="auto"/>
              <w:jc w:val="center"/>
            </w:pPr>
            <w:r>
              <w:rPr>
                <w:sz w:val="22"/>
                <w:szCs w:val="22"/>
              </w:rPr>
              <w:t>□</w:t>
            </w:r>
          </w:p>
        </w:tc>
        <w:tc>
          <w:tcPr>
            <w:tcW w:w="709" w:type="dxa"/>
          </w:tcPr>
          <w:p w14:paraId="3C3EEF9A" w14:textId="77777777" w:rsidR="00D037A5" w:rsidRDefault="006A2323" w:rsidP="00D20633">
            <w:pPr>
              <w:spacing w:after="0" w:line="240" w:lineRule="auto"/>
              <w:jc w:val="center"/>
            </w:pPr>
            <w:r>
              <w:rPr>
                <w:sz w:val="22"/>
                <w:szCs w:val="22"/>
              </w:rPr>
              <w:t>□</w:t>
            </w:r>
          </w:p>
        </w:tc>
        <w:tc>
          <w:tcPr>
            <w:tcW w:w="2974" w:type="dxa"/>
          </w:tcPr>
          <w:p w14:paraId="557ABA57" w14:textId="77777777" w:rsidR="00D037A5" w:rsidRDefault="00D037A5">
            <w:pPr>
              <w:spacing w:after="0" w:line="264" w:lineRule="auto"/>
            </w:pPr>
          </w:p>
        </w:tc>
      </w:tr>
      <w:tr w:rsidR="00D037A5" w14:paraId="3CE79E97" w14:textId="77777777" w:rsidTr="00D20633">
        <w:trPr>
          <w:cantSplit/>
          <w:jc w:val="center"/>
        </w:trPr>
        <w:tc>
          <w:tcPr>
            <w:tcW w:w="4820" w:type="dxa"/>
          </w:tcPr>
          <w:p w14:paraId="4AD9BD18" w14:textId="77777777" w:rsidR="00D037A5" w:rsidRDefault="006A2323">
            <w:pPr>
              <w:spacing w:after="0" w:line="240" w:lineRule="auto"/>
            </w:pPr>
            <w:r>
              <w:rPr>
                <w:sz w:val="22"/>
                <w:szCs w:val="22"/>
              </w:rPr>
              <w:t>6. Có mục phương án dự phòng khi hợp tác xã chưa có thiết bị.</w:t>
            </w:r>
          </w:p>
        </w:tc>
        <w:tc>
          <w:tcPr>
            <w:tcW w:w="567" w:type="dxa"/>
          </w:tcPr>
          <w:p w14:paraId="1E381617" w14:textId="77777777" w:rsidR="00D037A5" w:rsidRDefault="006A2323" w:rsidP="00D20633">
            <w:pPr>
              <w:spacing w:after="0" w:line="240" w:lineRule="auto"/>
              <w:jc w:val="center"/>
            </w:pPr>
            <w:r>
              <w:rPr>
                <w:sz w:val="22"/>
                <w:szCs w:val="22"/>
              </w:rPr>
              <w:t>□</w:t>
            </w:r>
          </w:p>
        </w:tc>
        <w:tc>
          <w:tcPr>
            <w:tcW w:w="709" w:type="dxa"/>
          </w:tcPr>
          <w:p w14:paraId="68B4380F" w14:textId="77777777" w:rsidR="00D037A5" w:rsidRDefault="006A2323" w:rsidP="00D20633">
            <w:pPr>
              <w:spacing w:after="0" w:line="240" w:lineRule="auto"/>
              <w:jc w:val="center"/>
            </w:pPr>
            <w:r>
              <w:rPr>
                <w:sz w:val="22"/>
                <w:szCs w:val="22"/>
              </w:rPr>
              <w:t>□</w:t>
            </w:r>
          </w:p>
        </w:tc>
        <w:tc>
          <w:tcPr>
            <w:tcW w:w="2974" w:type="dxa"/>
          </w:tcPr>
          <w:p w14:paraId="64D79121" w14:textId="77777777" w:rsidR="00D037A5" w:rsidRDefault="00D037A5">
            <w:pPr>
              <w:spacing w:after="0" w:line="264" w:lineRule="auto"/>
            </w:pPr>
          </w:p>
        </w:tc>
      </w:tr>
    </w:tbl>
    <w:p w14:paraId="1CBBED82" w14:textId="77777777" w:rsidR="00D037A5" w:rsidRDefault="00D037A5">
      <w:pPr>
        <w:spacing w:after="40" w:line="192" w:lineRule="auto"/>
        <w:jc w:val="both"/>
      </w:pPr>
    </w:p>
    <w:p w14:paraId="70936838" w14:textId="77777777" w:rsidR="00D037A5" w:rsidRDefault="006A2323">
      <w:pPr>
        <w:spacing w:after="0" w:line="264" w:lineRule="auto"/>
        <w:jc w:val="both"/>
      </w:pPr>
      <w:r>
        <w:br w:type="page"/>
      </w:r>
    </w:p>
    <w:p w14:paraId="62121DEF" w14:textId="77777777" w:rsidR="00D037A5" w:rsidRDefault="006A2323">
      <w:pPr>
        <w:keepNext/>
        <w:spacing w:before="80" w:after="60" w:line="264" w:lineRule="auto"/>
      </w:pPr>
      <w:r>
        <w:rPr>
          <w:b/>
        </w:rPr>
        <w:t>PL12.6.5. Định hướng nội dung và gợi ý đáp án (dành cho GV)</w:t>
      </w:r>
    </w:p>
    <w:p w14:paraId="6C1341BF" w14:textId="77777777" w:rsidR="00D037A5" w:rsidRDefault="006A2323">
      <w:pPr>
        <w:keepNext/>
        <w:spacing w:before="80" w:after="60" w:line="264" w:lineRule="auto"/>
        <w:jc w:val="both"/>
      </w:pPr>
      <w:r>
        <w:rPr>
          <w:b/>
        </w:rPr>
        <w:t>1. Hình minh hoạ dùng trong bài</w:t>
      </w:r>
    </w:p>
    <w:p w14:paraId="39CE3A1E" w14:textId="77777777" w:rsidR="00D037A5" w:rsidRDefault="006A2323">
      <w:pPr>
        <w:keepNext/>
        <w:spacing w:before="80" w:after="60" w:line="264" w:lineRule="auto"/>
        <w:jc w:val="center"/>
      </w:pPr>
      <w:r>
        <w:rPr>
          <w:noProof/>
        </w:rPr>
        <mc:AlternateContent>
          <mc:Choice Requires="wpg">
            <w:drawing>
              <wp:inline distT="0" distB="0" distL="0" distR="0" wp14:anchorId="46A9E179" wp14:editId="7E3BAA68">
                <wp:extent cx="5760000" cy="3504000"/>
                <wp:effectExtent l="0" t="0" r="0" b="0"/>
                <wp:docPr id="9001" name="Hình 1 – Ba phương án thiết kế và vận hành hệ thống nhận dạng lá lúa" descr="Hình 1 – Ba phương án thiết kế và vận hành hệ thống nhận dạng lá lúa"/>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760000" cy="3504000"/>
                          <a:chOff x="0" y="0"/>
                          <a:chExt cx="5760000" cy="3504000"/>
                        </a:xfrm>
                      </wpg:grpSpPr>
                      <wps:wsp>
                        <wps:cNvPr id="636275258" name="Rectangle: Rounded Corners 636275258"/>
                        <wps:cNvSpPr/>
                        <wps:spPr>
                          <a:xfrm>
                            <a:off x="720000" y="48000"/>
                            <a:ext cx="4320000" cy="456000"/>
                          </a:xfrm>
                          <a:prstGeom prst="roundRect">
                            <a:avLst>
                              <a:gd name="adj" fmla="val 8000"/>
                            </a:avLst>
                          </a:prstGeom>
                          <a:solidFill>
                            <a:srgbClr val="FBF7E8"/>
                          </a:solidFill>
                          <a:ln w="9600">
                            <a:solidFill>
                              <a:srgbClr val="222222"/>
                            </a:solidFill>
                          </a:ln>
                        </wps:spPr>
                        <wps:txbx>
                          <w:txbxContent>
                            <w:p w14:paraId="7E516446" w14:textId="77777777" w:rsidR="00D037A5" w:rsidRDefault="006A2323">
                              <w:pPr>
                                <w:spacing w:after="0" w:line="240" w:lineRule="auto"/>
                                <w:jc w:val="center"/>
                              </w:pPr>
                              <w:r>
                                <w:rPr>
                                  <w:b/>
                                  <w:sz w:val="19"/>
                                  <w:szCs w:val="19"/>
                                </w:rPr>
                                <w:t>CÙNG MỘT MÔ HÌNH, BA CÁCH VẬN HÀNH KHÁC NHAU</w:t>
                              </w:r>
                            </w:p>
                            <w:p w14:paraId="1380DF7F" w14:textId="77777777" w:rsidR="00D037A5" w:rsidRDefault="006A2323">
                              <w:pPr>
                                <w:spacing w:after="0" w:line="240" w:lineRule="auto"/>
                                <w:jc w:val="center"/>
                              </w:pPr>
                              <w:r>
                                <w:rPr>
                                  <w:sz w:val="19"/>
                                  <w:szCs w:val="19"/>
                                </w:rPr>
                                <w:t>Khác nhau ở người dùng, chỗ có mạng và người bảo trì mô hình.</w:t>
                              </w:r>
                            </w:p>
                          </w:txbxContent>
                        </wps:txbx>
                        <wps:bodyPr lIns="45720" tIns="22860" rIns="45720" bIns="22860" anchor="ctr">
                          <a:noAutofit/>
                        </wps:bodyPr>
                      </wps:wsp>
                      <wps:wsp>
                        <wps:cNvPr id="1085262959" name="Rectangle: Rounded Corners 1085262959"/>
                        <wps:cNvSpPr/>
                        <wps:spPr>
                          <a:xfrm>
                            <a:off x="192000" y="600000"/>
                            <a:ext cx="1680000" cy="360000"/>
                          </a:xfrm>
                          <a:prstGeom prst="roundRect">
                            <a:avLst>
                              <a:gd name="adj" fmla="val 8000"/>
                            </a:avLst>
                          </a:prstGeom>
                          <a:solidFill>
                            <a:srgbClr val="F0F0F0"/>
                          </a:solidFill>
                          <a:ln w="10800">
                            <a:solidFill>
                              <a:srgbClr val="222222"/>
                            </a:solidFill>
                          </a:ln>
                        </wps:spPr>
                        <wps:txbx>
                          <w:txbxContent>
                            <w:p w14:paraId="1E23D947" w14:textId="77777777" w:rsidR="00D037A5" w:rsidRDefault="006A2323">
                              <w:pPr>
                                <w:spacing w:after="0" w:line="240" w:lineRule="auto"/>
                                <w:jc w:val="center"/>
                              </w:pPr>
                              <w:r>
                                <w:rPr>
                                  <w:b/>
                                  <w:sz w:val="18"/>
                                  <w:szCs w:val="18"/>
                                </w:rPr>
                                <w:t>PA1 · HOẠT ĐỘNG TRÊN</w:t>
                              </w:r>
                            </w:p>
                            <w:p w14:paraId="60534538" w14:textId="77777777" w:rsidR="00D037A5" w:rsidRDefault="006A2323">
                              <w:pPr>
                                <w:spacing w:after="0" w:line="240" w:lineRule="auto"/>
                                <w:jc w:val="center"/>
                              </w:pPr>
                              <w:r>
                                <w:rPr>
                                  <w:b/>
                                  <w:sz w:val="18"/>
                                  <w:szCs w:val="18"/>
                                </w:rPr>
                                <w:t>ĐIỆN THOẠI</w:t>
                              </w:r>
                            </w:p>
                          </w:txbxContent>
                        </wps:txbx>
                        <wps:bodyPr lIns="45720" tIns="22860" rIns="45720" bIns="22860" anchor="ctr">
                          <a:noAutofit/>
                        </wps:bodyPr>
                      </wps:wsp>
                      <wps:wsp>
                        <wps:cNvPr id="1731007601" name="Rectangle 1731007601"/>
                        <wps:cNvSpPr/>
                        <wps:spPr>
                          <a:xfrm>
                            <a:off x="192000" y="996000"/>
                            <a:ext cx="1680000" cy="600000"/>
                          </a:xfrm>
                          <a:prstGeom prst="rect">
                            <a:avLst/>
                          </a:prstGeom>
                          <a:blipFill>
                            <a:blip r:embed="rId7"/>
                            <a:srcRect t="37751" b="37751"/>
                            <a:stretch>
                              <a:fillRect/>
                            </a:stretch>
                          </a:blipFill>
                          <a:ln w="7200">
                            <a:solidFill>
                              <a:srgbClr val="BFBFBF"/>
                            </a:solidFill>
                          </a:ln>
                        </wps:spPr>
                        <wps:bodyPr/>
                      </wps:wsp>
                      <wps:wsp>
                        <wps:cNvPr id="1798100035" name="Rectangle: Rounded Corners 1798100035"/>
                        <wps:cNvSpPr/>
                        <wps:spPr>
                          <a:xfrm>
                            <a:off x="192000" y="1644000"/>
                            <a:ext cx="1680000" cy="756000"/>
                          </a:xfrm>
                          <a:prstGeom prst="roundRect">
                            <a:avLst>
                              <a:gd name="adj" fmla="val 8000"/>
                            </a:avLst>
                          </a:prstGeom>
                          <a:noFill/>
                          <a:ln w="10800">
                            <a:solidFill>
                              <a:srgbClr val="222222"/>
                            </a:solidFill>
                          </a:ln>
                        </wps:spPr>
                        <wps:txbx>
                          <w:txbxContent>
                            <w:p w14:paraId="3586549F" w14:textId="77777777" w:rsidR="00D037A5" w:rsidRDefault="006A2323">
                              <w:pPr>
                                <w:spacing w:after="0" w:line="240" w:lineRule="auto"/>
                                <w:jc w:val="center"/>
                              </w:pPr>
                              <w:r>
                                <w:rPr>
                                  <w:sz w:val="17"/>
                                  <w:szCs w:val="17"/>
                                </w:rPr>
                                <w:t>Người dùng: bà con nông dân,</w:t>
                              </w:r>
                            </w:p>
                            <w:p w14:paraId="7D691BA5" w14:textId="77777777" w:rsidR="00D037A5" w:rsidRDefault="006A2323">
                              <w:pPr>
                                <w:spacing w:after="0" w:line="240" w:lineRule="auto"/>
                                <w:jc w:val="center"/>
                              </w:pPr>
                              <w:r>
                                <w:rPr>
                                  <w:sz w:val="17"/>
                                  <w:szCs w:val="17"/>
                                </w:rPr>
                                <w:t>dùng ngay tại ruộng.</w:t>
                              </w:r>
                            </w:p>
                            <w:p w14:paraId="44567882" w14:textId="77777777" w:rsidR="00D037A5" w:rsidRDefault="006A2323">
                              <w:pPr>
                                <w:spacing w:after="0" w:line="240" w:lineRule="auto"/>
                                <w:jc w:val="center"/>
                              </w:pPr>
                              <w:r>
                                <w:rPr>
                                  <w:sz w:val="17"/>
                                  <w:szCs w:val="17"/>
                                </w:rPr>
                                <w:t>Cần kết nối mạng: không.</w:t>
                              </w:r>
                            </w:p>
                            <w:p w14:paraId="4459FEE6" w14:textId="77777777" w:rsidR="00D037A5" w:rsidRDefault="006A2323">
                              <w:pPr>
                                <w:spacing w:after="0" w:line="240" w:lineRule="auto"/>
                                <w:jc w:val="center"/>
                              </w:pPr>
                              <w:r>
                                <w:rPr>
                                  <w:sz w:val="17"/>
                                  <w:szCs w:val="17"/>
                                </w:rPr>
                                <w:t>Thiết bị: điện thoại, không cài</w:t>
                              </w:r>
                            </w:p>
                            <w:p w14:paraId="4B949811" w14:textId="77777777" w:rsidR="00D037A5" w:rsidRDefault="006A2323">
                              <w:pPr>
                                <w:spacing w:after="0" w:line="240" w:lineRule="auto"/>
                                <w:jc w:val="center"/>
                              </w:pPr>
                              <w:r>
                                <w:rPr>
                                  <w:sz w:val="17"/>
                                  <w:szCs w:val="17"/>
                                </w:rPr>
                                <w:t>phần mềm riêng.</w:t>
                              </w:r>
                            </w:p>
                          </w:txbxContent>
                        </wps:txbx>
                        <wps:bodyPr lIns="45720" tIns="22860" rIns="45720" bIns="22860" anchor="ctr">
                          <a:noAutofit/>
                        </wps:bodyPr>
                      </wps:wsp>
                      <wps:wsp>
                        <wps:cNvPr id="284811164" name="Rectangle: Rounded Corners 284811164"/>
                        <wps:cNvSpPr/>
                        <wps:spPr>
                          <a:xfrm>
                            <a:off x="192000" y="2448000"/>
                            <a:ext cx="1680000" cy="528000"/>
                          </a:xfrm>
                          <a:prstGeom prst="roundRect">
                            <a:avLst>
                              <a:gd name="adj" fmla="val 8000"/>
                            </a:avLst>
                          </a:prstGeom>
                          <a:solidFill>
                            <a:srgbClr val="FCE9DC"/>
                          </a:solidFill>
                          <a:ln w="10800">
                            <a:solidFill>
                              <a:srgbClr val="B96018"/>
                            </a:solidFill>
                          </a:ln>
                        </wps:spPr>
                        <wps:txbx>
                          <w:txbxContent>
                            <w:p w14:paraId="0848EA67" w14:textId="77777777" w:rsidR="00D037A5" w:rsidRDefault="006A2323">
                              <w:pPr>
                                <w:spacing w:after="0" w:line="240" w:lineRule="auto"/>
                                <w:jc w:val="center"/>
                              </w:pPr>
                              <w:r>
                                <w:rPr>
                                  <w:sz w:val="17"/>
                                  <w:szCs w:val="17"/>
                                </w:rPr>
                                <w:t>Rủi ro chính: điện thoại của bà con</w:t>
                              </w:r>
                            </w:p>
                            <w:p w14:paraId="70551D79" w14:textId="77777777" w:rsidR="00D037A5" w:rsidRDefault="006A2323">
                              <w:pPr>
                                <w:spacing w:after="0" w:line="240" w:lineRule="auto"/>
                                <w:jc w:val="center"/>
                              </w:pPr>
                              <w:r>
                                <w:rPr>
                                  <w:sz w:val="17"/>
                                  <w:szCs w:val="17"/>
                                </w:rPr>
                                <w:t>không đồng đều, và nông dân</w:t>
                              </w:r>
                            </w:p>
                            <w:p w14:paraId="0C58A3AC" w14:textId="77777777" w:rsidR="00D037A5" w:rsidRDefault="006A2323">
                              <w:pPr>
                                <w:spacing w:after="0" w:line="240" w:lineRule="auto"/>
                                <w:jc w:val="center"/>
                              </w:pPr>
                              <w:r>
                                <w:rPr>
                                  <w:sz w:val="17"/>
                                  <w:szCs w:val="17"/>
                                </w:rPr>
                                <w:t>không tự sửa được mô hình.</w:t>
                              </w:r>
                            </w:p>
                          </w:txbxContent>
                        </wps:txbx>
                        <wps:bodyPr lIns="45720" tIns="22860" rIns="45720" bIns="22860" anchor="ctr">
                          <a:noAutofit/>
                        </wps:bodyPr>
                      </wps:wsp>
                      <wps:wsp>
                        <wps:cNvPr id="776772899" name="Rectangle: Rounded Corners 776772899"/>
                        <wps:cNvSpPr/>
                        <wps:spPr>
                          <a:xfrm>
                            <a:off x="2040000" y="600000"/>
                            <a:ext cx="1680000" cy="360000"/>
                          </a:xfrm>
                          <a:prstGeom prst="roundRect">
                            <a:avLst>
                              <a:gd name="adj" fmla="val 8000"/>
                            </a:avLst>
                          </a:prstGeom>
                          <a:solidFill>
                            <a:srgbClr val="F0F0F0"/>
                          </a:solidFill>
                          <a:ln w="10800">
                            <a:solidFill>
                              <a:srgbClr val="222222"/>
                            </a:solidFill>
                          </a:ln>
                        </wps:spPr>
                        <wps:txbx>
                          <w:txbxContent>
                            <w:p w14:paraId="7CE2B103" w14:textId="77777777" w:rsidR="00D037A5" w:rsidRDefault="006A2323">
                              <w:pPr>
                                <w:spacing w:after="0" w:line="240" w:lineRule="auto"/>
                                <w:jc w:val="center"/>
                              </w:pPr>
                              <w:r>
                                <w:rPr>
                                  <w:b/>
                                  <w:sz w:val="18"/>
                                  <w:szCs w:val="18"/>
                                </w:rPr>
                                <w:t>PA2 · HOẠT ĐỘNG TRÊN</w:t>
                              </w:r>
                            </w:p>
                            <w:p w14:paraId="1FADB98D" w14:textId="77777777" w:rsidR="00D037A5" w:rsidRDefault="006A2323">
                              <w:pPr>
                                <w:spacing w:after="0" w:line="240" w:lineRule="auto"/>
                                <w:jc w:val="center"/>
                              </w:pPr>
                              <w:r>
                                <w:rPr>
                                  <w:b/>
                                  <w:sz w:val="18"/>
                                  <w:szCs w:val="18"/>
                                </w:rPr>
                                <w:t>MÁY TÍNH TẠI TRẠM</w:t>
                              </w:r>
                            </w:p>
                          </w:txbxContent>
                        </wps:txbx>
                        <wps:bodyPr lIns="45720" tIns="22860" rIns="45720" bIns="22860" anchor="ctr">
                          <a:noAutofit/>
                        </wps:bodyPr>
                      </wps:wsp>
                      <wps:wsp>
                        <wps:cNvPr id="48784219" name="Rectangle 48784219"/>
                        <wps:cNvSpPr/>
                        <wps:spPr>
                          <a:xfrm>
                            <a:off x="2040000" y="996000"/>
                            <a:ext cx="1680000" cy="600000"/>
                          </a:xfrm>
                          <a:prstGeom prst="rect">
                            <a:avLst/>
                          </a:prstGeom>
                          <a:blipFill>
                            <a:blip r:embed="rId8"/>
                            <a:srcRect t="23214" b="23214"/>
                            <a:stretch>
                              <a:fillRect/>
                            </a:stretch>
                          </a:blipFill>
                          <a:ln w="7200">
                            <a:solidFill>
                              <a:srgbClr val="BFBFBF"/>
                            </a:solidFill>
                          </a:ln>
                        </wps:spPr>
                        <wps:bodyPr/>
                      </wps:wsp>
                      <wps:wsp>
                        <wps:cNvPr id="687942744" name="Rectangle: Rounded Corners 687942744"/>
                        <wps:cNvSpPr/>
                        <wps:spPr>
                          <a:xfrm>
                            <a:off x="2040000" y="1644000"/>
                            <a:ext cx="1680000" cy="756000"/>
                          </a:xfrm>
                          <a:prstGeom prst="roundRect">
                            <a:avLst>
                              <a:gd name="adj" fmla="val 8000"/>
                            </a:avLst>
                          </a:prstGeom>
                          <a:noFill/>
                          <a:ln w="10800">
                            <a:solidFill>
                              <a:srgbClr val="222222"/>
                            </a:solidFill>
                          </a:ln>
                        </wps:spPr>
                        <wps:txbx>
                          <w:txbxContent>
                            <w:p w14:paraId="7A0FCCB4" w14:textId="77777777" w:rsidR="00D037A5" w:rsidRDefault="006A2323">
                              <w:pPr>
                                <w:spacing w:after="0" w:line="240" w:lineRule="auto"/>
                                <w:jc w:val="center"/>
                              </w:pPr>
                              <w:r>
                                <w:rPr>
                                  <w:sz w:val="17"/>
                                  <w:szCs w:val="17"/>
                                </w:rPr>
                                <w:t>Người dùng: cán bộ khuyến nông.</w:t>
                              </w:r>
                            </w:p>
                            <w:p w14:paraId="4B2D11EC" w14:textId="77777777" w:rsidR="00D037A5" w:rsidRDefault="006A2323">
                              <w:pPr>
                                <w:spacing w:after="0" w:line="240" w:lineRule="auto"/>
                                <w:jc w:val="center"/>
                              </w:pPr>
                              <w:r>
                                <w:rPr>
                                  <w:sz w:val="17"/>
                                  <w:szCs w:val="17"/>
                                </w:rPr>
                                <w:t>Cần kết nối mạng: không tại chỗ.</w:t>
                              </w:r>
                            </w:p>
                            <w:p w14:paraId="1B156061" w14:textId="77777777" w:rsidR="00D037A5" w:rsidRDefault="006A2323">
                              <w:pPr>
                                <w:spacing w:after="0" w:line="240" w:lineRule="auto"/>
                                <w:jc w:val="center"/>
                              </w:pPr>
                              <w:r>
                                <w:rPr>
                                  <w:sz w:val="17"/>
                                  <w:szCs w:val="17"/>
                                </w:rPr>
                                <w:t>Thiết bị: một máy tính tại trạm, cán</w:t>
                              </w:r>
                            </w:p>
                            <w:p w14:paraId="1E1F3452" w14:textId="77777777" w:rsidR="00D037A5" w:rsidRDefault="006A2323">
                              <w:pPr>
                                <w:spacing w:after="0" w:line="240" w:lineRule="auto"/>
                                <w:jc w:val="center"/>
                              </w:pPr>
                              <w:r>
                                <w:rPr>
                                  <w:sz w:val="17"/>
                                  <w:szCs w:val="17"/>
                                </w:rPr>
                                <w:t>bộ mang xuống ruộng.</w:t>
                              </w:r>
                            </w:p>
                          </w:txbxContent>
                        </wps:txbx>
                        <wps:bodyPr lIns="45720" tIns="22860" rIns="45720" bIns="22860" anchor="ctr">
                          <a:noAutofit/>
                        </wps:bodyPr>
                      </wps:wsp>
                      <wps:wsp>
                        <wps:cNvPr id="1677363221" name="Rectangle: Rounded Corners 1677363221"/>
                        <wps:cNvSpPr/>
                        <wps:spPr>
                          <a:xfrm>
                            <a:off x="2040000" y="2448000"/>
                            <a:ext cx="1680000" cy="528000"/>
                          </a:xfrm>
                          <a:prstGeom prst="roundRect">
                            <a:avLst>
                              <a:gd name="adj" fmla="val 8000"/>
                            </a:avLst>
                          </a:prstGeom>
                          <a:solidFill>
                            <a:srgbClr val="FCE9DC"/>
                          </a:solidFill>
                          <a:ln w="10800">
                            <a:solidFill>
                              <a:srgbClr val="B96018"/>
                            </a:solidFill>
                          </a:ln>
                        </wps:spPr>
                        <wps:txbx>
                          <w:txbxContent>
                            <w:p w14:paraId="08F3730D" w14:textId="77777777" w:rsidR="00D037A5" w:rsidRDefault="006A2323">
                              <w:pPr>
                                <w:spacing w:after="0" w:line="240" w:lineRule="auto"/>
                                <w:jc w:val="center"/>
                              </w:pPr>
                              <w:r>
                                <w:rPr>
                                  <w:sz w:val="17"/>
                                  <w:szCs w:val="17"/>
                                </w:rPr>
                                <w:t>Rủi ro chính: cán bộ phải mang</w:t>
                              </w:r>
                            </w:p>
                            <w:p w14:paraId="7E916255" w14:textId="77777777" w:rsidR="00D037A5" w:rsidRDefault="006A2323">
                              <w:pPr>
                                <w:spacing w:after="0" w:line="240" w:lineRule="auto"/>
                                <w:jc w:val="center"/>
                              </w:pPr>
                              <w:r>
                                <w:rPr>
                                  <w:sz w:val="17"/>
                                  <w:szCs w:val="17"/>
                                </w:rPr>
                                <w:t>máy xuống ruộng, mà đội ngũ trạm</w:t>
                              </w:r>
                            </w:p>
                            <w:p w14:paraId="2A7641F4" w14:textId="77777777" w:rsidR="00D037A5" w:rsidRDefault="006A2323">
                              <w:pPr>
                                <w:spacing w:after="0" w:line="240" w:lineRule="auto"/>
                                <w:jc w:val="center"/>
                              </w:pPr>
                              <w:r>
                                <w:rPr>
                                  <w:sz w:val="17"/>
                                  <w:szCs w:val="17"/>
                                </w:rPr>
                                <w:t>chỉ có hai người.</w:t>
                              </w:r>
                            </w:p>
                          </w:txbxContent>
                        </wps:txbx>
                        <wps:bodyPr lIns="45720" tIns="22860" rIns="45720" bIns="22860" anchor="ctr">
                          <a:noAutofit/>
                        </wps:bodyPr>
                      </wps:wsp>
                      <wps:wsp>
                        <wps:cNvPr id="1871957054" name="Rectangle: Rounded Corners 1871957054"/>
                        <wps:cNvSpPr/>
                        <wps:spPr>
                          <a:xfrm>
                            <a:off x="3888000" y="600000"/>
                            <a:ext cx="1680000" cy="360000"/>
                          </a:xfrm>
                          <a:prstGeom prst="roundRect">
                            <a:avLst>
                              <a:gd name="adj" fmla="val 8000"/>
                            </a:avLst>
                          </a:prstGeom>
                          <a:solidFill>
                            <a:srgbClr val="F0F0F0"/>
                          </a:solidFill>
                          <a:ln w="10800">
                            <a:solidFill>
                              <a:srgbClr val="222222"/>
                            </a:solidFill>
                          </a:ln>
                        </wps:spPr>
                        <wps:txbx>
                          <w:txbxContent>
                            <w:p w14:paraId="2D0A67B9" w14:textId="77777777" w:rsidR="00D037A5" w:rsidRDefault="006A2323">
                              <w:pPr>
                                <w:spacing w:after="0" w:line="240" w:lineRule="auto"/>
                                <w:jc w:val="center"/>
                              </w:pPr>
                              <w:r>
                                <w:rPr>
                                  <w:b/>
                                  <w:sz w:val="18"/>
                                  <w:szCs w:val="18"/>
                                </w:rPr>
                                <w:t>PA3 · HOẠT ĐỘNG TRÊN</w:t>
                              </w:r>
                            </w:p>
                            <w:p w14:paraId="0339EC11" w14:textId="77777777" w:rsidR="00D037A5" w:rsidRDefault="006A2323">
                              <w:pPr>
                                <w:spacing w:after="0" w:line="240" w:lineRule="auto"/>
                                <w:jc w:val="center"/>
                              </w:pPr>
                              <w:r>
                                <w:rPr>
                                  <w:b/>
                                  <w:sz w:val="18"/>
                                  <w:szCs w:val="18"/>
                                </w:rPr>
                                <w:t>MÁY CHỦ</w:t>
                              </w:r>
                            </w:p>
                          </w:txbxContent>
                        </wps:txbx>
                        <wps:bodyPr lIns="45720" tIns="22860" rIns="45720" bIns="22860" anchor="ctr">
                          <a:noAutofit/>
                        </wps:bodyPr>
                      </wps:wsp>
                      <wps:wsp>
                        <wps:cNvPr id="997438117" name="Rectangle 997438117"/>
                        <wps:cNvSpPr/>
                        <wps:spPr>
                          <a:xfrm>
                            <a:off x="3888000" y="996000"/>
                            <a:ext cx="1680000" cy="600000"/>
                          </a:xfrm>
                          <a:prstGeom prst="rect">
                            <a:avLst/>
                          </a:prstGeom>
                          <a:blipFill>
                            <a:blip r:embed="rId9"/>
                            <a:srcRect t="23109" b="23109"/>
                            <a:stretch>
                              <a:fillRect/>
                            </a:stretch>
                          </a:blipFill>
                          <a:ln w="7200">
                            <a:solidFill>
                              <a:srgbClr val="BFBFBF"/>
                            </a:solidFill>
                          </a:ln>
                        </wps:spPr>
                        <wps:bodyPr/>
                      </wps:wsp>
                      <wps:wsp>
                        <wps:cNvPr id="588185694" name="Rectangle: Rounded Corners 588185694"/>
                        <wps:cNvSpPr/>
                        <wps:spPr>
                          <a:xfrm>
                            <a:off x="3888000" y="1644000"/>
                            <a:ext cx="1680000" cy="756000"/>
                          </a:xfrm>
                          <a:prstGeom prst="roundRect">
                            <a:avLst>
                              <a:gd name="adj" fmla="val 8000"/>
                            </a:avLst>
                          </a:prstGeom>
                          <a:noFill/>
                          <a:ln w="10800">
                            <a:solidFill>
                              <a:srgbClr val="222222"/>
                            </a:solidFill>
                          </a:ln>
                        </wps:spPr>
                        <wps:txbx>
                          <w:txbxContent>
                            <w:p w14:paraId="1121782D" w14:textId="77777777" w:rsidR="00D037A5" w:rsidRDefault="006A2323">
                              <w:pPr>
                                <w:spacing w:after="0" w:line="240" w:lineRule="auto"/>
                                <w:jc w:val="center"/>
                              </w:pPr>
                              <w:r>
                                <w:rPr>
                                  <w:sz w:val="17"/>
                                  <w:szCs w:val="17"/>
                                </w:rPr>
                                <w:t>Người dùng: cán bộ khuyến nông.</w:t>
                              </w:r>
                            </w:p>
                            <w:p w14:paraId="4C0C1A3B" w14:textId="77777777" w:rsidR="00D037A5" w:rsidRDefault="006A2323">
                              <w:pPr>
                                <w:spacing w:after="0" w:line="240" w:lineRule="auto"/>
                                <w:jc w:val="center"/>
                              </w:pPr>
                              <w:r>
                                <w:rPr>
                                  <w:sz w:val="17"/>
                                  <w:szCs w:val="17"/>
                                </w:rPr>
                                <w:t>Cần kết nối mạng: có, liên tục.</w:t>
                              </w:r>
                            </w:p>
                            <w:p w14:paraId="07573901" w14:textId="77777777" w:rsidR="00D037A5" w:rsidRDefault="006A2323">
                              <w:pPr>
                                <w:spacing w:after="0" w:line="240" w:lineRule="auto"/>
                                <w:jc w:val="center"/>
                              </w:pPr>
                              <w:r>
                                <w:rPr>
                                  <w:sz w:val="17"/>
                                  <w:szCs w:val="17"/>
                                </w:rPr>
                                <w:t>Thiết bị: máy chủ của hợp tác xã.</w:t>
                              </w:r>
                            </w:p>
                          </w:txbxContent>
                        </wps:txbx>
                        <wps:bodyPr lIns="45720" tIns="22860" rIns="45720" bIns="22860" anchor="ctr">
                          <a:noAutofit/>
                        </wps:bodyPr>
                      </wps:wsp>
                      <wps:wsp>
                        <wps:cNvPr id="1029711284" name="Rectangle: Rounded Corners 1029711284"/>
                        <wps:cNvSpPr/>
                        <wps:spPr>
                          <a:xfrm>
                            <a:off x="3888000" y="2448000"/>
                            <a:ext cx="1680000" cy="528000"/>
                          </a:xfrm>
                          <a:prstGeom prst="roundRect">
                            <a:avLst>
                              <a:gd name="adj" fmla="val 8000"/>
                            </a:avLst>
                          </a:prstGeom>
                          <a:solidFill>
                            <a:srgbClr val="FCE9DC"/>
                          </a:solidFill>
                          <a:ln w="10800">
                            <a:solidFill>
                              <a:srgbClr val="B96018"/>
                            </a:solidFill>
                          </a:ln>
                        </wps:spPr>
                        <wps:txbx>
                          <w:txbxContent>
                            <w:p w14:paraId="259476C6" w14:textId="77777777" w:rsidR="00D037A5" w:rsidRDefault="006A2323">
                              <w:pPr>
                                <w:spacing w:after="0" w:line="240" w:lineRule="auto"/>
                                <w:jc w:val="center"/>
                              </w:pPr>
                              <w:r>
                                <w:rPr>
                                  <w:sz w:val="17"/>
                                  <w:szCs w:val="17"/>
                                </w:rPr>
                                <w:t>Rủi ro chính: hợp tác xã chưa có</w:t>
                              </w:r>
                            </w:p>
                            <w:p w14:paraId="4B9D3DDB" w14:textId="77777777" w:rsidR="00D037A5" w:rsidRDefault="006A2323">
                              <w:pPr>
                                <w:spacing w:after="0" w:line="240" w:lineRule="auto"/>
                                <w:jc w:val="center"/>
                              </w:pPr>
                              <w:r>
                                <w:rPr>
                                  <w:sz w:val="17"/>
                                  <w:szCs w:val="17"/>
                                </w:rPr>
                                <w:t>máy chủ và chưa có người quản trị</w:t>
                              </w:r>
                            </w:p>
                            <w:p w14:paraId="6A5ACFAD" w14:textId="77777777" w:rsidR="00D037A5" w:rsidRDefault="006A2323">
                              <w:pPr>
                                <w:spacing w:after="0" w:line="240" w:lineRule="auto"/>
                                <w:jc w:val="center"/>
                              </w:pPr>
                              <w:r>
                                <w:rPr>
                                  <w:sz w:val="17"/>
                                  <w:szCs w:val="17"/>
                                </w:rPr>
                                <w:t>hệ thống.</w:t>
                              </w:r>
                            </w:p>
                          </w:txbxContent>
                        </wps:txbx>
                        <wps:bodyPr lIns="45720" tIns="22860" rIns="45720" bIns="22860" anchor="ctr">
                          <a:noAutofit/>
                        </wps:bodyPr>
                      </wps:wsp>
                      <wps:wsp>
                        <wps:cNvPr id="2082202871" name="Rectangle: Rounded Corners 2082202871"/>
                        <wps:cNvSpPr/>
                        <wps:spPr>
                          <a:xfrm>
                            <a:off x="192000" y="3072000"/>
                            <a:ext cx="5376000" cy="336000"/>
                          </a:xfrm>
                          <a:prstGeom prst="roundRect">
                            <a:avLst>
                              <a:gd name="adj" fmla="val 8000"/>
                            </a:avLst>
                          </a:prstGeom>
                          <a:noFill/>
                          <a:ln w="10800">
                            <a:solidFill>
                              <a:srgbClr val="222222"/>
                            </a:solidFill>
                            <a:prstDash val="dash"/>
                          </a:ln>
                        </wps:spPr>
                        <wps:txbx>
                          <w:txbxContent>
                            <w:p w14:paraId="682D54D1" w14:textId="77777777" w:rsidR="00D037A5" w:rsidRDefault="006A2323">
                              <w:pPr>
                                <w:spacing w:after="0" w:line="240" w:lineRule="auto"/>
                                <w:jc w:val="center"/>
                              </w:pPr>
                              <w:r>
                                <w:rPr>
                                  <w:sz w:val="18"/>
                                  <w:szCs w:val="18"/>
                                </w:rPr>
                                <w:t>Mỗi phương án đều phải trả lời ba câu hỏi: ai làm việc với hệ thống, chỗ đó có mạng không, ai bảo trì mô hình khi</w:t>
                              </w:r>
                            </w:p>
                            <w:p w14:paraId="2E1BBFBA" w14:textId="77777777" w:rsidR="00D037A5" w:rsidRDefault="006A2323">
                              <w:pPr>
                                <w:spacing w:after="0" w:line="240" w:lineRule="auto"/>
                                <w:jc w:val="center"/>
                              </w:pPr>
                              <w:r>
                                <w:rPr>
                                  <w:sz w:val="18"/>
                                  <w:szCs w:val="18"/>
                                </w:rPr>
                                <w:t>gặp lá bệnh mới.</w:t>
                              </w:r>
                            </w:p>
                          </w:txbxContent>
                        </wps:txbx>
                        <wps:bodyPr lIns="45720" tIns="22860" rIns="45720" bIns="22860" anchor="ctr">
                          <a:noAutofit/>
                        </wps:bodyPr>
                      </wps:wsp>
                    </wpg:wgp>
                  </a:graphicData>
                </a:graphic>
              </wp:inline>
            </w:drawing>
          </mc:Choice>
          <mc:Fallback>
            <w:pict>
              <v:group w14:anchorId="46A9E179" id="Hình 1 – Ba phương án thiết kế và vận hành hệ thống nhận dạng lá lúa" o:spid="_x0000_s1026" alt="Hình 1 – Ba phương án thiết kế và vận hành hệ thống nhận dạng lá lúa" style="width:453.55pt;height:275.9pt;mso-position-horizontal-relative:char;mso-position-vertical-relative:line" coordsize="57600,35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">
                <o:lock v:ext="edit" aspectratio="t"/>
                <v:roundrect id="Rectangle: Rounded Corners 636275258" o:spid="_x0000_s1027" style="position:absolute;left:7200;top:480;width:43200;height:45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" fillcolor="#fbf7e8" strokecolor="#222" strokeweight=".26667mm">
                  <v:textbox inset="3.6pt,1.8pt,3.6pt,1.8pt">
                    <w:txbxContent>
                      <w:p w14:paraId="7E516446" w14:textId="77777777" w:rsidR="00D037A5" w:rsidRDefault="006A2323">
                        <w:pPr>
                          <w:spacing w:after="0" w:line="240" w:lineRule="auto"/>
                          <w:jc w:val="center"/>
                        </w:pPr>
                        <w:r>
                          <w:rPr>
                            <w:b/>
                            <w:sz w:val="19"/>
                            <w:szCs w:val="19"/>
                          </w:rPr>
                          <w:t>CÙNG MỘT MÔ HÌNH, BA CÁCH VẬN HÀNH KHÁC NHAU</w:t>
                        </w:r>
                      </w:p>
                      <w:p w14:paraId="1380DF7F" w14:textId="77777777" w:rsidR="00D037A5" w:rsidRDefault="006A2323">
                        <w:pPr>
                          <w:spacing w:after="0" w:line="240" w:lineRule="auto"/>
                          <w:jc w:val="center"/>
                        </w:pPr>
                        <w:r>
                          <w:rPr>
                            <w:sz w:val="19"/>
                            <w:szCs w:val="19"/>
                          </w:rPr>
                          <w:t>Khác nhau ở người dùng, chỗ có mạng và người bảo trì mô hình.</w:t>
                        </w:r>
                      </w:p>
                    </w:txbxContent>
                  </v:textbox>
                </v:roundrect>
                <v:roundrect id="Rectangle: Rounded Corners 1085262959" o:spid="_x0000_s1028" style="position:absolute;left:1920;top:6000;width:16800;height:36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" fillcolor="#f0f0f0" strokecolor="#222" strokeweight=".3mm">
                  <v:textbox inset="3.6pt,1.8pt,3.6pt,1.8pt">
                    <w:txbxContent>
                      <w:p w14:paraId="1E23D947" w14:textId="77777777" w:rsidR="00D037A5" w:rsidRDefault="006A2323">
                        <w:pPr>
                          <w:spacing w:after="0" w:line="240" w:lineRule="auto"/>
                          <w:jc w:val="center"/>
                        </w:pPr>
                        <w:r>
                          <w:rPr>
                            <w:b/>
                            <w:sz w:val="18"/>
                            <w:szCs w:val="18"/>
                          </w:rPr>
                          <w:t>PA1 · HOẠT ĐỘNG TRÊN</w:t>
                        </w:r>
                      </w:p>
                      <w:p w14:paraId="60534538" w14:textId="77777777" w:rsidR="00D037A5" w:rsidRDefault="006A2323">
                        <w:pPr>
                          <w:spacing w:after="0" w:line="240" w:lineRule="auto"/>
                          <w:jc w:val="center"/>
                        </w:pPr>
                        <w:r>
                          <w:rPr>
                            <w:b/>
                            <w:sz w:val="18"/>
                            <w:szCs w:val="18"/>
                          </w:rPr>
                          <w:t>ĐIỆN THOẠI</w:t>
                        </w:r>
                      </w:p>
                    </w:txbxContent>
                  </v:textbox>
                </v:roundrect>
                <v:rect id="Rectangle 1731007601" o:spid="_x0000_s1029" style="position:absolute;left:1920;top:9960;width:16800;height:6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" strokecolor="#bfbfbf" strokeweight=".2mm">
                  <v:fill r:id="rId10" o:title="" recolor="t" rotate="t" type="frame"/>
                </v:rect>
                <v:roundrect id="Rectangle: Rounded Corners 1798100035" o:spid="_x0000_s1030" style="position:absolute;left:1920;top:16440;width:16800;height:75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" filled="f" strokecolor="#222" strokeweight=".3mm">
                  <v:textbox inset="3.6pt,1.8pt,3.6pt,1.8pt">
                    <w:txbxContent>
                      <w:p w14:paraId="3586549F" w14:textId="77777777" w:rsidR="00D037A5" w:rsidRDefault="006A2323">
                        <w:pPr>
                          <w:spacing w:after="0" w:line="240" w:lineRule="auto"/>
                          <w:jc w:val="center"/>
                        </w:pPr>
                        <w:r>
                          <w:rPr>
                            <w:sz w:val="17"/>
                            <w:szCs w:val="17"/>
                          </w:rPr>
                          <w:t>Người dùng: bà con nông dân,</w:t>
                        </w:r>
                      </w:p>
                      <w:p w14:paraId="7D691BA5" w14:textId="77777777" w:rsidR="00D037A5" w:rsidRDefault="006A2323">
                        <w:pPr>
                          <w:spacing w:after="0" w:line="240" w:lineRule="auto"/>
                          <w:jc w:val="center"/>
                        </w:pPr>
                        <w:r>
                          <w:rPr>
                            <w:sz w:val="17"/>
                            <w:szCs w:val="17"/>
                          </w:rPr>
                          <w:t>dùng ngay tại ruộng.</w:t>
                        </w:r>
                      </w:p>
                      <w:p w14:paraId="44567882" w14:textId="77777777" w:rsidR="00D037A5" w:rsidRDefault="006A2323">
                        <w:pPr>
                          <w:spacing w:after="0" w:line="240" w:lineRule="auto"/>
                          <w:jc w:val="center"/>
                        </w:pPr>
                        <w:r>
                          <w:rPr>
                            <w:sz w:val="17"/>
                            <w:szCs w:val="17"/>
                          </w:rPr>
                          <w:t>Cần kết nối mạng: không.</w:t>
                        </w:r>
                      </w:p>
                      <w:p w14:paraId="4459FEE6" w14:textId="77777777" w:rsidR="00D037A5" w:rsidRDefault="006A2323">
                        <w:pPr>
                          <w:spacing w:after="0" w:line="240" w:lineRule="auto"/>
                          <w:jc w:val="center"/>
                        </w:pPr>
                        <w:r>
                          <w:rPr>
                            <w:sz w:val="17"/>
                            <w:szCs w:val="17"/>
                          </w:rPr>
                          <w:t>Thiết bị: điện thoại, không cài</w:t>
                        </w:r>
                      </w:p>
                      <w:p w14:paraId="4B949811" w14:textId="77777777" w:rsidR="00D037A5" w:rsidRDefault="006A2323">
                        <w:pPr>
                          <w:spacing w:after="0" w:line="240" w:lineRule="auto"/>
                          <w:jc w:val="center"/>
                        </w:pPr>
                        <w:r>
                          <w:rPr>
                            <w:sz w:val="17"/>
                            <w:szCs w:val="17"/>
                          </w:rPr>
                          <w:t>phần mềm riêng.</w:t>
                        </w:r>
                      </w:p>
                    </w:txbxContent>
                  </v:textbox>
                </v:roundrect>
                <v:roundrect id="Rectangle: Rounded Corners 284811164" o:spid="_x0000_s1031" style="position:absolute;left:1920;top:24480;width:16800;height:5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" fillcolor="#fce9dc" strokecolor="#b96018" strokeweight=".3mm">
                  <v:textbox inset="3.6pt,1.8pt,3.6pt,1.8pt">
                    <w:txbxContent>
                      <w:p w14:paraId="0848EA67" w14:textId="77777777" w:rsidR="00D037A5" w:rsidRDefault="006A2323">
                        <w:pPr>
                          <w:spacing w:after="0" w:line="240" w:lineRule="auto"/>
                          <w:jc w:val="center"/>
                        </w:pPr>
                        <w:r>
                          <w:rPr>
                            <w:sz w:val="17"/>
                            <w:szCs w:val="17"/>
                          </w:rPr>
                          <w:t>Rủi ro chính: điện thoại của bà con</w:t>
                        </w:r>
                      </w:p>
                      <w:p w14:paraId="70551D79" w14:textId="77777777" w:rsidR="00D037A5" w:rsidRDefault="006A2323">
                        <w:pPr>
                          <w:spacing w:after="0" w:line="240" w:lineRule="auto"/>
                          <w:jc w:val="center"/>
                        </w:pPr>
                        <w:r>
                          <w:rPr>
                            <w:sz w:val="17"/>
                            <w:szCs w:val="17"/>
                          </w:rPr>
                          <w:t>không đồng đều, và nông dân</w:t>
                        </w:r>
                      </w:p>
                      <w:p w14:paraId="0C58A3AC" w14:textId="77777777" w:rsidR="00D037A5" w:rsidRDefault="006A2323">
                        <w:pPr>
                          <w:spacing w:after="0" w:line="240" w:lineRule="auto"/>
                          <w:jc w:val="center"/>
                        </w:pPr>
                        <w:r>
                          <w:rPr>
                            <w:sz w:val="17"/>
                            <w:szCs w:val="17"/>
                          </w:rPr>
                          <w:t>không tự sửa được mô hình.</w:t>
                        </w:r>
                      </w:p>
                    </w:txbxContent>
                  </v:textbox>
                </v:roundrect>
                <v:roundrect id="Rectangle: Rounded Corners 776772899" o:spid="_x0000_s1032" style="position:absolute;left:20400;top:6000;width:16800;height:36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" fillcolor="#f0f0f0" strokecolor="#222" strokeweight=".3mm">
                  <v:textbox inset="3.6pt,1.8pt,3.6pt,1.8pt">
                    <w:txbxContent>
                      <w:p w14:paraId="7CE2B103" w14:textId="77777777" w:rsidR="00D037A5" w:rsidRDefault="006A2323">
                        <w:pPr>
                          <w:spacing w:after="0" w:line="240" w:lineRule="auto"/>
                          <w:jc w:val="center"/>
                        </w:pPr>
                        <w:r>
                          <w:rPr>
                            <w:b/>
                            <w:sz w:val="18"/>
                            <w:szCs w:val="18"/>
                          </w:rPr>
                          <w:t>PA2 · HOẠT ĐỘNG TRÊN</w:t>
                        </w:r>
                      </w:p>
                      <w:p w14:paraId="1FADB98D" w14:textId="77777777" w:rsidR="00D037A5" w:rsidRDefault="006A2323">
                        <w:pPr>
                          <w:spacing w:after="0" w:line="240" w:lineRule="auto"/>
                          <w:jc w:val="center"/>
                        </w:pPr>
                        <w:r>
                          <w:rPr>
                            <w:b/>
                            <w:sz w:val="18"/>
                            <w:szCs w:val="18"/>
                          </w:rPr>
                          <w:t>MÁY TÍNH TẠI TRẠM</w:t>
                        </w:r>
                      </w:p>
                    </w:txbxContent>
                  </v:textbox>
                </v:roundrect>
                <v:rect id="Rectangle 48784219" o:spid="_x0000_s1033" style="position:absolute;left:20400;top:9960;width:16800;height:6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" strokecolor="#bfbfbf" strokeweight=".2mm">
                  <v:fill r:id="rId11" o:title="" recolor="t" rotate="t" type="frame"/>
                </v:rect>
                <v:roundrect id="Rectangle: Rounded Corners 687942744" o:spid="_x0000_s1034" style="position:absolute;left:20400;top:16440;width:16800;height:75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" filled="f" strokecolor="#222" strokeweight=".3mm">
                  <v:textbox inset="3.6pt,1.8pt,3.6pt,1.8pt">
                    <w:txbxContent>
                      <w:p w14:paraId="7A0FCCB4" w14:textId="77777777" w:rsidR="00D037A5" w:rsidRDefault="006A2323">
                        <w:pPr>
                          <w:spacing w:after="0" w:line="240" w:lineRule="auto"/>
                          <w:jc w:val="center"/>
                        </w:pPr>
                        <w:r>
                          <w:rPr>
                            <w:sz w:val="17"/>
                            <w:szCs w:val="17"/>
                          </w:rPr>
                          <w:t>Người dùng: cán bộ khuyến nông.</w:t>
                        </w:r>
                      </w:p>
                      <w:p w14:paraId="4B2D11EC" w14:textId="77777777" w:rsidR="00D037A5" w:rsidRDefault="006A2323">
                        <w:pPr>
                          <w:spacing w:after="0" w:line="240" w:lineRule="auto"/>
                          <w:jc w:val="center"/>
                        </w:pPr>
                        <w:r>
                          <w:rPr>
                            <w:sz w:val="17"/>
                            <w:szCs w:val="17"/>
                          </w:rPr>
                          <w:t>Cần kết nối mạng: không tại chỗ.</w:t>
                        </w:r>
                      </w:p>
                      <w:p w14:paraId="1B156061" w14:textId="77777777" w:rsidR="00D037A5" w:rsidRDefault="006A2323">
                        <w:pPr>
                          <w:spacing w:after="0" w:line="240" w:lineRule="auto"/>
                          <w:jc w:val="center"/>
                        </w:pPr>
                        <w:r>
                          <w:rPr>
                            <w:sz w:val="17"/>
                            <w:szCs w:val="17"/>
                          </w:rPr>
                          <w:t>Thiết bị: một máy tính tại trạm, cán</w:t>
                        </w:r>
                      </w:p>
                      <w:p w14:paraId="1E1F3452" w14:textId="77777777" w:rsidR="00D037A5" w:rsidRDefault="006A2323">
                        <w:pPr>
                          <w:spacing w:after="0" w:line="240" w:lineRule="auto"/>
                          <w:jc w:val="center"/>
                        </w:pPr>
                        <w:r>
                          <w:rPr>
                            <w:sz w:val="17"/>
                            <w:szCs w:val="17"/>
                          </w:rPr>
                          <w:t>bộ mang xuống ruộng.</w:t>
                        </w:r>
                      </w:p>
                    </w:txbxContent>
                  </v:textbox>
                </v:roundrect>
                <v:roundrect id="Rectangle: Rounded Corners 1677363221" o:spid="_x0000_s1035" style="position:absolute;left:20400;top:24480;width:16800;height:5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" fillcolor="#fce9dc" strokecolor="#b96018" strokeweight=".3mm">
                  <v:textbox inset="3.6pt,1.8pt,3.6pt,1.8pt">
                    <w:txbxContent>
                      <w:p w14:paraId="08F3730D" w14:textId="77777777" w:rsidR="00D037A5" w:rsidRDefault="006A2323">
                        <w:pPr>
                          <w:spacing w:after="0" w:line="240" w:lineRule="auto"/>
                          <w:jc w:val="center"/>
                        </w:pPr>
                        <w:r>
                          <w:rPr>
                            <w:sz w:val="17"/>
                            <w:szCs w:val="17"/>
                          </w:rPr>
                          <w:t>Rủi ro chính: cán bộ phải mang</w:t>
                        </w:r>
                      </w:p>
                      <w:p w14:paraId="7E916255" w14:textId="77777777" w:rsidR="00D037A5" w:rsidRDefault="006A2323">
                        <w:pPr>
                          <w:spacing w:after="0" w:line="240" w:lineRule="auto"/>
                          <w:jc w:val="center"/>
                        </w:pPr>
                        <w:r>
                          <w:rPr>
                            <w:sz w:val="17"/>
                            <w:szCs w:val="17"/>
                          </w:rPr>
                          <w:t>máy xuống ruộng, mà đội ngũ trạm</w:t>
                        </w:r>
                      </w:p>
                      <w:p w14:paraId="2A7641F4" w14:textId="77777777" w:rsidR="00D037A5" w:rsidRDefault="006A2323">
                        <w:pPr>
                          <w:spacing w:after="0" w:line="240" w:lineRule="auto"/>
                          <w:jc w:val="center"/>
                        </w:pPr>
                        <w:r>
                          <w:rPr>
                            <w:sz w:val="17"/>
                            <w:szCs w:val="17"/>
                          </w:rPr>
                          <w:t>chỉ có hai người.</w:t>
                        </w:r>
                      </w:p>
                    </w:txbxContent>
                  </v:textbox>
                </v:roundrect>
                <v:roundrect id="Rectangle: Rounded Corners 1871957054" o:spid="_x0000_s1036" style="position:absolute;left:38880;top:6000;width:16800;height:36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" fillcolor="#f0f0f0" strokecolor="#222" strokeweight=".3mm">
                  <v:textbox inset="3.6pt,1.8pt,3.6pt,1.8pt">
                    <w:txbxContent>
                      <w:p w14:paraId="2D0A67B9" w14:textId="77777777" w:rsidR="00D037A5" w:rsidRDefault="006A2323">
                        <w:pPr>
                          <w:spacing w:after="0" w:line="240" w:lineRule="auto"/>
                          <w:jc w:val="center"/>
                        </w:pPr>
                        <w:r>
                          <w:rPr>
                            <w:b/>
                            <w:sz w:val="18"/>
                            <w:szCs w:val="18"/>
                          </w:rPr>
                          <w:t>PA3 · HOẠT ĐỘNG TRÊN</w:t>
                        </w:r>
                      </w:p>
                      <w:p w14:paraId="0339EC11" w14:textId="77777777" w:rsidR="00D037A5" w:rsidRDefault="006A2323">
                        <w:pPr>
                          <w:spacing w:after="0" w:line="240" w:lineRule="auto"/>
                          <w:jc w:val="center"/>
                        </w:pPr>
                        <w:r>
                          <w:rPr>
                            <w:b/>
                            <w:sz w:val="18"/>
                            <w:szCs w:val="18"/>
                          </w:rPr>
                          <w:t>MÁY CHỦ</w:t>
                        </w:r>
                      </w:p>
                    </w:txbxContent>
                  </v:textbox>
                </v:roundrect>
                <v:rect id="Rectangle 997438117" o:spid="_x0000_s1037" style="position:absolute;left:38880;top:9960;width:16800;height:6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" strokecolor="#bfbfbf" strokeweight=".2mm">
                  <v:fill r:id="rId12" o:title="" recolor="t" rotate="t" type="frame"/>
                </v:rect>
                <v:roundrect id="Rectangle: Rounded Corners 588185694" o:spid="_x0000_s1038" style="position:absolute;left:38880;top:16440;width:16800;height:75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" filled="f" strokecolor="#222" strokeweight=".3mm">
                  <v:textbox inset="3.6pt,1.8pt,3.6pt,1.8pt">
                    <w:txbxContent>
                      <w:p w14:paraId="1121782D" w14:textId="77777777" w:rsidR="00D037A5" w:rsidRDefault="006A2323">
                        <w:pPr>
                          <w:spacing w:after="0" w:line="240" w:lineRule="auto"/>
                          <w:jc w:val="center"/>
                        </w:pPr>
                        <w:r>
                          <w:rPr>
                            <w:sz w:val="17"/>
                            <w:szCs w:val="17"/>
                          </w:rPr>
                          <w:t>Người dùng: cán bộ khuyến nông.</w:t>
                        </w:r>
                      </w:p>
                      <w:p w14:paraId="4C0C1A3B" w14:textId="77777777" w:rsidR="00D037A5" w:rsidRDefault="006A2323">
                        <w:pPr>
                          <w:spacing w:after="0" w:line="240" w:lineRule="auto"/>
                          <w:jc w:val="center"/>
                        </w:pPr>
                        <w:r>
                          <w:rPr>
                            <w:sz w:val="17"/>
                            <w:szCs w:val="17"/>
                          </w:rPr>
                          <w:t>Cần kết nối mạng: có, liên tục.</w:t>
                        </w:r>
                      </w:p>
                      <w:p w14:paraId="07573901" w14:textId="77777777" w:rsidR="00D037A5" w:rsidRDefault="006A2323">
                        <w:pPr>
                          <w:spacing w:after="0" w:line="240" w:lineRule="auto"/>
                          <w:jc w:val="center"/>
                        </w:pPr>
                        <w:r>
                          <w:rPr>
                            <w:sz w:val="17"/>
                            <w:szCs w:val="17"/>
                          </w:rPr>
                          <w:t>Thiết bị: máy chủ của hợp tác xã.</w:t>
                        </w:r>
                      </w:p>
                    </w:txbxContent>
                  </v:textbox>
                </v:roundrect>
                <v:roundrect id="Rectangle: Rounded Corners 1029711284" o:spid="_x0000_s1039" style="position:absolute;left:38880;top:24480;width:16800;height:5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" fillcolor="#fce9dc" strokecolor="#b96018" strokeweight=".3mm">
                  <v:textbox inset="3.6pt,1.8pt,3.6pt,1.8pt">
                    <w:txbxContent>
                      <w:p w14:paraId="259476C6" w14:textId="77777777" w:rsidR="00D037A5" w:rsidRDefault="006A2323">
                        <w:pPr>
                          <w:spacing w:after="0" w:line="240" w:lineRule="auto"/>
                          <w:jc w:val="center"/>
                        </w:pPr>
                        <w:r>
                          <w:rPr>
                            <w:sz w:val="17"/>
                            <w:szCs w:val="17"/>
                          </w:rPr>
                          <w:t>Rủi ro chính: hợp tác xã chưa có</w:t>
                        </w:r>
                      </w:p>
                      <w:p w14:paraId="4B9D3DDB" w14:textId="77777777" w:rsidR="00D037A5" w:rsidRDefault="006A2323">
                        <w:pPr>
                          <w:spacing w:after="0" w:line="240" w:lineRule="auto"/>
                          <w:jc w:val="center"/>
                        </w:pPr>
                        <w:r>
                          <w:rPr>
                            <w:sz w:val="17"/>
                            <w:szCs w:val="17"/>
                          </w:rPr>
                          <w:t>máy chủ và chưa có người quản trị</w:t>
                        </w:r>
                      </w:p>
                      <w:p w14:paraId="6A5ACFAD" w14:textId="77777777" w:rsidR="00D037A5" w:rsidRDefault="006A2323">
                        <w:pPr>
                          <w:spacing w:after="0" w:line="240" w:lineRule="auto"/>
                          <w:jc w:val="center"/>
                        </w:pPr>
                        <w:r>
                          <w:rPr>
                            <w:sz w:val="17"/>
                            <w:szCs w:val="17"/>
                          </w:rPr>
                          <w:t>hệ thống.</w:t>
                        </w:r>
                      </w:p>
                    </w:txbxContent>
                  </v:textbox>
                </v:roundrect>
                <v:roundrect id="Rectangle: Rounded Corners 2082202871" o:spid="_x0000_s1040" style="position:absolute;left:1920;top:30720;width:53760;height:336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" filled="f" strokecolor="#222" strokeweight=".3mm">
                  <v:stroke dashstyle="dash"/>
                  <v:textbox inset="3.6pt,1.8pt,3.6pt,1.8pt">
                    <w:txbxContent>
                      <w:p w14:paraId="682D54D1" w14:textId="77777777" w:rsidR="00D037A5" w:rsidRDefault="006A2323">
                        <w:pPr>
                          <w:spacing w:after="0" w:line="240" w:lineRule="auto"/>
                          <w:jc w:val="center"/>
                        </w:pPr>
                        <w:r>
                          <w:rPr>
                            <w:sz w:val="18"/>
                            <w:szCs w:val="18"/>
                          </w:rPr>
                          <w:t>Mỗi phương án đều phải trả lời ba câu hỏi: ai làm việc với hệ thống, chỗ đó có mạng không, ai bảo trì mô hình khi</w:t>
                        </w:r>
                      </w:p>
                      <w:p w14:paraId="2E1BBFBA" w14:textId="77777777" w:rsidR="00D037A5" w:rsidRDefault="006A2323">
                        <w:pPr>
                          <w:spacing w:after="0" w:line="240" w:lineRule="auto"/>
                          <w:jc w:val="center"/>
                        </w:pPr>
                        <w:r>
                          <w:rPr>
                            <w:sz w:val="18"/>
                            <w:szCs w:val="18"/>
                          </w:rPr>
                          <w:t>gặp lá bệnh mới.</w:t>
                        </w:r>
                      </w:p>
                    </w:txbxContent>
                  </v:textbox>
                </v:roundrect>
                <w10:anchorlock/>
              </v:group>
            </w:pict>
          </mc:Fallback>
        </mc:AlternateContent>
      </w:r>
    </w:p>
    <w:p w14:paraId="79970853" w14:textId="77777777" w:rsidR="00D037A5" w:rsidRDefault="006A2323">
      <w:pPr>
        <w:spacing w:after="60" w:line="264" w:lineRule="auto"/>
        <w:jc w:val="both"/>
      </w:pPr>
      <w:r>
        <w:rPr>
          <w:b/>
          <w:i/>
          <w:sz w:val="24"/>
        </w:rPr>
        <w:t xml:space="preserve">Hình 1. </w:t>
      </w:r>
      <w:r>
        <w:rPr>
          <w:i/>
          <w:sz w:val="24"/>
        </w:rPr>
        <w:t>Ba phương án thiết kế và vận hành hệ thống nhận dạng lá lúa. Theo giả định của tình huống, cả ba dùng chung một mô hình đã huấn luyện; khác nhau ở người dùng, tình trạng kết nối mạng, thiết bị và người bảo trì. Khung nét đứt ở dưới là ba câu hỏi phải trả lời cho mọi phương án.</w:t>
      </w:r>
    </w:p>
    <w:p w14:paraId="32275C7A" w14:textId="77777777" w:rsidR="00D037A5" w:rsidRDefault="006A2323">
      <w:pPr>
        <w:keepNext/>
        <w:spacing w:before="80" w:after="60" w:line="264" w:lineRule="auto"/>
        <w:jc w:val="both"/>
      </w:pPr>
      <w:r>
        <w:rPr>
          <w:b/>
        </w:rPr>
        <w:t>2. Gợi ý đáp án Phiếu học tập 12.6.1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587"/>
        <w:gridCol w:w="1871"/>
        <w:gridCol w:w="1871"/>
        <w:gridCol w:w="1871"/>
        <w:gridCol w:w="1871"/>
      </w:tblGrid>
      <w:tr w:rsidR="00D037A5" w14:paraId="76FD6770" w14:textId="77777777">
        <w:trPr>
          <w:cantSplit/>
          <w:tblHeader/>
          <w:jc w:val="center"/>
        </w:trPr>
        <w:tc>
          <w:tcPr>
            <w:tcW w:w="1587" w:type="dxa"/>
            <w:vAlign w:val="center"/>
          </w:tcPr>
          <w:p w14:paraId="2B1385C5" w14:textId="77777777" w:rsidR="00D037A5" w:rsidRDefault="006A2323">
            <w:pPr>
              <w:spacing w:after="0" w:line="240" w:lineRule="auto"/>
              <w:jc w:val="center"/>
            </w:pPr>
            <w:r>
              <w:rPr>
                <w:b/>
                <w:sz w:val="22"/>
                <w:szCs w:val="22"/>
              </w:rPr>
              <w:t>Câu hỏi</w:t>
            </w:r>
          </w:p>
        </w:tc>
        <w:tc>
          <w:tcPr>
            <w:tcW w:w="1871" w:type="dxa"/>
            <w:vAlign w:val="center"/>
          </w:tcPr>
          <w:p w14:paraId="26FF9B0D" w14:textId="77777777" w:rsidR="00D037A5" w:rsidRDefault="006A2323">
            <w:pPr>
              <w:spacing w:after="0" w:line="240" w:lineRule="auto"/>
              <w:jc w:val="center"/>
            </w:pPr>
            <w:r>
              <w:rPr>
                <w:b/>
                <w:sz w:val="22"/>
                <w:szCs w:val="22"/>
              </w:rPr>
              <w:t>PA1. Điện thoại</w:t>
            </w:r>
          </w:p>
        </w:tc>
        <w:tc>
          <w:tcPr>
            <w:tcW w:w="1871" w:type="dxa"/>
            <w:vAlign w:val="center"/>
          </w:tcPr>
          <w:p w14:paraId="36EC1C50" w14:textId="77777777" w:rsidR="00D037A5" w:rsidRDefault="006A2323">
            <w:pPr>
              <w:spacing w:after="0" w:line="240" w:lineRule="auto"/>
              <w:jc w:val="center"/>
            </w:pPr>
            <w:r>
              <w:rPr>
                <w:b/>
                <w:sz w:val="22"/>
                <w:szCs w:val="22"/>
              </w:rPr>
              <w:t>PA2. Máy tính tại trạm</w:t>
            </w:r>
          </w:p>
        </w:tc>
        <w:tc>
          <w:tcPr>
            <w:tcW w:w="1871" w:type="dxa"/>
            <w:vAlign w:val="center"/>
          </w:tcPr>
          <w:p w14:paraId="1B06F3B2" w14:textId="77777777" w:rsidR="00D037A5" w:rsidRDefault="006A2323">
            <w:pPr>
              <w:spacing w:after="0" w:line="240" w:lineRule="auto"/>
              <w:jc w:val="center"/>
            </w:pPr>
            <w:r>
              <w:rPr>
                <w:b/>
                <w:sz w:val="22"/>
                <w:szCs w:val="22"/>
              </w:rPr>
              <w:t>PA3. Máy chủ</w:t>
            </w:r>
          </w:p>
        </w:tc>
        <w:tc>
          <w:tcPr>
            <w:tcW w:w="1871" w:type="dxa"/>
            <w:vAlign w:val="center"/>
          </w:tcPr>
          <w:p w14:paraId="74BFA3D7" w14:textId="77777777" w:rsidR="00D037A5" w:rsidRDefault="006A2323">
            <w:pPr>
              <w:spacing w:after="0" w:line="240" w:lineRule="auto"/>
              <w:jc w:val="center"/>
            </w:pPr>
            <w:r>
              <w:rPr>
                <w:b/>
                <w:sz w:val="22"/>
                <w:szCs w:val="22"/>
              </w:rPr>
              <w:t>Nguồn của thông tin</w:t>
            </w:r>
          </w:p>
        </w:tc>
      </w:tr>
      <w:tr w:rsidR="00D037A5" w14:paraId="1C44F434" w14:textId="77777777">
        <w:trPr>
          <w:cantSplit/>
          <w:jc w:val="center"/>
        </w:trPr>
        <w:tc>
          <w:tcPr>
            <w:tcW w:w="1587" w:type="dxa"/>
          </w:tcPr>
          <w:p w14:paraId="72762919" w14:textId="77777777" w:rsidR="00D037A5" w:rsidRDefault="006A2323">
            <w:pPr>
              <w:spacing w:after="0" w:line="240" w:lineRule="auto"/>
            </w:pPr>
            <w:r>
              <w:rPr>
                <w:sz w:val="22"/>
                <w:szCs w:val="22"/>
              </w:rPr>
              <w:t>1. Ai là người dùng</w:t>
            </w:r>
          </w:p>
        </w:tc>
        <w:tc>
          <w:tcPr>
            <w:tcW w:w="1871" w:type="dxa"/>
          </w:tcPr>
          <w:p w14:paraId="3A139633" w14:textId="77777777" w:rsidR="00D037A5" w:rsidRDefault="006A2323">
            <w:pPr>
              <w:spacing w:after="0" w:line="240" w:lineRule="auto"/>
            </w:pPr>
            <w:r>
              <w:rPr>
                <w:sz w:val="22"/>
                <w:szCs w:val="22"/>
              </w:rPr>
              <w:t>Bà con nông dân, dùng ngay tại ruộng.</w:t>
            </w:r>
          </w:p>
        </w:tc>
        <w:tc>
          <w:tcPr>
            <w:tcW w:w="1871" w:type="dxa"/>
          </w:tcPr>
          <w:p w14:paraId="1C75EE95" w14:textId="77777777" w:rsidR="00D037A5" w:rsidRDefault="006A2323">
            <w:pPr>
              <w:spacing w:after="0" w:line="240" w:lineRule="auto"/>
            </w:pPr>
            <w:r>
              <w:rPr>
                <w:sz w:val="22"/>
                <w:szCs w:val="22"/>
              </w:rPr>
              <w:t>Cán bộ khuyến nông.</w:t>
            </w:r>
          </w:p>
        </w:tc>
        <w:tc>
          <w:tcPr>
            <w:tcW w:w="1871" w:type="dxa"/>
          </w:tcPr>
          <w:p w14:paraId="734E8B9D" w14:textId="77777777" w:rsidR="00D037A5" w:rsidRDefault="006A2323">
            <w:pPr>
              <w:spacing w:after="0" w:line="240" w:lineRule="auto"/>
            </w:pPr>
            <w:r>
              <w:rPr>
                <w:sz w:val="22"/>
                <w:szCs w:val="22"/>
              </w:rPr>
              <w:t>Cán bộ khuyến nông.</w:t>
            </w:r>
          </w:p>
        </w:tc>
        <w:tc>
          <w:tcPr>
            <w:tcW w:w="1871" w:type="dxa"/>
          </w:tcPr>
          <w:p w14:paraId="274EFCCC" w14:textId="77777777" w:rsidR="00D037A5" w:rsidRDefault="006A2323">
            <w:pPr>
              <w:spacing w:after="0" w:line="240" w:lineRule="auto"/>
            </w:pPr>
            <w:r>
              <w:rPr>
                <w:sz w:val="22"/>
                <w:szCs w:val="22"/>
              </w:rPr>
              <w:t>Tình huống bài; Bài 5 đã chốt người dùng là cán bộ khuyến nông và bà con.</w:t>
            </w:r>
          </w:p>
        </w:tc>
      </w:tr>
      <w:tr w:rsidR="00D037A5" w14:paraId="63362740" w14:textId="77777777">
        <w:trPr>
          <w:cantSplit/>
          <w:jc w:val="center"/>
        </w:trPr>
        <w:tc>
          <w:tcPr>
            <w:tcW w:w="1587" w:type="dxa"/>
          </w:tcPr>
          <w:p w14:paraId="1C593D6B" w14:textId="77777777" w:rsidR="00D037A5" w:rsidRDefault="006A2323">
            <w:pPr>
              <w:spacing w:after="0" w:line="240" w:lineRule="auto"/>
            </w:pPr>
            <w:r>
              <w:rPr>
                <w:sz w:val="22"/>
                <w:szCs w:val="22"/>
              </w:rPr>
              <w:t>2. Cần mạng không</w:t>
            </w:r>
          </w:p>
        </w:tc>
        <w:tc>
          <w:tcPr>
            <w:tcW w:w="1871" w:type="dxa"/>
          </w:tcPr>
          <w:p w14:paraId="2695F323" w14:textId="77777777" w:rsidR="00D037A5" w:rsidRDefault="006A2323">
            <w:pPr>
              <w:spacing w:after="0" w:line="240" w:lineRule="auto"/>
            </w:pPr>
            <w:r>
              <w:rPr>
                <w:sz w:val="22"/>
                <w:szCs w:val="22"/>
              </w:rPr>
              <w:t>Không, nếu hệ thống đã nạp sẵn mô hình vào máy.</w:t>
            </w:r>
          </w:p>
        </w:tc>
        <w:tc>
          <w:tcPr>
            <w:tcW w:w="1871" w:type="dxa"/>
          </w:tcPr>
          <w:p w14:paraId="619D4135" w14:textId="77777777" w:rsidR="00D037A5" w:rsidRDefault="006A2323">
            <w:pPr>
              <w:spacing w:after="0" w:line="240" w:lineRule="auto"/>
            </w:pPr>
            <w:r>
              <w:rPr>
                <w:sz w:val="22"/>
                <w:szCs w:val="22"/>
              </w:rPr>
              <w:t>Không tại chỗ, chỉ cần mạng khi nạp mô hình mới.</w:t>
            </w:r>
          </w:p>
        </w:tc>
        <w:tc>
          <w:tcPr>
            <w:tcW w:w="1871" w:type="dxa"/>
          </w:tcPr>
          <w:p w14:paraId="68DB70A2" w14:textId="77777777" w:rsidR="00D037A5" w:rsidRDefault="006A2323">
            <w:pPr>
              <w:spacing w:after="0" w:line="240" w:lineRule="auto"/>
            </w:pPr>
            <w:r>
              <w:rPr>
                <w:sz w:val="22"/>
                <w:szCs w:val="22"/>
              </w:rPr>
              <w:t>Có, liên tục.</w:t>
            </w:r>
          </w:p>
        </w:tc>
        <w:tc>
          <w:tcPr>
            <w:tcW w:w="1871" w:type="dxa"/>
          </w:tcPr>
          <w:p w14:paraId="457CE3A6" w14:textId="77777777" w:rsidR="00D037A5" w:rsidRDefault="006A2323">
            <w:pPr>
              <w:spacing w:after="0" w:line="240" w:lineRule="auto"/>
            </w:pPr>
            <w:r>
              <w:rPr>
                <w:sz w:val="22"/>
                <w:szCs w:val="22"/>
              </w:rPr>
              <w:t>Kết quả khảo sát điều kiện ở Bài 5.</w:t>
            </w:r>
          </w:p>
        </w:tc>
      </w:tr>
      <w:tr w:rsidR="00D037A5" w14:paraId="7191D078" w14:textId="77777777">
        <w:trPr>
          <w:cantSplit/>
          <w:jc w:val="center"/>
        </w:trPr>
        <w:tc>
          <w:tcPr>
            <w:tcW w:w="1587" w:type="dxa"/>
          </w:tcPr>
          <w:p w14:paraId="2F8CBB30" w14:textId="77777777" w:rsidR="00D037A5" w:rsidRDefault="006A2323">
            <w:pPr>
              <w:spacing w:after="0" w:line="240" w:lineRule="auto"/>
            </w:pPr>
            <w:r>
              <w:rPr>
                <w:sz w:val="22"/>
                <w:szCs w:val="22"/>
              </w:rPr>
              <w:t>3. Cần tài khoản không</w:t>
            </w:r>
          </w:p>
        </w:tc>
        <w:tc>
          <w:tcPr>
            <w:tcW w:w="1871" w:type="dxa"/>
          </w:tcPr>
          <w:p w14:paraId="44F5DA5B" w14:textId="77777777" w:rsidR="00D037A5" w:rsidRDefault="006A2323">
            <w:pPr>
              <w:spacing w:after="0" w:line="240" w:lineRule="auto"/>
            </w:pPr>
            <w:r>
              <w:rPr>
                <w:sz w:val="22"/>
                <w:szCs w:val="22"/>
              </w:rPr>
              <w:t>Không, nếu mô hình đã nạp sẵn vào điện thoại và không cần đăng nhập.</w:t>
            </w:r>
          </w:p>
        </w:tc>
        <w:tc>
          <w:tcPr>
            <w:tcW w:w="1871" w:type="dxa"/>
          </w:tcPr>
          <w:p w14:paraId="26C6BE8F" w14:textId="77777777" w:rsidR="00D037A5" w:rsidRDefault="006A2323">
            <w:pPr>
              <w:spacing w:after="0" w:line="240" w:lineRule="auto"/>
            </w:pPr>
            <w:r>
              <w:rPr>
                <w:sz w:val="22"/>
                <w:szCs w:val="22"/>
              </w:rPr>
              <w:t>Không.</w:t>
            </w:r>
          </w:p>
        </w:tc>
        <w:tc>
          <w:tcPr>
            <w:tcW w:w="1871" w:type="dxa"/>
          </w:tcPr>
          <w:p w14:paraId="31894433" w14:textId="77777777" w:rsidR="00D037A5" w:rsidRDefault="006A2323">
            <w:pPr>
              <w:spacing w:after="0" w:line="240" w:lineRule="auto"/>
            </w:pPr>
            <w:r>
              <w:rPr>
                <w:sz w:val="22"/>
                <w:szCs w:val="22"/>
              </w:rPr>
              <w:t>Có, tài khoản của dịch vụ hoặc của máy chủ.</w:t>
            </w:r>
          </w:p>
        </w:tc>
        <w:tc>
          <w:tcPr>
            <w:tcW w:w="1871" w:type="dxa"/>
          </w:tcPr>
          <w:p w14:paraId="7A0A209B" w14:textId="77777777" w:rsidR="00D037A5" w:rsidRDefault="006A2323">
            <w:pPr>
              <w:spacing w:after="0" w:line="240" w:lineRule="auto"/>
            </w:pPr>
            <w:r>
              <w:rPr>
                <w:sz w:val="22"/>
                <w:szCs w:val="22"/>
              </w:rPr>
              <w:t>Kết quả khảo sát điều kiện ở Bài 5.</w:t>
            </w:r>
          </w:p>
        </w:tc>
      </w:tr>
      <w:tr w:rsidR="00D037A5" w14:paraId="4F4C10CB" w14:textId="77777777">
        <w:trPr>
          <w:cantSplit/>
          <w:jc w:val="center"/>
        </w:trPr>
        <w:tc>
          <w:tcPr>
            <w:tcW w:w="1587" w:type="dxa"/>
          </w:tcPr>
          <w:p w14:paraId="01F776AC" w14:textId="77777777" w:rsidR="00D037A5" w:rsidRDefault="006A2323">
            <w:pPr>
              <w:spacing w:after="0" w:line="240" w:lineRule="auto"/>
            </w:pPr>
            <w:r>
              <w:rPr>
                <w:sz w:val="22"/>
                <w:szCs w:val="22"/>
              </w:rPr>
              <w:t>4. Cần thiết bị gì</w:t>
            </w:r>
          </w:p>
        </w:tc>
        <w:tc>
          <w:tcPr>
            <w:tcW w:w="1871" w:type="dxa"/>
          </w:tcPr>
          <w:p w14:paraId="0D904754" w14:textId="77777777" w:rsidR="00D037A5" w:rsidRDefault="006A2323">
            <w:pPr>
              <w:spacing w:after="0" w:line="240" w:lineRule="auto"/>
            </w:pPr>
            <w:r>
              <w:rPr>
                <w:sz w:val="22"/>
                <w:szCs w:val="22"/>
              </w:rPr>
              <w:t>Điện thoại của bà con, không cài phần mềm riêng.</w:t>
            </w:r>
          </w:p>
        </w:tc>
        <w:tc>
          <w:tcPr>
            <w:tcW w:w="1871" w:type="dxa"/>
          </w:tcPr>
          <w:p w14:paraId="730D26C0" w14:textId="77777777" w:rsidR="00D037A5" w:rsidRDefault="006A2323">
            <w:pPr>
              <w:spacing w:after="0" w:line="240" w:lineRule="auto"/>
            </w:pPr>
            <w:r>
              <w:rPr>
                <w:sz w:val="22"/>
                <w:szCs w:val="22"/>
              </w:rPr>
              <w:t>Một máy tính tại trạm, cán bộ mang xuống ruộng.</w:t>
            </w:r>
          </w:p>
        </w:tc>
        <w:tc>
          <w:tcPr>
            <w:tcW w:w="1871" w:type="dxa"/>
          </w:tcPr>
          <w:p w14:paraId="5A947E4C" w14:textId="77777777" w:rsidR="00D037A5" w:rsidRDefault="006A2323">
            <w:pPr>
              <w:spacing w:after="0" w:line="240" w:lineRule="auto"/>
            </w:pPr>
            <w:r>
              <w:rPr>
                <w:sz w:val="22"/>
                <w:szCs w:val="22"/>
              </w:rPr>
              <w:t>Máy chủ của hợp tác xã, có kết nối mạng ổn định.</w:t>
            </w:r>
          </w:p>
        </w:tc>
        <w:tc>
          <w:tcPr>
            <w:tcW w:w="1871" w:type="dxa"/>
          </w:tcPr>
          <w:p w14:paraId="0DBE0ED7" w14:textId="77777777" w:rsidR="00D037A5" w:rsidRDefault="006A2323">
            <w:pPr>
              <w:spacing w:after="0" w:line="240" w:lineRule="auto"/>
            </w:pPr>
            <w:r>
              <w:rPr>
                <w:sz w:val="22"/>
                <w:szCs w:val="22"/>
              </w:rPr>
              <w:t>Tình huống bài: đội ngũ trạm chỉ có hai người.</w:t>
            </w:r>
          </w:p>
        </w:tc>
      </w:tr>
      <w:tr w:rsidR="00D037A5" w14:paraId="53659F26" w14:textId="77777777">
        <w:trPr>
          <w:cantSplit/>
          <w:jc w:val="center"/>
        </w:trPr>
        <w:tc>
          <w:tcPr>
            <w:tcW w:w="1587" w:type="dxa"/>
          </w:tcPr>
          <w:p w14:paraId="342D088C" w14:textId="77777777" w:rsidR="00D037A5" w:rsidRDefault="006A2323">
            <w:pPr>
              <w:spacing w:after="0" w:line="240" w:lineRule="auto"/>
            </w:pPr>
            <w:r>
              <w:rPr>
                <w:sz w:val="22"/>
                <w:szCs w:val="22"/>
              </w:rPr>
              <w:t>5. Ai bảo trì mô hình</w:t>
            </w:r>
          </w:p>
        </w:tc>
        <w:tc>
          <w:tcPr>
            <w:tcW w:w="1871" w:type="dxa"/>
          </w:tcPr>
          <w:p w14:paraId="3EADC3AB" w14:textId="77777777" w:rsidR="00D037A5" w:rsidRDefault="006A2323">
            <w:pPr>
              <w:spacing w:after="0" w:line="240" w:lineRule="auto"/>
            </w:pPr>
            <w:r>
              <w:rPr>
                <w:sz w:val="22"/>
                <w:szCs w:val="22"/>
              </w:rPr>
              <w:t>Khó ai bảo trì, vì bà con không tự sửa được mô hình.</w:t>
            </w:r>
          </w:p>
        </w:tc>
        <w:tc>
          <w:tcPr>
            <w:tcW w:w="1871" w:type="dxa"/>
          </w:tcPr>
          <w:p w14:paraId="2B3844AC" w14:textId="77777777" w:rsidR="00D037A5" w:rsidRDefault="006A2323">
            <w:pPr>
              <w:spacing w:after="0" w:line="240" w:lineRule="auto"/>
            </w:pPr>
            <w:r>
              <w:rPr>
                <w:sz w:val="22"/>
                <w:szCs w:val="22"/>
              </w:rPr>
              <w:t>Cán bộ khuyến nông, nhưng phải xuống ruộng thường xuyên.</w:t>
            </w:r>
          </w:p>
        </w:tc>
        <w:tc>
          <w:tcPr>
            <w:tcW w:w="1871" w:type="dxa"/>
          </w:tcPr>
          <w:p w14:paraId="28AF5440" w14:textId="77777777" w:rsidR="00D037A5" w:rsidRDefault="006A2323">
            <w:pPr>
              <w:spacing w:after="0" w:line="240" w:lineRule="auto"/>
            </w:pPr>
            <w:r>
              <w:rPr>
                <w:sz w:val="22"/>
                <w:szCs w:val="22"/>
              </w:rPr>
              <w:t>Cán bộ khuyến nông và chủ hợp tác xã.</w:t>
            </w:r>
          </w:p>
        </w:tc>
        <w:tc>
          <w:tcPr>
            <w:tcW w:w="1871" w:type="dxa"/>
          </w:tcPr>
          <w:p w14:paraId="693FE5F4" w14:textId="77777777" w:rsidR="00D037A5" w:rsidRDefault="006A2323">
            <w:pPr>
              <w:spacing w:after="0" w:line="240" w:lineRule="auto"/>
            </w:pPr>
            <w:r>
              <w:rPr>
                <w:sz w:val="22"/>
                <w:szCs w:val="22"/>
              </w:rPr>
              <w:t>Tình huống bài; kết luận ở HĐ 2 về người bảo trì.</w:t>
            </w:r>
          </w:p>
        </w:tc>
      </w:tr>
      <w:tr w:rsidR="00D037A5" w14:paraId="3F8B8F3B" w14:textId="77777777">
        <w:trPr>
          <w:cantSplit/>
          <w:jc w:val="center"/>
        </w:trPr>
        <w:tc>
          <w:tcPr>
            <w:tcW w:w="1587" w:type="dxa"/>
          </w:tcPr>
          <w:p w14:paraId="7C976904" w14:textId="77777777" w:rsidR="00D037A5" w:rsidRDefault="006A2323">
            <w:pPr>
              <w:spacing w:after="0" w:line="240" w:lineRule="auto"/>
            </w:pPr>
            <w:r>
              <w:rPr>
                <w:sz w:val="22"/>
                <w:szCs w:val="22"/>
              </w:rPr>
              <w:t>6. Ưu điểm và minh chứng</w:t>
            </w:r>
          </w:p>
        </w:tc>
        <w:tc>
          <w:tcPr>
            <w:tcW w:w="1871" w:type="dxa"/>
          </w:tcPr>
          <w:p w14:paraId="57A4B417" w14:textId="77777777" w:rsidR="00D037A5" w:rsidRDefault="006A2323">
            <w:pPr>
              <w:spacing w:after="0" w:line="240" w:lineRule="auto"/>
            </w:pPr>
            <w:r>
              <w:rPr>
                <w:sz w:val="22"/>
                <w:szCs w:val="22"/>
              </w:rPr>
              <w:t>Bà con dùng ngay tại ruộng, không tốn thời gian di chuyển.</w:t>
            </w:r>
          </w:p>
        </w:tc>
        <w:tc>
          <w:tcPr>
            <w:tcW w:w="1871" w:type="dxa"/>
          </w:tcPr>
          <w:p w14:paraId="649DB716" w14:textId="77777777" w:rsidR="00D037A5" w:rsidRDefault="006A2323">
            <w:pPr>
              <w:spacing w:after="0" w:line="240" w:lineRule="auto"/>
            </w:pPr>
            <w:r>
              <w:rPr>
                <w:sz w:val="22"/>
                <w:szCs w:val="22"/>
              </w:rPr>
              <w:t>Không cần mạng và tài khoản; dùng được máy tính có sẵn ở trạm.</w:t>
            </w:r>
          </w:p>
        </w:tc>
        <w:tc>
          <w:tcPr>
            <w:tcW w:w="1871" w:type="dxa"/>
          </w:tcPr>
          <w:p w14:paraId="1185B3F1" w14:textId="77777777" w:rsidR="00D037A5" w:rsidRDefault="006A2323">
            <w:pPr>
              <w:spacing w:after="0" w:line="240" w:lineRule="auto"/>
            </w:pPr>
            <w:r>
              <w:rPr>
                <w:sz w:val="22"/>
                <w:szCs w:val="22"/>
              </w:rPr>
              <w:t>Mô hình và dữ liệu tập trung, sửa một lần thì mọi người dùng đều được.</w:t>
            </w:r>
          </w:p>
        </w:tc>
        <w:tc>
          <w:tcPr>
            <w:tcW w:w="1871" w:type="dxa"/>
          </w:tcPr>
          <w:p w14:paraId="5154DC12" w14:textId="77777777" w:rsidR="00D037A5" w:rsidRDefault="006A2323">
            <w:pPr>
              <w:spacing w:after="0" w:line="240" w:lineRule="auto"/>
            </w:pPr>
            <w:r>
              <w:rPr>
                <w:sz w:val="22"/>
                <w:szCs w:val="22"/>
              </w:rPr>
              <w:t>Tình huống bài; kết luận HĐ 3.</w:t>
            </w:r>
          </w:p>
        </w:tc>
      </w:tr>
      <w:tr w:rsidR="00D037A5" w14:paraId="2C5E88D4" w14:textId="77777777">
        <w:trPr>
          <w:cantSplit/>
          <w:jc w:val="center"/>
        </w:trPr>
        <w:tc>
          <w:tcPr>
            <w:tcW w:w="1587" w:type="dxa"/>
          </w:tcPr>
          <w:p w14:paraId="6802AB77" w14:textId="77777777" w:rsidR="00D037A5" w:rsidRDefault="006A2323">
            <w:pPr>
              <w:spacing w:after="0" w:line="240" w:lineRule="auto"/>
            </w:pPr>
            <w:r>
              <w:rPr>
                <w:sz w:val="22"/>
                <w:szCs w:val="22"/>
              </w:rPr>
              <w:t>7. Nhược điểm và minh chứng</w:t>
            </w:r>
          </w:p>
        </w:tc>
        <w:tc>
          <w:tcPr>
            <w:tcW w:w="1871" w:type="dxa"/>
          </w:tcPr>
          <w:p w14:paraId="4978D6B0" w14:textId="77777777" w:rsidR="00D037A5" w:rsidRDefault="006A2323">
            <w:pPr>
              <w:spacing w:after="0" w:line="240" w:lineRule="auto"/>
            </w:pPr>
            <w:r>
              <w:rPr>
                <w:sz w:val="22"/>
                <w:szCs w:val="22"/>
              </w:rPr>
              <w:t>Điện thoại của bà con không đồng đều; mô hình trên từng máy lệch nhau.</w:t>
            </w:r>
          </w:p>
        </w:tc>
        <w:tc>
          <w:tcPr>
            <w:tcW w:w="1871" w:type="dxa"/>
          </w:tcPr>
          <w:p w14:paraId="3BD0EB57" w14:textId="77777777" w:rsidR="00D037A5" w:rsidRDefault="006A2323">
            <w:pPr>
              <w:spacing w:after="0" w:line="240" w:lineRule="auto"/>
            </w:pPr>
            <w:r>
              <w:rPr>
                <w:sz w:val="22"/>
                <w:szCs w:val="22"/>
              </w:rPr>
              <w:t>Cán bộ phải mang máy xuống ruộng mà đội ngũ trạm chỉ có hai người.</w:t>
            </w:r>
          </w:p>
        </w:tc>
        <w:tc>
          <w:tcPr>
            <w:tcW w:w="1871" w:type="dxa"/>
          </w:tcPr>
          <w:p w14:paraId="58E1346F" w14:textId="77777777" w:rsidR="00D037A5" w:rsidRDefault="006A2323">
            <w:pPr>
              <w:spacing w:after="0" w:line="240" w:lineRule="auto"/>
            </w:pPr>
            <w:r>
              <w:rPr>
                <w:sz w:val="22"/>
                <w:szCs w:val="22"/>
              </w:rPr>
              <w:t>Hợp tác xã chưa có máy chủ và chưa có người quản trị hệ thống.</w:t>
            </w:r>
          </w:p>
        </w:tc>
        <w:tc>
          <w:tcPr>
            <w:tcW w:w="1871" w:type="dxa"/>
          </w:tcPr>
          <w:p w14:paraId="52A55945" w14:textId="77777777" w:rsidR="00D037A5" w:rsidRDefault="006A2323">
            <w:pPr>
              <w:spacing w:after="0" w:line="240" w:lineRule="auto"/>
            </w:pPr>
            <w:r>
              <w:rPr>
                <w:sz w:val="22"/>
                <w:szCs w:val="22"/>
              </w:rPr>
              <w:t>Tình huống bài.</w:t>
            </w:r>
          </w:p>
        </w:tc>
      </w:tr>
    </w:tbl>
    <w:p w14:paraId="41B401E9" w14:textId="77777777" w:rsidR="00D037A5" w:rsidRDefault="00D037A5">
      <w:pPr>
        <w:spacing w:after="40" w:line="192" w:lineRule="auto"/>
        <w:jc w:val="both"/>
      </w:pPr>
    </w:p>
    <w:p w14:paraId="31BA19C4" w14:textId="77777777" w:rsidR="00D037A5" w:rsidRDefault="006A2323">
      <w:pPr>
        <w:spacing w:after="60" w:line="264" w:lineRule="auto"/>
        <w:jc w:val="both"/>
      </w:pPr>
      <w:r>
        <w:rPr>
          <w:i/>
          <w:sz w:val="24"/>
        </w:rPr>
        <w:t>Cột “Nguồn của thông tin” là dành cho GV đối chiếu khi trả lời; HS không cần điền. Chấp nhận câu trả lời khác nếu nhóm viện dẫn được thông tin có trong tình huống.</w:t>
      </w:r>
    </w:p>
    <w:p w14:paraId="4B7B510A" w14:textId="77777777" w:rsidR="00D037A5" w:rsidRDefault="006A2323">
      <w:pPr>
        <w:keepNext/>
        <w:spacing w:before="80" w:after="60" w:line="264" w:lineRule="auto"/>
        <w:jc w:val="both"/>
      </w:pPr>
      <w:r>
        <w:rPr>
          <w:b/>
        </w:rPr>
        <w:t>3. Gợi ý đáp án ma trận so sánh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117"/>
        <w:gridCol w:w="726"/>
        <w:gridCol w:w="726"/>
        <w:gridCol w:w="726"/>
        <w:gridCol w:w="4776"/>
      </w:tblGrid>
      <w:tr w:rsidR="00D037A5" w14:paraId="453E7D5E" w14:textId="77777777">
        <w:trPr>
          <w:cantSplit/>
          <w:tblHeader/>
          <w:jc w:val="center"/>
        </w:trPr>
        <w:tc>
          <w:tcPr>
            <w:tcW w:w="2117" w:type="dxa"/>
            <w:vAlign w:val="center"/>
          </w:tcPr>
          <w:p w14:paraId="54E0C87E" w14:textId="77777777" w:rsidR="00D037A5" w:rsidRDefault="006A2323">
            <w:pPr>
              <w:spacing w:after="0" w:line="240" w:lineRule="auto"/>
              <w:jc w:val="center"/>
            </w:pPr>
            <w:r>
              <w:rPr>
                <w:b/>
                <w:sz w:val="22"/>
                <w:szCs w:val="22"/>
              </w:rPr>
              <w:t>Tiêu chí</w:t>
            </w:r>
          </w:p>
        </w:tc>
        <w:tc>
          <w:tcPr>
            <w:tcW w:w="726" w:type="dxa"/>
            <w:vAlign w:val="center"/>
          </w:tcPr>
          <w:p w14:paraId="4E787E23" w14:textId="77777777" w:rsidR="00D037A5" w:rsidRDefault="006A2323">
            <w:pPr>
              <w:spacing w:after="0" w:line="240" w:lineRule="auto"/>
              <w:jc w:val="center"/>
            </w:pPr>
            <w:r>
              <w:rPr>
                <w:b/>
                <w:sz w:val="22"/>
                <w:szCs w:val="22"/>
              </w:rPr>
              <w:t>PA1</w:t>
            </w:r>
          </w:p>
        </w:tc>
        <w:tc>
          <w:tcPr>
            <w:tcW w:w="726" w:type="dxa"/>
            <w:vAlign w:val="center"/>
          </w:tcPr>
          <w:p w14:paraId="7F8BE1EC" w14:textId="77777777" w:rsidR="00D037A5" w:rsidRDefault="006A2323">
            <w:pPr>
              <w:spacing w:after="0" w:line="240" w:lineRule="auto"/>
              <w:jc w:val="center"/>
            </w:pPr>
            <w:r>
              <w:rPr>
                <w:b/>
                <w:sz w:val="22"/>
                <w:szCs w:val="22"/>
              </w:rPr>
              <w:t>PA2</w:t>
            </w:r>
          </w:p>
        </w:tc>
        <w:tc>
          <w:tcPr>
            <w:tcW w:w="726" w:type="dxa"/>
            <w:vAlign w:val="center"/>
          </w:tcPr>
          <w:p w14:paraId="34671970" w14:textId="77777777" w:rsidR="00D037A5" w:rsidRDefault="006A2323">
            <w:pPr>
              <w:spacing w:after="0" w:line="240" w:lineRule="auto"/>
              <w:jc w:val="center"/>
            </w:pPr>
            <w:r>
              <w:rPr>
                <w:b/>
                <w:sz w:val="22"/>
                <w:szCs w:val="22"/>
              </w:rPr>
              <w:t>PA3</w:t>
            </w:r>
          </w:p>
        </w:tc>
        <w:tc>
          <w:tcPr>
            <w:tcW w:w="4776" w:type="dxa"/>
            <w:vAlign w:val="center"/>
          </w:tcPr>
          <w:p w14:paraId="7247BD85" w14:textId="77777777" w:rsidR="00D037A5" w:rsidRDefault="006A2323">
            <w:pPr>
              <w:spacing w:after="0" w:line="240" w:lineRule="auto"/>
              <w:jc w:val="center"/>
            </w:pPr>
            <w:r>
              <w:rPr>
                <w:b/>
                <w:sz w:val="22"/>
                <w:szCs w:val="22"/>
              </w:rPr>
              <w:t>Căn cứ đánh giá</w:t>
            </w:r>
          </w:p>
        </w:tc>
      </w:tr>
      <w:tr w:rsidR="00D037A5" w14:paraId="43A77437" w14:textId="77777777">
        <w:trPr>
          <w:cantSplit/>
          <w:jc w:val="center"/>
        </w:trPr>
        <w:tc>
          <w:tcPr>
            <w:tcW w:w="2117" w:type="dxa"/>
          </w:tcPr>
          <w:p w14:paraId="095C6847" w14:textId="77777777" w:rsidR="00D037A5" w:rsidRDefault="006A2323">
            <w:pPr>
              <w:spacing w:after="0" w:line="240" w:lineRule="auto"/>
            </w:pPr>
            <w:r>
              <w:rPr>
                <w:sz w:val="22"/>
                <w:szCs w:val="22"/>
              </w:rPr>
              <w:t>1. Mục tiêu</w:t>
            </w:r>
          </w:p>
        </w:tc>
        <w:tc>
          <w:tcPr>
            <w:tcW w:w="726" w:type="dxa"/>
            <w:vAlign w:val="center"/>
          </w:tcPr>
          <w:p w14:paraId="39191933" w14:textId="77777777" w:rsidR="00D037A5" w:rsidRDefault="006A2323">
            <w:pPr>
              <w:spacing w:after="0" w:line="240" w:lineRule="auto"/>
              <w:jc w:val="center"/>
            </w:pPr>
            <w:r>
              <w:rPr>
                <w:sz w:val="22"/>
                <w:szCs w:val="22"/>
              </w:rPr>
              <w:t>2</w:t>
            </w:r>
          </w:p>
        </w:tc>
        <w:tc>
          <w:tcPr>
            <w:tcW w:w="726" w:type="dxa"/>
            <w:vAlign w:val="center"/>
          </w:tcPr>
          <w:p w14:paraId="12E89637" w14:textId="77777777" w:rsidR="00D037A5" w:rsidRDefault="006A2323">
            <w:pPr>
              <w:spacing w:after="0" w:line="240" w:lineRule="auto"/>
              <w:jc w:val="center"/>
            </w:pPr>
            <w:r>
              <w:rPr>
                <w:sz w:val="22"/>
                <w:szCs w:val="22"/>
              </w:rPr>
              <w:t>2</w:t>
            </w:r>
          </w:p>
        </w:tc>
        <w:tc>
          <w:tcPr>
            <w:tcW w:w="726" w:type="dxa"/>
            <w:vAlign w:val="center"/>
          </w:tcPr>
          <w:p w14:paraId="7FD789E7" w14:textId="77777777" w:rsidR="00D037A5" w:rsidRDefault="006A2323">
            <w:pPr>
              <w:spacing w:after="0" w:line="240" w:lineRule="auto"/>
              <w:jc w:val="center"/>
            </w:pPr>
            <w:r>
              <w:rPr>
                <w:sz w:val="22"/>
                <w:szCs w:val="22"/>
              </w:rPr>
              <w:t>1</w:t>
            </w:r>
          </w:p>
        </w:tc>
        <w:tc>
          <w:tcPr>
            <w:tcW w:w="4776" w:type="dxa"/>
          </w:tcPr>
          <w:p w14:paraId="0AD25F87" w14:textId="77777777" w:rsidR="00D037A5" w:rsidRDefault="006A2323">
            <w:pPr>
              <w:spacing w:after="0" w:line="240" w:lineRule="auto"/>
            </w:pPr>
            <w:r>
              <w:rPr>
                <w:sz w:val="22"/>
                <w:szCs w:val="22"/>
              </w:rPr>
              <w:t>PA1 và PA2 cho kết quả ngay tại ruộng; PA3 cần cán bộ mở báo cáo trên máy chủ mới xem được.</w:t>
            </w:r>
          </w:p>
        </w:tc>
      </w:tr>
      <w:tr w:rsidR="00D037A5" w14:paraId="186D33CC" w14:textId="77777777">
        <w:trPr>
          <w:cantSplit/>
          <w:jc w:val="center"/>
        </w:trPr>
        <w:tc>
          <w:tcPr>
            <w:tcW w:w="2117" w:type="dxa"/>
          </w:tcPr>
          <w:p w14:paraId="0A224856" w14:textId="77777777" w:rsidR="00D037A5" w:rsidRDefault="006A2323">
            <w:pPr>
              <w:spacing w:after="0" w:line="240" w:lineRule="auto"/>
            </w:pPr>
            <w:r>
              <w:rPr>
                <w:sz w:val="22"/>
                <w:szCs w:val="22"/>
              </w:rPr>
              <w:t>2. Dữ liệu</w:t>
            </w:r>
          </w:p>
        </w:tc>
        <w:tc>
          <w:tcPr>
            <w:tcW w:w="726" w:type="dxa"/>
            <w:vAlign w:val="center"/>
          </w:tcPr>
          <w:p w14:paraId="603DC35D" w14:textId="77777777" w:rsidR="00D037A5" w:rsidRDefault="006A2323">
            <w:pPr>
              <w:spacing w:after="0" w:line="240" w:lineRule="auto"/>
              <w:jc w:val="center"/>
            </w:pPr>
            <w:r>
              <w:rPr>
                <w:sz w:val="22"/>
                <w:szCs w:val="22"/>
              </w:rPr>
              <w:t>0</w:t>
            </w:r>
          </w:p>
        </w:tc>
        <w:tc>
          <w:tcPr>
            <w:tcW w:w="726" w:type="dxa"/>
            <w:vAlign w:val="center"/>
          </w:tcPr>
          <w:p w14:paraId="3C7CA27F" w14:textId="77777777" w:rsidR="00D037A5" w:rsidRDefault="006A2323">
            <w:pPr>
              <w:spacing w:after="0" w:line="240" w:lineRule="auto"/>
              <w:jc w:val="center"/>
            </w:pPr>
            <w:r>
              <w:rPr>
                <w:sz w:val="22"/>
                <w:szCs w:val="22"/>
              </w:rPr>
              <w:t>2</w:t>
            </w:r>
          </w:p>
        </w:tc>
        <w:tc>
          <w:tcPr>
            <w:tcW w:w="726" w:type="dxa"/>
            <w:vAlign w:val="center"/>
          </w:tcPr>
          <w:p w14:paraId="1472C891" w14:textId="77777777" w:rsidR="00D037A5" w:rsidRDefault="006A2323">
            <w:pPr>
              <w:spacing w:after="0" w:line="240" w:lineRule="auto"/>
              <w:jc w:val="center"/>
            </w:pPr>
            <w:r>
              <w:rPr>
                <w:sz w:val="22"/>
                <w:szCs w:val="22"/>
              </w:rPr>
              <w:t>2</w:t>
            </w:r>
          </w:p>
        </w:tc>
        <w:tc>
          <w:tcPr>
            <w:tcW w:w="4776" w:type="dxa"/>
          </w:tcPr>
          <w:p w14:paraId="128521C5" w14:textId="77777777" w:rsidR="00D037A5" w:rsidRDefault="006A2323">
            <w:pPr>
              <w:spacing w:after="0" w:line="240" w:lineRule="auto"/>
            </w:pPr>
            <w:r>
              <w:rPr>
                <w:sz w:val="22"/>
                <w:szCs w:val="22"/>
              </w:rPr>
              <w:t>PA1 nằm trên từng máy của bà con nên khó cập nhật mô hình cho tất cả.</w:t>
            </w:r>
          </w:p>
        </w:tc>
      </w:tr>
      <w:tr w:rsidR="00D037A5" w14:paraId="35AEBAB0" w14:textId="77777777">
        <w:trPr>
          <w:cantSplit/>
          <w:jc w:val="center"/>
        </w:trPr>
        <w:tc>
          <w:tcPr>
            <w:tcW w:w="2117" w:type="dxa"/>
          </w:tcPr>
          <w:p w14:paraId="3068D98D" w14:textId="77777777" w:rsidR="00D037A5" w:rsidRDefault="006A2323">
            <w:pPr>
              <w:spacing w:after="0" w:line="240" w:lineRule="auto"/>
            </w:pPr>
            <w:r>
              <w:rPr>
                <w:sz w:val="22"/>
                <w:szCs w:val="22"/>
              </w:rPr>
              <w:t>3. Công nghệ</w:t>
            </w:r>
          </w:p>
        </w:tc>
        <w:tc>
          <w:tcPr>
            <w:tcW w:w="726" w:type="dxa"/>
            <w:vAlign w:val="center"/>
          </w:tcPr>
          <w:p w14:paraId="416EB1CA" w14:textId="77777777" w:rsidR="00D037A5" w:rsidRDefault="006A2323">
            <w:pPr>
              <w:spacing w:after="0" w:line="240" w:lineRule="auto"/>
              <w:jc w:val="center"/>
            </w:pPr>
            <w:r>
              <w:rPr>
                <w:sz w:val="22"/>
                <w:szCs w:val="22"/>
              </w:rPr>
              <w:t>2</w:t>
            </w:r>
          </w:p>
        </w:tc>
        <w:tc>
          <w:tcPr>
            <w:tcW w:w="726" w:type="dxa"/>
            <w:vAlign w:val="center"/>
          </w:tcPr>
          <w:p w14:paraId="4EA77BBB" w14:textId="77777777" w:rsidR="00D037A5" w:rsidRDefault="006A2323">
            <w:pPr>
              <w:spacing w:after="0" w:line="240" w:lineRule="auto"/>
              <w:jc w:val="center"/>
            </w:pPr>
            <w:r>
              <w:rPr>
                <w:sz w:val="22"/>
                <w:szCs w:val="22"/>
              </w:rPr>
              <w:t>2</w:t>
            </w:r>
          </w:p>
        </w:tc>
        <w:tc>
          <w:tcPr>
            <w:tcW w:w="726" w:type="dxa"/>
            <w:vAlign w:val="center"/>
          </w:tcPr>
          <w:p w14:paraId="0A429D9D" w14:textId="77777777" w:rsidR="00D037A5" w:rsidRDefault="006A2323">
            <w:pPr>
              <w:spacing w:after="0" w:line="240" w:lineRule="auto"/>
              <w:jc w:val="center"/>
            </w:pPr>
            <w:r>
              <w:rPr>
                <w:sz w:val="22"/>
                <w:szCs w:val="22"/>
              </w:rPr>
              <w:t>0</w:t>
            </w:r>
          </w:p>
        </w:tc>
        <w:tc>
          <w:tcPr>
            <w:tcW w:w="4776" w:type="dxa"/>
          </w:tcPr>
          <w:p w14:paraId="38A539FF" w14:textId="77777777" w:rsidR="00D037A5" w:rsidRDefault="006A2323">
            <w:pPr>
              <w:spacing w:after="0" w:line="240" w:lineRule="auto"/>
            </w:pPr>
            <w:r>
              <w:rPr>
                <w:sz w:val="22"/>
                <w:szCs w:val="22"/>
              </w:rPr>
              <w:t>PA3 cần mạng liên tục và tài khoản, ruộng lúa không có mạng.</w:t>
            </w:r>
          </w:p>
        </w:tc>
      </w:tr>
      <w:tr w:rsidR="00D037A5" w14:paraId="7F0D5AEA" w14:textId="77777777">
        <w:trPr>
          <w:cantSplit/>
          <w:jc w:val="center"/>
        </w:trPr>
        <w:tc>
          <w:tcPr>
            <w:tcW w:w="2117" w:type="dxa"/>
          </w:tcPr>
          <w:p w14:paraId="0B3CBD9E" w14:textId="77777777" w:rsidR="00D037A5" w:rsidRDefault="006A2323">
            <w:pPr>
              <w:spacing w:after="0" w:line="240" w:lineRule="auto"/>
            </w:pPr>
            <w:r>
              <w:rPr>
                <w:sz w:val="22"/>
                <w:szCs w:val="22"/>
              </w:rPr>
              <w:t>4. Nguồn lực</w:t>
            </w:r>
          </w:p>
        </w:tc>
        <w:tc>
          <w:tcPr>
            <w:tcW w:w="726" w:type="dxa"/>
            <w:vAlign w:val="center"/>
          </w:tcPr>
          <w:p w14:paraId="34431B69" w14:textId="77777777" w:rsidR="00D037A5" w:rsidRDefault="006A2323">
            <w:pPr>
              <w:spacing w:after="0" w:line="240" w:lineRule="auto"/>
              <w:jc w:val="center"/>
            </w:pPr>
            <w:r>
              <w:rPr>
                <w:sz w:val="22"/>
                <w:szCs w:val="22"/>
              </w:rPr>
              <w:t>1</w:t>
            </w:r>
          </w:p>
        </w:tc>
        <w:tc>
          <w:tcPr>
            <w:tcW w:w="726" w:type="dxa"/>
            <w:vAlign w:val="center"/>
          </w:tcPr>
          <w:p w14:paraId="0D7F49CA" w14:textId="77777777" w:rsidR="00D037A5" w:rsidRDefault="006A2323">
            <w:pPr>
              <w:spacing w:after="0" w:line="240" w:lineRule="auto"/>
              <w:jc w:val="center"/>
            </w:pPr>
            <w:r>
              <w:rPr>
                <w:sz w:val="22"/>
                <w:szCs w:val="22"/>
              </w:rPr>
              <w:t>2</w:t>
            </w:r>
          </w:p>
        </w:tc>
        <w:tc>
          <w:tcPr>
            <w:tcW w:w="726" w:type="dxa"/>
            <w:vAlign w:val="center"/>
          </w:tcPr>
          <w:p w14:paraId="673E7829" w14:textId="77777777" w:rsidR="00D037A5" w:rsidRDefault="006A2323">
            <w:pPr>
              <w:spacing w:after="0" w:line="240" w:lineRule="auto"/>
              <w:jc w:val="center"/>
            </w:pPr>
            <w:r>
              <w:rPr>
                <w:sz w:val="22"/>
                <w:szCs w:val="22"/>
              </w:rPr>
              <w:t>0</w:t>
            </w:r>
          </w:p>
        </w:tc>
        <w:tc>
          <w:tcPr>
            <w:tcW w:w="4776" w:type="dxa"/>
          </w:tcPr>
          <w:p w14:paraId="6294BC6C" w14:textId="77777777" w:rsidR="00D037A5" w:rsidRDefault="006A2323">
            <w:pPr>
              <w:spacing w:after="0" w:line="240" w:lineRule="auto"/>
            </w:pPr>
            <w:r>
              <w:rPr>
                <w:sz w:val="22"/>
                <w:szCs w:val="22"/>
              </w:rPr>
              <w:t>PA1 không ai bảo trì được trên máy của bà con; PA3 chưa có người quản trị máy chủ.</w:t>
            </w:r>
          </w:p>
        </w:tc>
      </w:tr>
      <w:tr w:rsidR="00D037A5" w14:paraId="40715326" w14:textId="77777777">
        <w:trPr>
          <w:cantSplit/>
          <w:jc w:val="center"/>
        </w:trPr>
        <w:tc>
          <w:tcPr>
            <w:tcW w:w="2117" w:type="dxa"/>
          </w:tcPr>
          <w:p w14:paraId="3E65C17D" w14:textId="77777777" w:rsidR="00D037A5" w:rsidRDefault="006A2323">
            <w:pPr>
              <w:spacing w:after="0" w:line="240" w:lineRule="auto"/>
            </w:pPr>
            <w:r>
              <w:rPr>
                <w:sz w:val="22"/>
                <w:szCs w:val="22"/>
              </w:rPr>
              <w:t>5. Rủi ro</w:t>
            </w:r>
          </w:p>
        </w:tc>
        <w:tc>
          <w:tcPr>
            <w:tcW w:w="726" w:type="dxa"/>
            <w:vAlign w:val="center"/>
          </w:tcPr>
          <w:p w14:paraId="60BCA343" w14:textId="77777777" w:rsidR="00D037A5" w:rsidRDefault="006A2323">
            <w:pPr>
              <w:spacing w:after="0" w:line="240" w:lineRule="auto"/>
              <w:jc w:val="center"/>
            </w:pPr>
            <w:r>
              <w:rPr>
                <w:sz w:val="22"/>
                <w:szCs w:val="22"/>
              </w:rPr>
              <w:t>1</w:t>
            </w:r>
          </w:p>
        </w:tc>
        <w:tc>
          <w:tcPr>
            <w:tcW w:w="726" w:type="dxa"/>
            <w:vAlign w:val="center"/>
          </w:tcPr>
          <w:p w14:paraId="3FD02CCA" w14:textId="77777777" w:rsidR="00D037A5" w:rsidRDefault="006A2323">
            <w:pPr>
              <w:spacing w:after="0" w:line="240" w:lineRule="auto"/>
              <w:jc w:val="center"/>
            </w:pPr>
            <w:r>
              <w:rPr>
                <w:sz w:val="22"/>
                <w:szCs w:val="22"/>
              </w:rPr>
              <w:t>2</w:t>
            </w:r>
          </w:p>
        </w:tc>
        <w:tc>
          <w:tcPr>
            <w:tcW w:w="726" w:type="dxa"/>
            <w:vAlign w:val="center"/>
          </w:tcPr>
          <w:p w14:paraId="305306FE" w14:textId="77777777" w:rsidR="00D037A5" w:rsidRDefault="006A2323">
            <w:pPr>
              <w:spacing w:after="0" w:line="240" w:lineRule="auto"/>
              <w:jc w:val="center"/>
            </w:pPr>
            <w:r>
              <w:rPr>
                <w:sz w:val="22"/>
                <w:szCs w:val="22"/>
              </w:rPr>
              <w:t>1</w:t>
            </w:r>
          </w:p>
        </w:tc>
        <w:tc>
          <w:tcPr>
            <w:tcW w:w="4776" w:type="dxa"/>
          </w:tcPr>
          <w:p w14:paraId="7C400E4B" w14:textId="77777777" w:rsidR="00D037A5" w:rsidRDefault="006A2323">
            <w:pPr>
              <w:spacing w:after="0" w:line="240" w:lineRule="auto"/>
            </w:pPr>
            <w:r>
              <w:rPr>
                <w:sz w:val="22"/>
                <w:szCs w:val="22"/>
              </w:rPr>
              <w:t>PA2 có cán bộ ngay tại chỗ nên ghi nhận được lá bệnh mới ngay lúc đó.</w:t>
            </w:r>
          </w:p>
        </w:tc>
      </w:tr>
      <w:tr w:rsidR="00D037A5" w14:paraId="6583E0C3" w14:textId="77777777">
        <w:trPr>
          <w:cantSplit/>
          <w:jc w:val="center"/>
        </w:trPr>
        <w:tc>
          <w:tcPr>
            <w:tcW w:w="2117" w:type="dxa"/>
          </w:tcPr>
          <w:p w14:paraId="568FB50A" w14:textId="77777777" w:rsidR="00D037A5" w:rsidRDefault="006A2323">
            <w:pPr>
              <w:spacing w:after="0" w:line="240" w:lineRule="auto"/>
            </w:pPr>
            <w:r>
              <w:rPr>
                <w:sz w:val="22"/>
                <w:szCs w:val="22"/>
              </w:rPr>
              <w:t>6. Hiệu quả dự kiến</w:t>
            </w:r>
          </w:p>
        </w:tc>
        <w:tc>
          <w:tcPr>
            <w:tcW w:w="726" w:type="dxa"/>
            <w:vAlign w:val="center"/>
          </w:tcPr>
          <w:p w14:paraId="62213179" w14:textId="77777777" w:rsidR="00D037A5" w:rsidRDefault="006A2323">
            <w:pPr>
              <w:spacing w:after="0" w:line="240" w:lineRule="auto"/>
              <w:jc w:val="center"/>
            </w:pPr>
            <w:r>
              <w:rPr>
                <w:sz w:val="22"/>
                <w:szCs w:val="22"/>
              </w:rPr>
              <w:t>2</w:t>
            </w:r>
          </w:p>
        </w:tc>
        <w:tc>
          <w:tcPr>
            <w:tcW w:w="726" w:type="dxa"/>
            <w:vAlign w:val="center"/>
          </w:tcPr>
          <w:p w14:paraId="2E73DDED" w14:textId="77777777" w:rsidR="00D037A5" w:rsidRDefault="006A2323">
            <w:pPr>
              <w:spacing w:after="0" w:line="240" w:lineRule="auto"/>
              <w:jc w:val="center"/>
            </w:pPr>
            <w:r>
              <w:rPr>
                <w:sz w:val="22"/>
                <w:szCs w:val="22"/>
              </w:rPr>
              <w:t>2</w:t>
            </w:r>
          </w:p>
        </w:tc>
        <w:tc>
          <w:tcPr>
            <w:tcW w:w="726" w:type="dxa"/>
            <w:vAlign w:val="center"/>
          </w:tcPr>
          <w:p w14:paraId="2E15A750" w14:textId="77777777" w:rsidR="00D037A5" w:rsidRDefault="006A2323">
            <w:pPr>
              <w:spacing w:after="0" w:line="240" w:lineRule="auto"/>
              <w:jc w:val="center"/>
            </w:pPr>
            <w:r>
              <w:rPr>
                <w:sz w:val="22"/>
                <w:szCs w:val="22"/>
              </w:rPr>
              <w:t>1</w:t>
            </w:r>
          </w:p>
        </w:tc>
        <w:tc>
          <w:tcPr>
            <w:tcW w:w="4776" w:type="dxa"/>
          </w:tcPr>
          <w:p w14:paraId="0FC07637" w14:textId="77777777" w:rsidR="00D037A5" w:rsidRDefault="006A2323">
            <w:pPr>
              <w:spacing w:after="0" w:line="240" w:lineRule="auto"/>
            </w:pPr>
            <w:r>
              <w:rPr>
                <w:sz w:val="22"/>
                <w:szCs w:val="22"/>
              </w:rPr>
              <w:t>PA1 và PA2 tiết kiệm thời gian ngay tại ruộng; PA3 còn phải chờ kết nối.</w:t>
            </w:r>
          </w:p>
        </w:tc>
      </w:tr>
      <w:tr w:rsidR="00D037A5" w14:paraId="300A283E" w14:textId="77777777">
        <w:trPr>
          <w:cantSplit/>
          <w:jc w:val="center"/>
        </w:trPr>
        <w:tc>
          <w:tcPr>
            <w:tcW w:w="2117" w:type="dxa"/>
          </w:tcPr>
          <w:p w14:paraId="0F528F4E" w14:textId="77777777" w:rsidR="00D037A5" w:rsidRDefault="006A2323">
            <w:pPr>
              <w:spacing w:after="0" w:line="240" w:lineRule="auto"/>
            </w:pPr>
            <w:r>
              <w:rPr>
                <w:sz w:val="22"/>
                <w:szCs w:val="22"/>
              </w:rPr>
              <w:t>Tổng điểm quy đổi</w:t>
            </w:r>
          </w:p>
        </w:tc>
        <w:tc>
          <w:tcPr>
            <w:tcW w:w="726" w:type="dxa"/>
            <w:vAlign w:val="center"/>
          </w:tcPr>
          <w:p w14:paraId="6D505D7A" w14:textId="77777777" w:rsidR="00D037A5" w:rsidRDefault="006A2323">
            <w:pPr>
              <w:spacing w:after="0" w:line="240" w:lineRule="auto"/>
              <w:jc w:val="center"/>
            </w:pPr>
            <w:r>
              <w:rPr>
                <w:sz w:val="22"/>
                <w:szCs w:val="22"/>
              </w:rPr>
              <w:t>1,3</w:t>
            </w:r>
          </w:p>
        </w:tc>
        <w:tc>
          <w:tcPr>
            <w:tcW w:w="726" w:type="dxa"/>
            <w:vAlign w:val="center"/>
          </w:tcPr>
          <w:p w14:paraId="3F1F0FBA" w14:textId="77777777" w:rsidR="00D037A5" w:rsidRDefault="006A2323">
            <w:pPr>
              <w:spacing w:after="0" w:line="240" w:lineRule="auto"/>
              <w:jc w:val="center"/>
            </w:pPr>
            <w:r>
              <w:rPr>
                <w:sz w:val="22"/>
                <w:szCs w:val="22"/>
              </w:rPr>
              <w:t>2,0</w:t>
            </w:r>
          </w:p>
        </w:tc>
        <w:tc>
          <w:tcPr>
            <w:tcW w:w="726" w:type="dxa"/>
            <w:vAlign w:val="center"/>
          </w:tcPr>
          <w:p w14:paraId="25AB1688" w14:textId="77777777" w:rsidR="00D037A5" w:rsidRDefault="006A2323">
            <w:pPr>
              <w:spacing w:after="0" w:line="240" w:lineRule="auto"/>
              <w:jc w:val="center"/>
            </w:pPr>
            <w:r>
              <w:rPr>
                <w:sz w:val="22"/>
                <w:szCs w:val="22"/>
              </w:rPr>
              <w:t>0,8</w:t>
            </w:r>
          </w:p>
        </w:tc>
        <w:tc>
          <w:tcPr>
            <w:tcW w:w="4776" w:type="dxa"/>
          </w:tcPr>
          <w:p w14:paraId="2F8C2F95" w14:textId="77777777" w:rsidR="00D037A5" w:rsidRDefault="006A2323">
            <w:pPr>
              <w:spacing w:after="0" w:line="240" w:lineRule="auto"/>
            </w:pPr>
            <w:r>
              <w:rPr>
                <w:sz w:val="22"/>
                <w:szCs w:val="22"/>
              </w:rPr>
              <w:t>PA3 bị loại do điểm bằng không ở tiêu chí 3, nên không so tổng điểm.</w:t>
            </w:r>
          </w:p>
        </w:tc>
      </w:tr>
    </w:tbl>
    <w:p w14:paraId="10B6A672" w14:textId="77777777" w:rsidR="00D037A5" w:rsidRDefault="00D037A5">
      <w:pPr>
        <w:spacing w:after="40" w:line="192" w:lineRule="auto"/>
        <w:jc w:val="both"/>
      </w:pPr>
    </w:p>
    <w:p w14:paraId="4A1C27AC" w14:textId="77777777" w:rsidR="00D037A5" w:rsidRDefault="006A2323">
      <w:pPr>
        <w:spacing w:after="60" w:line="264" w:lineRule="auto"/>
        <w:jc w:val="both"/>
      </w:pPr>
      <w:r>
        <w:rPr>
          <w:i/>
          <w:sz w:val="24"/>
        </w:rPr>
        <w:t>Đây là một cách chấm tham khảo. Chấp nhận cách chấm khác nếu nhóm biện minh được bằng minh chứng từ tình huống. Nhắc HS điều kiện loại: nếu một phương án có điểm bằng không ở tiêu chí 3 thì bị loại ngay, không so tổng điểm.</w:t>
      </w:r>
    </w:p>
    <w:p w14:paraId="352ADD88" w14:textId="77777777" w:rsidR="00D037A5" w:rsidRDefault="006A2323">
      <w:pPr>
        <w:keepNext/>
        <w:spacing w:before="80" w:after="60" w:line="264" w:lineRule="auto"/>
        <w:jc w:val="both"/>
      </w:pPr>
      <w:r>
        <w:rPr>
          <w:b/>
        </w:rPr>
        <w:t>4. Gợi ý đáp án Phiếu lựa chọn</w:t>
      </w:r>
    </w:p>
    <w:p w14:paraId="48818166" w14:textId="77777777" w:rsidR="00D037A5" w:rsidRDefault="006A2323">
      <w:pPr>
        <w:spacing w:after="60" w:line="264" w:lineRule="auto"/>
        <w:jc w:val="both"/>
      </w:pPr>
      <w:r>
        <w:t>Một phiếu mẫu đáp ứng yêu cầu: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608"/>
        <w:gridCol w:w="6463"/>
      </w:tblGrid>
      <w:tr w:rsidR="00D037A5" w14:paraId="669F2120" w14:textId="77777777">
        <w:trPr>
          <w:cantSplit/>
          <w:tblHeader/>
          <w:jc w:val="center"/>
        </w:trPr>
        <w:tc>
          <w:tcPr>
            <w:tcW w:w="2608" w:type="dxa"/>
            <w:vAlign w:val="center"/>
          </w:tcPr>
          <w:p w14:paraId="2B4DFB79" w14:textId="77777777" w:rsidR="00D037A5" w:rsidRDefault="006A2323">
            <w:pPr>
              <w:spacing w:after="0" w:line="240" w:lineRule="auto"/>
              <w:jc w:val="center"/>
            </w:pPr>
            <w:r>
              <w:rPr>
                <w:b/>
                <w:sz w:val="22"/>
                <w:szCs w:val="22"/>
              </w:rPr>
              <w:t>Mục</w:t>
            </w:r>
          </w:p>
        </w:tc>
        <w:tc>
          <w:tcPr>
            <w:tcW w:w="6463" w:type="dxa"/>
            <w:vAlign w:val="center"/>
          </w:tcPr>
          <w:p w14:paraId="69B52D7E" w14:textId="77777777" w:rsidR="00D037A5" w:rsidRDefault="006A2323">
            <w:pPr>
              <w:spacing w:after="0" w:line="240" w:lineRule="auto"/>
              <w:jc w:val="center"/>
            </w:pPr>
            <w:r>
              <w:rPr>
                <w:b/>
                <w:sz w:val="22"/>
                <w:szCs w:val="22"/>
              </w:rPr>
              <w:t>Câu trả lời mẫu</w:t>
            </w:r>
          </w:p>
        </w:tc>
      </w:tr>
      <w:tr w:rsidR="00D037A5" w14:paraId="1F929C88" w14:textId="77777777">
        <w:trPr>
          <w:cantSplit/>
          <w:jc w:val="center"/>
        </w:trPr>
        <w:tc>
          <w:tcPr>
            <w:tcW w:w="2608" w:type="dxa"/>
          </w:tcPr>
          <w:p w14:paraId="01C6A71D" w14:textId="77777777" w:rsidR="00D037A5" w:rsidRDefault="006A2323">
            <w:pPr>
              <w:spacing w:after="0" w:line="240" w:lineRule="auto"/>
            </w:pPr>
            <w:r>
              <w:rPr>
                <w:sz w:val="22"/>
                <w:szCs w:val="22"/>
              </w:rPr>
              <w:t>1. Phương án được chọn</w:t>
            </w:r>
          </w:p>
        </w:tc>
        <w:tc>
          <w:tcPr>
            <w:tcW w:w="6463" w:type="dxa"/>
          </w:tcPr>
          <w:p w14:paraId="3D05B8E2" w14:textId="77777777" w:rsidR="00D037A5" w:rsidRDefault="006A2323">
            <w:pPr>
              <w:spacing w:after="0" w:line="240" w:lineRule="auto"/>
            </w:pPr>
            <w:r>
              <w:rPr>
                <w:sz w:val="22"/>
                <w:szCs w:val="22"/>
              </w:rPr>
              <w:t>PA2, hoạt động trên máy tính tại trạm khuyến nông.</w:t>
            </w:r>
          </w:p>
        </w:tc>
      </w:tr>
      <w:tr w:rsidR="00D037A5" w14:paraId="4CA6F1CE" w14:textId="77777777">
        <w:trPr>
          <w:cantSplit/>
          <w:jc w:val="center"/>
        </w:trPr>
        <w:tc>
          <w:tcPr>
            <w:tcW w:w="2608" w:type="dxa"/>
          </w:tcPr>
          <w:p w14:paraId="568BE37F" w14:textId="77777777" w:rsidR="00D037A5" w:rsidRDefault="006A2323">
            <w:pPr>
              <w:spacing w:after="0" w:line="240" w:lineRule="auto"/>
            </w:pPr>
            <w:r>
              <w:rPr>
                <w:sz w:val="22"/>
                <w:szCs w:val="22"/>
              </w:rPr>
              <w:t>2. Lí do thứ nhất</w:t>
            </w:r>
          </w:p>
        </w:tc>
        <w:tc>
          <w:tcPr>
            <w:tcW w:w="6463" w:type="dxa"/>
          </w:tcPr>
          <w:p w14:paraId="4FA37406" w14:textId="77777777" w:rsidR="00D037A5" w:rsidRDefault="006A2323">
            <w:pPr>
              <w:spacing w:after="0" w:line="240" w:lineRule="auto"/>
            </w:pPr>
            <w:r>
              <w:rPr>
                <w:sz w:val="22"/>
                <w:szCs w:val="22"/>
              </w:rPr>
              <w:t>Điểm 2 ở tiêu chí 2: cán bộ gom được ảnh lá bệnh mới về một chỗ và cập nhật vào mô hình cho tất cả.</w:t>
            </w:r>
          </w:p>
        </w:tc>
      </w:tr>
      <w:tr w:rsidR="00D037A5" w14:paraId="428C3D02" w14:textId="77777777">
        <w:trPr>
          <w:cantSplit/>
          <w:jc w:val="center"/>
        </w:trPr>
        <w:tc>
          <w:tcPr>
            <w:tcW w:w="2608" w:type="dxa"/>
          </w:tcPr>
          <w:p w14:paraId="3B974DB1" w14:textId="77777777" w:rsidR="00D037A5" w:rsidRDefault="006A2323">
            <w:pPr>
              <w:spacing w:after="0" w:line="240" w:lineRule="auto"/>
            </w:pPr>
            <w:r>
              <w:rPr>
                <w:sz w:val="22"/>
                <w:szCs w:val="22"/>
              </w:rPr>
              <w:t>3. Lí do thứ hai</w:t>
            </w:r>
          </w:p>
        </w:tc>
        <w:tc>
          <w:tcPr>
            <w:tcW w:w="6463" w:type="dxa"/>
          </w:tcPr>
          <w:p w14:paraId="368C61AF" w14:textId="77777777" w:rsidR="00D037A5" w:rsidRDefault="006A2323">
            <w:pPr>
              <w:spacing w:after="0" w:line="240" w:lineRule="auto"/>
            </w:pPr>
            <w:r>
              <w:rPr>
                <w:sz w:val="22"/>
                <w:szCs w:val="22"/>
              </w:rPr>
              <w:t>Điểm 2 ở tiêu chí 4: cán bộ khuyến nông là người bảo trì được mô hình khi gặp lá bệnh mới.</w:t>
            </w:r>
          </w:p>
        </w:tc>
      </w:tr>
      <w:tr w:rsidR="00D037A5" w14:paraId="2AE67928" w14:textId="77777777">
        <w:trPr>
          <w:cantSplit/>
          <w:jc w:val="center"/>
        </w:trPr>
        <w:tc>
          <w:tcPr>
            <w:tcW w:w="2608" w:type="dxa"/>
          </w:tcPr>
          <w:p w14:paraId="190D45AE" w14:textId="77777777" w:rsidR="00D037A5" w:rsidRDefault="006A2323">
            <w:pPr>
              <w:spacing w:after="0" w:line="240" w:lineRule="auto"/>
            </w:pPr>
            <w:r>
              <w:rPr>
                <w:sz w:val="22"/>
                <w:szCs w:val="22"/>
              </w:rPr>
              <w:t>4. Lí do thứ ba</w:t>
            </w:r>
          </w:p>
        </w:tc>
        <w:tc>
          <w:tcPr>
            <w:tcW w:w="6463" w:type="dxa"/>
          </w:tcPr>
          <w:p w14:paraId="2D36D06C" w14:textId="77777777" w:rsidR="00D037A5" w:rsidRDefault="006A2323">
            <w:pPr>
              <w:spacing w:after="0" w:line="240" w:lineRule="auto"/>
            </w:pPr>
            <w:r>
              <w:rPr>
                <w:sz w:val="22"/>
                <w:szCs w:val="22"/>
              </w:rPr>
              <w:t>Điểm 2 ở tiêu chí 3: không cần mạng và tài khoản khi dùng tại ruộng, đúng điều kiện thật của hợp tác xã.</w:t>
            </w:r>
          </w:p>
        </w:tc>
      </w:tr>
      <w:tr w:rsidR="00D037A5" w14:paraId="65F09A97" w14:textId="77777777">
        <w:trPr>
          <w:cantSplit/>
          <w:jc w:val="center"/>
        </w:trPr>
        <w:tc>
          <w:tcPr>
            <w:tcW w:w="2608" w:type="dxa"/>
          </w:tcPr>
          <w:p w14:paraId="66C2B6AA" w14:textId="77777777" w:rsidR="00D037A5" w:rsidRDefault="006A2323">
            <w:pPr>
              <w:spacing w:after="0" w:line="240" w:lineRule="auto"/>
            </w:pPr>
            <w:r>
              <w:rPr>
                <w:sz w:val="22"/>
                <w:szCs w:val="22"/>
              </w:rPr>
              <w:t>5. Nhược điểm của phương án đã chọn</w:t>
            </w:r>
          </w:p>
        </w:tc>
        <w:tc>
          <w:tcPr>
            <w:tcW w:w="6463" w:type="dxa"/>
          </w:tcPr>
          <w:p w14:paraId="56E68E5E" w14:textId="77777777" w:rsidR="00D037A5" w:rsidRDefault="006A2323">
            <w:pPr>
              <w:spacing w:after="0" w:line="240" w:lineRule="auto"/>
            </w:pPr>
            <w:r>
              <w:rPr>
                <w:sz w:val="22"/>
                <w:szCs w:val="22"/>
              </w:rPr>
              <w:t>Cán bộ phải mang máy xuống ruộng, mà đội ngũ trạm chỉ có hai người.</w:t>
            </w:r>
          </w:p>
        </w:tc>
      </w:tr>
      <w:tr w:rsidR="00D037A5" w14:paraId="130EA94E" w14:textId="77777777">
        <w:trPr>
          <w:cantSplit/>
          <w:jc w:val="center"/>
        </w:trPr>
        <w:tc>
          <w:tcPr>
            <w:tcW w:w="2608" w:type="dxa"/>
          </w:tcPr>
          <w:p w14:paraId="5A678904" w14:textId="77777777" w:rsidR="00D037A5" w:rsidRDefault="006A2323">
            <w:pPr>
              <w:spacing w:after="0" w:line="240" w:lineRule="auto"/>
            </w:pPr>
            <w:r>
              <w:rPr>
                <w:sz w:val="22"/>
                <w:szCs w:val="22"/>
              </w:rPr>
              <w:t>6. Điều kiện phải có</w:t>
            </w:r>
          </w:p>
        </w:tc>
        <w:tc>
          <w:tcPr>
            <w:tcW w:w="6463" w:type="dxa"/>
          </w:tcPr>
          <w:p w14:paraId="51004973" w14:textId="77777777" w:rsidR="00D037A5" w:rsidRDefault="006A2323">
            <w:pPr>
              <w:spacing w:after="0" w:line="240" w:lineRule="auto"/>
            </w:pPr>
            <w:r>
              <w:rPr>
                <w:sz w:val="22"/>
                <w:szCs w:val="22"/>
              </w:rPr>
              <w:t>Trạm phải có một máy tính, một máy chụp ảnh di động và cán bộ được tập huấn mỗi tháng một lần. Không có ba điều kiện này thì phương án này không dùng được.</w:t>
            </w:r>
          </w:p>
        </w:tc>
      </w:tr>
      <w:tr w:rsidR="00D037A5" w14:paraId="7CE9186D" w14:textId="77777777">
        <w:trPr>
          <w:cantSplit/>
          <w:jc w:val="center"/>
        </w:trPr>
        <w:tc>
          <w:tcPr>
            <w:tcW w:w="2608" w:type="dxa"/>
          </w:tcPr>
          <w:p w14:paraId="3481D7B9" w14:textId="77777777" w:rsidR="00D037A5" w:rsidRDefault="006A2323">
            <w:pPr>
              <w:spacing w:after="0" w:line="240" w:lineRule="auto"/>
            </w:pPr>
            <w:r>
              <w:rPr>
                <w:sz w:val="22"/>
                <w:szCs w:val="22"/>
              </w:rPr>
              <w:t>7. Phương án dự phòng khi hợp tác xã chưa có thiết bị</w:t>
            </w:r>
          </w:p>
        </w:tc>
        <w:tc>
          <w:tcPr>
            <w:tcW w:w="6463" w:type="dxa"/>
          </w:tcPr>
          <w:p w14:paraId="743DAB7F" w14:textId="77777777" w:rsidR="00D037A5" w:rsidRDefault="006A2323">
            <w:pPr>
              <w:spacing w:after="0" w:line="240" w:lineRule="auto"/>
            </w:pPr>
            <w:r>
              <w:rPr>
                <w:sz w:val="22"/>
                <w:szCs w:val="22"/>
              </w:rPr>
              <w:t>Chưa mua được máy thì cán bộ khuyến nông dùng điện thoại có sẵn để chụp ảnh, ghi kết quả vào sổ tay; việc nhận dạng thì hoãn lại cho đến khi trạm có máy.</w:t>
            </w:r>
          </w:p>
        </w:tc>
      </w:tr>
      <w:tr w:rsidR="00D037A5" w14:paraId="5DDC7FD1" w14:textId="77777777">
        <w:trPr>
          <w:cantSplit/>
          <w:jc w:val="center"/>
        </w:trPr>
        <w:tc>
          <w:tcPr>
            <w:tcW w:w="2608" w:type="dxa"/>
          </w:tcPr>
          <w:p w14:paraId="155B0004" w14:textId="77777777" w:rsidR="00D037A5" w:rsidRDefault="006A2323">
            <w:pPr>
              <w:spacing w:after="0" w:line="240" w:lineRule="auto"/>
            </w:pPr>
            <w:r>
              <w:rPr>
                <w:sz w:val="22"/>
                <w:szCs w:val="22"/>
              </w:rPr>
              <w:t>8. Công cụ AI và phạm vi hỗ trợ</w:t>
            </w:r>
          </w:p>
        </w:tc>
        <w:tc>
          <w:tcPr>
            <w:tcW w:w="6463" w:type="dxa"/>
          </w:tcPr>
          <w:p w14:paraId="5F1C5B04" w14:textId="77777777" w:rsidR="00D037A5" w:rsidRDefault="006A2323">
            <w:pPr>
              <w:spacing w:after="0" w:line="240" w:lineRule="auto"/>
            </w:pPr>
            <w:r>
              <w:rPr>
                <w:sz w:val="22"/>
                <w:szCs w:val="22"/>
              </w:rPr>
              <w:t>Teachable Machine, dùng để huấn luyện mô hình phân loại ảnh lá lúa. Công cụ chỉ hỗ trợ phần nhận dạng ảnh; không quyết định việc dùng thuốc và không thay cán bộ khuyến nông khi lá bệnh chưa từng thấy.</w:t>
            </w:r>
          </w:p>
        </w:tc>
      </w:tr>
    </w:tbl>
    <w:p w14:paraId="6F206D2F" w14:textId="77777777" w:rsidR="00D037A5" w:rsidRDefault="00D037A5">
      <w:pPr>
        <w:spacing w:after="40" w:line="192" w:lineRule="auto"/>
        <w:jc w:val="both"/>
      </w:pPr>
    </w:p>
    <w:p w14:paraId="4A09925E" w14:textId="77777777" w:rsidR="00D037A5" w:rsidRDefault="006A2323">
      <w:pPr>
        <w:spacing w:after="60" w:line="264" w:lineRule="auto"/>
        <w:jc w:val="both"/>
      </w:pPr>
      <w:r>
        <w:rPr>
          <w:i/>
          <w:sz w:val="24"/>
        </w:rPr>
        <w:t>Chấp nhận nhóm chọn phương án khác nếu ma trận có căn cứ và phiếu lựa chọn nêu rõ điều kiện kèm theo. Không chấp nhận nhóm chọn phương án mà không viết mục 6 và mục 7.</w:t>
      </w:r>
    </w:p>
    <w:p w14:paraId="6C41085F" w14:textId="77777777" w:rsidR="00D037A5" w:rsidRDefault="006A2323">
      <w:pPr>
        <w:keepNext/>
        <w:spacing w:before="80" w:after="60" w:line="264" w:lineRule="auto"/>
        <w:jc w:val="both"/>
      </w:pPr>
      <w:r>
        <w:rPr>
          <w:b/>
        </w:rPr>
        <w:t>5. Những nhầm lẫn thường gặp</w:t>
      </w:r>
    </w:p>
    <w:p w14:paraId="15EB17C1" w14:textId="77777777" w:rsidR="00D037A5" w:rsidRDefault="006A2323">
      <w:pPr>
        <w:tabs>
          <w:tab w:val="left" w:pos="425"/>
        </w:tabs>
        <w:spacing w:after="60" w:line="264" w:lineRule="auto"/>
        <w:ind w:left="425" w:hanging="227"/>
        <w:jc w:val="both"/>
      </w:pPr>
      <w:r>
        <w:t xml:space="preserve">- </w:t>
      </w:r>
      <w:r>
        <w:tab/>
      </w:r>
      <w:r>
        <w:t>Chọn phương án “xịn nhất” vì công nghệ mới. Cách khắc phục: yêu cầu HS chỉ ra tiêu chí nào trong ma trận phản ánh điều đó.</w:t>
      </w:r>
    </w:p>
    <w:p w14:paraId="76FB08AC" w14:textId="77777777" w:rsidR="00D037A5" w:rsidRDefault="006A2323">
      <w:pPr>
        <w:tabs>
          <w:tab w:val="left" w:pos="425"/>
        </w:tabs>
        <w:spacing w:after="60" w:line="264" w:lineRule="auto"/>
        <w:ind w:left="425" w:hanging="227"/>
        <w:jc w:val="both"/>
      </w:pPr>
      <w:r>
        <w:t xml:space="preserve">- </w:t>
      </w:r>
      <w:r>
        <w:tab/>
      </w:r>
      <w:r>
        <w:t>Chấm điểm rồi không viết lí do. Cách khắc phục: trả phiếu về nếu cột căn cứ đánh giá còn ô trống.</w:t>
      </w:r>
    </w:p>
    <w:p w14:paraId="1788AC38" w14:textId="77777777" w:rsidR="00D037A5" w:rsidRDefault="006A2323">
      <w:pPr>
        <w:tabs>
          <w:tab w:val="left" w:pos="425"/>
        </w:tabs>
        <w:spacing w:after="60" w:line="264" w:lineRule="auto"/>
        <w:ind w:left="425" w:hanging="227"/>
        <w:jc w:val="both"/>
      </w:pPr>
      <w:r>
        <w:t xml:space="preserve">- </w:t>
      </w:r>
      <w:r>
        <w:tab/>
      </w:r>
      <w:r>
        <w:t>Cho rằng mô hình khác nhau theo phương án. Cách khắc phục: quay lại HĐ 2, nhắc rằng trong tình huống này ba phương án dùng chung một mô hình đã huấn luyện; đây là giả định để so sánh, không phải nguyên tắc chung.</w:t>
      </w:r>
    </w:p>
    <w:p w14:paraId="71438C06" w14:textId="77777777" w:rsidR="00D037A5" w:rsidRDefault="006A2323">
      <w:pPr>
        <w:tabs>
          <w:tab w:val="left" w:pos="425"/>
        </w:tabs>
        <w:spacing w:after="60" w:line="264" w:lineRule="auto"/>
        <w:ind w:left="425" w:hanging="227"/>
        <w:jc w:val="both"/>
      </w:pPr>
      <w:r>
        <w:t xml:space="preserve">- </w:t>
      </w:r>
      <w:r>
        <w:tab/>
      </w:r>
      <w:r>
        <w:t>Quên phương án dự phòng khi chưa có thiết bị. Cách khắc phục: đọc lại mục 7 của Phiếu lựa chọn và nhắc yêu cầu bắt buộc phải có phương án dự phòng khi chưa có thiết bị.</w:t>
      </w:r>
    </w:p>
    <w:p w14:paraId="475FBE69" w14:textId="77777777" w:rsidR="00D037A5" w:rsidRDefault="006A2323">
      <w:pPr>
        <w:tabs>
          <w:tab w:val="left" w:pos="425"/>
        </w:tabs>
        <w:spacing w:after="60" w:line="264" w:lineRule="auto"/>
        <w:ind w:left="425" w:hanging="227"/>
        <w:jc w:val="both"/>
      </w:pPr>
      <w:r>
        <w:t xml:space="preserve">- </w:t>
      </w:r>
      <w:r>
        <w:tab/>
      </w:r>
      <w:r>
        <w:t>Nghĩ quyết định chọn phương án là của nhóm học sinh. Cách khắc phục: nhắc lại kết luận ở HĐ 4 rằng quyết định dùng phương án nào thuộc về hợp tác xã và cán bộ khuyến nông, nhóm học sinh chỉ đề xuất và giải trình.</w:t>
      </w:r>
    </w:p>
    <w:p w14:paraId="3F18A247" w14:textId="77777777" w:rsidR="00D037A5" w:rsidRDefault="006A2323">
      <w:pPr>
        <w:keepNext/>
        <w:spacing w:before="80" w:after="60" w:line="264" w:lineRule="auto"/>
        <w:jc w:val="both"/>
      </w:pPr>
      <w:r>
        <w:rPr>
          <w:b/>
        </w:rPr>
        <w:t>6. Nối tiếp sang Bài 7</w:t>
      </w:r>
    </w:p>
    <w:p w14:paraId="2F16595B" w14:textId="77777777" w:rsidR="00D037A5" w:rsidRDefault="006A2323">
      <w:pPr>
        <w:tabs>
          <w:tab w:val="left" w:pos="425"/>
        </w:tabs>
        <w:spacing w:after="60" w:line="264" w:lineRule="auto"/>
        <w:ind w:left="425" w:hanging="227"/>
        <w:jc w:val="both"/>
      </w:pPr>
      <w:r>
        <w:t xml:space="preserve">- </w:t>
      </w:r>
      <w:r>
        <w:tab/>
      </w:r>
      <w:r>
        <w:t>Nhóm giữ nguyên kế hoạch đánh giá hiệu quả lập ở Bài 5 và chạy thử trên phương án được chọn ở bài này.</w:t>
      </w:r>
    </w:p>
    <w:p w14:paraId="076ED08D" w14:textId="77777777" w:rsidR="00D037A5" w:rsidRDefault="006A2323">
      <w:pPr>
        <w:tabs>
          <w:tab w:val="left" w:pos="425"/>
        </w:tabs>
        <w:spacing w:after="60" w:line="264" w:lineRule="auto"/>
        <w:ind w:left="425" w:hanging="227"/>
        <w:jc w:val="both"/>
      </w:pPr>
      <w:r>
        <w:t xml:space="preserve">- </w:t>
      </w:r>
      <w:r>
        <w:tab/>
      </w:r>
      <w:r>
        <w:t>Ở Bài 7, nhóm phân công vai trò để xây dựng, kiểm thử dữ liệu, mô hình và giao diện của phương án đã chọn.</w:t>
      </w:r>
    </w:p>
    <w:p w14:paraId="4143788E" w14:textId="77777777" w:rsidR="00D037A5" w:rsidRDefault="006A2323">
      <w:pPr>
        <w:keepNext/>
        <w:spacing w:before="160" w:after="60" w:line="264" w:lineRule="auto"/>
      </w:pPr>
      <w:r>
        <w:rPr>
          <w:b/>
        </w:rPr>
        <w:t>PL12.6.6. Ghi chú chuyên môn, nguồn tư liệu và lưu ý khi dạy (dành cho GV)</w:t>
      </w:r>
    </w:p>
    <w:p w14:paraId="5474B66D" w14:textId="77777777" w:rsidR="00D037A5" w:rsidRDefault="006A2323">
      <w:pPr>
        <w:spacing w:after="60" w:line="264" w:lineRule="auto"/>
        <w:jc w:val="both"/>
      </w:pPr>
      <w:r>
        <w:t>- Nội dung chuẩn hoá, gợi ý đáp án và những nhầm lẫn thường gặp: xem PL12.6.5 (dành cho GV).</w:t>
      </w:r>
    </w:p>
    <w:p w14:paraId="1C876172" w14:textId="77777777" w:rsidR="00D037A5" w:rsidRDefault="006A2323">
      <w:pPr>
        <w:spacing w:after="60" w:line="264" w:lineRule="auto"/>
        <w:jc w:val="both"/>
      </w:pPr>
      <w:r>
        <w:t>- Kiến thức nền và cách xử lí khi lớp chưa học bài trước: xem hàng HS ở mục II.</w:t>
      </w:r>
    </w:p>
    <w:p w14:paraId="1A3C7A9F" w14:textId="61491130" w:rsidR="00D037A5" w:rsidRDefault="006A2323" w:rsidP="00D20633">
      <w:pPr>
        <w:spacing w:after="60" w:line="264" w:lineRule="auto"/>
        <w:jc w:val="both"/>
      </w:pPr>
      <w:r>
        <w:t>- Tham chiếu tài liệu tập huấn giáo viên triển khai nội dung giáo dục AI: Phần II, mục A.4 (Vòng đời hệ thống AI và vai trò của con người ở từng giai đoạn); mục D.3 (Khả năng sử dụng miễn phí, dùng chung thiết bị, hoạt động ngoại tuyến hoặc thay thế bằng mô phỏng); Phần IV, mục 9.1 (Hướng dẫn tổ chức các chuyên đề giáo dục AI).</w:t>
      </w:r>
      <w:r>
        <w:br w:type="page"/>
      </w:r>
    </w:p>
    <w:p w14:paraId="1D38E4EE" w14:textId="77777777" w:rsidR="00D037A5" w:rsidRDefault="006A2323">
      <w:pPr>
        <w:spacing w:after="60" w:line="264" w:lineRule="auto"/>
        <w:jc w:val="both"/>
      </w:pPr>
      <w:r>
        <w:rPr>
          <w:i/>
          <w:sz w:val="24"/>
        </w:rPr>
        <w:t>Gợi ý theo dõi: số nhóm ghi nhược điểm bằng nhận xét cảm tính; số nhóm chấm điểm mà không có cột căn cứ đánh giá; số nhóm quên mục phương án dự phòng; phương án mà nhiều nhóm chọn và lí do thực tế đằng sau. Thời lượng thực tế của HĐ 3 so với dự kiến cũng cần ghi lại, vì HĐ 3 gánh hai việc.</w:t>
      </w:r>
    </w:p>
    <w:p w14:paraId="2AB336A9" w14:textId="77777777" w:rsidR="00D037A5" w:rsidRDefault="006A2323">
      <w:pPr>
        <w:keepNext/>
        <w:spacing w:before="80" w:after="60" w:line="264" w:lineRule="auto"/>
      </w:pPr>
      <w:r>
        <w:rPr>
          <w:b/>
        </w:rPr>
        <w:t>PL12.6.7. Mô tả mức đánh giá của bài và mẫu câu nhận xét</w:t>
      </w:r>
    </w:p>
    <w:p w14:paraId="3844ADB6" w14:textId="77777777" w:rsidR="00D037A5" w:rsidRDefault="006A2323">
      <w:pPr>
        <w:spacing w:after="60" w:line="264" w:lineRule="auto"/>
        <w:jc w:val="both"/>
      </w:pPr>
      <w:r>
        <w:rPr>
          <w:i/>
          <w:sz w:val="24"/>
        </w:rPr>
        <w:t>Rubric chung cho sản phẩm học tập giáo dục AI: Tài liệu tập huấn cấp trung học phổ thông, Bảng 8.4. Mô tả mức Khá, Tốt riêng của bài và mẫu câu nhận xét ghi dưới đây.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28"/>
        <w:gridCol w:w="2381"/>
        <w:gridCol w:w="2381"/>
        <w:gridCol w:w="2381"/>
      </w:tblGrid>
      <w:tr w:rsidR="00D037A5" w14:paraId="6BB1327D" w14:textId="77777777">
        <w:trPr>
          <w:cantSplit/>
          <w:tblHeader/>
          <w:jc w:val="center"/>
        </w:trPr>
        <w:tc>
          <w:tcPr>
            <w:tcW w:w="1928" w:type="dxa"/>
            <w:vAlign w:val="center"/>
          </w:tcPr>
          <w:p w14:paraId="3DC9016C" w14:textId="77777777" w:rsidR="00D037A5" w:rsidRDefault="006A2323">
            <w:pPr>
              <w:spacing w:after="0" w:line="240" w:lineRule="auto"/>
              <w:jc w:val="center"/>
            </w:pPr>
            <w:r>
              <w:rPr>
                <w:b/>
                <w:sz w:val="22"/>
                <w:szCs w:val="22"/>
              </w:rPr>
              <w:t>Tiêu chí</w:t>
            </w:r>
          </w:p>
        </w:tc>
        <w:tc>
          <w:tcPr>
            <w:tcW w:w="2381" w:type="dxa"/>
            <w:vAlign w:val="center"/>
          </w:tcPr>
          <w:p w14:paraId="6348720F" w14:textId="77777777" w:rsidR="00D037A5" w:rsidRDefault="006A2323">
            <w:pPr>
              <w:spacing w:after="0" w:line="240" w:lineRule="auto"/>
              <w:jc w:val="center"/>
            </w:pPr>
            <w:r>
              <w:rPr>
                <w:b/>
                <w:sz w:val="22"/>
                <w:szCs w:val="22"/>
              </w:rPr>
              <w:t>Đạt</w:t>
            </w:r>
          </w:p>
        </w:tc>
        <w:tc>
          <w:tcPr>
            <w:tcW w:w="2381" w:type="dxa"/>
            <w:vAlign w:val="center"/>
          </w:tcPr>
          <w:p w14:paraId="6D4CA3E1" w14:textId="77777777" w:rsidR="00D037A5" w:rsidRDefault="006A2323">
            <w:pPr>
              <w:spacing w:after="0" w:line="240" w:lineRule="auto"/>
              <w:jc w:val="center"/>
            </w:pPr>
            <w:r>
              <w:rPr>
                <w:b/>
                <w:sz w:val="22"/>
                <w:szCs w:val="22"/>
              </w:rPr>
              <w:t>Khá</w:t>
            </w:r>
          </w:p>
        </w:tc>
        <w:tc>
          <w:tcPr>
            <w:tcW w:w="2381" w:type="dxa"/>
            <w:vAlign w:val="center"/>
          </w:tcPr>
          <w:p w14:paraId="3037E74D" w14:textId="77777777" w:rsidR="00D037A5" w:rsidRDefault="006A2323">
            <w:pPr>
              <w:spacing w:after="0" w:line="240" w:lineRule="auto"/>
              <w:jc w:val="center"/>
            </w:pPr>
            <w:r>
              <w:rPr>
                <w:b/>
                <w:sz w:val="22"/>
                <w:szCs w:val="22"/>
              </w:rPr>
              <w:t>Tốt</w:t>
            </w:r>
          </w:p>
        </w:tc>
      </w:tr>
      <w:tr w:rsidR="00D037A5" w14:paraId="40C3E0EF" w14:textId="77777777">
        <w:trPr>
          <w:jc w:val="center"/>
        </w:trPr>
        <w:tc>
          <w:tcPr>
            <w:tcW w:w="1928" w:type="dxa"/>
          </w:tcPr>
          <w:p w14:paraId="07EAC420" w14:textId="77777777" w:rsidR="00D037A5" w:rsidRDefault="006A2323">
            <w:pPr>
              <w:spacing w:after="0" w:line="240" w:lineRule="auto"/>
            </w:pPr>
            <w:r>
              <w:rPr>
                <w:sz w:val="22"/>
                <w:szCs w:val="22"/>
              </w:rPr>
              <w:t>1. Đáp ứng nhiệm vụ YCCĐ</w:t>
            </w:r>
          </w:p>
        </w:tc>
        <w:tc>
          <w:tcPr>
            <w:tcW w:w="2381" w:type="dxa"/>
          </w:tcPr>
          <w:p w14:paraId="5472A384" w14:textId="77777777" w:rsidR="00D037A5" w:rsidRDefault="006A2323">
            <w:pPr>
              <w:spacing w:after="0" w:line="240" w:lineRule="auto"/>
            </w:pPr>
            <w:r>
              <w:rPr>
                <w:sz w:val="22"/>
                <w:szCs w:val="22"/>
              </w:rPr>
              <w:t>Chỉ nêu tên phương án; không nêu điều kiện vận hành và không giải thích lí do lựa chọn.</w:t>
            </w:r>
          </w:p>
        </w:tc>
        <w:tc>
          <w:tcPr>
            <w:tcW w:w="2381" w:type="dxa"/>
          </w:tcPr>
          <w:p w14:paraId="4CF7D904" w14:textId="77777777" w:rsidR="00D037A5" w:rsidRDefault="006A2323">
            <w:pPr>
              <w:spacing w:after="0" w:line="240" w:lineRule="auto"/>
            </w:pPr>
            <w:r>
              <w:rPr>
                <w:sz w:val="22"/>
                <w:szCs w:val="22"/>
              </w:rPr>
              <w:t>Mỗi phương án có đủ năm dòng nhưng nội dung còn chung chung; lí do lựa chọn chưa gắn với tiêu chí và số điểm trong ma trận.</w:t>
            </w:r>
          </w:p>
        </w:tc>
        <w:tc>
          <w:tcPr>
            <w:tcW w:w="2381" w:type="dxa"/>
          </w:tcPr>
          <w:p w14:paraId="5B4D5507" w14:textId="77777777" w:rsidR="00D037A5" w:rsidRDefault="006A2323">
            <w:pPr>
              <w:spacing w:after="0" w:line="240" w:lineRule="auto"/>
            </w:pPr>
            <w:r>
              <w:rPr>
                <w:sz w:val="22"/>
                <w:szCs w:val="22"/>
              </w:rPr>
              <w:t>Mỗi phương án có đủ năm dòng gắn với bối cảnh hợp tác xã lúa Vạn Phúc; chọn một phương án và nêu ba lí do, mỗi lí do gắn với tiêu chí và số điểm trong ma trận; nêu điều kiện kèm theo và phương án dự phòng.</w:t>
            </w:r>
          </w:p>
        </w:tc>
      </w:tr>
      <w:tr w:rsidR="00D037A5" w14:paraId="6FDAA1D3" w14:textId="77777777">
        <w:trPr>
          <w:jc w:val="center"/>
        </w:trPr>
        <w:tc>
          <w:tcPr>
            <w:tcW w:w="1928" w:type="dxa"/>
          </w:tcPr>
          <w:p w14:paraId="3599002D" w14:textId="77777777" w:rsidR="00D037A5" w:rsidRDefault="006A2323">
            <w:pPr>
              <w:spacing w:after="0" w:line="240" w:lineRule="auto"/>
            </w:pPr>
            <w:r>
              <w:rPr>
                <w:sz w:val="22"/>
                <w:szCs w:val="22"/>
              </w:rPr>
              <w:t>2. Kiểm chứng và tư duy phản biện</w:t>
            </w:r>
          </w:p>
        </w:tc>
        <w:tc>
          <w:tcPr>
            <w:tcW w:w="2381" w:type="dxa"/>
          </w:tcPr>
          <w:p w14:paraId="49A87F89" w14:textId="77777777" w:rsidR="00D037A5" w:rsidRDefault="006A2323">
            <w:pPr>
              <w:spacing w:after="0" w:line="240" w:lineRule="auto"/>
            </w:pPr>
            <w:r>
              <w:rPr>
                <w:sz w:val="22"/>
                <w:szCs w:val="22"/>
              </w:rPr>
              <w:t>Chỉ đưa ra nhận xét cảm tính về ưu điểm, nhược điểm của các phương án.</w:t>
            </w:r>
          </w:p>
        </w:tc>
        <w:tc>
          <w:tcPr>
            <w:tcW w:w="2381" w:type="dxa"/>
          </w:tcPr>
          <w:p w14:paraId="603185A8" w14:textId="77777777" w:rsidR="00D037A5" w:rsidRDefault="006A2323">
            <w:pPr>
              <w:spacing w:after="0" w:line="240" w:lineRule="auto"/>
            </w:pPr>
            <w:r>
              <w:rPr>
                <w:sz w:val="22"/>
                <w:szCs w:val="22"/>
              </w:rPr>
              <w:t>Minh chứng cho nhược điểm còn chung chung, chưa cụ thể bằng minh chứng cho ưu điểm; chưa chỉ ra điều kiện làm cho phương án không dùng được.</w:t>
            </w:r>
          </w:p>
        </w:tc>
        <w:tc>
          <w:tcPr>
            <w:tcW w:w="2381" w:type="dxa"/>
          </w:tcPr>
          <w:p w14:paraId="66E16488" w14:textId="77777777" w:rsidR="00D037A5" w:rsidRDefault="006A2323">
            <w:pPr>
              <w:spacing w:after="0" w:line="240" w:lineRule="auto"/>
            </w:pPr>
            <w:r>
              <w:rPr>
                <w:sz w:val="22"/>
                <w:szCs w:val="22"/>
              </w:rPr>
              <w:t>Mỗi phương án có minh chứng cụ thể cho cả ưu điểm lẫn nhược điểm, lấy từ tình huống của bài hoặc từ kết quả Bài 5; nêu được điều kiện làm cho phương án không dùng được; trả lời được câu hỏi phản biện về tính phù hợp, an toàn và hiệu quả.</w:t>
            </w:r>
          </w:p>
        </w:tc>
      </w:tr>
      <w:tr w:rsidR="00D037A5" w14:paraId="71660758" w14:textId="77777777">
        <w:trPr>
          <w:jc w:val="center"/>
        </w:trPr>
        <w:tc>
          <w:tcPr>
            <w:tcW w:w="1928" w:type="dxa"/>
          </w:tcPr>
          <w:p w14:paraId="317F157D" w14:textId="77777777" w:rsidR="00D037A5" w:rsidRDefault="006A2323">
            <w:pPr>
              <w:spacing w:after="0" w:line="240" w:lineRule="auto"/>
            </w:pPr>
            <w:r>
              <w:rPr>
                <w:sz w:val="22"/>
                <w:szCs w:val="22"/>
              </w:rPr>
              <w:t>3. An toàn, đạo đức, trách nhiệm</w:t>
            </w:r>
          </w:p>
        </w:tc>
        <w:tc>
          <w:tcPr>
            <w:tcW w:w="2381" w:type="dxa"/>
          </w:tcPr>
          <w:p w14:paraId="73681D5F" w14:textId="77777777" w:rsidR="00D037A5" w:rsidRDefault="006A2323">
            <w:pPr>
              <w:spacing w:after="0" w:line="240" w:lineRule="auto"/>
            </w:pPr>
            <w:r>
              <w:rPr>
                <w:sz w:val="22"/>
                <w:szCs w:val="22"/>
              </w:rPr>
              <w:t>Chỉ ghi tên công cụ AI; không nêu mục đích dùng và không nêu điều kiện an toàn nào bắt buộc phải có.</w:t>
            </w:r>
          </w:p>
        </w:tc>
        <w:tc>
          <w:tcPr>
            <w:tcW w:w="2381" w:type="dxa"/>
          </w:tcPr>
          <w:p w14:paraId="7C3BB1DB" w14:textId="77777777" w:rsidR="00D037A5" w:rsidRDefault="006A2323">
            <w:pPr>
              <w:spacing w:after="0" w:line="240" w:lineRule="auto"/>
            </w:pPr>
            <w:r>
              <w:rPr>
                <w:sz w:val="22"/>
                <w:szCs w:val="22"/>
              </w:rPr>
              <w:t>Nêu công cụ và mục đích dùng nhưng chưa nêu phạm vi hỗ trợ của công cụ; chưa chỉ ra quyết định cuối cùng thuộc về ai.</w:t>
            </w:r>
          </w:p>
        </w:tc>
        <w:tc>
          <w:tcPr>
            <w:tcW w:w="2381" w:type="dxa"/>
          </w:tcPr>
          <w:p w14:paraId="19231194" w14:textId="77777777" w:rsidR="00D037A5" w:rsidRDefault="006A2323">
            <w:pPr>
              <w:spacing w:after="0" w:line="240" w:lineRule="auto"/>
            </w:pPr>
            <w:r>
              <w:rPr>
                <w:sz w:val="22"/>
                <w:szCs w:val="22"/>
              </w:rPr>
              <w:t>Ghi rõ công cụ, mục đích và phạm vi hỗ trợ; nêu điều kiện an toàn bắt buộc của phương án được chọn; chỉ ra quyết định cuối cùng thuộc hợp tác xã và cán bộ khuyến nông, công cụ chỉ hỗ trợ.</w:t>
            </w:r>
          </w:p>
        </w:tc>
      </w:tr>
      <w:tr w:rsidR="00D037A5" w14:paraId="27928B2E" w14:textId="77777777">
        <w:trPr>
          <w:cantSplit/>
          <w:jc w:val="center"/>
        </w:trPr>
        <w:tc>
          <w:tcPr>
            <w:tcW w:w="1928" w:type="dxa"/>
          </w:tcPr>
          <w:p w14:paraId="7234BE17" w14:textId="77777777" w:rsidR="00D037A5" w:rsidRDefault="006A2323">
            <w:pPr>
              <w:spacing w:after="0" w:line="240" w:lineRule="auto"/>
            </w:pPr>
            <w:r>
              <w:rPr>
                <w:sz w:val="22"/>
                <w:szCs w:val="22"/>
              </w:rPr>
              <w:t>4. Hợp tác và trình bày</w:t>
            </w:r>
          </w:p>
        </w:tc>
        <w:tc>
          <w:tcPr>
            <w:tcW w:w="2381" w:type="dxa"/>
          </w:tcPr>
          <w:p w14:paraId="6C6D73C3" w14:textId="77777777" w:rsidR="00D037A5" w:rsidRDefault="006A2323">
            <w:pPr>
              <w:spacing w:after="0" w:line="240" w:lineRule="auto"/>
            </w:pPr>
            <w:r>
              <w:rPr>
                <w:sz w:val="22"/>
                <w:szCs w:val="22"/>
              </w:rPr>
              <w:t>Hoàn thành phần việc được giao; trình bày được kết quả chính.</w:t>
            </w:r>
          </w:p>
        </w:tc>
        <w:tc>
          <w:tcPr>
            <w:tcW w:w="2381" w:type="dxa"/>
          </w:tcPr>
          <w:p w14:paraId="3DFEDFF9" w14:textId="77777777" w:rsidR="00D037A5" w:rsidRDefault="006A2323">
            <w:pPr>
              <w:spacing w:after="0" w:line="240" w:lineRule="auto"/>
            </w:pPr>
            <w:r>
              <w:rPr>
                <w:sz w:val="22"/>
                <w:szCs w:val="22"/>
              </w:rPr>
              <w:t>Phối hợp và phản hồi phù hợp; trình bày rõ ma trận so sánh và lí do lựa chọn.</w:t>
            </w:r>
          </w:p>
        </w:tc>
        <w:tc>
          <w:tcPr>
            <w:tcW w:w="2381" w:type="dxa"/>
          </w:tcPr>
          <w:p w14:paraId="75E32F17" w14:textId="77777777" w:rsidR="00D037A5" w:rsidRDefault="006A2323">
            <w:pPr>
              <w:spacing w:after="0" w:line="240" w:lineRule="auto"/>
            </w:pPr>
            <w:r>
              <w:rPr>
                <w:sz w:val="22"/>
                <w:szCs w:val="22"/>
              </w:rPr>
              <w:t>Phân công rõ phần việc theo vai trò; tiếp thu góp ý để sửa ma trận; trình bày thuyết phục và trả lời được câu hỏi phản biện của các nhóm khác.</w:t>
            </w:r>
          </w:p>
        </w:tc>
      </w:tr>
    </w:tbl>
    <w:p w14:paraId="3BF22712" w14:textId="77777777" w:rsidR="00D037A5" w:rsidRDefault="006A2323">
      <w:pPr>
        <w:spacing w:before="120" w:after="60" w:line="264" w:lineRule="auto"/>
        <w:jc w:val="both"/>
      </w:pPr>
      <w:r>
        <w:rPr>
          <w:sz w:val="24"/>
        </w:rPr>
        <w:t xml:space="preserve">Mẫu câu nhận xét </w:t>
      </w:r>
      <w:r>
        <w:rPr>
          <w:sz w:val="24"/>
        </w:rPr>
        <w:t>(GV điều chỉnh theo bài làm của từng HS, dùng khi ghi nhận xét gửi GV chủ nhiệm):</w:t>
      </w:r>
    </w:p>
    <w:p w14:paraId="53D1C2B1" w14:textId="77777777" w:rsidR="00D037A5" w:rsidRDefault="006A2323">
      <w:pPr>
        <w:spacing w:after="60" w:line="264" w:lineRule="auto"/>
        <w:jc w:val="both"/>
      </w:pPr>
      <w:r>
        <w:rPr>
          <w:sz w:val="24"/>
        </w:rPr>
        <w:t xml:space="preserve">- Mức Đạt: </w:t>
      </w:r>
      <w:r>
        <w:rPr>
          <w:sz w:val="24"/>
        </w:rPr>
        <w:t>“Em nêu được tên phương án vận hành; em cần nêu điều kiện vận hành và lí do lựa chọn.”</w:t>
      </w:r>
    </w:p>
    <w:p w14:paraId="3126E262" w14:textId="77777777" w:rsidR="00D037A5" w:rsidRDefault="006A2323">
      <w:pPr>
        <w:spacing w:after="60" w:line="264" w:lineRule="auto"/>
        <w:jc w:val="both"/>
      </w:pPr>
      <w:r>
        <w:rPr>
          <w:sz w:val="24"/>
        </w:rPr>
        <w:t xml:space="preserve">- Mức Khá: </w:t>
      </w:r>
      <w:r>
        <w:rPr>
          <w:sz w:val="24"/>
        </w:rPr>
        <w:t>“Em mô tả được các phương án theo các dòng của phiếu; lí do lựa chọn cần gắn với tiêu chí và số điểm trong ma trận.”</w:t>
      </w:r>
    </w:p>
    <w:p w14:paraId="737FE71C" w14:textId="110CE0A4" w:rsidR="00D037A5" w:rsidRDefault="006A2323" w:rsidP="00D20633">
      <w:pPr>
        <w:spacing w:after="60" w:line="264" w:lineRule="auto"/>
        <w:jc w:val="both"/>
      </w:pPr>
      <w:r>
        <w:rPr>
          <w:sz w:val="24"/>
        </w:rPr>
        <w:t xml:space="preserve">- Mức Tốt: </w:t>
      </w:r>
      <w:r>
        <w:rPr>
          <w:sz w:val="24"/>
        </w:rPr>
        <w:t>“Em chọn phương án với lí do gắn tiêu chí và số điểm, nêu được điều kiện kèm theo, rủi ro và phương án dự phòng.”</w:t>
      </w:r>
    </w:p>
    <w:p w14:paraId="0CD2149C" w14:textId="77777777" w:rsidR="00D037A5" w:rsidRDefault="006A2323">
      <w:pPr>
        <w:keepNext/>
        <w:spacing w:before="80" w:after="60" w:line="264" w:lineRule="auto"/>
      </w:pPr>
      <w:r>
        <w:rPr>
          <w:b/>
        </w:rPr>
        <w:t>PL12.6.8. Bảng kiểm an toàn và trách nhiệm của bài</w:t>
      </w:r>
    </w:p>
    <w:p w14:paraId="726D6CD3" w14:textId="77777777" w:rsidR="00D037A5" w:rsidRDefault="006A2323">
      <w:pPr>
        <w:keepNext/>
        <w:spacing w:before="80" w:after="60" w:line="264" w:lineRule="auto"/>
      </w:pPr>
      <w:r>
        <w:t>Nội dung bảy dòng kiểm tra: Tài liệu tập huấn cấp trung học phổ thông, Bảng 8.5. Bảng dưới đây ghi kết luận và minh chứng của bài theo số dòng.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680"/>
        <w:gridCol w:w="680"/>
        <w:gridCol w:w="907"/>
        <w:gridCol w:w="6804"/>
      </w:tblGrid>
      <w:tr w:rsidR="00D037A5" w14:paraId="2C45A4CF" w14:textId="77777777">
        <w:trPr>
          <w:cantSplit/>
          <w:tblHeader/>
          <w:jc w:val="center"/>
        </w:trPr>
        <w:tc>
          <w:tcPr>
            <w:tcW w:w="680" w:type="dxa"/>
            <w:vAlign w:val="center"/>
          </w:tcPr>
          <w:p w14:paraId="6AF4D7C8" w14:textId="77777777" w:rsidR="00D037A5" w:rsidRDefault="006A2323">
            <w:pPr>
              <w:spacing w:after="0" w:line="240" w:lineRule="auto"/>
              <w:jc w:val="center"/>
            </w:pPr>
            <w:r>
              <w:rPr>
                <w:b/>
                <w:sz w:val="22"/>
                <w:szCs w:val="22"/>
              </w:rPr>
              <w:t>Dòng</w:t>
            </w:r>
          </w:p>
        </w:tc>
        <w:tc>
          <w:tcPr>
            <w:tcW w:w="680" w:type="dxa"/>
            <w:vAlign w:val="center"/>
          </w:tcPr>
          <w:p w14:paraId="4E06FAAF" w14:textId="77777777" w:rsidR="00D037A5" w:rsidRDefault="006A2323">
            <w:pPr>
              <w:spacing w:after="0" w:line="240" w:lineRule="auto"/>
              <w:jc w:val="center"/>
            </w:pPr>
            <w:r>
              <w:rPr>
                <w:b/>
                <w:sz w:val="22"/>
                <w:szCs w:val="22"/>
              </w:rPr>
              <w:t>Có</w:t>
            </w:r>
          </w:p>
        </w:tc>
        <w:tc>
          <w:tcPr>
            <w:tcW w:w="907" w:type="dxa"/>
            <w:vAlign w:val="center"/>
          </w:tcPr>
          <w:p w14:paraId="7CCBDC1E" w14:textId="77777777" w:rsidR="00D037A5" w:rsidRDefault="006A2323">
            <w:pPr>
              <w:spacing w:after="0" w:line="240" w:lineRule="auto"/>
              <w:jc w:val="center"/>
            </w:pPr>
            <w:r>
              <w:rPr>
                <w:b/>
                <w:sz w:val="22"/>
                <w:szCs w:val="22"/>
              </w:rPr>
              <w:t>Không áp dụng</w:t>
            </w:r>
          </w:p>
        </w:tc>
        <w:tc>
          <w:tcPr>
            <w:tcW w:w="6804" w:type="dxa"/>
            <w:vAlign w:val="center"/>
          </w:tcPr>
          <w:p w14:paraId="33C87538" w14:textId="77777777" w:rsidR="00D037A5" w:rsidRDefault="006A2323">
            <w:pPr>
              <w:spacing w:after="0" w:line="240" w:lineRule="auto"/>
              <w:jc w:val="center"/>
            </w:pPr>
            <w:r>
              <w:rPr>
                <w:b/>
                <w:sz w:val="22"/>
                <w:szCs w:val="22"/>
              </w:rPr>
              <w:t>Minh chứng, ghi chú</w:t>
            </w:r>
          </w:p>
        </w:tc>
      </w:tr>
      <w:tr w:rsidR="00D037A5" w14:paraId="66AA7886" w14:textId="77777777">
        <w:trPr>
          <w:cantSplit/>
          <w:jc w:val="center"/>
        </w:trPr>
        <w:tc>
          <w:tcPr>
            <w:tcW w:w="680" w:type="dxa"/>
          </w:tcPr>
          <w:p w14:paraId="06D06D46" w14:textId="77777777" w:rsidR="00D037A5" w:rsidRDefault="006A2323">
            <w:pPr>
              <w:spacing w:after="0" w:line="240" w:lineRule="auto"/>
            </w:pPr>
            <w:r>
              <w:rPr>
                <w:sz w:val="22"/>
                <w:szCs w:val="22"/>
              </w:rPr>
              <w:t>1</w:t>
            </w:r>
          </w:p>
        </w:tc>
        <w:tc>
          <w:tcPr>
            <w:tcW w:w="680" w:type="dxa"/>
            <w:vAlign w:val="center"/>
          </w:tcPr>
          <w:p w14:paraId="04FCC244" w14:textId="77777777" w:rsidR="00D037A5" w:rsidRDefault="006A2323">
            <w:pPr>
              <w:spacing w:after="0" w:line="240" w:lineRule="auto"/>
              <w:jc w:val="center"/>
            </w:pPr>
            <w:r>
              <w:rPr>
                <w:sz w:val="22"/>
                <w:szCs w:val="22"/>
              </w:rPr>
              <w:t>□</w:t>
            </w:r>
          </w:p>
        </w:tc>
        <w:tc>
          <w:tcPr>
            <w:tcW w:w="907" w:type="dxa"/>
            <w:vAlign w:val="center"/>
          </w:tcPr>
          <w:p w14:paraId="6FB56824" w14:textId="77777777" w:rsidR="00D037A5" w:rsidRDefault="006A2323">
            <w:pPr>
              <w:spacing w:after="0" w:line="240" w:lineRule="auto"/>
              <w:jc w:val="center"/>
            </w:pPr>
            <w:r>
              <w:rPr>
                <w:sz w:val="22"/>
                <w:szCs w:val="22"/>
              </w:rPr>
              <w:t>□</w:t>
            </w:r>
          </w:p>
        </w:tc>
        <w:tc>
          <w:tcPr>
            <w:tcW w:w="6804" w:type="dxa"/>
          </w:tcPr>
          <w:p w14:paraId="1D692B2F" w14:textId="77777777" w:rsidR="00D037A5" w:rsidRDefault="006A2323">
            <w:pPr>
              <w:spacing w:after="0" w:line="240" w:lineRule="auto"/>
            </w:pPr>
            <w:r>
              <w:rPr>
                <w:sz w:val="22"/>
                <w:szCs w:val="22"/>
              </w:rPr>
              <w:t>Tiết này không mở công cụ AI; tên công cụ do HS nêu trong phiếu lựa chọn đã được GV đối chiếu với kết quả khảo sát ở Bài 5.</w:t>
            </w:r>
          </w:p>
        </w:tc>
      </w:tr>
      <w:tr w:rsidR="00D037A5" w14:paraId="386C32DC" w14:textId="77777777">
        <w:trPr>
          <w:cantSplit/>
          <w:jc w:val="center"/>
        </w:trPr>
        <w:tc>
          <w:tcPr>
            <w:tcW w:w="680" w:type="dxa"/>
          </w:tcPr>
          <w:p w14:paraId="34DE8D57" w14:textId="77777777" w:rsidR="00D037A5" w:rsidRDefault="006A2323">
            <w:pPr>
              <w:spacing w:after="0" w:line="240" w:lineRule="auto"/>
            </w:pPr>
            <w:r>
              <w:rPr>
                <w:sz w:val="22"/>
                <w:szCs w:val="22"/>
              </w:rPr>
              <w:t>2</w:t>
            </w:r>
          </w:p>
        </w:tc>
        <w:tc>
          <w:tcPr>
            <w:tcW w:w="680" w:type="dxa"/>
            <w:vAlign w:val="center"/>
          </w:tcPr>
          <w:p w14:paraId="58E10238" w14:textId="77777777" w:rsidR="00D037A5" w:rsidRDefault="006A2323">
            <w:pPr>
              <w:spacing w:after="0" w:line="240" w:lineRule="auto"/>
              <w:jc w:val="center"/>
            </w:pPr>
            <w:r>
              <w:rPr>
                <w:sz w:val="22"/>
                <w:szCs w:val="22"/>
              </w:rPr>
              <w:t>□</w:t>
            </w:r>
          </w:p>
        </w:tc>
        <w:tc>
          <w:tcPr>
            <w:tcW w:w="907" w:type="dxa"/>
            <w:vAlign w:val="center"/>
          </w:tcPr>
          <w:p w14:paraId="4B1F0059" w14:textId="77777777" w:rsidR="00D037A5" w:rsidRDefault="006A2323">
            <w:pPr>
              <w:spacing w:after="0" w:line="240" w:lineRule="auto"/>
              <w:jc w:val="center"/>
            </w:pPr>
            <w:r>
              <w:rPr>
                <w:sz w:val="22"/>
                <w:szCs w:val="22"/>
              </w:rPr>
              <w:t>□</w:t>
            </w:r>
          </w:p>
        </w:tc>
        <w:tc>
          <w:tcPr>
            <w:tcW w:w="6804" w:type="dxa"/>
          </w:tcPr>
          <w:p w14:paraId="7F5D46A5" w14:textId="77777777" w:rsidR="00D037A5" w:rsidRDefault="006A2323">
            <w:pPr>
              <w:spacing w:after="0" w:line="240" w:lineRule="auto"/>
            </w:pPr>
            <w:r>
              <w:rPr>
                <w:sz w:val="22"/>
                <w:szCs w:val="22"/>
              </w:rPr>
              <w:t>Không cần thiết bị, tài khoản, mạng; phiếu lựa chọn có mục phương án dự phòng khi hợp tác xã chưa có thiết bị.</w:t>
            </w:r>
          </w:p>
        </w:tc>
      </w:tr>
      <w:tr w:rsidR="00D037A5" w14:paraId="337F599E" w14:textId="77777777">
        <w:trPr>
          <w:cantSplit/>
          <w:jc w:val="center"/>
        </w:trPr>
        <w:tc>
          <w:tcPr>
            <w:tcW w:w="680" w:type="dxa"/>
          </w:tcPr>
          <w:p w14:paraId="29E7F2C5" w14:textId="77777777" w:rsidR="00D037A5" w:rsidRDefault="006A2323">
            <w:pPr>
              <w:spacing w:after="0" w:line="240" w:lineRule="auto"/>
            </w:pPr>
            <w:r>
              <w:rPr>
                <w:sz w:val="22"/>
                <w:szCs w:val="22"/>
              </w:rPr>
              <w:t>3</w:t>
            </w:r>
          </w:p>
        </w:tc>
        <w:tc>
          <w:tcPr>
            <w:tcW w:w="680" w:type="dxa"/>
            <w:vAlign w:val="center"/>
          </w:tcPr>
          <w:p w14:paraId="42594908" w14:textId="77777777" w:rsidR="00D037A5" w:rsidRDefault="006A2323">
            <w:pPr>
              <w:spacing w:after="0" w:line="240" w:lineRule="auto"/>
              <w:jc w:val="center"/>
            </w:pPr>
            <w:r>
              <w:rPr>
                <w:sz w:val="22"/>
                <w:szCs w:val="22"/>
              </w:rPr>
              <w:t>□</w:t>
            </w:r>
          </w:p>
        </w:tc>
        <w:tc>
          <w:tcPr>
            <w:tcW w:w="907" w:type="dxa"/>
            <w:vAlign w:val="center"/>
          </w:tcPr>
          <w:p w14:paraId="76538D19" w14:textId="77777777" w:rsidR="00D037A5" w:rsidRDefault="006A2323">
            <w:pPr>
              <w:spacing w:after="0" w:line="240" w:lineRule="auto"/>
              <w:jc w:val="center"/>
            </w:pPr>
            <w:r>
              <w:rPr>
                <w:sz w:val="22"/>
                <w:szCs w:val="22"/>
              </w:rPr>
              <w:t>□</w:t>
            </w:r>
          </w:p>
        </w:tc>
        <w:tc>
          <w:tcPr>
            <w:tcW w:w="6804" w:type="dxa"/>
          </w:tcPr>
          <w:p w14:paraId="7E58E613" w14:textId="77777777" w:rsidR="00D037A5" w:rsidRDefault="006A2323">
            <w:pPr>
              <w:spacing w:after="0" w:line="240" w:lineRule="auto"/>
            </w:pPr>
            <w:r>
              <w:rPr>
                <w:sz w:val="22"/>
                <w:szCs w:val="22"/>
              </w:rPr>
              <w:t>Phiếu chỉ ghi minh chứng lấy từ tình huống bài và từ kết quả Bài 5; ảnh trong Hình 1 ghi rõ tác giả và giấy phép trong kho ảnh.</w:t>
            </w:r>
          </w:p>
        </w:tc>
      </w:tr>
      <w:tr w:rsidR="00D037A5" w14:paraId="281A0936" w14:textId="77777777">
        <w:trPr>
          <w:cantSplit/>
          <w:jc w:val="center"/>
        </w:trPr>
        <w:tc>
          <w:tcPr>
            <w:tcW w:w="680" w:type="dxa"/>
          </w:tcPr>
          <w:p w14:paraId="379DDFD6" w14:textId="77777777" w:rsidR="00D037A5" w:rsidRDefault="006A2323">
            <w:pPr>
              <w:spacing w:after="0" w:line="240" w:lineRule="auto"/>
            </w:pPr>
            <w:r>
              <w:rPr>
                <w:sz w:val="22"/>
                <w:szCs w:val="22"/>
              </w:rPr>
              <w:t>4</w:t>
            </w:r>
          </w:p>
        </w:tc>
        <w:tc>
          <w:tcPr>
            <w:tcW w:w="680" w:type="dxa"/>
            <w:vAlign w:val="center"/>
          </w:tcPr>
          <w:p w14:paraId="3EA0DBA0" w14:textId="77777777" w:rsidR="00D037A5" w:rsidRDefault="006A2323">
            <w:pPr>
              <w:spacing w:after="0" w:line="240" w:lineRule="auto"/>
              <w:jc w:val="center"/>
            </w:pPr>
            <w:r>
              <w:rPr>
                <w:sz w:val="22"/>
                <w:szCs w:val="22"/>
              </w:rPr>
              <w:t>□</w:t>
            </w:r>
          </w:p>
        </w:tc>
        <w:tc>
          <w:tcPr>
            <w:tcW w:w="907" w:type="dxa"/>
            <w:vAlign w:val="center"/>
          </w:tcPr>
          <w:p w14:paraId="3C165C85" w14:textId="77777777" w:rsidR="00D037A5" w:rsidRDefault="006A2323">
            <w:pPr>
              <w:spacing w:after="0" w:line="240" w:lineRule="auto"/>
              <w:jc w:val="center"/>
            </w:pPr>
            <w:r>
              <w:rPr>
                <w:sz w:val="22"/>
                <w:szCs w:val="22"/>
              </w:rPr>
              <w:t>□</w:t>
            </w:r>
          </w:p>
        </w:tc>
        <w:tc>
          <w:tcPr>
            <w:tcW w:w="6804" w:type="dxa"/>
          </w:tcPr>
          <w:p w14:paraId="40E83A86" w14:textId="77777777" w:rsidR="00D037A5" w:rsidRDefault="006A2323">
            <w:pPr>
              <w:spacing w:after="0" w:line="240" w:lineRule="auto"/>
            </w:pPr>
            <w:r>
              <w:rPr>
                <w:sz w:val="22"/>
                <w:szCs w:val="22"/>
              </w:rPr>
              <w:t>Cột nhược điểm của Phiếu học tập 12.6.1; nhắc lại nguyên tắc dữ liệu kiểm thử của Bài 5 khi chốt HĐ 4.</w:t>
            </w:r>
          </w:p>
        </w:tc>
      </w:tr>
      <w:tr w:rsidR="00D037A5" w14:paraId="038C6D49" w14:textId="77777777">
        <w:trPr>
          <w:cantSplit/>
          <w:jc w:val="center"/>
        </w:trPr>
        <w:tc>
          <w:tcPr>
            <w:tcW w:w="680" w:type="dxa"/>
          </w:tcPr>
          <w:p w14:paraId="09E030FD" w14:textId="77777777" w:rsidR="00D037A5" w:rsidRDefault="006A2323">
            <w:pPr>
              <w:spacing w:after="0" w:line="240" w:lineRule="auto"/>
            </w:pPr>
            <w:r>
              <w:rPr>
                <w:sz w:val="22"/>
                <w:szCs w:val="22"/>
              </w:rPr>
              <w:t>5</w:t>
            </w:r>
          </w:p>
        </w:tc>
        <w:tc>
          <w:tcPr>
            <w:tcW w:w="680" w:type="dxa"/>
            <w:vAlign w:val="center"/>
          </w:tcPr>
          <w:p w14:paraId="78C4219D" w14:textId="77777777" w:rsidR="00D037A5" w:rsidRDefault="006A2323">
            <w:pPr>
              <w:spacing w:after="0" w:line="240" w:lineRule="auto"/>
              <w:jc w:val="center"/>
            </w:pPr>
            <w:r>
              <w:rPr>
                <w:sz w:val="22"/>
                <w:szCs w:val="22"/>
              </w:rPr>
              <w:t>□</w:t>
            </w:r>
          </w:p>
        </w:tc>
        <w:tc>
          <w:tcPr>
            <w:tcW w:w="907" w:type="dxa"/>
            <w:vAlign w:val="center"/>
          </w:tcPr>
          <w:p w14:paraId="174A7DB9" w14:textId="77777777" w:rsidR="00D037A5" w:rsidRDefault="006A2323">
            <w:pPr>
              <w:spacing w:after="0" w:line="240" w:lineRule="auto"/>
              <w:jc w:val="center"/>
            </w:pPr>
            <w:r>
              <w:rPr>
                <w:sz w:val="22"/>
                <w:szCs w:val="22"/>
              </w:rPr>
              <w:t>□</w:t>
            </w:r>
          </w:p>
        </w:tc>
        <w:tc>
          <w:tcPr>
            <w:tcW w:w="6804" w:type="dxa"/>
          </w:tcPr>
          <w:p w14:paraId="1FC5D516" w14:textId="77777777" w:rsidR="00D037A5" w:rsidRDefault="006A2323">
            <w:pPr>
              <w:spacing w:after="0" w:line="240" w:lineRule="auto"/>
            </w:pPr>
            <w:r>
              <w:rPr>
                <w:sz w:val="22"/>
                <w:szCs w:val="22"/>
              </w:rPr>
              <w:t>Kết luận ở HĐ 4 giao quyết định cho hợp tác xã và cán bộ khuyến nông.</w:t>
            </w:r>
          </w:p>
        </w:tc>
      </w:tr>
      <w:tr w:rsidR="00D037A5" w14:paraId="2308151A" w14:textId="77777777">
        <w:trPr>
          <w:cantSplit/>
          <w:jc w:val="center"/>
        </w:trPr>
        <w:tc>
          <w:tcPr>
            <w:tcW w:w="680" w:type="dxa"/>
          </w:tcPr>
          <w:p w14:paraId="3D493727" w14:textId="77777777" w:rsidR="00D037A5" w:rsidRDefault="006A2323">
            <w:pPr>
              <w:spacing w:after="0" w:line="240" w:lineRule="auto"/>
            </w:pPr>
            <w:r>
              <w:rPr>
                <w:sz w:val="22"/>
                <w:szCs w:val="22"/>
              </w:rPr>
              <w:t>6</w:t>
            </w:r>
          </w:p>
        </w:tc>
        <w:tc>
          <w:tcPr>
            <w:tcW w:w="680" w:type="dxa"/>
            <w:vAlign w:val="center"/>
          </w:tcPr>
          <w:p w14:paraId="3CD59E66" w14:textId="77777777" w:rsidR="00D037A5" w:rsidRDefault="006A2323">
            <w:pPr>
              <w:spacing w:after="0" w:line="240" w:lineRule="auto"/>
              <w:jc w:val="center"/>
            </w:pPr>
            <w:r>
              <w:rPr>
                <w:sz w:val="22"/>
                <w:szCs w:val="22"/>
              </w:rPr>
              <w:t>□</w:t>
            </w:r>
          </w:p>
        </w:tc>
        <w:tc>
          <w:tcPr>
            <w:tcW w:w="907" w:type="dxa"/>
            <w:vAlign w:val="center"/>
          </w:tcPr>
          <w:p w14:paraId="6A2A709D" w14:textId="77777777" w:rsidR="00D037A5" w:rsidRDefault="006A2323">
            <w:pPr>
              <w:spacing w:after="0" w:line="240" w:lineRule="auto"/>
              <w:jc w:val="center"/>
            </w:pPr>
            <w:r>
              <w:rPr>
                <w:sz w:val="22"/>
                <w:szCs w:val="22"/>
              </w:rPr>
              <w:t>□</w:t>
            </w:r>
          </w:p>
        </w:tc>
        <w:tc>
          <w:tcPr>
            <w:tcW w:w="6804" w:type="dxa"/>
          </w:tcPr>
          <w:p w14:paraId="792F34C3" w14:textId="77777777" w:rsidR="00D037A5" w:rsidRDefault="006A2323">
            <w:pPr>
              <w:spacing w:after="0" w:line="240" w:lineRule="auto"/>
            </w:pPr>
            <w:r>
              <w:rPr>
                <w:sz w:val="22"/>
                <w:szCs w:val="22"/>
              </w:rPr>
              <w:t>Phiếu lựa chọn ghi tên công cụ, mục đích và phạm vi hỗ trợ; tiêu chí 3 của rubric.</w:t>
            </w:r>
          </w:p>
        </w:tc>
      </w:tr>
      <w:tr w:rsidR="00D037A5" w14:paraId="55F60F79" w14:textId="77777777">
        <w:trPr>
          <w:cantSplit/>
          <w:jc w:val="center"/>
        </w:trPr>
        <w:tc>
          <w:tcPr>
            <w:tcW w:w="680" w:type="dxa"/>
          </w:tcPr>
          <w:p w14:paraId="081E4E75" w14:textId="77777777" w:rsidR="00D037A5" w:rsidRDefault="006A2323">
            <w:pPr>
              <w:spacing w:after="0" w:line="240" w:lineRule="auto"/>
            </w:pPr>
            <w:r>
              <w:rPr>
                <w:sz w:val="22"/>
                <w:szCs w:val="22"/>
              </w:rPr>
              <w:t>7</w:t>
            </w:r>
          </w:p>
        </w:tc>
        <w:tc>
          <w:tcPr>
            <w:tcW w:w="680" w:type="dxa"/>
            <w:vAlign w:val="center"/>
          </w:tcPr>
          <w:p w14:paraId="0DB480F9" w14:textId="77777777" w:rsidR="00D037A5" w:rsidRDefault="006A2323">
            <w:pPr>
              <w:spacing w:after="0" w:line="240" w:lineRule="auto"/>
              <w:jc w:val="center"/>
            </w:pPr>
            <w:r>
              <w:rPr>
                <w:sz w:val="22"/>
                <w:szCs w:val="22"/>
              </w:rPr>
              <w:t>□</w:t>
            </w:r>
          </w:p>
        </w:tc>
        <w:tc>
          <w:tcPr>
            <w:tcW w:w="907" w:type="dxa"/>
            <w:vAlign w:val="center"/>
          </w:tcPr>
          <w:p w14:paraId="60C49936" w14:textId="77777777" w:rsidR="00D037A5" w:rsidRDefault="006A2323">
            <w:pPr>
              <w:spacing w:after="0" w:line="240" w:lineRule="auto"/>
              <w:jc w:val="center"/>
            </w:pPr>
            <w:r>
              <w:rPr>
                <w:sz w:val="22"/>
                <w:szCs w:val="22"/>
              </w:rPr>
              <w:t>□</w:t>
            </w:r>
          </w:p>
        </w:tc>
        <w:tc>
          <w:tcPr>
            <w:tcW w:w="6804" w:type="dxa"/>
          </w:tcPr>
          <w:p w14:paraId="713694C4" w14:textId="77777777" w:rsidR="00D037A5" w:rsidRDefault="006A2323">
            <w:pPr>
              <w:spacing w:after="0" w:line="240" w:lineRule="auto"/>
            </w:pPr>
            <w:r>
              <w:rPr>
                <w:sz w:val="22"/>
                <w:szCs w:val="22"/>
              </w:rPr>
              <w:t>Mỗi phương án đều phải ghi tình trạng kết nối mạng và điều kiện bảo trì; phương án dự phòng là cách làm khi không đáp ứng được điều kiện.</w:t>
            </w:r>
          </w:p>
        </w:tc>
      </w:tr>
    </w:tbl>
    <w:p w14:paraId="5BBC80ED" w14:textId="77777777" w:rsidR="00D037A5" w:rsidRDefault="00D037A5">
      <w:pPr>
        <w:spacing w:after="40" w:line="192" w:lineRule="auto"/>
        <w:jc w:val="both"/>
      </w:pPr>
    </w:p>
    <w:p w14:paraId="69AAFA7B" w14:textId="77777777" w:rsidR="00D037A5" w:rsidRDefault="006A2323">
      <w:pPr>
        <w:keepNext/>
        <w:spacing w:before="80" w:after="60" w:line="264" w:lineRule="auto"/>
      </w:pPr>
      <w:r>
        <w:rPr>
          <w:b/>
        </w:rPr>
        <w:t>PL12.6.9. Lưu ý về đánh giá của bài</w:t>
      </w:r>
    </w:p>
    <w:p w14:paraId="5F584096" w14:textId="77777777" w:rsidR="00D037A5" w:rsidRDefault="006A2323">
      <w:pPr>
        <w:spacing w:after="60" w:line="264" w:lineRule="auto"/>
        <w:jc w:val="both"/>
      </w:pPr>
      <w:r>
        <w:rPr>
          <w:i/>
          <w:sz w:val="24"/>
        </w:rPr>
        <w:t>- Ba nguyên tắc chung (trọng tâm đánh giá, đóng góp của từng HS, công bằng trong tiếp cận) và căn cứ Công văn số 5588/BGDĐT-GDPT ngày 19/8/2026: xem Hướng dẫn chung của bộ kế hoạch bài dạy, mục I.</w:t>
      </w:r>
    </w:p>
    <w:p w14:paraId="57B296A7" w14:textId="77777777" w:rsidR="00D037A5" w:rsidRDefault="006A2323">
      <w:pPr>
        <w:tabs>
          <w:tab w:val="left" w:pos="425"/>
        </w:tabs>
        <w:spacing w:after="60" w:line="264" w:lineRule="auto"/>
        <w:ind w:left="425" w:hanging="227"/>
        <w:jc w:val="both"/>
      </w:pPr>
      <w:r>
        <w:t xml:space="preserve">- </w:t>
      </w:r>
      <w:r>
        <w:tab/>
      </w:r>
      <w:r>
        <w:rPr>
          <w:b/>
        </w:rPr>
        <w:t>Hướng dẫn và khai báo.</w:t>
      </w:r>
      <w:r>
        <w:t xml:space="preserve"> Trong tiết này GV không mở công cụ AI. Khi nhóm có dùng công cụ AI ở nhà, nhóm khai báo năm ý: công cụ đã dùng; mục đích dùng; phần việc giao cho công cụ; cách kiểm tra lại kết quả; phần nhóm tự làm.</w:t>
      </w:r>
    </w:p>
    <w:p w14:paraId="794A6E8A" w14:textId="77777777" w:rsidR="00D037A5" w:rsidRDefault="006A2323">
      <w:pPr>
        <w:spacing w:after="0" w:line="240" w:lineRule="auto"/>
      </w:pPr>
      <w:r>
        <w:rPr>
          <w:sz w:val="22"/>
          <w:szCs w:val="22"/>
        </w:rPr>
        <w:t>PL12.6.10. Sản phẩm và gợi ý đáp án theo hoạt động</w:t>
      </w:r>
    </w:p>
    <w:p w14:paraId="377F9739" w14:textId="77777777" w:rsidR="00D037A5" w:rsidRDefault="006A2323">
      <w:pPr>
        <w:spacing w:after="0" w:line="240" w:lineRule="auto"/>
      </w:pPr>
      <w:r>
        <w:rPr>
          <w:sz w:val="22"/>
          <w:szCs w:val="22"/>
        </w:rPr>
        <w:t>Hoạt động 1. Mở đầu: câu hỏi còn lại của cán bộ khuyến nông (5 phút)</w:t>
      </w:r>
    </w:p>
    <w:p w14:paraId="34D93F8C" w14:textId="77777777" w:rsidR="00D037A5" w:rsidRDefault="006A2323">
      <w:pPr>
        <w:spacing w:after="0" w:line="240" w:lineRule="auto"/>
      </w:pPr>
      <w:r>
        <w:rPr>
          <w:sz w:val="22"/>
          <w:szCs w:val="22"/>
        </w:rPr>
        <w:t>Dự đoán trên Phiếu học tập 12.6.1: một dòng cho mỗi phương án mà HS nghĩ ra. Tiêu chí đánh giá: có dự đoán nói rõ nơi chạy và người bảo trì.</w:t>
      </w:r>
    </w:p>
    <w:p w14:paraId="0D67AF89" w14:textId="77777777" w:rsidR="00D037A5" w:rsidRDefault="006A2323">
      <w:pPr>
        <w:spacing w:after="0" w:line="240" w:lineRule="auto"/>
      </w:pPr>
      <w:r>
        <w:rPr>
          <w:sz w:val="22"/>
          <w:szCs w:val="22"/>
        </w:rPr>
        <w:t>MC: bảng kiểm tra của các nhóm.</w:t>
      </w:r>
    </w:p>
    <w:p w14:paraId="5DC5CDCB" w14:textId="77777777" w:rsidR="00D037A5" w:rsidRDefault="006A2323">
      <w:pPr>
        <w:spacing w:after="0" w:line="240" w:lineRule="auto"/>
      </w:pPr>
      <w:r>
        <w:rPr>
          <w:sz w:val="22"/>
          <w:szCs w:val="22"/>
        </w:rPr>
        <w:t>Hoạt động 2. Hình thành kiến thức mới: phân tích yêu cầu nhiệm vụ và năm câu hỏi cho mỗi phương án (12 phút)</w:t>
      </w:r>
    </w:p>
    <w:p w14:paraId="0874D957" w14:textId="77777777" w:rsidR="00D037A5" w:rsidRDefault="006A2323">
      <w:pPr>
        <w:spacing w:after="0" w:line="240" w:lineRule="auto"/>
      </w:pPr>
      <w:r>
        <w:rPr>
          <w:sz w:val="22"/>
          <w:szCs w:val="22"/>
        </w:rPr>
        <w:t>Phiếu học tập 12.6.1 có năm dòng cho mỗi phương án, trong đó dòng người dùng và dòng thiết bị đã gán sẵn từ tình huống.</w:t>
      </w:r>
    </w:p>
    <w:p w14:paraId="05C28400" w14:textId="77777777" w:rsidR="00D037A5" w:rsidRDefault="006A2323">
      <w:pPr>
        <w:spacing w:after="0" w:line="240" w:lineRule="auto"/>
      </w:pPr>
      <w:r>
        <w:rPr>
          <w:sz w:val="22"/>
          <w:szCs w:val="22"/>
        </w:rPr>
        <w:t>MC: phiếu của từng nhóm.</w:t>
      </w:r>
    </w:p>
    <w:p w14:paraId="124E999E" w14:textId="77777777" w:rsidR="00D037A5" w:rsidRDefault="006A2323">
      <w:pPr>
        <w:spacing w:after="0" w:line="240" w:lineRule="auto"/>
      </w:pPr>
      <w:r>
        <w:rPr>
          <w:sz w:val="22"/>
          <w:szCs w:val="22"/>
        </w:rPr>
        <w:t>Hoạt động 3. Luyện tập: chứng cứ cho ưu điểm, nhược điểm và chấm sáu tiêu chí (14 phút)</w:t>
      </w:r>
    </w:p>
    <w:p w14:paraId="6C67FCEA" w14:textId="77777777" w:rsidR="00D037A5" w:rsidRDefault="006A2323">
      <w:pPr>
        <w:spacing w:after="0" w:line="240" w:lineRule="auto"/>
      </w:pPr>
      <w:r>
        <w:rPr>
          <w:sz w:val="22"/>
          <w:szCs w:val="22"/>
        </w:rPr>
        <w:t>Phiếu học tập 12.6.1 đã điền đủ hai dòng minh chứng cho ba phương án.</w:t>
      </w:r>
    </w:p>
    <w:p w14:paraId="6C5E97E3" w14:textId="77777777" w:rsidR="00D037A5" w:rsidRDefault="006A2323">
      <w:pPr>
        <w:spacing w:after="0" w:line="240" w:lineRule="auto"/>
      </w:pPr>
      <w:r>
        <w:rPr>
          <w:sz w:val="22"/>
          <w:szCs w:val="22"/>
        </w:rPr>
        <w:t>Ma trận so sánh đã chấm hai tiêu chí rủi ro, hiệu quả dự kiến cho ba phương án, có cột căn cứ đánh giá và tổng điểm quy đổi.</w:t>
      </w:r>
    </w:p>
    <w:p w14:paraId="03F5DB7A" w14:textId="77777777" w:rsidR="00D037A5" w:rsidRDefault="006A2323">
      <w:pPr>
        <w:spacing w:after="0" w:line="240" w:lineRule="auto"/>
      </w:pPr>
      <w:r>
        <w:rPr>
          <w:sz w:val="22"/>
          <w:szCs w:val="22"/>
        </w:rPr>
        <w:t>MC: phiếu và ma trận của từng nhóm.</w:t>
      </w:r>
    </w:p>
    <w:p w14:paraId="09F17C1D" w14:textId="77777777" w:rsidR="00D037A5" w:rsidRDefault="006A2323">
      <w:pPr>
        <w:spacing w:after="0" w:line="240" w:lineRule="auto"/>
      </w:pPr>
      <w:r>
        <w:rPr>
          <w:sz w:val="22"/>
          <w:szCs w:val="22"/>
        </w:rPr>
        <w:t>Hoạt động 4. Vận dụng: lựa chọn phương án, giải trình và phản biện (14 phút)</w:t>
      </w:r>
    </w:p>
    <w:p w14:paraId="10331F22" w14:textId="77777777" w:rsidR="00D037A5" w:rsidRDefault="006A2323">
      <w:pPr>
        <w:spacing w:after="0" w:line="240" w:lineRule="auto"/>
      </w:pPr>
      <w:r>
        <w:rPr>
          <w:sz w:val="22"/>
          <w:szCs w:val="22"/>
        </w:rPr>
        <w:t>Phiếu lựa chọn đã điền đủ tám mục; hai nhóm đã trả lời phản biện ba câu hỏi.</w:t>
      </w:r>
    </w:p>
    <w:p w14:paraId="143E107B" w14:textId="77777777" w:rsidR="00D037A5" w:rsidRDefault="006A2323">
      <w:pPr>
        <w:spacing w:after="0" w:line="240" w:lineRule="auto"/>
      </w:pPr>
      <w:r>
        <w:rPr>
          <w:sz w:val="22"/>
          <w:szCs w:val="22"/>
        </w:rPr>
        <w:t>MC: phiếu lựa chọn của từng nhóm; phiếu tổng kết của từng HS.</w:t>
      </w:r>
    </w:p>
    <w:sectPr w:rsidR="00D037A5">
      <w:footerReference w:type="default" r:id="rId13"/>
      <w:pgSz w:w="11906" w:h="16838"/>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F12CE" w14:textId="77777777" w:rsidR="006A2323" w:rsidRDefault="006A2323">
      <w:pPr>
        <w:spacing w:after="0" w:line="240" w:lineRule="auto"/>
      </w:pPr>
      <w:r>
        <w:separator/>
      </w:r>
    </w:p>
  </w:endnote>
  <w:endnote w:type="continuationSeparator" w:id="0">
    <w:p w14:paraId="7A5AA71E" w14:textId="77777777" w:rsidR="006A2323" w:rsidRDefault="006A2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D5B84" w14:textId="2BEFF3ED" w:rsidR="00D037A5" w:rsidRDefault="006A2323">
    <w:pPr>
      <w:pStyle w:val="Footer"/>
      <w:spacing w:line="264" w:lineRule="auto"/>
      <w:jc w:val="center"/>
    </w:pPr>
    <w:r>
      <w:rPr>
        <w:sz w:val="22"/>
      </w:rPr>
      <w:fldChar w:fldCharType="begin"/>
    </w:r>
    <w:r>
      <w:rPr>
        <w:sz w:val="22"/>
      </w:rPr>
      <w:instrText>PAGE</w:instrText>
    </w:r>
    <w:r w:rsidR="00AC1BEF">
      <w:rPr>
        <w:sz w:val="22"/>
      </w:rPr>
      <w:fldChar w:fldCharType="separate"/>
    </w:r>
    <w:r w:rsidR="00AC1BEF">
      <w:rPr>
        <w:noProof/>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9DBE9" w14:textId="77777777" w:rsidR="006A2323" w:rsidRDefault="006A2323">
      <w:pPr>
        <w:spacing w:after="0" w:line="240" w:lineRule="auto"/>
      </w:pPr>
      <w:r>
        <w:separator/>
      </w:r>
    </w:p>
  </w:footnote>
  <w:footnote w:type="continuationSeparator" w:id="0">
    <w:p w14:paraId="57617D0D" w14:textId="77777777" w:rsidR="006A2323" w:rsidRDefault="006A23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19505849">
    <w:abstractNumId w:val="8"/>
  </w:num>
  <w:num w:numId="2" w16cid:durableId="1398477020">
    <w:abstractNumId w:val="6"/>
  </w:num>
  <w:num w:numId="3" w16cid:durableId="854924922">
    <w:abstractNumId w:val="5"/>
  </w:num>
  <w:num w:numId="4" w16cid:durableId="1478764278">
    <w:abstractNumId w:val="4"/>
  </w:num>
  <w:num w:numId="5" w16cid:durableId="522666698">
    <w:abstractNumId w:val="7"/>
  </w:num>
  <w:num w:numId="6" w16cid:durableId="24403951">
    <w:abstractNumId w:val="3"/>
  </w:num>
  <w:num w:numId="7" w16cid:durableId="768163865">
    <w:abstractNumId w:val="2"/>
  </w:num>
  <w:num w:numId="8" w16cid:durableId="1929577764">
    <w:abstractNumId w:val="1"/>
  </w:num>
  <w:num w:numId="9" w16cid:durableId="910165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37A5"/>
    <w:rsid w:val="00406A05"/>
    <w:rsid w:val="006A2323"/>
    <w:rsid w:val="00AC1BEF"/>
    <w:rsid w:val="00D037A5"/>
    <w:rsid w:val="00D206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4C0963AE-C876-4F14-9284-B0BA7EF92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2465</Words>
  <Characters>14052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3</cp:revision>
  <dcterms:created xsi:type="dcterms:W3CDTF">2026-11-01T20:55:00Z</dcterms:created>
  <dcterms:modified xsi:type="dcterms:W3CDTF">2026-11-01T21:00:00Z</dcterms:modified>
</cp:coreProperties>
</file>