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BC0EE" w14:textId="77777777" w:rsidR="00BD0222" w:rsidRDefault="00DF0B0D">
      <w:pPr>
        <w:keepNext/>
        <w:spacing w:after="60" w:line="264" w:lineRule="auto"/>
        <w:jc w:val="center"/>
        <w:rPr>
          <w:b/>
          <w:lang w:val="en-US"/>
        </w:rPr>
      </w:pPr>
      <w:r>
        <w:rPr>
          <w:b/>
        </w:rPr>
        <w:t>PHỤ LỤC CỦA KẾ HOẠCH BÀI DẠY BÀI 5 – LỚP 12</w:t>
      </w:r>
    </w:p>
    <w:p w14:paraId="72F28C5E" w14:textId="00A6E0EF" w:rsidR="00315C0D" w:rsidRPr="00315C0D" w:rsidRDefault="00315C0D">
      <w:pPr>
        <w:keepNext/>
        <w:spacing w:after="60" w:line="264" w:lineRule="auto"/>
        <w:jc w:val="center"/>
        <w:rPr>
          <w:lang w:val="en-US"/>
        </w:rPr>
      </w:pPr>
      <w:r>
        <w:rPr>
          <w:b/>
          <w:lang w:val="en-US"/>
        </w:rPr>
        <w:t xml:space="preserve">TÊN BÀI: </w:t>
      </w:r>
      <w:r>
        <w:rPr>
          <w:b/>
        </w:rPr>
        <w:t>CÔNG CỤ PHÁT TRIỂN AI VÀ CÁCH ĐÁNH GIÁ HIỆU QUẢ HỆ THỐNG</w:t>
      </w:r>
    </w:p>
    <w:p w14:paraId="05E55370" w14:textId="77777777" w:rsidR="00BD0222" w:rsidRDefault="00DF0B0D">
      <w:pPr>
        <w:spacing w:after="60" w:line="264" w:lineRule="auto"/>
        <w:jc w:val="both"/>
      </w:pPr>
      <w:r>
        <w:t>Quy ước đánh số để không trùng với phụ lục của các kế hoạch bài dạy khác: phụ lục ghi “PL12.5.x”, phiếu học tập ghi “Phiếu học tập 12.5.x” (lớp 12, bài 5, số thứ tự).</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4962"/>
        <w:gridCol w:w="1417"/>
        <w:gridCol w:w="1449"/>
      </w:tblGrid>
      <w:tr w:rsidR="00BD0222" w14:paraId="4ACB8764" w14:textId="77777777" w:rsidTr="00315C0D">
        <w:trPr>
          <w:tblHeader/>
        </w:trPr>
        <w:tc>
          <w:tcPr>
            <w:tcW w:w="1242" w:type="dxa"/>
          </w:tcPr>
          <w:p w14:paraId="49BEB585" w14:textId="77777777" w:rsidR="00BD0222" w:rsidRDefault="00DF0B0D">
            <w:pPr>
              <w:spacing w:after="60" w:line="264" w:lineRule="auto"/>
              <w:jc w:val="both"/>
            </w:pPr>
            <w:r>
              <w:rPr>
                <w:b/>
              </w:rPr>
              <w:t>Mã</w:t>
            </w:r>
          </w:p>
        </w:tc>
        <w:tc>
          <w:tcPr>
            <w:tcW w:w="4962" w:type="dxa"/>
          </w:tcPr>
          <w:p w14:paraId="3446943F" w14:textId="77777777" w:rsidR="00BD0222" w:rsidRDefault="00DF0B0D">
            <w:pPr>
              <w:spacing w:after="60" w:line="264" w:lineRule="auto"/>
              <w:jc w:val="both"/>
            </w:pPr>
            <w:r>
              <w:rPr>
                <w:b/>
              </w:rPr>
              <w:t>Tên</w:t>
            </w:r>
          </w:p>
        </w:tc>
        <w:tc>
          <w:tcPr>
            <w:tcW w:w="1417" w:type="dxa"/>
          </w:tcPr>
          <w:p w14:paraId="12B20211" w14:textId="77777777" w:rsidR="00BD0222" w:rsidRDefault="00DF0B0D">
            <w:pPr>
              <w:spacing w:after="60" w:line="264" w:lineRule="auto"/>
              <w:jc w:val="both"/>
            </w:pPr>
            <w:r>
              <w:rPr>
                <w:b/>
              </w:rPr>
              <w:t>Dành cho</w:t>
            </w:r>
          </w:p>
        </w:tc>
        <w:tc>
          <w:tcPr>
            <w:tcW w:w="1449" w:type="dxa"/>
          </w:tcPr>
          <w:p w14:paraId="5205FD19" w14:textId="77777777" w:rsidR="00BD0222" w:rsidRDefault="00DF0B0D">
            <w:pPr>
              <w:spacing w:after="60" w:line="264" w:lineRule="auto"/>
              <w:jc w:val="both"/>
            </w:pPr>
            <w:r>
              <w:rPr>
                <w:b/>
              </w:rPr>
              <w:t>Dùng ở</w:t>
            </w:r>
          </w:p>
        </w:tc>
      </w:tr>
      <w:tr w:rsidR="00BD0222" w14:paraId="4B4A7471" w14:textId="77777777" w:rsidTr="00315C0D">
        <w:tc>
          <w:tcPr>
            <w:tcW w:w="1242" w:type="dxa"/>
          </w:tcPr>
          <w:p w14:paraId="7D15E2F6" w14:textId="77777777" w:rsidR="00BD0222" w:rsidRDefault="00DF0B0D">
            <w:pPr>
              <w:spacing w:after="60" w:line="264" w:lineRule="auto"/>
              <w:jc w:val="both"/>
            </w:pPr>
            <w:r>
              <w:t>PL12.5.1</w:t>
            </w:r>
          </w:p>
        </w:tc>
        <w:tc>
          <w:tcPr>
            <w:tcW w:w="4962" w:type="dxa"/>
          </w:tcPr>
          <w:p w14:paraId="4BB0FD30" w14:textId="77777777" w:rsidR="00BD0222" w:rsidRDefault="00DF0B0D">
            <w:pPr>
              <w:spacing w:after="60" w:line="264" w:lineRule="auto"/>
              <w:jc w:val="both"/>
            </w:pPr>
            <w:r>
              <w:t>Phiếu học tập 12.5.1: Hồ sơ tính năng của bốn công cụ</w:t>
            </w:r>
          </w:p>
        </w:tc>
        <w:tc>
          <w:tcPr>
            <w:tcW w:w="1417" w:type="dxa"/>
          </w:tcPr>
          <w:p w14:paraId="5FEE0429" w14:textId="77777777" w:rsidR="00BD0222" w:rsidRDefault="00DF0B0D">
            <w:pPr>
              <w:spacing w:after="60" w:line="264" w:lineRule="auto"/>
              <w:jc w:val="both"/>
            </w:pPr>
            <w:r>
              <w:t>Nhóm</w:t>
            </w:r>
          </w:p>
        </w:tc>
        <w:tc>
          <w:tcPr>
            <w:tcW w:w="1449" w:type="dxa"/>
          </w:tcPr>
          <w:p w14:paraId="49227E0C" w14:textId="77777777" w:rsidR="00BD0222" w:rsidRDefault="00DF0B0D">
            <w:pPr>
              <w:spacing w:after="60" w:line="264" w:lineRule="auto"/>
              <w:jc w:val="both"/>
            </w:pPr>
            <w:r>
              <w:t>HĐ 2, 4</w:t>
            </w:r>
          </w:p>
        </w:tc>
      </w:tr>
      <w:tr w:rsidR="00BD0222" w14:paraId="55C492D4" w14:textId="77777777" w:rsidTr="00315C0D">
        <w:tc>
          <w:tcPr>
            <w:tcW w:w="1242" w:type="dxa"/>
          </w:tcPr>
          <w:p w14:paraId="0261E3FA" w14:textId="77777777" w:rsidR="00BD0222" w:rsidRDefault="00DF0B0D">
            <w:pPr>
              <w:spacing w:after="60" w:line="264" w:lineRule="auto"/>
              <w:jc w:val="both"/>
            </w:pPr>
            <w:r>
              <w:t>PL12.5.2</w:t>
            </w:r>
          </w:p>
        </w:tc>
        <w:tc>
          <w:tcPr>
            <w:tcW w:w="4962" w:type="dxa"/>
          </w:tcPr>
          <w:p w14:paraId="0073A7E5" w14:textId="77777777" w:rsidR="00BD0222" w:rsidRDefault="00DF0B0D">
            <w:pPr>
              <w:spacing w:after="60" w:line="264" w:lineRule="auto"/>
              <w:jc w:val="both"/>
            </w:pPr>
            <w:r>
              <w:t>Phiếu học tập 12.5.1, Phần B: Ghép nhiệm vụ với công cụ</w:t>
            </w:r>
          </w:p>
        </w:tc>
        <w:tc>
          <w:tcPr>
            <w:tcW w:w="1417" w:type="dxa"/>
          </w:tcPr>
          <w:p w14:paraId="6FFCA6E6" w14:textId="77777777" w:rsidR="00BD0222" w:rsidRDefault="00DF0B0D">
            <w:pPr>
              <w:spacing w:after="60" w:line="264" w:lineRule="auto"/>
              <w:jc w:val="both"/>
            </w:pPr>
            <w:r>
              <w:t>Nhóm</w:t>
            </w:r>
          </w:p>
        </w:tc>
        <w:tc>
          <w:tcPr>
            <w:tcW w:w="1449" w:type="dxa"/>
          </w:tcPr>
          <w:p w14:paraId="4A9BCAEC" w14:textId="77777777" w:rsidR="00BD0222" w:rsidRDefault="00DF0B0D">
            <w:pPr>
              <w:spacing w:after="60" w:line="264" w:lineRule="auto"/>
              <w:jc w:val="both"/>
            </w:pPr>
            <w:r>
              <w:t>HĐ 2, 4</w:t>
            </w:r>
          </w:p>
        </w:tc>
      </w:tr>
      <w:tr w:rsidR="00BD0222" w14:paraId="546305DE" w14:textId="77777777" w:rsidTr="00315C0D">
        <w:tc>
          <w:tcPr>
            <w:tcW w:w="1242" w:type="dxa"/>
          </w:tcPr>
          <w:p w14:paraId="7141B9B6" w14:textId="77777777" w:rsidR="00BD0222" w:rsidRDefault="00DF0B0D">
            <w:pPr>
              <w:spacing w:after="60" w:line="264" w:lineRule="auto"/>
              <w:jc w:val="both"/>
            </w:pPr>
            <w:r>
              <w:t>PL12.5.3</w:t>
            </w:r>
          </w:p>
        </w:tc>
        <w:tc>
          <w:tcPr>
            <w:tcW w:w="4962" w:type="dxa"/>
          </w:tcPr>
          <w:p w14:paraId="017E6E23" w14:textId="77777777" w:rsidR="00BD0222" w:rsidRDefault="00DF0B0D">
            <w:pPr>
              <w:spacing w:after="60" w:line="264" w:lineRule="auto"/>
              <w:jc w:val="both"/>
            </w:pPr>
            <w:r>
              <w:t>Phiếu học tập 12.5.2: Kế hoạch đánh giá hiệu quả hệ thống</w:t>
            </w:r>
          </w:p>
        </w:tc>
        <w:tc>
          <w:tcPr>
            <w:tcW w:w="1417" w:type="dxa"/>
          </w:tcPr>
          <w:p w14:paraId="6A53E14C" w14:textId="77777777" w:rsidR="00BD0222" w:rsidRDefault="00DF0B0D">
            <w:pPr>
              <w:spacing w:after="60" w:line="264" w:lineRule="auto"/>
              <w:jc w:val="both"/>
            </w:pPr>
            <w:r>
              <w:t>Nhóm</w:t>
            </w:r>
          </w:p>
        </w:tc>
        <w:tc>
          <w:tcPr>
            <w:tcW w:w="1449" w:type="dxa"/>
          </w:tcPr>
          <w:p w14:paraId="2EF6FD60" w14:textId="77777777" w:rsidR="00BD0222" w:rsidRDefault="00DF0B0D">
            <w:pPr>
              <w:spacing w:after="60" w:line="264" w:lineRule="auto"/>
              <w:jc w:val="both"/>
            </w:pPr>
            <w:r>
              <w:t>HĐ 3, 4</w:t>
            </w:r>
          </w:p>
        </w:tc>
      </w:tr>
      <w:tr w:rsidR="00BD0222" w14:paraId="3478100F" w14:textId="77777777" w:rsidTr="00315C0D">
        <w:tc>
          <w:tcPr>
            <w:tcW w:w="1242" w:type="dxa"/>
          </w:tcPr>
          <w:p w14:paraId="75E5061D" w14:textId="77777777" w:rsidR="00BD0222" w:rsidRDefault="00DF0B0D">
            <w:pPr>
              <w:spacing w:after="60" w:line="264" w:lineRule="auto"/>
              <w:jc w:val="both"/>
            </w:pPr>
            <w:r>
              <w:t>PL12.5.4</w:t>
            </w:r>
          </w:p>
        </w:tc>
        <w:tc>
          <w:tcPr>
            <w:tcW w:w="4962" w:type="dxa"/>
          </w:tcPr>
          <w:p w14:paraId="6E287906" w14:textId="77777777" w:rsidR="00BD0222" w:rsidRDefault="00DF0B0D">
            <w:pPr>
              <w:spacing w:after="60" w:line="264" w:lineRule="auto"/>
              <w:jc w:val="both"/>
            </w:pPr>
            <w:r>
              <w:t>Bảng kiểm tra kế hoạch đánh giá</w:t>
            </w:r>
          </w:p>
        </w:tc>
        <w:tc>
          <w:tcPr>
            <w:tcW w:w="1417" w:type="dxa"/>
          </w:tcPr>
          <w:p w14:paraId="21B7CA00" w14:textId="77777777" w:rsidR="00BD0222" w:rsidRDefault="00DF0B0D">
            <w:pPr>
              <w:spacing w:after="60" w:line="264" w:lineRule="auto"/>
              <w:jc w:val="both"/>
            </w:pPr>
            <w:r>
              <w:t>Nhóm</w:t>
            </w:r>
          </w:p>
        </w:tc>
        <w:tc>
          <w:tcPr>
            <w:tcW w:w="1449" w:type="dxa"/>
          </w:tcPr>
          <w:p w14:paraId="22CD2E5B" w14:textId="77777777" w:rsidR="00BD0222" w:rsidRDefault="00DF0B0D">
            <w:pPr>
              <w:spacing w:after="60" w:line="264" w:lineRule="auto"/>
              <w:jc w:val="both"/>
            </w:pPr>
            <w:r>
              <w:t>HĐ 4</w:t>
            </w:r>
          </w:p>
        </w:tc>
      </w:tr>
      <w:tr w:rsidR="00BD0222" w14:paraId="329B5450" w14:textId="77777777" w:rsidTr="00315C0D">
        <w:tc>
          <w:tcPr>
            <w:tcW w:w="1242" w:type="dxa"/>
          </w:tcPr>
          <w:p w14:paraId="7D0CCF5C" w14:textId="77777777" w:rsidR="00BD0222" w:rsidRDefault="00DF0B0D">
            <w:pPr>
              <w:spacing w:after="60" w:line="264" w:lineRule="auto"/>
              <w:jc w:val="both"/>
            </w:pPr>
            <w:r>
              <w:t>PL12.5.5</w:t>
            </w:r>
          </w:p>
        </w:tc>
        <w:tc>
          <w:tcPr>
            <w:tcW w:w="4962" w:type="dxa"/>
          </w:tcPr>
          <w:p w14:paraId="6F7BFA4D" w14:textId="77777777" w:rsidR="00BD0222" w:rsidRDefault="00DF0B0D">
            <w:pPr>
              <w:spacing w:after="60" w:line="264" w:lineRule="auto"/>
              <w:jc w:val="both"/>
            </w:pPr>
            <w:r>
              <w:t>Định hướng nội dung và gợi ý đáp án (dành cho GV)</w:t>
            </w:r>
          </w:p>
        </w:tc>
        <w:tc>
          <w:tcPr>
            <w:tcW w:w="1417" w:type="dxa"/>
          </w:tcPr>
          <w:p w14:paraId="023E3BCF" w14:textId="77777777" w:rsidR="00BD0222" w:rsidRDefault="00DF0B0D">
            <w:pPr>
              <w:spacing w:after="60" w:line="264" w:lineRule="auto"/>
              <w:jc w:val="both"/>
            </w:pPr>
            <w:r>
              <w:t>GV</w:t>
            </w:r>
          </w:p>
        </w:tc>
        <w:tc>
          <w:tcPr>
            <w:tcW w:w="1449" w:type="dxa"/>
          </w:tcPr>
          <w:p w14:paraId="288933F7" w14:textId="77777777" w:rsidR="00BD0222" w:rsidRDefault="00DF0B0D">
            <w:pPr>
              <w:spacing w:after="60" w:line="264" w:lineRule="auto"/>
              <w:jc w:val="both"/>
            </w:pPr>
            <w:r>
              <w:t>HĐ 2, 3, 4</w:t>
            </w:r>
          </w:p>
        </w:tc>
      </w:tr>
      <w:tr w:rsidR="00BD0222" w14:paraId="5682D7C0" w14:textId="77777777" w:rsidTr="00315C0D">
        <w:tc>
          <w:tcPr>
            <w:tcW w:w="1242" w:type="dxa"/>
          </w:tcPr>
          <w:p w14:paraId="0BFE59C8" w14:textId="77777777" w:rsidR="00BD0222" w:rsidRDefault="00DF0B0D">
            <w:pPr>
              <w:spacing w:after="60" w:line="264" w:lineRule="auto"/>
              <w:jc w:val="both"/>
            </w:pPr>
            <w:r>
              <w:t>PL12.5.6</w:t>
            </w:r>
          </w:p>
        </w:tc>
        <w:tc>
          <w:tcPr>
            <w:tcW w:w="4962" w:type="dxa"/>
          </w:tcPr>
          <w:p w14:paraId="37C70388" w14:textId="77777777" w:rsidR="00BD0222" w:rsidRDefault="00DF0B0D">
            <w:pPr>
              <w:spacing w:after="60" w:line="264" w:lineRule="auto"/>
              <w:jc w:val="both"/>
            </w:pPr>
            <w:r>
              <w:t>Ghi chú chuyên môn, nguồn tư liệu và lưu ý khi dạy (dành cho GV)</w:t>
            </w:r>
          </w:p>
        </w:tc>
        <w:tc>
          <w:tcPr>
            <w:tcW w:w="1417" w:type="dxa"/>
          </w:tcPr>
          <w:p w14:paraId="68DF42E2" w14:textId="77777777" w:rsidR="00BD0222" w:rsidRDefault="00DF0B0D">
            <w:pPr>
              <w:spacing w:after="60" w:line="264" w:lineRule="auto"/>
              <w:jc w:val="both"/>
            </w:pPr>
            <w:r>
              <w:t>GV</w:t>
            </w:r>
          </w:p>
        </w:tc>
        <w:tc>
          <w:tcPr>
            <w:tcW w:w="1449" w:type="dxa"/>
          </w:tcPr>
          <w:p w14:paraId="5815C712" w14:textId="77777777" w:rsidR="00BD0222" w:rsidRDefault="00DF0B0D">
            <w:pPr>
              <w:spacing w:after="60" w:line="264" w:lineRule="auto"/>
              <w:jc w:val="both"/>
            </w:pPr>
            <w:r>
              <w:t>Trước giờ dạy</w:t>
            </w:r>
          </w:p>
        </w:tc>
      </w:tr>
      <w:tr w:rsidR="00BD0222" w14:paraId="5622B81E" w14:textId="77777777" w:rsidTr="00315C0D">
        <w:tc>
          <w:tcPr>
            <w:tcW w:w="1242" w:type="dxa"/>
          </w:tcPr>
          <w:p w14:paraId="749BD543" w14:textId="77777777" w:rsidR="00BD0222" w:rsidRDefault="00DF0B0D">
            <w:pPr>
              <w:spacing w:after="60" w:line="264" w:lineRule="auto"/>
              <w:jc w:val="both"/>
            </w:pPr>
            <w:r>
              <w:t>PL12.5.7</w:t>
            </w:r>
          </w:p>
        </w:tc>
        <w:tc>
          <w:tcPr>
            <w:tcW w:w="4962" w:type="dxa"/>
          </w:tcPr>
          <w:p w14:paraId="1951567D" w14:textId="77777777" w:rsidR="00BD0222" w:rsidRDefault="00DF0B0D">
            <w:pPr>
              <w:spacing w:after="60" w:line="264" w:lineRule="auto"/>
              <w:jc w:val="both"/>
            </w:pPr>
            <w:r>
              <w:t>Mô tả mức đánh giá của bài và mẫu câu nhận xét</w:t>
            </w:r>
          </w:p>
        </w:tc>
        <w:tc>
          <w:tcPr>
            <w:tcW w:w="1417" w:type="dxa"/>
          </w:tcPr>
          <w:p w14:paraId="606FC9A8" w14:textId="77777777" w:rsidR="00BD0222" w:rsidRDefault="00DF0B0D">
            <w:pPr>
              <w:spacing w:after="60" w:line="264" w:lineRule="auto"/>
              <w:jc w:val="both"/>
            </w:pPr>
            <w:r>
              <w:t>GV</w:t>
            </w:r>
          </w:p>
        </w:tc>
        <w:tc>
          <w:tcPr>
            <w:tcW w:w="1449" w:type="dxa"/>
          </w:tcPr>
          <w:p w14:paraId="3B98207A" w14:textId="77777777" w:rsidR="00BD0222" w:rsidRDefault="00DF0B0D">
            <w:pPr>
              <w:spacing w:after="60" w:line="264" w:lineRule="auto"/>
              <w:jc w:val="both"/>
            </w:pPr>
            <w:r>
              <w:t>mục IV</w:t>
            </w:r>
          </w:p>
        </w:tc>
      </w:tr>
      <w:tr w:rsidR="00BD0222" w14:paraId="1D76CB80" w14:textId="77777777" w:rsidTr="00315C0D">
        <w:tc>
          <w:tcPr>
            <w:tcW w:w="1242" w:type="dxa"/>
          </w:tcPr>
          <w:p w14:paraId="0CFE41E6" w14:textId="77777777" w:rsidR="00BD0222" w:rsidRDefault="00DF0B0D">
            <w:pPr>
              <w:spacing w:after="60" w:line="264" w:lineRule="auto"/>
              <w:jc w:val="both"/>
            </w:pPr>
            <w:r>
              <w:t>PL12.5.8</w:t>
            </w:r>
          </w:p>
        </w:tc>
        <w:tc>
          <w:tcPr>
            <w:tcW w:w="4962" w:type="dxa"/>
          </w:tcPr>
          <w:p w14:paraId="1132D6B8" w14:textId="77777777" w:rsidR="00BD0222" w:rsidRDefault="00DF0B0D">
            <w:pPr>
              <w:spacing w:after="60" w:line="264" w:lineRule="auto"/>
              <w:jc w:val="both"/>
            </w:pPr>
            <w:r>
              <w:t>Bảng kiểm an toàn và trách nhiệm của bài</w:t>
            </w:r>
          </w:p>
        </w:tc>
        <w:tc>
          <w:tcPr>
            <w:tcW w:w="1417" w:type="dxa"/>
          </w:tcPr>
          <w:p w14:paraId="6664133A" w14:textId="77777777" w:rsidR="00BD0222" w:rsidRDefault="00DF0B0D">
            <w:pPr>
              <w:spacing w:after="60" w:line="264" w:lineRule="auto"/>
              <w:jc w:val="both"/>
            </w:pPr>
            <w:r>
              <w:t>GV</w:t>
            </w:r>
          </w:p>
        </w:tc>
        <w:tc>
          <w:tcPr>
            <w:tcW w:w="1449" w:type="dxa"/>
          </w:tcPr>
          <w:p w14:paraId="284295BA" w14:textId="77777777" w:rsidR="00BD0222" w:rsidRDefault="00DF0B0D">
            <w:pPr>
              <w:spacing w:after="60" w:line="264" w:lineRule="auto"/>
              <w:jc w:val="both"/>
            </w:pPr>
            <w:r>
              <w:t>Trước giờ dạy</w:t>
            </w:r>
          </w:p>
        </w:tc>
      </w:tr>
      <w:tr w:rsidR="00BD0222" w14:paraId="1E362367" w14:textId="77777777" w:rsidTr="00315C0D">
        <w:tc>
          <w:tcPr>
            <w:tcW w:w="1242" w:type="dxa"/>
          </w:tcPr>
          <w:p w14:paraId="7169B98D" w14:textId="77777777" w:rsidR="00BD0222" w:rsidRDefault="00DF0B0D">
            <w:pPr>
              <w:spacing w:after="60" w:line="264" w:lineRule="auto"/>
              <w:jc w:val="both"/>
            </w:pPr>
            <w:r>
              <w:t>PL12.5.9</w:t>
            </w:r>
          </w:p>
        </w:tc>
        <w:tc>
          <w:tcPr>
            <w:tcW w:w="4962" w:type="dxa"/>
          </w:tcPr>
          <w:p w14:paraId="00003E14" w14:textId="77777777" w:rsidR="00BD0222" w:rsidRDefault="00DF0B0D">
            <w:pPr>
              <w:spacing w:after="60" w:line="264" w:lineRule="auto"/>
              <w:jc w:val="both"/>
            </w:pPr>
            <w:r>
              <w:t>Lưu ý về đánh giá của bài</w:t>
            </w:r>
          </w:p>
        </w:tc>
        <w:tc>
          <w:tcPr>
            <w:tcW w:w="1417" w:type="dxa"/>
          </w:tcPr>
          <w:p w14:paraId="245A2F74" w14:textId="77777777" w:rsidR="00BD0222" w:rsidRDefault="00DF0B0D">
            <w:pPr>
              <w:spacing w:after="60" w:line="264" w:lineRule="auto"/>
              <w:jc w:val="both"/>
            </w:pPr>
            <w:r>
              <w:t>GV</w:t>
            </w:r>
          </w:p>
        </w:tc>
        <w:tc>
          <w:tcPr>
            <w:tcW w:w="1449" w:type="dxa"/>
          </w:tcPr>
          <w:p w14:paraId="32DB32BC" w14:textId="77777777" w:rsidR="00BD0222" w:rsidRDefault="00DF0B0D">
            <w:pPr>
              <w:spacing w:after="60" w:line="264" w:lineRule="auto"/>
              <w:jc w:val="both"/>
            </w:pPr>
            <w:r>
              <w:t>mục IV</w:t>
            </w:r>
          </w:p>
        </w:tc>
      </w:tr>
      <w:tr w:rsidR="00BD0222" w14:paraId="27C78B0E" w14:textId="77777777" w:rsidTr="00315C0D">
        <w:tc>
          <w:tcPr>
            <w:tcW w:w="1242" w:type="dxa"/>
          </w:tcPr>
          <w:p w14:paraId="1DF8D660" w14:textId="77777777" w:rsidR="00BD0222" w:rsidRDefault="00DF0B0D">
            <w:pPr>
              <w:spacing w:after="60" w:line="264" w:lineRule="auto"/>
              <w:jc w:val="both"/>
            </w:pPr>
            <w:r>
              <w:t>PL12.5.10</w:t>
            </w:r>
          </w:p>
        </w:tc>
        <w:tc>
          <w:tcPr>
            <w:tcW w:w="4962" w:type="dxa"/>
          </w:tcPr>
          <w:p w14:paraId="6E44DDF0" w14:textId="77777777" w:rsidR="00BD0222" w:rsidRDefault="00DF0B0D">
            <w:pPr>
              <w:spacing w:after="60" w:line="264" w:lineRule="auto"/>
              <w:jc w:val="both"/>
            </w:pPr>
            <w:r>
              <w:t>Sản phẩm và gợi ý đáp án theo hoạt động</w:t>
            </w:r>
          </w:p>
        </w:tc>
        <w:tc>
          <w:tcPr>
            <w:tcW w:w="1417" w:type="dxa"/>
          </w:tcPr>
          <w:p w14:paraId="630341D0" w14:textId="77777777" w:rsidR="00BD0222" w:rsidRDefault="00DF0B0D">
            <w:pPr>
              <w:spacing w:after="60" w:line="264" w:lineRule="auto"/>
              <w:jc w:val="both"/>
            </w:pPr>
            <w:r>
              <w:t>GV</w:t>
            </w:r>
          </w:p>
        </w:tc>
        <w:tc>
          <w:tcPr>
            <w:tcW w:w="1449" w:type="dxa"/>
          </w:tcPr>
          <w:p w14:paraId="0F00ABB2" w14:textId="77777777" w:rsidR="00BD0222" w:rsidRDefault="00DF0B0D">
            <w:pPr>
              <w:spacing w:after="60" w:line="264" w:lineRule="auto"/>
              <w:jc w:val="both"/>
            </w:pPr>
            <w:r>
              <w:t>Các hoạt động; mục IV</w:t>
            </w:r>
          </w:p>
        </w:tc>
      </w:tr>
    </w:tbl>
    <w:p w14:paraId="2D2E6530" w14:textId="77777777" w:rsidR="00BD0222" w:rsidRDefault="00BD0222">
      <w:pPr>
        <w:spacing w:after="60" w:line="264" w:lineRule="auto"/>
        <w:jc w:val="both"/>
      </w:pPr>
    </w:p>
    <w:p w14:paraId="67ECB8C1" w14:textId="77777777" w:rsidR="00BD0222" w:rsidRDefault="00DF0B0D">
      <w:pPr>
        <w:keepNext/>
        <w:spacing w:before="80" w:after="60" w:line="264" w:lineRule="auto"/>
      </w:pPr>
      <w:r>
        <w:rPr>
          <w:b/>
        </w:rPr>
        <w:t>PL12.5.1. Phiếu học tập 12.5.1: Hồ sơ tính năng của bốn công cụ</w:t>
      </w:r>
    </w:p>
    <w:p w14:paraId="7F78A78A" w14:textId="77777777" w:rsidR="00BD0222" w:rsidRDefault="00DF0B0D">
      <w:pPr>
        <w:spacing w:after="60" w:line="264" w:lineRule="auto"/>
        <w:jc w:val="both"/>
      </w:pPr>
      <w:r>
        <w:t>Nhóm: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928"/>
        <w:gridCol w:w="1786"/>
        <w:gridCol w:w="1786"/>
        <w:gridCol w:w="1786"/>
        <w:gridCol w:w="1786"/>
      </w:tblGrid>
      <w:tr w:rsidR="00BD0222" w14:paraId="36567795" w14:textId="77777777">
        <w:trPr>
          <w:cantSplit/>
          <w:tblHeader/>
          <w:jc w:val="center"/>
        </w:trPr>
        <w:tc>
          <w:tcPr>
            <w:tcW w:w="1928" w:type="dxa"/>
            <w:vAlign w:val="center"/>
          </w:tcPr>
          <w:p w14:paraId="52C05AC2" w14:textId="77777777" w:rsidR="00BD0222" w:rsidRDefault="00DF0B0D">
            <w:pPr>
              <w:spacing w:after="0" w:line="240" w:lineRule="auto"/>
              <w:jc w:val="center"/>
            </w:pPr>
            <w:r>
              <w:rPr>
                <w:b/>
                <w:sz w:val="22"/>
                <w:szCs w:val="22"/>
              </w:rPr>
              <w:t>Tiêu chí khảo sát</w:t>
            </w:r>
          </w:p>
        </w:tc>
        <w:tc>
          <w:tcPr>
            <w:tcW w:w="1786" w:type="dxa"/>
            <w:vAlign w:val="center"/>
          </w:tcPr>
          <w:p w14:paraId="3866A79C" w14:textId="77777777" w:rsidR="00BD0222" w:rsidRDefault="00DF0B0D">
            <w:pPr>
              <w:spacing w:after="0" w:line="240" w:lineRule="auto"/>
              <w:jc w:val="center"/>
            </w:pPr>
            <w:r>
              <w:rPr>
                <w:b/>
                <w:sz w:val="22"/>
                <w:szCs w:val="22"/>
              </w:rPr>
              <w:t>Teachable Machine</w:t>
            </w:r>
          </w:p>
        </w:tc>
        <w:tc>
          <w:tcPr>
            <w:tcW w:w="1786" w:type="dxa"/>
            <w:vAlign w:val="center"/>
          </w:tcPr>
          <w:p w14:paraId="5538CB0F" w14:textId="77777777" w:rsidR="00BD0222" w:rsidRDefault="00DF0B0D">
            <w:pPr>
              <w:spacing w:after="0" w:line="240" w:lineRule="auto"/>
              <w:jc w:val="center"/>
            </w:pPr>
            <w:r>
              <w:rPr>
                <w:b/>
                <w:sz w:val="22"/>
                <w:szCs w:val="22"/>
              </w:rPr>
              <w:t>ML5.js</w:t>
            </w:r>
          </w:p>
        </w:tc>
        <w:tc>
          <w:tcPr>
            <w:tcW w:w="1786" w:type="dxa"/>
            <w:vAlign w:val="center"/>
          </w:tcPr>
          <w:p w14:paraId="7ED2F1E9" w14:textId="77777777" w:rsidR="00BD0222" w:rsidRDefault="00DF0B0D">
            <w:pPr>
              <w:spacing w:after="0" w:line="240" w:lineRule="auto"/>
              <w:jc w:val="center"/>
            </w:pPr>
            <w:r>
              <w:rPr>
                <w:b/>
                <w:sz w:val="22"/>
                <w:szCs w:val="22"/>
              </w:rPr>
              <w:t>TensorFlow.js</w:t>
            </w:r>
          </w:p>
        </w:tc>
        <w:tc>
          <w:tcPr>
            <w:tcW w:w="1786" w:type="dxa"/>
            <w:vAlign w:val="center"/>
          </w:tcPr>
          <w:p w14:paraId="7D977452" w14:textId="77777777" w:rsidR="00BD0222" w:rsidRDefault="00DF0B0D">
            <w:pPr>
              <w:spacing w:after="0" w:line="240" w:lineRule="auto"/>
              <w:jc w:val="center"/>
            </w:pPr>
            <w:r>
              <w:rPr>
                <w:b/>
                <w:sz w:val="22"/>
                <w:szCs w:val="22"/>
              </w:rPr>
              <w:t>MIT App Inventor</w:t>
            </w:r>
          </w:p>
        </w:tc>
      </w:tr>
      <w:tr w:rsidR="00BD0222" w14:paraId="01A4E69F" w14:textId="77777777">
        <w:trPr>
          <w:cantSplit/>
          <w:jc w:val="center"/>
        </w:trPr>
        <w:tc>
          <w:tcPr>
            <w:tcW w:w="1928" w:type="dxa"/>
            <w:vAlign w:val="center"/>
          </w:tcPr>
          <w:p w14:paraId="2E366A78" w14:textId="77777777" w:rsidR="00BD0222" w:rsidRDefault="00DF0B0D">
            <w:pPr>
              <w:spacing w:after="0" w:line="240" w:lineRule="auto"/>
              <w:jc w:val="center"/>
            </w:pPr>
            <w:r>
              <w:rPr>
                <w:b/>
                <w:sz w:val="22"/>
                <w:szCs w:val="22"/>
              </w:rPr>
              <w:t>Loại dữ liệu đầu vào chính</w:t>
            </w:r>
          </w:p>
        </w:tc>
        <w:tc>
          <w:tcPr>
            <w:tcW w:w="1786" w:type="dxa"/>
          </w:tcPr>
          <w:p w14:paraId="789F412D" w14:textId="77777777" w:rsidR="00BD0222" w:rsidRDefault="00BD0222">
            <w:pPr>
              <w:spacing w:after="0" w:line="264" w:lineRule="auto"/>
            </w:pPr>
          </w:p>
        </w:tc>
        <w:tc>
          <w:tcPr>
            <w:tcW w:w="1786" w:type="dxa"/>
          </w:tcPr>
          <w:p w14:paraId="10945569" w14:textId="77777777" w:rsidR="00BD0222" w:rsidRDefault="00BD0222">
            <w:pPr>
              <w:spacing w:after="0" w:line="264" w:lineRule="auto"/>
            </w:pPr>
          </w:p>
        </w:tc>
        <w:tc>
          <w:tcPr>
            <w:tcW w:w="1786" w:type="dxa"/>
          </w:tcPr>
          <w:p w14:paraId="259D4C93" w14:textId="77777777" w:rsidR="00BD0222" w:rsidRDefault="00BD0222">
            <w:pPr>
              <w:spacing w:after="0" w:line="264" w:lineRule="auto"/>
            </w:pPr>
          </w:p>
        </w:tc>
        <w:tc>
          <w:tcPr>
            <w:tcW w:w="1786" w:type="dxa"/>
          </w:tcPr>
          <w:p w14:paraId="1E8F7C6B" w14:textId="77777777" w:rsidR="00BD0222" w:rsidRDefault="00BD0222">
            <w:pPr>
              <w:spacing w:after="0" w:line="264" w:lineRule="auto"/>
            </w:pPr>
          </w:p>
        </w:tc>
      </w:tr>
      <w:tr w:rsidR="00BD0222" w14:paraId="30F13E6D" w14:textId="77777777">
        <w:trPr>
          <w:cantSplit/>
          <w:jc w:val="center"/>
        </w:trPr>
        <w:tc>
          <w:tcPr>
            <w:tcW w:w="1928" w:type="dxa"/>
            <w:vAlign w:val="center"/>
          </w:tcPr>
          <w:p w14:paraId="2E301BC2" w14:textId="77777777" w:rsidR="00BD0222" w:rsidRDefault="00DF0B0D">
            <w:pPr>
              <w:spacing w:after="0" w:line="240" w:lineRule="auto"/>
              <w:jc w:val="center"/>
            </w:pPr>
            <w:r>
              <w:rPr>
                <w:b/>
                <w:sz w:val="22"/>
                <w:szCs w:val="22"/>
              </w:rPr>
              <w:t>Có cần viết mã không</w:t>
            </w:r>
          </w:p>
        </w:tc>
        <w:tc>
          <w:tcPr>
            <w:tcW w:w="1786" w:type="dxa"/>
          </w:tcPr>
          <w:p w14:paraId="06A5AB96" w14:textId="77777777" w:rsidR="00BD0222" w:rsidRDefault="00BD0222">
            <w:pPr>
              <w:spacing w:after="0" w:line="264" w:lineRule="auto"/>
            </w:pPr>
          </w:p>
        </w:tc>
        <w:tc>
          <w:tcPr>
            <w:tcW w:w="1786" w:type="dxa"/>
          </w:tcPr>
          <w:p w14:paraId="1CB44AC3" w14:textId="77777777" w:rsidR="00BD0222" w:rsidRDefault="00BD0222">
            <w:pPr>
              <w:spacing w:after="0" w:line="264" w:lineRule="auto"/>
            </w:pPr>
          </w:p>
        </w:tc>
        <w:tc>
          <w:tcPr>
            <w:tcW w:w="1786" w:type="dxa"/>
          </w:tcPr>
          <w:p w14:paraId="4BA4CB95" w14:textId="77777777" w:rsidR="00BD0222" w:rsidRDefault="00BD0222">
            <w:pPr>
              <w:spacing w:after="0" w:line="264" w:lineRule="auto"/>
            </w:pPr>
          </w:p>
        </w:tc>
        <w:tc>
          <w:tcPr>
            <w:tcW w:w="1786" w:type="dxa"/>
          </w:tcPr>
          <w:p w14:paraId="0C22DFD2" w14:textId="77777777" w:rsidR="00BD0222" w:rsidRDefault="00BD0222">
            <w:pPr>
              <w:spacing w:after="0" w:line="264" w:lineRule="auto"/>
            </w:pPr>
          </w:p>
        </w:tc>
      </w:tr>
      <w:tr w:rsidR="00BD0222" w14:paraId="6124B9AB" w14:textId="77777777">
        <w:trPr>
          <w:cantSplit/>
          <w:jc w:val="center"/>
        </w:trPr>
        <w:tc>
          <w:tcPr>
            <w:tcW w:w="1928" w:type="dxa"/>
            <w:vAlign w:val="center"/>
          </w:tcPr>
          <w:p w14:paraId="31F4ABD9" w14:textId="77777777" w:rsidR="00BD0222" w:rsidRDefault="00DF0B0D">
            <w:pPr>
              <w:spacing w:after="0" w:line="240" w:lineRule="auto"/>
              <w:jc w:val="center"/>
            </w:pPr>
            <w:r>
              <w:rPr>
                <w:b/>
                <w:sz w:val="22"/>
                <w:szCs w:val="22"/>
              </w:rPr>
              <w:t>Có cần kết nối mạng không</w:t>
            </w:r>
          </w:p>
        </w:tc>
        <w:tc>
          <w:tcPr>
            <w:tcW w:w="1786" w:type="dxa"/>
          </w:tcPr>
          <w:p w14:paraId="12716BEB" w14:textId="77777777" w:rsidR="00BD0222" w:rsidRDefault="00BD0222">
            <w:pPr>
              <w:spacing w:after="0" w:line="264" w:lineRule="auto"/>
            </w:pPr>
          </w:p>
        </w:tc>
        <w:tc>
          <w:tcPr>
            <w:tcW w:w="1786" w:type="dxa"/>
          </w:tcPr>
          <w:p w14:paraId="2445BFCF" w14:textId="77777777" w:rsidR="00BD0222" w:rsidRDefault="00BD0222">
            <w:pPr>
              <w:spacing w:after="0" w:line="264" w:lineRule="auto"/>
            </w:pPr>
          </w:p>
        </w:tc>
        <w:tc>
          <w:tcPr>
            <w:tcW w:w="1786" w:type="dxa"/>
          </w:tcPr>
          <w:p w14:paraId="22DC2CD6" w14:textId="77777777" w:rsidR="00BD0222" w:rsidRDefault="00BD0222">
            <w:pPr>
              <w:spacing w:after="0" w:line="264" w:lineRule="auto"/>
            </w:pPr>
          </w:p>
        </w:tc>
        <w:tc>
          <w:tcPr>
            <w:tcW w:w="1786" w:type="dxa"/>
          </w:tcPr>
          <w:p w14:paraId="73B0CFE7" w14:textId="77777777" w:rsidR="00BD0222" w:rsidRDefault="00BD0222">
            <w:pPr>
              <w:spacing w:after="0" w:line="264" w:lineRule="auto"/>
            </w:pPr>
          </w:p>
        </w:tc>
      </w:tr>
      <w:tr w:rsidR="00BD0222" w14:paraId="7FDD39BD" w14:textId="77777777">
        <w:trPr>
          <w:cantSplit/>
          <w:jc w:val="center"/>
        </w:trPr>
        <w:tc>
          <w:tcPr>
            <w:tcW w:w="1928" w:type="dxa"/>
            <w:vAlign w:val="center"/>
          </w:tcPr>
          <w:p w14:paraId="58F3AC90" w14:textId="77777777" w:rsidR="00BD0222" w:rsidRDefault="00DF0B0D">
            <w:pPr>
              <w:spacing w:after="0" w:line="240" w:lineRule="auto"/>
              <w:jc w:val="center"/>
            </w:pPr>
            <w:r>
              <w:rPr>
                <w:b/>
                <w:sz w:val="22"/>
                <w:szCs w:val="22"/>
              </w:rPr>
              <w:t>Có cần mở tài khoản không</w:t>
            </w:r>
          </w:p>
        </w:tc>
        <w:tc>
          <w:tcPr>
            <w:tcW w:w="1786" w:type="dxa"/>
          </w:tcPr>
          <w:p w14:paraId="172FE92E" w14:textId="77777777" w:rsidR="00BD0222" w:rsidRDefault="00BD0222">
            <w:pPr>
              <w:spacing w:after="0" w:line="264" w:lineRule="auto"/>
            </w:pPr>
          </w:p>
        </w:tc>
        <w:tc>
          <w:tcPr>
            <w:tcW w:w="1786" w:type="dxa"/>
          </w:tcPr>
          <w:p w14:paraId="24114D86" w14:textId="77777777" w:rsidR="00BD0222" w:rsidRDefault="00BD0222">
            <w:pPr>
              <w:spacing w:after="0" w:line="264" w:lineRule="auto"/>
            </w:pPr>
          </w:p>
        </w:tc>
        <w:tc>
          <w:tcPr>
            <w:tcW w:w="1786" w:type="dxa"/>
          </w:tcPr>
          <w:p w14:paraId="46D7CFEB" w14:textId="77777777" w:rsidR="00BD0222" w:rsidRDefault="00BD0222">
            <w:pPr>
              <w:spacing w:after="0" w:line="264" w:lineRule="auto"/>
            </w:pPr>
          </w:p>
        </w:tc>
        <w:tc>
          <w:tcPr>
            <w:tcW w:w="1786" w:type="dxa"/>
          </w:tcPr>
          <w:p w14:paraId="605033B9" w14:textId="77777777" w:rsidR="00BD0222" w:rsidRDefault="00BD0222">
            <w:pPr>
              <w:spacing w:after="0" w:line="264" w:lineRule="auto"/>
            </w:pPr>
          </w:p>
        </w:tc>
      </w:tr>
      <w:tr w:rsidR="00BD0222" w14:paraId="4BBAAC1F" w14:textId="77777777">
        <w:trPr>
          <w:cantSplit/>
          <w:jc w:val="center"/>
        </w:trPr>
        <w:tc>
          <w:tcPr>
            <w:tcW w:w="1928" w:type="dxa"/>
            <w:vAlign w:val="center"/>
          </w:tcPr>
          <w:p w14:paraId="64FCF953" w14:textId="77777777" w:rsidR="00BD0222" w:rsidRDefault="00DF0B0D">
            <w:pPr>
              <w:spacing w:after="0" w:line="240" w:lineRule="auto"/>
              <w:jc w:val="center"/>
            </w:pPr>
            <w:r>
              <w:rPr>
                <w:b/>
                <w:sz w:val="22"/>
                <w:szCs w:val="22"/>
              </w:rPr>
              <w:t>Chạy ở đâu</w:t>
            </w:r>
          </w:p>
        </w:tc>
        <w:tc>
          <w:tcPr>
            <w:tcW w:w="1786" w:type="dxa"/>
          </w:tcPr>
          <w:p w14:paraId="57F5D41F" w14:textId="77777777" w:rsidR="00BD0222" w:rsidRDefault="00BD0222">
            <w:pPr>
              <w:spacing w:after="0" w:line="264" w:lineRule="auto"/>
            </w:pPr>
          </w:p>
        </w:tc>
        <w:tc>
          <w:tcPr>
            <w:tcW w:w="1786" w:type="dxa"/>
          </w:tcPr>
          <w:p w14:paraId="0CD7837B" w14:textId="77777777" w:rsidR="00BD0222" w:rsidRDefault="00BD0222">
            <w:pPr>
              <w:spacing w:after="0" w:line="264" w:lineRule="auto"/>
            </w:pPr>
          </w:p>
        </w:tc>
        <w:tc>
          <w:tcPr>
            <w:tcW w:w="1786" w:type="dxa"/>
          </w:tcPr>
          <w:p w14:paraId="42DBAD78" w14:textId="77777777" w:rsidR="00BD0222" w:rsidRDefault="00BD0222">
            <w:pPr>
              <w:spacing w:after="0" w:line="264" w:lineRule="auto"/>
            </w:pPr>
          </w:p>
        </w:tc>
        <w:tc>
          <w:tcPr>
            <w:tcW w:w="1786" w:type="dxa"/>
          </w:tcPr>
          <w:p w14:paraId="009ABFBF" w14:textId="77777777" w:rsidR="00BD0222" w:rsidRDefault="00BD0222">
            <w:pPr>
              <w:spacing w:after="0" w:line="264" w:lineRule="auto"/>
            </w:pPr>
          </w:p>
        </w:tc>
      </w:tr>
      <w:tr w:rsidR="00BD0222" w14:paraId="523A7E47" w14:textId="77777777">
        <w:trPr>
          <w:cantSplit/>
          <w:jc w:val="center"/>
        </w:trPr>
        <w:tc>
          <w:tcPr>
            <w:tcW w:w="1928" w:type="dxa"/>
            <w:vAlign w:val="center"/>
          </w:tcPr>
          <w:p w14:paraId="536A01C5" w14:textId="77777777" w:rsidR="00BD0222" w:rsidRDefault="00DF0B0D">
            <w:pPr>
              <w:spacing w:after="0" w:line="240" w:lineRule="auto"/>
              <w:jc w:val="center"/>
            </w:pPr>
            <w:r>
              <w:rPr>
                <w:b/>
                <w:sz w:val="22"/>
                <w:szCs w:val="22"/>
              </w:rPr>
              <w:t>Một điểm hạn chế</w:t>
            </w:r>
          </w:p>
        </w:tc>
        <w:tc>
          <w:tcPr>
            <w:tcW w:w="1786" w:type="dxa"/>
          </w:tcPr>
          <w:p w14:paraId="24D2C613" w14:textId="77777777" w:rsidR="00BD0222" w:rsidRDefault="00BD0222">
            <w:pPr>
              <w:spacing w:after="0" w:line="264" w:lineRule="auto"/>
            </w:pPr>
          </w:p>
        </w:tc>
        <w:tc>
          <w:tcPr>
            <w:tcW w:w="1786" w:type="dxa"/>
          </w:tcPr>
          <w:p w14:paraId="450582C5" w14:textId="77777777" w:rsidR="00BD0222" w:rsidRDefault="00BD0222">
            <w:pPr>
              <w:spacing w:after="0" w:line="264" w:lineRule="auto"/>
            </w:pPr>
          </w:p>
        </w:tc>
        <w:tc>
          <w:tcPr>
            <w:tcW w:w="1786" w:type="dxa"/>
          </w:tcPr>
          <w:p w14:paraId="7F769E6C" w14:textId="77777777" w:rsidR="00BD0222" w:rsidRDefault="00BD0222">
            <w:pPr>
              <w:spacing w:after="0" w:line="264" w:lineRule="auto"/>
            </w:pPr>
          </w:p>
        </w:tc>
        <w:tc>
          <w:tcPr>
            <w:tcW w:w="1786" w:type="dxa"/>
          </w:tcPr>
          <w:p w14:paraId="04A893CB" w14:textId="77777777" w:rsidR="00BD0222" w:rsidRDefault="00BD0222">
            <w:pPr>
              <w:spacing w:after="0" w:line="264" w:lineRule="auto"/>
            </w:pPr>
          </w:p>
        </w:tc>
      </w:tr>
    </w:tbl>
    <w:p w14:paraId="290B5817" w14:textId="77777777" w:rsidR="00BD0222" w:rsidRDefault="00BD0222">
      <w:pPr>
        <w:spacing w:after="40" w:line="192" w:lineRule="auto"/>
        <w:jc w:val="both"/>
      </w:pPr>
    </w:p>
    <w:p w14:paraId="333F2C38" w14:textId="77777777" w:rsidR="00BD0222" w:rsidRDefault="00DF0B0D">
      <w:pPr>
        <w:spacing w:after="60" w:line="264" w:lineRule="auto"/>
        <w:jc w:val="both"/>
      </w:pPr>
      <w:r>
        <w:rPr>
          <w:i/>
          <w:sz w:val="24"/>
        </w:rPr>
        <w:t>Ghi “có”, “không” hoặc một cụm ngắn không quá sáu từ. Không tải tệp của công cụ về máy; GV là người thao tác khi trình diễn.</w:t>
      </w:r>
    </w:p>
    <w:p w14:paraId="19902D39" w14:textId="77777777" w:rsidR="00BD0222" w:rsidRDefault="00DF0B0D">
      <w:pPr>
        <w:spacing w:after="0" w:line="264" w:lineRule="auto"/>
        <w:jc w:val="both"/>
      </w:pPr>
      <w:r>
        <w:br w:type="page"/>
      </w:r>
    </w:p>
    <w:p w14:paraId="4B23A51E" w14:textId="77777777" w:rsidR="00BD0222" w:rsidRDefault="00DF0B0D">
      <w:pPr>
        <w:keepNext/>
        <w:spacing w:before="80" w:after="60" w:line="264" w:lineRule="auto"/>
      </w:pPr>
      <w:r>
        <w:rPr>
          <w:b/>
        </w:rPr>
        <w:t>PL12.5.2. Phiếu học tập 12.5.1, Phần B: Ghép nhiệm vụ với công cụ</w:t>
      </w:r>
    </w:p>
    <w:p w14:paraId="31825FB1" w14:textId="77777777" w:rsidR="00BD0222" w:rsidRDefault="00DF0B0D">
      <w:pPr>
        <w:spacing w:after="60" w:line="264" w:lineRule="auto"/>
        <w:jc w:val="both"/>
      </w:pPr>
      <w:r>
        <w:t>Nhóm: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794"/>
        <w:gridCol w:w="2608"/>
        <w:gridCol w:w="1701"/>
        <w:gridCol w:w="1928"/>
        <w:gridCol w:w="2041"/>
      </w:tblGrid>
      <w:tr w:rsidR="00BD0222" w14:paraId="2DFF64D4" w14:textId="77777777">
        <w:trPr>
          <w:cantSplit/>
          <w:tblHeader/>
          <w:jc w:val="center"/>
        </w:trPr>
        <w:tc>
          <w:tcPr>
            <w:tcW w:w="794" w:type="dxa"/>
            <w:vAlign w:val="center"/>
          </w:tcPr>
          <w:p w14:paraId="719DE370" w14:textId="77777777" w:rsidR="00BD0222" w:rsidRDefault="00DF0B0D">
            <w:pPr>
              <w:spacing w:after="0" w:line="240" w:lineRule="auto"/>
              <w:jc w:val="center"/>
            </w:pPr>
            <w:r>
              <w:rPr>
                <w:b/>
                <w:sz w:val="22"/>
                <w:szCs w:val="22"/>
              </w:rPr>
              <w:t>Thẻ</w:t>
            </w:r>
          </w:p>
        </w:tc>
        <w:tc>
          <w:tcPr>
            <w:tcW w:w="2608" w:type="dxa"/>
            <w:vAlign w:val="center"/>
          </w:tcPr>
          <w:p w14:paraId="512B2D3B" w14:textId="77777777" w:rsidR="00BD0222" w:rsidRDefault="00DF0B0D">
            <w:pPr>
              <w:spacing w:after="0" w:line="240" w:lineRule="auto"/>
              <w:jc w:val="center"/>
            </w:pPr>
            <w:r>
              <w:rPr>
                <w:b/>
                <w:sz w:val="22"/>
                <w:szCs w:val="22"/>
              </w:rPr>
              <w:t>Loại dữ liệu đầu vào</w:t>
            </w:r>
          </w:p>
        </w:tc>
        <w:tc>
          <w:tcPr>
            <w:tcW w:w="1701" w:type="dxa"/>
            <w:vAlign w:val="center"/>
          </w:tcPr>
          <w:p w14:paraId="00731FDB" w14:textId="77777777" w:rsidR="00BD0222" w:rsidRDefault="00DF0B0D">
            <w:pPr>
              <w:spacing w:after="0" w:line="240" w:lineRule="auto"/>
              <w:jc w:val="center"/>
            </w:pPr>
            <w:r>
              <w:rPr>
                <w:b/>
                <w:sz w:val="22"/>
                <w:szCs w:val="22"/>
              </w:rPr>
              <w:t>Công cụ đề xuất</w:t>
            </w:r>
          </w:p>
        </w:tc>
        <w:tc>
          <w:tcPr>
            <w:tcW w:w="1928" w:type="dxa"/>
            <w:vAlign w:val="center"/>
          </w:tcPr>
          <w:p w14:paraId="5B99CBDB" w14:textId="77777777" w:rsidR="00BD0222" w:rsidRDefault="00DF0B0D">
            <w:pPr>
              <w:spacing w:after="0" w:line="240" w:lineRule="auto"/>
              <w:jc w:val="center"/>
            </w:pPr>
            <w:r>
              <w:rPr>
                <w:b/>
                <w:sz w:val="22"/>
                <w:szCs w:val="22"/>
              </w:rPr>
              <w:t>Căn cứ chọn</w:t>
            </w:r>
          </w:p>
        </w:tc>
        <w:tc>
          <w:tcPr>
            <w:tcW w:w="2041" w:type="dxa"/>
            <w:vAlign w:val="center"/>
          </w:tcPr>
          <w:p w14:paraId="362E6C59" w14:textId="77777777" w:rsidR="00BD0222" w:rsidRDefault="00DF0B0D">
            <w:pPr>
              <w:spacing w:after="0" w:line="240" w:lineRule="auto"/>
              <w:jc w:val="center"/>
            </w:pPr>
            <w:r>
              <w:rPr>
                <w:b/>
                <w:sz w:val="22"/>
                <w:szCs w:val="22"/>
              </w:rPr>
              <w:t>Có cần thử lại công cụ khác không</w:t>
            </w:r>
          </w:p>
        </w:tc>
      </w:tr>
      <w:tr w:rsidR="00BD0222" w14:paraId="5692C968" w14:textId="77777777">
        <w:trPr>
          <w:cantSplit/>
          <w:jc w:val="center"/>
        </w:trPr>
        <w:tc>
          <w:tcPr>
            <w:tcW w:w="794" w:type="dxa"/>
            <w:vAlign w:val="center"/>
          </w:tcPr>
          <w:p w14:paraId="39CBF255" w14:textId="77777777" w:rsidR="00BD0222" w:rsidRDefault="00DF0B0D">
            <w:pPr>
              <w:spacing w:after="0" w:line="240" w:lineRule="auto"/>
              <w:jc w:val="center"/>
            </w:pPr>
            <w:r>
              <w:rPr>
                <w:sz w:val="22"/>
                <w:szCs w:val="22"/>
              </w:rPr>
              <w:t>T1</w:t>
            </w:r>
          </w:p>
        </w:tc>
        <w:tc>
          <w:tcPr>
            <w:tcW w:w="2608" w:type="dxa"/>
          </w:tcPr>
          <w:p w14:paraId="601C6E22" w14:textId="77777777" w:rsidR="00BD0222" w:rsidRDefault="00BD0222">
            <w:pPr>
              <w:spacing w:after="0" w:line="264" w:lineRule="auto"/>
            </w:pPr>
          </w:p>
        </w:tc>
        <w:tc>
          <w:tcPr>
            <w:tcW w:w="1701" w:type="dxa"/>
          </w:tcPr>
          <w:p w14:paraId="3DBA0497" w14:textId="77777777" w:rsidR="00BD0222" w:rsidRDefault="00BD0222">
            <w:pPr>
              <w:spacing w:after="0" w:line="264" w:lineRule="auto"/>
            </w:pPr>
          </w:p>
        </w:tc>
        <w:tc>
          <w:tcPr>
            <w:tcW w:w="1928" w:type="dxa"/>
          </w:tcPr>
          <w:p w14:paraId="244EE076" w14:textId="77777777" w:rsidR="00BD0222" w:rsidRDefault="00BD0222">
            <w:pPr>
              <w:spacing w:after="0" w:line="264" w:lineRule="auto"/>
            </w:pPr>
          </w:p>
        </w:tc>
        <w:tc>
          <w:tcPr>
            <w:tcW w:w="2041" w:type="dxa"/>
          </w:tcPr>
          <w:p w14:paraId="0105CCE9" w14:textId="77777777" w:rsidR="00BD0222" w:rsidRDefault="00BD0222">
            <w:pPr>
              <w:spacing w:after="0" w:line="264" w:lineRule="auto"/>
            </w:pPr>
          </w:p>
        </w:tc>
      </w:tr>
      <w:tr w:rsidR="00BD0222" w14:paraId="366BA621" w14:textId="77777777">
        <w:trPr>
          <w:cantSplit/>
          <w:jc w:val="center"/>
        </w:trPr>
        <w:tc>
          <w:tcPr>
            <w:tcW w:w="794" w:type="dxa"/>
            <w:vAlign w:val="center"/>
          </w:tcPr>
          <w:p w14:paraId="58456E8D" w14:textId="77777777" w:rsidR="00BD0222" w:rsidRDefault="00DF0B0D">
            <w:pPr>
              <w:spacing w:after="0" w:line="240" w:lineRule="auto"/>
              <w:jc w:val="center"/>
            </w:pPr>
            <w:r>
              <w:rPr>
                <w:sz w:val="22"/>
                <w:szCs w:val="22"/>
              </w:rPr>
              <w:t>T2</w:t>
            </w:r>
          </w:p>
        </w:tc>
        <w:tc>
          <w:tcPr>
            <w:tcW w:w="2608" w:type="dxa"/>
          </w:tcPr>
          <w:p w14:paraId="7AAEFF5F" w14:textId="77777777" w:rsidR="00BD0222" w:rsidRDefault="00BD0222">
            <w:pPr>
              <w:spacing w:after="0" w:line="264" w:lineRule="auto"/>
            </w:pPr>
          </w:p>
        </w:tc>
        <w:tc>
          <w:tcPr>
            <w:tcW w:w="1701" w:type="dxa"/>
          </w:tcPr>
          <w:p w14:paraId="2687CBC9" w14:textId="77777777" w:rsidR="00BD0222" w:rsidRDefault="00BD0222">
            <w:pPr>
              <w:spacing w:after="0" w:line="264" w:lineRule="auto"/>
            </w:pPr>
          </w:p>
        </w:tc>
        <w:tc>
          <w:tcPr>
            <w:tcW w:w="1928" w:type="dxa"/>
          </w:tcPr>
          <w:p w14:paraId="42A1A3A1" w14:textId="77777777" w:rsidR="00BD0222" w:rsidRDefault="00BD0222">
            <w:pPr>
              <w:spacing w:after="0" w:line="264" w:lineRule="auto"/>
            </w:pPr>
          </w:p>
        </w:tc>
        <w:tc>
          <w:tcPr>
            <w:tcW w:w="2041" w:type="dxa"/>
          </w:tcPr>
          <w:p w14:paraId="4E0F2783" w14:textId="77777777" w:rsidR="00BD0222" w:rsidRDefault="00BD0222">
            <w:pPr>
              <w:spacing w:after="0" w:line="264" w:lineRule="auto"/>
            </w:pPr>
          </w:p>
        </w:tc>
      </w:tr>
      <w:tr w:rsidR="00BD0222" w14:paraId="2662A85F" w14:textId="77777777">
        <w:trPr>
          <w:cantSplit/>
          <w:jc w:val="center"/>
        </w:trPr>
        <w:tc>
          <w:tcPr>
            <w:tcW w:w="794" w:type="dxa"/>
            <w:vAlign w:val="center"/>
          </w:tcPr>
          <w:p w14:paraId="5AD11C26" w14:textId="77777777" w:rsidR="00BD0222" w:rsidRDefault="00DF0B0D">
            <w:pPr>
              <w:spacing w:after="0" w:line="240" w:lineRule="auto"/>
              <w:jc w:val="center"/>
            </w:pPr>
            <w:r>
              <w:rPr>
                <w:sz w:val="22"/>
                <w:szCs w:val="22"/>
              </w:rPr>
              <w:t>T3</w:t>
            </w:r>
          </w:p>
        </w:tc>
        <w:tc>
          <w:tcPr>
            <w:tcW w:w="2608" w:type="dxa"/>
          </w:tcPr>
          <w:p w14:paraId="2331C7AE" w14:textId="77777777" w:rsidR="00BD0222" w:rsidRDefault="00BD0222">
            <w:pPr>
              <w:spacing w:after="0" w:line="264" w:lineRule="auto"/>
            </w:pPr>
          </w:p>
        </w:tc>
        <w:tc>
          <w:tcPr>
            <w:tcW w:w="1701" w:type="dxa"/>
          </w:tcPr>
          <w:p w14:paraId="47C62AF0" w14:textId="77777777" w:rsidR="00BD0222" w:rsidRDefault="00BD0222">
            <w:pPr>
              <w:spacing w:after="0" w:line="264" w:lineRule="auto"/>
            </w:pPr>
          </w:p>
        </w:tc>
        <w:tc>
          <w:tcPr>
            <w:tcW w:w="1928" w:type="dxa"/>
          </w:tcPr>
          <w:p w14:paraId="186A1307" w14:textId="77777777" w:rsidR="00BD0222" w:rsidRDefault="00BD0222">
            <w:pPr>
              <w:spacing w:after="0" w:line="264" w:lineRule="auto"/>
            </w:pPr>
          </w:p>
        </w:tc>
        <w:tc>
          <w:tcPr>
            <w:tcW w:w="2041" w:type="dxa"/>
          </w:tcPr>
          <w:p w14:paraId="3868C537" w14:textId="77777777" w:rsidR="00BD0222" w:rsidRDefault="00BD0222">
            <w:pPr>
              <w:spacing w:after="0" w:line="264" w:lineRule="auto"/>
            </w:pPr>
          </w:p>
        </w:tc>
      </w:tr>
      <w:tr w:rsidR="00BD0222" w14:paraId="3F3DA3D4" w14:textId="77777777">
        <w:trPr>
          <w:cantSplit/>
          <w:jc w:val="center"/>
        </w:trPr>
        <w:tc>
          <w:tcPr>
            <w:tcW w:w="794" w:type="dxa"/>
            <w:vAlign w:val="center"/>
          </w:tcPr>
          <w:p w14:paraId="31E212BD" w14:textId="77777777" w:rsidR="00BD0222" w:rsidRDefault="00DF0B0D">
            <w:pPr>
              <w:spacing w:after="0" w:line="240" w:lineRule="auto"/>
              <w:jc w:val="center"/>
            </w:pPr>
            <w:r>
              <w:rPr>
                <w:sz w:val="22"/>
                <w:szCs w:val="22"/>
              </w:rPr>
              <w:t>T4</w:t>
            </w:r>
          </w:p>
        </w:tc>
        <w:tc>
          <w:tcPr>
            <w:tcW w:w="2608" w:type="dxa"/>
          </w:tcPr>
          <w:p w14:paraId="48F5A86A" w14:textId="77777777" w:rsidR="00BD0222" w:rsidRDefault="00BD0222">
            <w:pPr>
              <w:spacing w:after="0" w:line="264" w:lineRule="auto"/>
            </w:pPr>
          </w:p>
        </w:tc>
        <w:tc>
          <w:tcPr>
            <w:tcW w:w="1701" w:type="dxa"/>
          </w:tcPr>
          <w:p w14:paraId="134AB67D" w14:textId="77777777" w:rsidR="00BD0222" w:rsidRDefault="00BD0222">
            <w:pPr>
              <w:spacing w:after="0" w:line="264" w:lineRule="auto"/>
            </w:pPr>
          </w:p>
        </w:tc>
        <w:tc>
          <w:tcPr>
            <w:tcW w:w="1928" w:type="dxa"/>
          </w:tcPr>
          <w:p w14:paraId="344793EE" w14:textId="77777777" w:rsidR="00BD0222" w:rsidRDefault="00BD0222">
            <w:pPr>
              <w:spacing w:after="0" w:line="264" w:lineRule="auto"/>
            </w:pPr>
          </w:p>
        </w:tc>
        <w:tc>
          <w:tcPr>
            <w:tcW w:w="2041" w:type="dxa"/>
          </w:tcPr>
          <w:p w14:paraId="3902E5FB" w14:textId="77777777" w:rsidR="00BD0222" w:rsidRDefault="00BD0222">
            <w:pPr>
              <w:spacing w:after="0" w:line="264" w:lineRule="auto"/>
            </w:pPr>
          </w:p>
        </w:tc>
      </w:tr>
      <w:tr w:rsidR="00BD0222" w14:paraId="17F1482F" w14:textId="77777777">
        <w:trPr>
          <w:cantSplit/>
          <w:jc w:val="center"/>
        </w:trPr>
        <w:tc>
          <w:tcPr>
            <w:tcW w:w="794" w:type="dxa"/>
            <w:vAlign w:val="center"/>
          </w:tcPr>
          <w:p w14:paraId="3AC2C718" w14:textId="77777777" w:rsidR="00BD0222" w:rsidRDefault="00DF0B0D">
            <w:pPr>
              <w:spacing w:after="0" w:line="240" w:lineRule="auto"/>
              <w:jc w:val="center"/>
            </w:pPr>
            <w:r>
              <w:rPr>
                <w:sz w:val="22"/>
                <w:szCs w:val="22"/>
              </w:rPr>
              <w:t>T5</w:t>
            </w:r>
          </w:p>
        </w:tc>
        <w:tc>
          <w:tcPr>
            <w:tcW w:w="2608" w:type="dxa"/>
          </w:tcPr>
          <w:p w14:paraId="5D5CBDB5" w14:textId="77777777" w:rsidR="00BD0222" w:rsidRDefault="00BD0222">
            <w:pPr>
              <w:spacing w:after="0" w:line="264" w:lineRule="auto"/>
            </w:pPr>
          </w:p>
        </w:tc>
        <w:tc>
          <w:tcPr>
            <w:tcW w:w="1701" w:type="dxa"/>
          </w:tcPr>
          <w:p w14:paraId="49E6A85D" w14:textId="77777777" w:rsidR="00BD0222" w:rsidRDefault="00BD0222">
            <w:pPr>
              <w:spacing w:after="0" w:line="264" w:lineRule="auto"/>
            </w:pPr>
          </w:p>
        </w:tc>
        <w:tc>
          <w:tcPr>
            <w:tcW w:w="1928" w:type="dxa"/>
          </w:tcPr>
          <w:p w14:paraId="30D5C8EF" w14:textId="77777777" w:rsidR="00BD0222" w:rsidRDefault="00BD0222">
            <w:pPr>
              <w:spacing w:after="0" w:line="264" w:lineRule="auto"/>
            </w:pPr>
          </w:p>
        </w:tc>
        <w:tc>
          <w:tcPr>
            <w:tcW w:w="2041" w:type="dxa"/>
          </w:tcPr>
          <w:p w14:paraId="148A47CD" w14:textId="77777777" w:rsidR="00BD0222" w:rsidRDefault="00BD0222">
            <w:pPr>
              <w:spacing w:after="0" w:line="264" w:lineRule="auto"/>
            </w:pPr>
          </w:p>
        </w:tc>
      </w:tr>
      <w:tr w:rsidR="00BD0222" w14:paraId="43EA7980" w14:textId="77777777">
        <w:trPr>
          <w:cantSplit/>
          <w:jc w:val="center"/>
        </w:trPr>
        <w:tc>
          <w:tcPr>
            <w:tcW w:w="794" w:type="dxa"/>
            <w:vAlign w:val="center"/>
          </w:tcPr>
          <w:p w14:paraId="1E6AFC35" w14:textId="77777777" w:rsidR="00BD0222" w:rsidRDefault="00DF0B0D">
            <w:pPr>
              <w:spacing w:after="0" w:line="240" w:lineRule="auto"/>
              <w:jc w:val="center"/>
            </w:pPr>
            <w:r>
              <w:rPr>
                <w:sz w:val="22"/>
                <w:szCs w:val="22"/>
              </w:rPr>
              <w:t>T6</w:t>
            </w:r>
          </w:p>
        </w:tc>
        <w:tc>
          <w:tcPr>
            <w:tcW w:w="2608" w:type="dxa"/>
          </w:tcPr>
          <w:p w14:paraId="095A3B86" w14:textId="77777777" w:rsidR="00BD0222" w:rsidRDefault="00BD0222">
            <w:pPr>
              <w:spacing w:after="0" w:line="264" w:lineRule="auto"/>
            </w:pPr>
          </w:p>
        </w:tc>
        <w:tc>
          <w:tcPr>
            <w:tcW w:w="1701" w:type="dxa"/>
          </w:tcPr>
          <w:p w14:paraId="65AA34FB" w14:textId="77777777" w:rsidR="00BD0222" w:rsidRDefault="00BD0222">
            <w:pPr>
              <w:spacing w:after="0" w:line="264" w:lineRule="auto"/>
            </w:pPr>
          </w:p>
        </w:tc>
        <w:tc>
          <w:tcPr>
            <w:tcW w:w="1928" w:type="dxa"/>
          </w:tcPr>
          <w:p w14:paraId="4DBF6EF4" w14:textId="77777777" w:rsidR="00BD0222" w:rsidRDefault="00BD0222">
            <w:pPr>
              <w:spacing w:after="0" w:line="264" w:lineRule="auto"/>
            </w:pPr>
          </w:p>
        </w:tc>
        <w:tc>
          <w:tcPr>
            <w:tcW w:w="2041" w:type="dxa"/>
          </w:tcPr>
          <w:p w14:paraId="44106473" w14:textId="77777777" w:rsidR="00BD0222" w:rsidRDefault="00BD0222">
            <w:pPr>
              <w:spacing w:after="0" w:line="264" w:lineRule="auto"/>
            </w:pPr>
          </w:p>
        </w:tc>
      </w:tr>
    </w:tbl>
    <w:p w14:paraId="154408A8" w14:textId="77777777" w:rsidR="00BD0222" w:rsidRDefault="00BD0222">
      <w:pPr>
        <w:spacing w:after="40" w:line="192" w:lineRule="auto"/>
        <w:jc w:val="both"/>
      </w:pPr>
    </w:p>
    <w:p w14:paraId="6E0CD0BF" w14:textId="77777777" w:rsidR="00BD0222" w:rsidRDefault="00DF0B0D">
      <w:pPr>
        <w:spacing w:after="60" w:line="264" w:lineRule="auto"/>
        <w:jc w:val="both"/>
      </w:pPr>
      <w:r>
        <w:rPr>
          <w:i/>
          <w:sz w:val="24"/>
        </w:rPr>
        <w:t>Căn cứ chọn phải chỉ ra một đặc điểm có trong hồ sơ tính năng ở Phiếu học tập 12.5.1. Không ghi “vì nó dễ dùng”.</w:t>
      </w:r>
    </w:p>
    <w:p w14:paraId="7CB126AB" w14:textId="77777777" w:rsidR="00BD0222" w:rsidRDefault="00DF0B0D">
      <w:pPr>
        <w:keepNext/>
        <w:spacing w:after="60" w:line="264" w:lineRule="auto"/>
        <w:jc w:val="both"/>
      </w:pPr>
      <w:r>
        <w:rPr>
          <w:b/>
        </w:rPr>
        <w:t>Nguồn ảnh trên sáu thẻ</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
        <w:gridCol w:w="3061"/>
        <w:gridCol w:w="2551"/>
        <w:gridCol w:w="2551"/>
      </w:tblGrid>
      <w:tr w:rsidR="00BD0222" w14:paraId="77BD1E35" w14:textId="77777777">
        <w:trPr>
          <w:cantSplit/>
          <w:tblHeader/>
          <w:jc w:val="center"/>
        </w:trPr>
        <w:tc>
          <w:tcPr>
            <w:tcW w:w="907" w:type="dxa"/>
            <w:vAlign w:val="center"/>
          </w:tcPr>
          <w:p w14:paraId="332574EB" w14:textId="77777777" w:rsidR="00BD0222" w:rsidRDefault="00DF0B0D">
            <w:pPr>
              <w:spacing w:after="0" w:line="240" w:lineRule="auto"/>
              <w:jc w:val="center"/>
            </w:pPr>
            <w:r>
              <w:rPr>
                <w:b/>
                <w:sz w:val="22"/>
                <w:szCs w:val="22"/>
              </w:rPr>
              <w:t>Thẻ</w:t>
            </w:r>
          </w:p>
        </w:tc>
        <w:tc>
          <w:tcPr>
            <w:tcW w:w="3061" w:type="dxa"/>
            <w:vAlign w:val="center"/>
          </w:tcPr>
          <w:p w14:paraId="3F032C85" w14:textId="77777777" w:rsidR="00BD0222" w:rsidRDefault="00DF0B0D">
            <w:pPr>
              <w:spacing w:after="0" w:line="240" w:lineRule="auto"/>
              <w:jc w:val="center"/>
            </w:pPr>
            <w:r>
              <w:rPr>
                <w:b/>
                <w:sz w:val="22"/>
                <w:szCs w:val="22"/>
              </w:rPr>
              <w:t>Tệp ảnh trong kho ảnh</w:t>
            </w:r>
          </w:p>
        </w:tc>
        <w:tc>
          <w:tcPr>
            <w:tcW w:w="2551" w:type="dxa"/>
            <w:vAlign w:val="center"/>
          </w:tcPr>
          <w:p w14:paraId="77CFB94A" w14:textId="77777777" w:rsidR="00BD0222" w:rsidRDefault="00DF0B0D">
            <w:pPr>
              <w:spacing w:after="0" w:line="240" w:lineRule="auto"/>
              <w:jc w:val="center"/>
            </w:pPr>
            <w:r>
              <w:rPr>
                <w:b/>
                <w:sz w:val="22"/>
                <w:szCs w:val="22"/>
              </w:rPr>
              <w:t>Tác giả</w:t>
            </w:r>
          </w:p>
        </w:tc>
        <w:tc>
          <w:tcPr>
            <w:tcW w:w="2551" w:type="dxa"/>
            <w:vAlign w:val="center"/>
          </w:tcPr>
          <w:p w14:paraId="770436F4" w14:textId="77777777" w:rsidR="00BD0222" w:rsidRDefault="00DF0B0D">
            <w:pPr>
              <w:spacing w:after="0" w:line="240" w:lineRule="auto"/>
              <w:jc w:val="center"/>
            </w:pPr>
            <w:r>
              <w:rPr>
                <w:b/>
                <w:sz w:val="22"/>
                <w:szCs w:val="22"/>
              </w:rPr>
              <w:t>Giấy phép</w:t>
            </w:r>
          </w:p>
        </w:tc>
      </w:tr>
      <w:tr w:rsidR="00BD0222" w14:paraId="15F61551" w14:textId="77777777">
        <w:trPr>
          <w:cantSplit/>
          <w:jc w:val="center"/>
        </w:trPr>
        <w:tc>
          <w:tcPr>
            <w:tcW w:w="907" w:type="dxa"/>
            <w:vAlign w:val="center"/>
          </w:tcPr>
          <w:p w14:paraId="2D3CC2ED" w14:textId="77777777" w:rsidR="00BD0222" w:rsidRDefault="00DF0B0D">
            <w:pPr>
              <w:spacing w:after="0" w:line="240" w:lineRule="auto"/>
              <w:jc w:val="center"/>
            </w:pPr>
            <w:r>
              <w:rPr>
                <w:sz w:val="22"/>
                <w:szCs w:val="22"/>
              </w:rPr>
              <w:t>T1</w:t>
            </w:r>
          </w:p>
        </w:tc>
        <w:tc>
          <w:tcPr>
            <w:tcW w:w="3061" w:type="dxa"/>
          </w:tcPr>
          <w:p w14:paraId="0F0ED8B0" w14:textId="77777777" w:rsidR="00BD0222" w:rsidRDefault="00DF0B0D">
            <w:pPr>
              <w:spacing w:after="0" w:line="240" w:lineRule="auto"/>
            </w:pPr>
            <w:r>
              <w:rPr>
                <w:sz w:val="22"/>
                <w:szCs w:val="22"/>
              </w:rPr>
              <w:t>t5_la_lua_khoe.jpg</w:t>
            </w:r>
          </w:p>
        </w:tc>
        <w:tc>
          <w:tcPr>
            <w:tcW w:w="2551" w:type="dxa"/>
          </w:tcPr>
          <w:p w14:paraId="479BA291" w14:textId="77777777" w:rsidR="00BD0222" w:rsidRDefault="00DF0B0D">
            <w:pPr>
              <w:spacing w:after="0" w:line="240" w:lineRule="auto"/>
            </w:pPr>
            <w:r>
              <w:rPr>
                <w:sz w:val="22"/>
                <w:szCs w:val="22"/>
              </w:rPr>
              <w:t>Douglas Paul Perkins</w:t>
            </w:r>
          </w:p>
        </w:tc>
        <w:tc>
          <w:tcPr>
            <w:tcW w:w="2551" w:type="dxa"/>
          </w:tcPr>
          <w:p w14:paraId="38B86B38" w14:textId="77777777" w:rsidR="00BD0222" w:rsidRDefault="00DF0B0D">
            <w:pPr>
              <w:spacing w:after="0" w:line="240" w:lineRule="auto"/>
            </w:pPr>
            <w:r>
              <w:rPr>
                <w:sz w:val="22"/>
                <w:szCs w:val="22"/>
              </w:rPr>
              <w:t>CC BY 4.0</w:t>
            </w:r>
          </w:p>
        </w:tc>
      </w:tr>
      <w:tr w:rsidR="00BD0222" w14:paraId="02A40C7E" w14:textId="77777777">
        <w:trPr>
          <w:cantSplit/>
          <w:jc w:val="center"/>
        </w:trPr>
        <w:tc>
          <w:tcPr>
            <w:tcW w:w="907" w:type="dxa"/>
            <w:vAlign w:val="center"/>
          </w:tcPr>
          <w:p w14:paraId="1C9C9354" w14:textId="77777777" w:rsidR="00BD0222" w:rsidRDefault="00DF0B0D">
            <w:pPr>
              <w:spacing w:after="0" w:line="240" w:lineRule="auto"/>
              <w:jc w:val="center"/>
            </w:pPr>
            <w:r>
              <w:rPr>
                <w:sz w:val="22"/>
                <w:szCs w:val="22"/>
              </w:rPr>
              <w:t>T2</w:t>
            </w:r>
          </w:p>
        </w:tc>
        <w:tc>
          <w:tcPr>
            <w:tcW w:w="3061" w:type="dxa"/>
          </w:tcPr>
          <w:p w14:paraId="3DCCBB42" w14:textId="77777777" w:rsidR="00BD0222" w:rsidRDefault="00DF0B0D">
            <w:pPr>
              <w:spacing w:after="0" w:line="240" w:lineRule="auto"/>
            </w:pPr>
            <w:r>
              <w:rPr>
                <w:sz w:val="22"/>
                <w:szCs w:val="22"/>
              </w:rPr>
              <w:t>t5_may_bom_tuoi.jpg</w:t>
            </w:r>
          </w:p>
        </w:tc>
        <w:tc>
          <w:tcPr>
            <w:tcW w:w="2551" w:type="dxa"/>
          </w:tcPr>
          <w:p w14:paraId="7238A03A" w14:textId="77777777" w:rsidR="00BD0222" w:rsidRDefault="00DF0B0D">
            <w:pPr>
              <w:spacing w:after="0" w:line="240" w:lineRule="auto"/>
            </w:pPr>
            <w:r>
              <w:rPr>
                <w:sz w:val="22"/>
                <w:szCs w:val="22"/>
              </w:rPr>
              <w:t>Peka</w:t>
            </w:r>
          </w:p>
        </w:tc>
        <w:tc>
          <w:tcPr>
            <w:tcW w:w="2551" w:type="dxa"/>
          </w:tcPr>
          <w:p w14:paraId="0167B554" w14:textId="77777777" w:rsidR="00BD0222" w:rsidRDefault="00DF0B0D">
            <w:pPr>
              <w:spacing w:after="0" w:line="240" w:lineRule="auto"/>
            </w:pPr>
            <w:r>
              <w:rPr>
                <w:sz w:val="22"/>
                <w:szCs w:val="22"/>
              </w:rPr>
              <w:t>CC BY-SA 4.0</w:t>
            </w:r>
          </w:p>
        </w:tc>
      </w:tr>
      <w:tr w:rsidR="00BD0222" w14:paraId="18E233EC" w14:textId="77777777">
        <w:trPr>
          <w:cantSplit/>
          <w:jc w:val="center"/>
        </w:trPr>
        <w:tc>
          <w:tcPr>
            <w:tcW w:w="907" w:type="dxa"/>
            <w:vAlign w:val="center"/>
          </w:tcPr>
          <w:p w14:paraId="6A80015C" w14:textId="77777777" w:rsidR="00BD0222" w:rsidRDefault="00DF0B0D">
            <w:pPr>
              <w:spacing w:after="0" w:line="240" w:lineRule="auto"/>
              <w:jc w:val="center"/>
            </w:pPr>
            <w:r>
              <w:rPr>
                <w:sz w:val="22"/>
                <w:szCs w:val="22"/>
              </w:rPr>
              <w:t>T3</w:t>
            </w:r>
          </w:p>
        </w:tc>
        <w:tc>
          <w:tcPr>
            <w:tcW w:w="3061" w:type="dxa"/>
          </w:tcPr>
          <w:p w14:paraId="4BC1059E" w14:textId="77777777" w:rsidR="00BD0222" w:rsidRDefault="00DF0B0D">
            <w:pPr>
              <w:spacing w:after="0" w:line="240" w:lineRule="auto"/>
            </w:pPr>
            <w:r>
              <w:rPr>
                <w:sz w:val="22"/>
                <w:szCs w:val="22"/>
              </w:rPr>
              <w:t>t5_tay_cam_dien_thoai.jpg</w:t>
            </w:r>
          </w:p>
        </w:tc>
        <w:tc>
          <w:tcPr>
            <w:tcW w:w="2551" w:type="dxa"/>
          </w:tcPr>
          <w:p w14:paraId="47014BCD" w14:textId="77777777" w:rsidR="00BD0222" w:rsidRDefault="00DF0B0D">
            <w:pPr>
              <w:spacing w:after="0" w:line="240" w:lineRule="auto"/>
            </w:pPr>
            <w:r>
              <w:rPr>
                <w:sz w:val="22"/>
                <w:szCs w:val="22"/>
              </w:rPr>
              <w:t>Pixel.la Free Stock Photos</w:t>
            </w:r>
          </w:p>
        </w:tc>
        <w:tc>
          <w:tcPr>
            <w:tcW w:w="2551" w:type="dxa"/>
          </w:tcPr>
          <w:p w14:paraId="17C5C34E" w14:textId="77777777" w:rsidR="00BD0222" w:rsidRDefault="00DF0B0D">
            <w:pPr>
              <w:spacing w:after="0" w:line="240" w:lineRule="auto"/>
            </w:pPr>
            <w:r>
              <w:rPr>
                <w:sz w:val="22"/>
                <w:szCs w:val="22"/>
              </w:rPr>
              <w:t>CC0</w:t>
            </w:r>
          </w:p>
        </w:tc>
      </w:tr>
      <w:tr w:rsidR="00BD0222" w14:paraId="4E9D1C2D" w14:textId="77777777">
        <w:trPr>
          <w:cantSplit/>
          <w:jc w:val="center"/>
        </w:trPr>
        <w:tc>
          <w:tcPr>
            <w:tcW w:w="907" w:type="dxa"/>
            <w:vAlign w:val="center"/>
          </w:tcPr>
          <w:p w14:paraId="38EE9B22" w14:textId="77777777" w:rsidR="00BD0222" w:rsidRDefault="00DF0B0D">
            <w:pPr>
              <w:spacing w:after="0" w:line="240" w:lineRule="auto"/>
              <w:jc w:val="center"/>
            </w:pPr>
            <w:r>
              <w:rPr>
                <w:sz w:val="22"/>
                <w:szCs w:val="22"/>
              </w:rPr>
              <w:t>T4</w:t>
            </w:r>
          </w:p>
        </w:tc>
        <w:tc>
          <w:tcPr>
            <w:tcW w:w="3061" w:type="dxa"/>
          </w:tcPr>
          <w:p w14:paraId="34C23C3F" w14:textId="77777777" w:rsidR="00BD0222" w:rsidRDefault="00DF0B0D">
            <w:pPr>
              <w:spacing w:after="0" w:line="240" w:lineRule="auto"/>
            </w:pPr>
            <w:r>
              <w:rPr>
                <w:sz w:val="22"/>
                <w:szCs w:val="22"/>
              </w:rPr>
              <w:t>t5_may_tinh.jpg</w:t>
            </w:r>
          </w:p>
        </w:tc>
        <w:tc>
          <w:tcPr>
            <w:tcW w:w="2551" w:type="dxa"/>
          </w:tcPr>
          <w:p w14:paraId="1A8E0F03" w14:textId="77777777" w:rsidR="00BD0222" w:rsidRDefault="00DF0B0D">
            <w:pPr>
              <w:spacing w:after="0" w:line="240" w:lineRule="auto"/>
            </w:pPr>
            <w:r>
              <w:rPr>
                <w:sz w:val="22"/>
                <w:szCs w:val="22"/>
              </w:rPr>
              <w:t>KK IN HK</w:t>
            </w:r>
          </w:p>
        </w:tc>
        <w:tc>
          <w:tcPr>
            <w:tcW w:w="2551" w:type="dxa"/>
          </w:tcPr>
          <w:p w14:paraId="56E29C90" w14:textId="77777777" w:rsidR="00BD0222" w:rsidRDefault="00DF0B0D">
            <w:pPr>
              <w:spacing w:after="0" w:line="240" w:lineRule="auto"/>
            </w:pPr>
            <w:r>
              <w:rPr>
                <w:sz w:val="22"/>
                <w:szCs w:val="22"/>
              </w:rPr>
              <w:t>CC BY-SA 4.0</w:t>
            </w:r>
          </w:p>
        </w:tc>
      </w:tr>
      <w:tr w:rsidR="00BD0222" w14:paraId="544FBD74" w14:textId="77777777">
        <w:trPr>
          <w:cantSplit/>
          <w:jc w:val="center"/>
        </w:trPr>
        <w:tc>
          <w:tcPr>
            <w:tcW w:w="907" w:type="dxa"/>
            <w:vAlign w:val="center"/>
          </w:tcPr>
          <w:p w14:paraId="7C4EB858" w14:textId="77777777" w:rsidR="00BD0222" w:rsidRDefault="00DF0B0D">
            <w:pPr>
              <w:spacing w:after="0" w:line="240" w:lineRule="auto"/>
              <w:jc w:val="center"/>
            </w:pPr>
            <w:r>
              <w:rPr>
                <w:sz w:val="22"/>
                <w:szCs w:val="22"/>
              </w:rPr>
              <w:t>T5</w:t>
            </w:r>
          </w:p>
        </w:tc>
        <w:tc>
          <w:tcPr>
            <w:tcW w:w="3061" w:type="dxa"/>
          </w:tcPr>
          <w:p w14:paraId="73030B8A" w14:textId="77777777" w:rsidR="00BD0222" w:rsidRDefault="00DF0B0D">
            <w:pPr>
              <w:spacing w:after="0" w:line="240" w:lineRule="auto"/>
            </w:pPr>
            <w:r>
              <w:rPr>
                <w:sz w:val="22"/>
                <w:szCs w:val="22"/>
              </w:rPr>
              <w:t>t5_nong_san_cho.jpg</w:t>
            </w:r>
          </w:p>
        </w:tc>
        <w:tc>
          <w:tcPr>
            <w:tcW w:w="2551" w:type="dxa"/>
          </w:tcPr>
          <w:p w14:paraId="56DEABD6" w14:textId="77777777" w:rsidR="00BD0222" w:rsidRDefault="00DF0B0D">
            <w:pPr>
              <w:spacing w:after="0" w:line="240" w:lineRule="auto"/>
            </w:pPr>
            <w:r>
              <w:rPr>
                <w:sz w:val="22"/>
                <w:szCs w:val="22"/>
              </w:rPr>
              <w:t>Nick-D</w:t>
            </w:r>
          </w:p>
        </w:tc>
        <w:tc>
          <w:tcPr>
            <w:tcW w:w="2551" w:type="dxa"/>
          </w:tcPr>
          <w:p w14:paraId="37731094" w14:textId="77777777" w:rsidR="00BD0222" w:rsidRDefault="00DF0B0D">
            <w:pPr>
              <w:spacing w:after="0" w:line="240" w:lineRule="auto"/>
            </w:pPr>
            <w:r>
              <w:rPr>
                <w:sz w:val="22"/>
                <w:szCs w:val="22"/>
              </w:rPr>
              <w:t>CC BY-SA 4.0</w:t>
            </w:r>
          </w:p>
        </w:tc>
      </w:tr>
      <w:tr w:rsidR="00BD0222" w14:paraId="408D2D27" w14:textId="77777777">
        <w:trPr>
          <w:cantSplit/>
          <w:jc w:val="center"/>
        </w:trPr>
        <w:tc>
          <w:tcPr>
            <w:tcW w:w="907" w:type="dxa"/>
            <w:vAlign w:val="center"/>
          </w:tcPr>
          <w:p w14:paraId="1223F41E" w14:textId="77777777" w:rsidR="00BD0222" w:rsidRDefault="00DF0B0D">
            <w:pPr>
              <w:spacing w:after="0" w:line="240" w:lineRule="auto"/>
              <w:jc w:val="center"/>
            </w:pPr>
            <w:r>
              <w:rPr>
                <w:sz w:val="22"/>
                <w:szCs w:val="22"/>
              </w:rPr>
              <w:t>T6</w:t>
            </w:r>
          </w:p>
        </w:tc>
        <w:tc>
          <w:tcPr>
            <w:tcW w:w="3061" w:type="dxa"/>
          </w:tcPr>
          <w:p w14:paraId="0858E8BC" w14:textId="77777777" w:rsidR="00BD0222" w:rsidRDefault="00DF0B0D">
            <w:pPr>
              <w:spacing w:after="0" w:line="240" w:lineRule="auto"/>
            </w:pPr>
            <w:r>
              <w:rPr>
                <w:sz w:val="22"/>
                <w:szCs w:val="22"/>
              </w:rPr>
              <w:t>t5_tram_khi_tuong.jpg</w:t>
            </w:r>
          </w:p>
        </w:tc>
        <w:tc>
          <w:tcPr>
            <w:tcW w:w="2551" w:type="dxa"/>
          </w:tcPr>
          <w:p w14:paraId="55E532DC" w14:textId="77777777" w:rsidR="00BD0222" w:rsidRDefault="00DF0B0D">
            <w:pPr>
              <w:spacing w:after="0" w:line="240" w:lineRule="auto"/>
            </w:pPr>
            <w:r>
              <w:rPr>
                <w:sz w:val="22"/>
                <w:szCs w:val="22"/>
              </w:rPr>
              <w:t>Pasixxxx</w:t>
            </w:r>
          </w:p>
        </w:tc>
        <w:tc>
          <w:tcPr>
            <w:tcW w:w="2551" w:type="dxa"/>
          </w:tcPr>
          <w:p w14:paraId="54DD1576" w14:textId="77777777" w:rsidR="00BD0222" w:rsidRDefault="00DF0B0D">
            <w:pPr>
              <w:spacing w:after="0" w:line="240" w:lineRule="auto"/>
            </w:pPr>
            <w:r>
              <w:rPr>
                <w:sz w:val="22"/>
                <w:szCs w:val="22"/>
              </w:rPr>
              <w:t>CC BY-SA 4.0</w:t>
            </w:r>
          </w:p>
        </w:tc>
      </w:tr>
    </w:tbl>
    <w:p w14:paraId="030A107B" w14:textId="77777777" w:rsidR="00BD0222" w:rsidRDefault="00BD0222">
      <w:pPr>
        <w:spacing w:after="40" w:line="192" w:lineRule="auto"/>
        <w:jc w:val="both"/>
      </w:pPr>
    </w:p>
    <w:p w14:paraId="3426F3F5" w14:textId="77777777" w:rsidR="00BD0222" w:rsidRDefault="00DF0B0D">
      <w:pPr>
        <w:spacing w:after="60" w:line="264" w:lineRule="auto"/>
        <w:jc w:val="both"/>
      </w:pPr>
      <w:r>
        <w:rPr>
          <w:i/>
          <w:sz w:val="24"/>
        </w:rPr>
        <w:t>Ảnh tải từ Wikimedia Commons. Đường dẫn trang nguồn và toàn bộ giấy phép nằm trong hai tệp nguon_anh.csv và NGUON_ANH.md của thư mục “Kho ảnh thẻ minh hoạ - Bài 5 Lớp 12”. Ảnh CC BY và CC BY-SA được dùng kèm tên tác giả và giấy phép như trên.</w:t>
      </w:r>
    </w:p>
    <w:p w14:paraId="5569DD77" w14:textId="77777777" w:rsidR="00BD0222" w:rsidRDefault="00DF0B0D">
      <w:pPr>
        <w:spacing w:after="0" w:line="264" w:lineRule="auto"/>
        <w:jc w:val="both"/>
      </w:pPr>
      <w:r>
        <w:br w:type="page"/>
      </w:r>
    </w:p>
    <w:p w14:paraId="5961F871" w14:textId="77777777" w:rsidR="00BD0222" w:rsidRDefault="00DF0B0D">
      <w:pPr>
        <w:keepNext/>
        <w:spacing w:before="80" w:after="60" w:line="264" w:lineRule="auto"/>
      </w:pPr>
      <w:r>
        <w:rPr>
          <w:b/>
        </w:rPr>
        <w:t>PL12.5.3. Phiếu học tập 12.5.2: Kế hoạch đánh giá hiệu quả hệ thống</w:t>
      </w:r>
    </w:p>
    <w:p w14:paraId="1E84FB91" w14:textId="77777777" w:rsidR="00BD0222" w:rsidRDefault="00DF0B0D">
      <w:pPr>
        <w:spacing w:after="60" w:line="264" w:lineRule="auto"/>
        <w:jc w:val="both"/>
      </w:pPr>
      <w:r>
        <w:t>Hệ thống của nhóm: nhận dạng lá lúa khoẻ hay có dấu hiệu bệnh đạo ôn, đầu vào là ảnh chụp bằng điện thoại.</w:t>
      </w:r>
    </w:p>
    <w:p w14:paraId="6EB3AE75" w14:textId="77777777" w:rsidR="00BD0222" w:rsidRDefault="00DF0B0D">
      <w:pPr>
        <w:keepNext/>
        <w:spacing w:after="60" w:line="264" w:lineRule="auto"/>
        <w:jc w:val="both"/>
      </w:pPr>
      <w:r>
        <w:rPr>
          <w:b/>
        </w:rPr>
        <w:t>Phần A. Tiêu chí và cách đo (làm ở HĐ 3; ba dòng đầu bắt buộc, hai dòng cuối là phần làm thêm)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041"/>
        <w:gridCol w:w="3515"/>
        <w:gridCol w:w="3515"/>
      </w:tblGrid>
      <w:tr w:rsidR="00BD0222" w14:paraId="0EFDEC8A" w14:textId="77777777">
        <w:trPr>
          <w:cantSplit/>
          <w:tblHeader/>
          <w:jc w:val="center"/>
        </w:trPr>
        <w:tc>
          <w:tcPr>
            <w:tcW w:w="2041" w:type="dxa"/>
            <w:vAlign w:val="center"/>
          </w:tcPr>
          <w:p w14:paraId="7E38B4F6" w14:textId="77777777" w:rsidR="00BD0222" w:rsidRDefault="00DF0B0D">
            <w:pPr>
              <w:spacing w:after="0" w:line="240" w:lineRule="auto"/>
              <w:jc w:val="center"/>
            </w:pPr>
            <w:r>
              <w:rPr>
                <w:b/>
                <w:sz w:val="22"/>
                <w:szCs w:val="22"/>
              </w:rPr>
              <w:t>Tiêu chí</w:t>
            </w:r>
          </w:p>
        </w:tc>
        <w:tc>
          <w:tcPr>
            <w:tcW w:w="3515" w:type="dxa"/>
            <w:vAlign w:val="center"/>
          </w:tcPr>
          <w:p w14:paraId="60834850" w14:textId="77777777" w:rsidR="00BD0222" w:rsidRDefault="00DF0B0D">
            <w:pPr>
              <w:spacing w:after="0" w:line="240" w:lineRule="auto"/>
              <w:jc w:val="center"/>
            </w:pPr>
            <w:r>
              <w:rPr>
                <w:b/>
                <w:sz w:val="22"/>
                <w:szCs w:val="22"/>
              </w:rPr>
              <w:t>Cách đo</w:t>
            </w:r>
          </w:p>
        </w:tc>
        <w:tc>
          <w:tcPr>
            <w:tcW w:w="3515" w:type="dxa"/>
            <w:vAlign w:val="center"/>
          </w:tcPr>
          <w:p w14:paraId="277A0426" w14:textId="77777777" w:rsidR="00BD0222" w:rsidRDefault="00DF0B0D">
            <w:pPr>
              <w:spacing w:after="0" w:line="240" w:lineRule="auto"/>
              <w:jc w:val="center"/>
            </w:pPr>
            <w:r>
              <w:rPr>
                <w:b/>
                <w:sz w:val="22"/>
                <w:szCs w:val="22"/>
              </w:rPr>
              <w:t>Nguồn số liệu cần có</w:t>
            </w:r>
          </w:p>
        </w:tc>
      </w:tr>
      <w:tr w:rsidR="00BD0222" w14:paraId="3476E050" w14:textId="77777777">
        <w:trPr>
          <w:cantSplit/>
          <w:jc w:val="center"/>
        </w:trPr>
        <w:tc>
          <w:tcPr>
            <w:tcW w:w="2041" w:type="dxa"/>
            <w:vAlign w:val="center"/>
          </w:tcPr>
          <w:p w14:paraId="3E682F97" w14:textId="77777777" w:rsidR="00BD0222" w:rsidRDefault="00DF0B0D">
            <w:pPr>
              <w:spacing w:after="0" w:line="240" w:lineRule="auto"/>
              <w:jc w:val="center"/>
            </w:pPr>
            <w:r>
              <w:rPr>
                <w:b/>
                <w:sz w:val="22"/>
                <w:szCs w:val="22"/>
              </w:rPr>
              <w:t>Độ chính xác</w:t>
            </w:r>
          </w:p>
        </w:tc>
        <w:tc>
          <w:tcPr>
            <w:tcW w:w="3515" w:type="dxa"/>
          </w:tcPr>
          <w:p w14:paraId="3DF69C4E" w14:textId="77777777" w:rsidR="00BD0222" w:rsidRDefault="00BD0222">
            <w:pPr>
              <w:spacing w:after="0" w:line="264" w:lineRule="auto"/>
            </w:pPr>
          </w:p>
        </w:tc>
        <w:tc>
          <w:tcPr>
            <w:tcW w:w="3515" w:type="dxa"/>
          </w:tcPr>
          <w:p w14:paraId="38D73E1E" w14:textId="77777777" w:rsidR="00BD0222" w:rsidRDefault="00BD0222">
            <w:pPr>
              <w:spacing w:after="0" w:line="264" w:lineRule="auto"/>
            </w:pPr>
          </w:p>
        </w:tc>
      </w:tr>
      <w:tr w:rsidR="00BD0222" w14:paraId="424FDCBF" w14:textId="77777777">
        <w:trPr>
          <w:cantSplit/>
          <w:jc w:val="center"/>
        </w:trPr>
        <w:tc>
          <w:tcPr>
            <w:tcW w:w="2041" w:type="dxa"/>
            <w:vAlign w:val="center"/>
          </w:tcPr>
          <w:p w14:paraId="4F88279E" w14:textId="77777777" w:rsidR="00BD0222" w:rsidRDefault="00DF0B0D">
            <w:pPr>
              <w:spacing w:after="0" w:line="240" w:lineRule="auto"/>
              <w:jc w:val="center"/>
            </w:pPr>
            <w:r>
              <w:rPr>
                <w:b/>
                <w:sz w:val="22"/>
                <w:szCs w:val="22"/>
              </w:rPr>
              <w:t>Số ảnh bị bỏ sót</w:t>
            </w:r>
          </w:p>
        </w:tc>
        <w:tc>
          <w:tcPr>
            <w:tcW w:w="3515" w:type="dxa"/>
          </w:tcPr>
          <w:p w14:paraId="3564A7F9" w14:textId="77777777" w:rsidR="00BD0222" w:rsidRDefault="00BD0222">
            <w:pPr>
              <w:spacing w:after="0" w:line="264" w:lineRule="auto"/>
            </w:pPr>
          </w:p>
        </w:tc>
        <w:tc>
          <w:tcPr>
            <w:tcW w:w="3515" w:type="dxa"/>
          </w:tcPr>
          <w:p w14:paraId="718CD18C" w14:textId="77777777" w:rsidR="00BD0222" w:rsidRDefault="00BD0222">
            <w:pPr>
              <w:spacing w:after="0" w:line="264" w:lineRule="auto"/>
            </w:pPr>
          </w:p>
        </w:tc>
      </w:tr>
      <w:tr w:rsidR="00BD0222" w14:paraId="0B102B0C" w14:textId="77777777">
        <w:trPr>
          <w:cantSplit/>
          <w:jc w:val="center"/>
        </w:trPr>
        <w:tc>
          <w:tcPr>
            <w:tcW w:w="2041" w:type="dxa"/>
            <w:vAlign w:val="center"/>
          </w:tcPr>
          <w:p w14:paraId="0CD47304" w14:textId="77777777" w:rsidR="00BD0222" w:rsidRDefault="00DF0B0D">
            <w:pPr>
              <w:spacing w:after="0" w:line="240" w:lineRule="auto"/>
              <w:jc w:val="center"/>
            </w:pPr>
            <w:r>
              <w:rPr>
                <w:b/>
                <w:sz w:val="22"/>
                <w:szCs w:val="22"/>
              </w:rPr>
              <w:t>Thời gian phản hồi</w:t>
            </w:r>
          </w:p>
        </w:tc>
        <w:tc>
          <w:tcPr>
            <w:tcW w:w="3515" w:type="dxa"/>
          </w:tcPr>
          <w:p w14:paraId="4D4D1BF2" w14:textId="77777777" w:rsidR="00BD0222" w:rsidRDefault="00BD0222">
            <w:pPr>
              <w:spacing w:after="0" w:line="264" w:lineRule="auto"/>
            </w:pPr>
          </w:p>
        </w:tc>
        <w:tc>
          <w:tcPr>
            <w:tcW w:w="3515" w:type="dxa"/>
          </w:tcPr>
          <w:p w14:paraId="2235F54C" w14:textId="77777777" w:rsidR="00BD0222" w:rsidRDefault="00BD0222">
            <w:pPr>
              <w:spacing w:after="0" w:line="264" w:lineRule="auto"/>
            </w:pPr>
          </w:p>
        </w:tc>
      </w:tr>
      <w:tr w:rsidR="00BD0222" w14:paraId="4CDDAB04" w14:textId="77777777">
        <w:trPr>
          <w:cantSplit/>
          <w:jc w:val="center"/>
        </w:trPr>
        <w:tc>
          <w:tcPr>
            <w:tcW w:w="2041" w:type="dxa"/>
            <w:vAlign w:val="center"/>
          </w:tcPr>
          <w:p w14:paraId="065014F3" w14:textId="77777777" w:rsidR="00BD0222" w:rsidRDefault="00DF0B0D">
            <w:pPr>
              <w:spacing w:after="0" w:line="240" w:lineRule="auto"/>
              <w:jc w:val="center"/>
            </w:pPr>
            <w:r>
              <w:rPr>
                <w:b/>
                <w:sz w:val="22"/>
                <w:szCs w:val="22"/>
              </w:rPr>
              <w:t>Chi phí vận hành</w:t>
            </w:r>
          </w:p>
        </w:tc>
        <w:tc>
          <w:tcPr>
            <w:tcW w:w="3515" w:type="dxa"/>
          </w:tcPr>
          <w:p w14:paraId="49405A7C" w14:textId="77777777" w:rsidR="00BD0222" w:rsidRDefault="00BD0222">
            <w:pPr>
              <w:spacing w:after="0" w:line="264" w:lineRule="auto"/>
            </w:pPr>
          </w:p>
        </w:tc>
        <w:tc>
          <w:tcPr>
            <w:tcW w:w="3515" w:type="dxa"/>
          </w:tcPr>
          <w:p w14:paraId="44DC2754" w14:textId="77777777" w:rsidR="00BD0222" w:rsidRDefault="00BD0222">
            <w:pPr>
              <w:spacing w:after="0" w:line="264" w:lineRule="auto"/>
            </w:pPr>
          </w:p>
        </w:tc>
      </w:tr>
      <w:tr w:rsidR="00BD0222" w14:paraId="14F754DC" w14:textId="77777777">
        <w:trPr>
          <w:cantSplit/>
          <w:jc w:val="center"/>
        </w:trPr>
        <w:tc>
          <w:tcPr>
            <w:tcW w:w="2041" w:type="dxa"/>
            <w:vAlign w:val="center"/>
          </w:tcPr>
          <w:p w14:paraId="6EF688B3" w14:textId="77777777" w:rsidR="00BD0222" w:rsidRDefault="00DF0B0D">
            <w:pPr>
              <w:spacing w:after="0" w:line="240" w:lineRule="auto"/>
              <w:jc w:val="center"/>
            </w:pPr>
            <w:r>
              <w:rPr>
                <w:b/>
                <w:sz w:val="22"/>
                <w:szCs w:val="22"/>
              </w:rPr>
              <w:t>Kết quả khi mất mạng</w:t>
            </w:r>
          </w:p>
        </w:tc>
        <w:tc>
          <w:tcPr>
            <w:tcW w:w="3515" w:type="dxa"/>
          </w:tcPr>
          <w:p w14:paraId="02E7297A" w14:textId="77777777" w:rsidR="00BD0222" w:rsidRDefault="00BD0222">
            <w:pPr>
              <w:spacing w:after="0" w:line="264" w:lineRule="auto"/>
            </w:pPr>
          </w:p>
        </w:tc>
        <w:tc>
          <w:tcPr>
            <w:tcW w:w="3515" w:type="dxa"/>
          </w:tcPr>
          <w:p w14:paraId="792ED6E7" w14:textId="77777777" w:rsidR="00BD0222" w:rsidRDefault="00BD0222">
            <w:pPr>
              <w:spacing w:after="0" w:line="264" w:lineRule="auto"/>
            </w:pPr>
          </w:p>
        </w:tc>
      </w:tr>
    </w:tbl>
    <w:p w14:paraId="6F7F268E" w14:textId="77777777" w:rsidR="00BD0222" w:rsidRDefault="00BD0222">
      <w:pPr>
        <w:spacing w:after="40" w:line="192" w:lineRule="auto"/>
        <w:jc w:val="both"/>
      </w:pPr>
    </w:p>
    <w:p w14:paraId="7BF6FCFC" w14:textId="77777777" w:rsidR="00BD0222" w:rsidRDefault="00DF0B0D">
      <w:pPr>
        <w:keepNext/>
        <w:spacing w:after="60" w:line="264" w:lineRule="auto"/>
        <w:jc w:val="both"/>
      </w:pPr>
      <w:r>
        <w:rPr>
          <w:b/>
        </w:rPr>
        <w:t>Phần B. Kế hoạch đánh giá (làm ở HĐ 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494"/>
        <w:gridCol w:w="6576"/>
      </w:tblGrid>
      <w:tr w:rsidR="00BD0222" w14:paraId="74DBA54C" w14:textId="77777777">
        <w:trPr>
          <w:cantSplit/>
          <w:tblHeader/>
          <w:jc w:val="center"/>
        </w:trPr>
        <w:tc>
          <w:tcPr>
            <w:tcW w:w="2494" w:type="dxa"/>
            <w:vAlign w:val="center"/>
          </w:tcPr>
          <w:p w14:paraId="4D5442DC" w14:textId="77777777" w:rsidR="00BD0222" w:rsidRDefault="00DF0B0D">
            <w:pPr>
              <w:spacing w:after="0" w:line="240" w:lineRule="auto"/>
              <w:jc w:val="center"/>
            </w:pPr>
            <w:r>
              <w:rPr>
                <w:b/>
                <w:sz w:val="22"/>
                <w:szCs w:val="22"/>
              </w:rPr>
              <w:t>Nội dung kế hoạch</w:t>
            </w:r>
          </w:p>
        </w:tc>
        <w:tc>
          <w:tcPr>
            <w:tcW w:w="6576" w:type="dxa"/>
            <w:vAlign w:val="center"/>
          </w:tcPr>
          <w:p w14:paraId="3495E0BE" w14:textId="77777777" w:rsidR="00BD0222" w:rsidRDefault="00DF0B0D">
            <w:pPr>
              <w:spacing w:after="0" w:line="240" w:lineRule="auto"/>
              <w:jc w:val="center"/>
            </w:pPr>
            <w:r>
              <w:rPr>
                <w:b/>
                <w:sz w:val="22"/>
                <w:szCs w:val="22"/>
              </w:rPr>
              <w:t>Câu trả lời của nhóm</w:t>
            </w:r>
          </w:p>
        </w:tc>
      </w:tr>
      <w:tr w:rsidR="00BD0222" w14:paraId="35698D16" w14:textId="77777777">
        <w:trPr>
          <w:cantSplit/>
          <w:jc w:val="center"/>
        </w:trPr>
        <w:tc>
          <w:tcPr>
            <w:tcW w:w="2494" w:type="dxa"/>
          </w:tcPr>
          <w:p w14:paraId="2961515E" w14:textId="77777777" w:rsidR="00BD0222" w:rsidRDefault="00DF0B0D">
            <w:pPr>
              <w:spacing w:after="0" w:line="240" w:lineRule="auto"/>
            </w:pPr>
            <w:r>
              <w:rPr>
                <w:sz w:val="22"/>
                <w:szCs w:val="22"/>
              </w:rPr>
              <w:t>1. Ngưỡng chấp nhận: ai đặt, đặt bao nhiêu, cho tiêu chí nào</w:t>
            </w:r>
          </w:p>
        </w:tc>
        <w:tc>
          <w:tcPr>
            <w:tcW w:w="6576" w:type="dxa"/>
          </w:tcPr>
          <w:p w14:paraId="157B4743" w14:textId="77777777" w:rsidR="00BD0222" w:rsidRDefault="00DF0B0D">
            <w:pPr>
              <w:spacing w:after="0" w:line="240" w:lineRule="auto"/>
            </w:pPr>
            <w:r>
              <w:rPr>
                <w:sz w:val="22"/>
                <w:szCs w:val="22"/>
              </w:rPr>
              <w:t>………………………………………………………………………………………</w:t>
            </w:r>
          </w:p>
        </w:tc>
      </w:tr>
      <w:tr w:rsidR="00BD0222" w14:paraId="20610B3E" w14:textId="77777777">
        <w:trPr>
          <w:cantSplit/>
          <w:jc w:val="center"/>
        </w:trPr>
        <w:tc>
          <w:tcPr>
            <w:tcW w:w="2494" w:type="dxa"/>
          </w:tcPr>
          <w:p w14:paraId="2D56643A" w14:textId="77777777" w:rsidR="00BD0222" w:rsidRDefault="00DF0B0D">
            <w:pPr>
              <w:spacing w:after="0" w:line="240" w:lineRule="auto"/>
            </w:pPr>
            <w:r>
              <w:rPr>
                <w:sz w:val="22"/>
                <w:szCs w:val="22"/>
              </w:rPr>
              <w:t>2. Dữ liệu kiểm thử: lấy ở đâu, bao nhiêu mẫu, ai gán nhãn thật</w:t>
            </w:r>
          </w:p>
        </w:tc>
        <w:tc>
          <w:tcPr>
            <w:tcW w:w="6576" w:type="dxa"/>
          </w:tcPr>
          <w:p w14:paraId="664FD9BD" w14:textId="77777777" w:rsidR="00BD0222" w:rsidRDefault="00DF0B0D">
            <w:pPr>
              <w:spacing w:after="0" w:line="240" w:lineRule="auto"/>
            </w:pPr>
            <w:r>
              <w:rPr>
                <w:sz w:val="22"/>
                <w:szCs w:val="22"/>
              </w:rPr>
              <w:t>………………………………………………………………………………………</w:t>
            </w:r>
          </w:p>
        </w:tc>
      </w:tr>
      <w:tr w:rsidR="00BD0222" w14:paraId="2A7EFD76" w14:textId="77777777">
        <w:trPr>
          <w:cantSplit/>
          <w:jc w:val="center"/>
        </w:trPr>
        <w:tc>
          <w:tcPr>
            <w:tcW w:w="2494" w:type="dxa"/>
          </w:tcPr>
          <w:p w14:paraId="45F90C5C" w14:textId="77777777" w:rsidR="00BD0222" w:rsidRDefault="00DF0B0D">
            <w:pPr>
              <w:spacing w:after="0" w:line="240" w:lineRule="auto"/>
            </w:pPr>
            <w:r>
              <w:rPr>
                <w:sz w:val="22"/>
                <w:szCs w:val="22"/>
              </w:rPr>
              <w:t>3. Cách tách dữ liệu kiểm thử khỏi dữ liệu huấn luyện</w:t>
            </w:r>
          </w:p>
        </w:tc>
        <w:tc>
          <w:tcPr>
            <w:tcW w:w="6576" w:type="dxa"/>
          </w:tcPr>
          <w:p w14:paraId="7E5C0028" w14:textId="77777777" w:rsidR="00BD0222" w:rsidRDefault="00DF0B0D">
            <w:pPr>
              <w:spacing w:after="0" w:line="240" w:lineRule="auto"/>
            </w:pPr>
            <w:r>
              <w:rPr>
                <w:sz w:val="22"/>
                <w:szCs w:val="22"/>
              </w:rPr>
              <w:t>………………………………………………………………………………………</w:t>
            </w:r>
          </w:p>
        </w:tc>
      </w:tr>
      <w:tr w:rsidR="00BD0222" w14:paraId="4B1A959B" w14:textId="77777777">
        <w:trPr>
          <w:cantSplit/>
          <w:jc w:val="center"/>
        </w:trPr>
        <w:tc>
          <w:tcPr>
            <w:tcW w:w="2494" w:type="dxa"/>
          </w:tcPr>
          <w:p w14:paraId="64CE6651" w14:textId="77777777" w:rsidR="00BD0222" w:rsidRDefault="00DF0B0D">
            <w:pPr>
              <w:spacing w:after="0" w:line="240" w:lineRule="auto"/>
            </w:pPr>
            <w:r>
              <w:rPr>
                <w:sz w:val="22"/>
                <w:szCs w:val="22"/>
              </w:rPr>
              <w:t>4. Ai chạy thử, ai ghi bảng kết quả</w:t>
            </w:r>
          </w:p>
        </w:tc>
        <w:tc>
          <w:tcPr>
            <w:tcW w:w="6576" w:type="dxa"/>
          </w:tcPr>
          <w:p w14:paraId="5D381215" w14:textId="77777777" w:rsidR="00BD0222" w:rsidRDefault="00DF0B0D">
            <w:pPr>
              <w:spacing w:after="0" w:line="240" w:lineRule="auto"/>
            </w:pPr>
            <w:r>
              <w:rPr>
                <w:sz w:val="22"/>
                <w:szCs w:val="22"/>
              </w:rPr>
              <w:t>………………………………………………………………………………………</w:t>
            </w:r>
          </w:p>
        </w:tc>
      </w:tr>
      <w:tr w:rsidR="00BD0222" w14:paraId="0D4A6BCC" w14:textId="77777777">
        <w:trPr>
          <w:cantSplit/>
          <w:jc w:val="center"/>
        </w:trPr>
        <w:tc>
          <w:tcPr>
            <w:tcW w:w="2494" w:type="dxa"/>
          </w:tcPr>
          <w:p w14:paraId="55EA3D50" w14:textId="77777777" w:rsidR="00BD0222" w:rsidRDefault="00DF0B0D">
            <w:pPr>
              <w:spacing w:after="0" w:line="240" w:lineRule="auto"/>
            </w:pPr>
            <w:r>
              <w:rPr>
                <w:sz w:val="22"/>
                <w:szCs w:val="22"/>
              </w:rPr>
              <w:t>5. Bảng kết quả gồm những cột nào</w:t>
            </w:r>
          </w:p>
        </w:tc>
        <w:tc>
          <w:tcPr>
            <w:tcW w:w="6576" w:type="dxa"/>
          </w:tcPr>
          <w:p w14:paraId="163F1662" w14:textId="77777777" w:rsidR="00BD0222" w:rsidRDefault="00DF0B0D">
            <w:pPr>
              <w:spacing w:after="0" w:line="240" w:lineRule="auto"/>
            </w:pPr>
            <w:r>
              <w:rPr>
                <w:sz w:val="22"/>
                <w:szCs w:val="22"/>
              </w:rPr>
              <w:t>………………………………………………………………………………………</w:t>
            </w:r>
          </w:p>
        </w:tc>
      </w:tr>
      <w:tr w:rsidR="00BD0222" w14:paraId="7F958DFC" w14:textId="77777777">
        <w:trPr>
          <w:cantSplit/>
          <w:jc w:val="center"/>
        </w:trPr>
        <w:tc>
          <w:tcPr>
            <w:tcW w:w="2494" w:type="dxa"/>
          </w:tcPr>
          <w:p w14:paraId="7B161B71" w14:textId="77777777" w:rsidR="00BD0222" w:rsidRDefault="00DF0B0D">
            <w:pPr>
              <w:spacing w:after="0" w:line="240" w:lineRule="auto"/>
            </w:pPr>
            <w:r>
              <w:rPr>
                <w:sz w:val="22"/>
                <w:szCs w:val="22"/>
              </w:rPr>
              <w:t>6. Điều kiện kết luận: khi nào dùng, khi nào sửa, khi nào không dùng</w:t>
            </w:r>
          </w:p>
        </w:tc>
        <w:tc>
          <w:tcPr>
            <w:tcW w:w="6576" w:type="dxa"/>
          </w:tcPr>
          <w:p w14:paraId="1A27AFF2" w14:textId="77777777" w:rsidR="00BD0222" w:rsidRDefault="00DF0B0D">
            <w:pPr>
              <w:spacing w:after="0" w:line="240" w:lineRule="auto"/>
            </w:pPr>
            <w:r>
              <w:rPr>
                <w:sz w:val="22"/>
                <w:szCs w:val="22"/>
              </w:rPr>
              <w:t>………………………………………………………………………………………</w:t>
            </w:r>
          </w:p>
        </w:tc>
      </w:tr>
    </w:tbl>
    <w:p w14:paraId="2774E9CB" w14:textId="77777777" w:rsidR="00BD0222" w:rsidRDefault="00BD0222">
      <w:pPr>
        <w:spacing w:after="40" w:line="192" w:lineRule="auto"/>
        <w:jc w:val="both"/>
      </w:pPr>
    </w:p>
    <w:p w14:paraId="4B39E44A" w14:textId="77777777" w:rsidR="00BD0222" w:rsidRDefault="00DF0B0D">
      <w:pPr>
        <w:spacing w:after="60" w:line="264" w:lineRule="auto"/>
        <w:jc w:val="both"/>
      </w:pPr>
      <w:r>
        <w:rPr>
          <w:i/>
          <w:sz w:val="24"/>
        </w:rPr>
        <w:t>Dùng số liệu giả lập theo bối cảnh của bài. Không đưa vào họ tên, hình ảnh hay thông tin thật của người.</w:t>
      </w:r>
    </w:p>
    <w:p w14:paraId="06F7D908" w14:textId="77777777" w:rsidR="00BD0222" w:rsidRDefault="00DF0B0D">
      <w:pPr>
        <w:spacing w:after="0" w:line="264" w:lineRule="auto"/>
        <w:jc w:val="both"/>
      </w:pPr>
      <w:r>
        <w:br w:type="page"/>
      </w:r>
    </w:p>
    <w:p w14:paraId="6D4DBBD4" w14:textId="77777777" w:rsidR="00BD0222" w:rsidRDefault="00DF0B0D">
      <w:pPr>
        <w:keepNext/>
        <w:spacing w:before="80" w:after="60" w:line="264" w:lineRule="auto"/>
      </w:pPr>
      <w:r>
        <w:rPr>
          <w:b/>
        </w:rPr>
        <w:t>PL12.5.4. Bảng kiểm tra kế hoạch đánh giá</w:t>
      </w:r>
    </w:p>
    <w:p w14:paraId="5A2BAF7F" w14:textId="77777777" w:rsidR="00BD0222" w:rsidRDefault="00DF0B0D">
      <w:pPr>
        <w:spacing w:after="60" w:line="264" w:lineRule="auto"/>
        <w:jc w:val="both"/>
      </w:pPr>
      <w:r>
        <w:t>Nhóm được góp ý: …………………………………</w:t>
      </w:r>
      <w:r>
        <w:tab/>
      </w:r>
      <w:r>
        <w:t>Nhóm góp ý: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309"/>
        <w:gridCol w:w="850"/>
        <w:gridCol w:w="850"/>
        <w:gridCol w:w="3061"/>
      </w:tblGrid>
      <w:tr w:rsidR="00BD0222" w14:paraId="551075BE" w14:textId="77777777">
        <w:trPr>
          <w:cantSplit/>
          <w:tblHeader/>
          <w:jc w:val="center"/>
        </w:trPr>
        <w:tc>
          <w:tcPr>
            <w:tcW w:w="4309" w:type="dxa"/>
            <w:vAlign w:val="center"/>
          </w:tcPr>
          <w:p w14:paraId="58F88229" w14:textId="77777777" w:rsidR="00BD0222" w:rsidRDefault="00DF0B0D">
            <w:pPr>
              <w:spacing w:after="0" w:line="240" w:lineRule="auto"/>
              <w:jc w:val="center"/>
            </w:pPr>
            <w:r>
              <w:rPr>
                <w:b/>
                <w:sz w:val="22"/>
                <w:szCs w:val="22"/>
              </w:rPr>
              <w:t>Tiêu chí</w:t>
            </w:r>
          </w:p>
        </w:tc>
        <w:tc>
          <w:tcPr>
            <w:tcW w:w="850" w:type="dxa"/>
            <w:vAlign w:val="center"/>
          </w:tcPr>
          <w:p w14:paraId="50A655BB" w14:textId="77777777" w:rsidR="00BD0222" w:rsidRDefault="00DF0B0D">
            <w:pPr>
              <w:spacing w:after="0" w:line="240" w:lineRule="auto"/>
              <w:jc w:val="center"/>
            </w:pPr>
            <w:r>
              <w:rPr>
                <w:b/>
                <w:sz w:val="22"/>
                <w:szCs w:val="22"/>
              </w:rPr>
              <w:t>Có</w:t>
            </w:r>
          </w:p>
        </w:tc>
        <w:tc>
          <w:tcPr>
            <w:tcW w:w="850" w:type="dxa"/>
            <w:vAlign w:val="center"/>
          </w:tcPr>
          <w:p w14:paraId="1833C3EC" w14:textId="77777777" w:rsidR="00BD0222" w:rsidRDefault="00DF0B0D">
            <w:pPr>
              <w:spacing w:after="0" w:line="240" w:lineRule="auto"/>
              <w:jc w:val="center"/>
            </w:pPr>
            <w:r>
              <w:rPr>
                <w:b/>
                <w:sz w:val="22"/>
                <w:szCs w:val="22"/>
              </w:rPr>
              <w:t>Chưa</w:t>
            </w:r>
          </w:p>
        </w:tc>
        <w:tc>
          <w:tcPr>
            <w:tcW w:w="3061" w:type="dxa"/>
            <w:vAlign w:val="center"/>
          </w:tcPr>
          <w:p w14:paraId="14EFF82C" w14:textId="77777777" w:rsidR="00BD0222" w:rsidRDefault="00DF0B0D">
            <w:pPr>
              <w:spacing w:after="0" w:line="240" w:lineRule="auto"/>
              <w:jc w:val="center"/>
            </w:pPr>
            <w:r>
              <w:rPr>
                <w:b/>
                <w:sz w:val="22"/>
                <w:szCs w:val="22"/>
              </w:rPr>
              <w:t>Góp ý cụ thể</w:t>
            </w:r>
          </w:p>
        </w:tc>
      </w:tr>
      <w:tr w:rsidR="00BD0222" w14:paraId="2684E050" w14:textId="77777777">
        <w:trPr>
          <w:cantSplit/>
          <w:jc w:val="center"/>
        </w:trPr>
        <w:tc>
          <w:tcPr>
            <w:tcW w:w="4309" w:type="dxa"/>
          </w:tcPr>
          <w:p w14:paraId="7381D7FB" w14:textId="77777777" w:rsidR="00BD0222" w:rsidRDefault="00DF0B0D">
            <w:pPr>
              <w:spacing w:after="0" w:line="240" w:lineRule="auto"/>
            </w:pPr>
            <w:r>
              <w:rPr>
                <w:sz w:val="22"/>
                <w:szCs w:val="22"/>
              </w:rPr>
              <w:t>1. Kế hoạch có đủ sáu dòng ở Phần B.</w:t>
            </w:r>
          </w:p>
        </w:tc>
        <w:tc>
          <w:tcPr>
            <w:tcW w:w="850" w:type="dxa"/>
          </w:tcPr>
          <w:p w14:paraId="5747AFD8" w14:textId="77777777" w:rsidR="00BD0222" w:rsidRDefault="00DF0B0D">
            <w:pPr>
              <w:spacing w:after="0" w:line="240" w:lineRule="auto"/>
            </w:pPr>
            <w:r>
              <w:rPr>
                <w:sz w:val="22"/>
                <w:szCs w:val="22"/>
              </w:rPr>
              <w:t>□</w:t>
            </w:r>
          </w:p>
        </w:tc>
        <w:tc>
          <w:tcPr>
            <w:tcW w:w="850" w:type="dxa"/>
          </w:tcPr>
          <w:p w14:paraId="7431CE74" w14:textId="77777777" w:rsidR="00BD0222" w:rsidRDefault="00DF0B0D">
            <w:pPr>
              <w:spacing w:after="0" w:line="240" w:lineRule="auto"/>
            </w:pPr>
            <w:r>
              <w:rPr>
                <w:sz w:val="22"/>
                <w:szCs w:val="22"/>
              </w:rPr>
              <w:t>□</w:t>
            </w:r>
          </w:p>
        </w:tc>
        <w:tc>
          <w:tcPr>
            <w:tcW w:w="3061" w:type="dxa"/>
          </w:tcPr>
          <w:p w14:paraId="35CA21F1" w14:textId="77777777" w:rsidR="00BD0222" w:rsidRDefault="00BD0222">
            <w:pPr>
              <w:spacing w:after="0" w:line="264" w:lineRule="auto"/>
            </w:pPr>
          </w:p>
        </w:tc>
      </w:tr>
      <w:tr w:rsidR="00BD0222" w14:paraId="5ED59AA8" w14:textId="77777777">
        <w:trPr>
          <w:cantSplit/>
          <w:jc w:val="center"/>
        </w:trPr>
        <w:tc>
          <w:tcPr>
            <w:tcW w:w="4309" w:type="dxa"/>
          </w:tcPr>
          <w:p w14:paraId="529E14A9" w14:textId="77777777" w:rsidR="00BD0222" w:rsidRDefault="00DF0B0D">
            <w:pPr>
              <w:spacing w:after="0" w:line="240" w:lineRule="auto"/>
            </w:pPr>
            <w:r>
              <w:rPr>
                <w:sz w:val="22"/>
                <w:szCs w:val="22"/>
              </w:rPr>
              <w:t>2. Ngưỡng chấp nhận có con số và do người dùng đặt, không do nhóm tự đặt.</w:t>
            </w:r>
          </w:p>
        </w:tc>
        <w:tc>
          <w:tcPr>
            <w:tcW w:w="850" w:type="dxa"/>
          </w:tcPr>
          <w:p w14:paraId="158B68B2" w14:textId="77777777" w:rsidR="00BD0222" w:rsidRDefault="00DF0B0D">
            <w:pPr>
              <w:spacing w:after="0" w:line="240" w:lineRule="auto"/>
            </w:pPr>
            <w:r>
              <w:rPr>
                <w:sz w:val="22"/>
                <w:szCs w:val="22"/>
              </w:rPr>
              <w:t>□</w:t>
            </w:r>
          </w:p>
        </w:tc>
        <w:tc>
          <w:tcPr>
            <w:tcW w:w="850" w:type="dxa"/>
          </w:tcPr>
          <w:p w14:paraId="203C2B37" w14:textId="77777777" w:rsidR="00BD0222" w:rsidRDefault="00DF0B0D">
            <w:pPr>
              <w:spacing w:after="0" w:line="240" w:lineRule="auto"/>
            </w:pPr>
            <w:r>
              <w:rPr>
                <w:sz w:val="22"/>
                <w:szCs w:val="22"/>
              </w:rPr>
              <w:t>□</w:t>
            </w:r>
          </w:p>
        </w:tc>
        <w:tc>
          <w:tcPr>
            <w:tcW w:w="3061" w:type="dxa"/>
          </w:tcPr>
          <w:p w14:paraId="3F529973" w14:textId="77777777" w:rsidR="00BD0222" w:rsidRDefault="00BD0222">
            <w:pPr>
              <w:spacing w:after="0" w:line="264" w:lineRule="auto"/>
            </w:pPr>
          </w:p>
        </w:tc>
      </w:tr>
      <w:tr w:rsidR="00BD0222" w14:paraId="6AC54634" w14:textId="77777777">
        <w:trPr>
          <w:cantSplit/>
          <w:jc w:val="center"/>
        </w:trPr>
        <w:tc>
          <w:tcPr>
            <w:tcW w:w="4309" w:type="dxa"/>
          </w:tcPr>
          <w:p w14:paraId="439AFC9E" w14:textId="77777777" w:rsidR="00BD0222" w:rsidRDefault="00DF0B0D">
            <w:pPr>
              <w:spacing w:after="0" w:line="240" w:lineRule="auto"/>
            </w:pPr>
            <w:r>
              <w:rPr>
                <w:sz w:val="22"/>
                <w:szCs w:val="22"/>
              </w:rPr>
              <w:t>3. Dữ liệu kiểm thử có nguồn lấy rõ và ghi rõ người gán nhãn thật.</w:t>
            </w:r>
          </w:p>
        </w:tc>
        <w:tc>
          <w:tcPr>
            <w:tcW w:w="850" w:type="dxa"/>
          </w:tcPr>
          <w:p w14:paraId="2BDA0E38" w14:textId="77777777" w:rsidR="00BD0222" w:rsidRDefault="00DF0B0D">
            <w:pPr>
              <w:spacing w:after="0" w:line="240" w:lineRule="auto"/>
            </w:pPr>
            <w:r>
              <w:rPr>
                <w:sz w:val="22"/>
                <w:szCs w:val="22"/>
              </w:rPr>
              <w:t>□</w:t>
            </w:r>
          </w:p>
        </w:tc>
        <w:tc>
          <w:tcPr>
            <w:tcW w:w="850" w:type="dxa"/>
          </w:tcPr>
          <w:p w14:paraId="6760457F" w14:textId="77777777" w:rsidR="00BD0222" w:rsidRDefault="00DF0B0D">
            <w:pPr>
              <w:spacing w:after="0" w:line="240" w:lineRule="auto"/>
            </w:pPr>
            <w:r>
              <w:rPr>
                <w:sz w:val="22"/>
                <w:szCs w:val="22"/>
              </w:rPr>
              <w:t>□</w:t>
            </w:r>
          </w:p>
        </w:tc>
        <w:tc>
          <w:tcPr>
            <w:tcW w:w="3061" w:type="dxa"/>
          </w:tcPr>
          <w:p w14:paraId="7356FA17" w14:textId="77777777" w:rsidR="00BD0222" w:rsidRDefault="00BD0222">
            <w:pPr>
              <w:spacing w:after="0" w:line="264" w:lineRule="auto"/>
            </w:pPr>
          </w:p>
        </w:tc>
      </w:tr>
      <w:tr w:rsidR="00BD0222" w14:paraId="3F3E58FB" w14:textId="77777777">
        <w:trPr>
          <w:cantSplit/>
          <w:jc w:val="center"/>
        </w:trPr>
        <w:tc>
          <w:tcPr>
            <w:tcW w:w="4309" w:type="dxa"/>
          </w:tcPr>
          <w:p w14:paraId="2D2330DA" w14:textId="77777777" w:rsidR="00BD0222" w:rsidRDefault="00DF0B0D">
            <w:pPr>
              <w:spacing w:after="0" w:line="240" w:lineRule="auto"/>
            </w:pPr>
            <w:r>
              <w:rPr>
                <w:sz w:val="22"/>
                <w:szCs w:val="22"/>
              </w:rPr>
              <w:t>4. Đã tách dữ liệu kiểm thử khỏi dữ liệu đã dùng để huấn luyện.</w:t>
            </w:r>
          </w:p>
        </w:tc>
        <w:tc>
          <w:tcPr>
            <w:tcW w:w="850" w:type="dxa"/>
          </w:tcPr>
          <w:p w14:paraId="3A15EDB1" w14:textId="77777777" w:rsidR="00BD0222" w:rsidRDefault="00DF0B0D">
            <w:pPr>
              <w:spacing w:after="0" w:line="240" w:lineRule="auto"/>
            </w:pPr>
            <w:r>
              <w:rPr>
                <w:sz w:val="22"/>
                <w:szCs w:val="22"/>
              </w:rPr>
              <w:t>□</w:t>
            </w:r>
          </w:p>
        </w:tc>
        <w:tc>
          <w:tcPr>
            <w:tcW w:w="850" w:type="dxa"/>
          </w:tcPr>
          <w:p w14:paraId="764C789D" w14:textId="77777777" w:rsidR="00BD0222" w:rsidRDefault="00DF0B0D">
            <w:pPr>
              <w:spacing w:after="0" w:line="240" w:lineRule="auto"/>
            </w:pPr>
            <w:r>
              <w:rPr>
                <w:sz w:val="22"/>
                <w:szCs w:val="22"/>
              </w:rPr>
              <w:t>□</w:t>
            </w:r>
          </w:p>
        </w:tc>
        <w:tc>
          <w:tcPr>
            <w:tcW w:w="3061" w:type="dxa"/>
          </w:tcPr>
          <w:p w14:paraId="6EBC0CA7" w14:textId="77777777" w:rsidR="00BD0222" w:rsidRDefault="00BD0222">
            <w:pPr>
              <w:spacing w:after="0" w:line="264" w:lineRule="auto"/>
            </w:pPr>
          </w:p>
        </w:tc>
      </w:tr>
      <w:tr w:rsidR="00BD0222" w14:paraId="3F31992C" w14:textId="77777777">
        <w:trPr>
          <w:cantSplit/>
          <w:jc w:val="center"/>
        </w:trPr>
        <w:tc>
          <w:tcPr>
            <w:tcW w:w="4309" w:type="dxa"/>
          </w:tcPr>
          <w:p w14:paraId="55E867D4" w14:textId="77777777" w:rsidR="00BD0222" w:rsidRDefault="00DF0B0D">
            <w:pPr>
              <w:spacing w:after="0" w:line="240" w:lineRule="auto"/>
            </w:pPr>
            <w:r>
              <w:rPr>
                <w:sz w:val="22"/>
                <w:szCs w:val="22"/>
              </w:rPr>
              <w:t>5. Bảng kết quả có cột đối chiếu kết luận của hệ thống với nhãn thật.</w:t>
            </w:r>
          </w:p>
        </w:tc>
        <w:tc>
          <w:tcPr>
            <w:tcW w:w="850" w:type="dxa"/>
          </w:tcPr>
          <w:p w14:paraId="4FE41744" w14:textId="77777777" w:rsidR="00BD0222" w:rsidRDefault="00DF0B0D">
            <w:pPr>
              <w:spacing w:after="0" w:line="240" w:lineRule="auto"/>
            </w:pPr>
            <w:r>
              <w:rPr>
                <w:sz w:val="22"/>
                <w:szCs w:val="22"/>
              </w:rPr>
              <w:t>□</w:t>
            </w:r>
          </w:p>
        </w:tc>
        <w:tc>
          <w:tcPr>
            <w:tcW w:w="850" w:type="dxa"/>
          </w:tcPr>
          <w:p w14:paraId="7C5D7114" w14:textId="77777777" w:rsidR="00BD0222" w:rsidRDefault="00DF0B0D">
            <w:pPr>
              <w:spacing w:after="0" w:line="240" w:lineRule="auto"/>
            </w:pPr>
            <w:r>
              <w:rPr>
                <w:sz w:val="22"/>
                <w:szCs w:val="22"/>
              </w:rPr>
              <w:t>□</w:t>
            </w:r>
          </w:p>
        </w:tc>
        <w:tc>
          <w:tcPr>
            <w:tcW w:w="3061" w:type="dxa"/>
          </w:tcPr>
          <w:p w14:paraId="27C80341" w14:textId="77777777" w:rsidR="00BD0222" w:rsidRDefault="00BD0222">
            <w:pPr>
              <w:spacing w:after="0" w:line="264" w:lineRule="auto"/>
            </w:pPr>
          </w:p>
        </w:tc>
      </w:tr>
      <w:tr w:rsidR="00BD0222" w14:paraId="7E23D6DA" w14:textId="77777777">
        <w:trPr>
          <w:cantSplit/>
          <w:jc w:val="center"/>
        </w:trPr>
        <w:tc>
          <w:tcPr>
            <w:tcW w:w="4309" w:type="dxa"/>
          </w:tcPr>
          <w:p w14:paraId="6CCE0E8A" w14:textId="77777777" w:rsidR="00BD0222" w:rsidRDefault="00DF0B0D">
            <w:pPr>
              <w:spacing w:after="0" w:line="240" w:lineRule="auto"/>
            </w:pPr>
            <w:r>
              <w:rPr>
                <w:sz w:val="22"/>
                <w:szCs w:val="22"/>
              </w:rPr>
              <w:t>6. Điều kiện kết luận nêu rõ ba trường hợp: dùng, sửa, không dùng.</w:t>
            </w:r>
          </w:p>
        </w:tc>
        <w:tc>
          <w:tcPr>
            <w:tcW w:w="850" w:type="dxa"/>
          </w:tcPr>
          <w:p w14:paraId="3810B101" w14:textId="77777777" w:rsidR="00BD0222" w:rsidRDefault="00DF0B0D">
            <w:pPr>
              <w:spacing w:after="0" w:line="240" w:lineRule="auto"/>
            </w:pPr>
            <w:r>
              <w:rPr>
                <w:sz w:val="22"/>
                <w:szCs w:val="22"/>
              </w:rPr>
              <w:t>□</w:t>
            </w:r>
          </w:p>
        </w:tc>
        <w:tc>
          <w:tcPr>
            <w:tcW w:w="850" w:type="dxa"/>
          </w:tcPr>
          <w:p w14:paraId="73634A5A" w14:textId="77777777" w:rsidR="00BD0222" w:rsidRDefault="00DF0B0D">
            <w:pPr>
              <w:spacing w:after="0" w:line="240" w:lineRule="auto"/>
            </w:pPr>
            <w:r>
              <w:rPr>
                <w:sz w:val="22"/>
                <w:szCs w:val="22"/>
              </w:rPr>
              <w:t>□</w:t>
            </w:r>
          </w:p>
        </w:tc>
        <w:tc>
          <w:tcPr>
            <w:tcW w:w="3061" w:type="dxa"/>
          </w:tcPr>
          <w:p w14:paraId="43285A7A" w14:textId="77777777" w:rsidR="00BD0222" w:rsidRDefault="00BD0222">
            <w:pPr>
              <w:spacing w:after="0" w:line="264" w:lineRule="auto"/>
            </w:pPr>
          </w:p>
        </w:tc>
      </w:tr>
      <w:tr w:rsidR="00BD0222" w14:paraId="463343BE" w14:textId="77777777">
        <w:trPr>
          <w:cantSplit/>
          <w:jc w:val="center"/>
        </w:trPr>
        <w:tc>
          <w:tcPr>
            <w:tcW w:w="4309" w:type="dxa"/>
          </w:tcPr>
          <w:p w14:paraId="3FF675E9" w14:textId="77777777" w:rsidR="00BD0222" w:rsidRDefault="00DF0B0D">
            <w:pPr>
              <w:spacing w:after="0" w:line="240" w:lineRule="auto"/>
            </w:pPr>
            <w:r>
              <w:rPr>
                <w:sz w:val="22"/>
                <w:szCs w:val="22"/>
              </w:rPr>
              <w:t>7. Mỗi bước đều ghi rõ người thực hiện.</w:t>
            </w:r>
          </w:p>
        </w:tc>
        <w:tc>
          <w:tcPr>
            <w:tcW w:w="850" w:type="dxa"/>
          </w:tcPr>
          <w:p w14:paraId="6D164A47" w14:textId="77777777" w:rsidR="00BD0222" w:rsidRDefault="00DF0B0D">
            <w:pPr>
              <w:spacing w:after="0" w:line="240" w:lineRule="auto"/>
            </w:pPr>
            <w:r>
              <w:rPr>
                <w:sz w:val="22"/>
                <w:szCs w:val="22"/>
              </w:rPr>
              <w:t>□</w:t>
            </w:r>
          </w:p>
        </w:tc>
        <w:tc>
          <w:tcPr>
            <w:tcW w:w="850" w:type="dxa"/>
          </w:tcPr>
          <w:p w14:paraId="0B2C6F72" w14:textId="77777777" w:rsidR="00BD0222" w:rsidRDefault="00DF0B0D">
            <w:pPr>
              <w:spacing w:after="0" w:line="240" w:lineRule="auto"/>
            </w:pPr>
            <w:r>
              <w:rPr>
                <w:sz w:val="22"/>
                <w:szCs w:val="22"/>
              </w:rPr>
              <w:t>□</w:t>
            </w:r>
          </w:p>
        </w:tc>
        <w:tc>
          <w:tcPr>
            <w:tcW w:w="3061" w:type="dxa"/>
          </w:tcPr>
          <w:p w14:paraId="42BC2063" w14:textId="77777777" w:rsidR="00BD0222" w:rsidRDefault="00BD0222">
            <w:pPr>
              <w:spacing w:after="0" w:line="264" w:lineRule="auto"/>
            </w:pPr>
          </w:p>
        </w:tc>
      </w:tr>
    </w:tbl>
    <w:p w14:paraId="37BA9854" w14:textId="77777777" w:rsidR="00BD0222" w:rsidRDefault="00BD0222">
      <w:pPr>
        <w:spacing w:after="40" w:line="192" w:lineRule="auto"/>
        <w:jc w:val="both"/>
      </w:pPr>
    </w:p>
    <w:p w14:paraId="0C72B339" w14:textId="77777777" w:rsidR="00BD0222" w:rsidRDefault="00DF0B0D">
      <w:pPr>
        <w:spacing w:after="0" w:line="264" w:lineRule="auto"/>
        <w:jc w:val="both"/>
      </w:pPr>
      <w:r>
        <w:br w:type="page"/>
      </w:r>
    </w:p>
    <w:p w14:paraId="275249FB" w14:textId="77777777" w:rsidR="00BD0222" w:rsidRDefault="00DF0B0D">
      <w:pPr>
        <w:keepNext/>
        <w:spacing w:before="80" w:after="60" w:line="264" w:lineRule="auto"/>
      </w:pPr>
      <w:r>
        <w:rPr>
          <w:b/>
        </w:rPr>
        <w:t>PL12.5.5. Định hướng nội dung và gợi ý đáp án (dành cho GV)</w:t>
      </w:r>
    </w:p>
    <w:p w14:paraId="1AECE579" w14:textId="77777777" w:rsidR="00BD0222" w:rsidRDefault="00DF0B0D">
      <w:pPr>
        <w:keepNext/>
        <w:spacing w:before="80" w:after="60" w:line="264" w:lineRule="auto"/>
        <w:jc w:val="both"/>
      </w:pPr>
      <w:r>
        <w:rPr>
          <w:b/>
        </w:rPr>
        <w:t>1. Hình minh hoạ dùng trong bài</w:t>
      </w:r>
    </w:p>
    <w:p w14:paraId="0D2C0AC8" w14:textId="77777777" w:rsidR="00BD0222" w:rsidRDefault="00DF0B0D">
      <w:pPr>
        <w:keepNext/>
        <w:spacing w:before="80" w:after="60" w:line="264" w:lineRule="auto"/>
        <w:jc w:val="center"/>
      </w:pPr>
      <w:r>
        <w:rPr>
          <w:noProof/>
        </w:rPr>
        <mc:AlternateContent>
          <mc:Choice Requires="wpg">
            <w:drawing>
              <wp:inline distT="0" distB="0" distL="0" distR="0" wp14:anchorId="7D915B27" wp14:editId="4C62E5A6">
                <wp:extent cx="5760000" cy="3696000"/>
                <wp:effectExtent l="0" t="0" r="0" b="0"/>
                <wp:docPr id="9001" name="Hình 1 – Bản đồ chọn công cụ theo loại dữ liệu đầu vào" descr="Hình 1 – Bản đồ chọn công cụ theo loại dữ liệu đầu vào"/>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760000" cy="3696000"/>
                          <a:chOff x="0" y="0"/>
                          <a:chExt cx="5760000" cy="3696000"/>
                        </a:xfrm>
                      </wpg:grpSpPr>
                      <wps:wsp>
                        <wps:cNvPr id="850923287" name="Rectangle: Rounded Corners 850923287"/>
                        <wps:cNvSpPr/>
                        <wps:spPr>
                          <a:xfrm>
                            <a:off x="720000" y="72000"/>
                            <a:ext cx="4320000" cy="528000"/>
                          </a:xfrm>
                          <a:prstGeom prst="roundRect">
                            <a:avLst>
                              <a:gd name="adj" fmla="val 8000"/>
                            </a:avLst>
                          </a:prstGeom>
                          <a:solidFill>
                            <a:srgbClr val="FBF7E8"/>
                          </a:solidFill>
                          <a:ln w="9600">
                            <a:solidFill>
                              <a:srgbClr val="222222"/>
                            </a:solidFill>
                          </a:ln>
                        </wps:spPr>
                        <wps:txbx>
                          <w:txbxContent>
                            <w:p w14:paraId="05AFE398" w14:textId="77777777" w:rsidR="00BD0222" w:rsidRDefault="00DF0B0D">
                              <w:pPr>
                                <w:spacing w:after="0" w:line="240" w:lineRule="auto"/>
                                <w:jc w:val="center"/>
                              </w:pPr>
                              <w:r>
                                <w:rPr>
                                  <w:b/>
                                  <w:sz w:val="19"/>
                                  <w:szCs w:val="19"/>
                                </w:rPr>
                                <w:t>DỮ LIỆU ĐẦU VÀO CỦA HỆ THỐNG AI LÀ GÌ?</w:t>
                              </w:r>
                            </w:p>
                            <w:p w14:paraId="47BB003B" w14:textId="77777777" w:rsidR="00BD0222" w:rsidRDefault="00DF0B0D">
                              <w:pPr>
                                <w:spacing w:after="0" w:line="240" w:lineRule="auto"/>
                                <w:jc w:val="center"/>
                              </w:pPr>
                              <w:r>
                                <w:rPr>
                                  <w:sz w:val="19"/>
                                  <w:szCs w:val="19"/>
                                </w:rPr>
                                <w:t>Mỗi loại dữ liệu đầu vào có công cụ phù hợp riêng.</w:t>
                              </w:r>
                            </w:p>
                          </w:txbxContent>
                        </wps:txbx>
                        <wps:bodyPr lIns="45720" tIns="22860" rIns="45720" bIns="22860" anchor="ctr">
                          <a:noAutofit/>
                        </wps:bodyPr>
                      </wps:wsp>
                      <wps:wsp>
                        <wps:cNvPr id="1986028436" name="Straight Connector 1986028436"/>
                        <wps:cNvCnPr/>
                        <wps:spPr>
                          <a:xfrm>
                            <a:off x="792000" y="624000"/>
                            <a:ext cx="1" cy="134400"/>
                          </a:xfrm>
                          <a:prstGeom prst="line">
                            <a:avLst/>
                          </a:prstGeom>
                          <a:ln w="10800">
                            <a:solidFill>
                              <a:srgbClr val="222222"/>
                            </a:solidFill>
                            <a:tailEnd type="arrow" w="med" len="med"/>
                          </a:ln>
                        </wps:spPr>
                        <wps:bodyPr/>
                      </wps:wsp>
                      <wps:wsp>
                        <wps:cNvPr id="1083023679" name="Rectangle: Rounded Corners 1083023679"/>
                        <wps:cNvSpPr/>
                        <wps:spPr>
                          <a:xfrm>
                            <a:off x="144000" y="792000"/>
                            <a:ext cx="1296000" cy="360000"/>
                          </a:xfrm>
                          <a:prstGeom prst="roundRect">
                            <a:avLst>
                              <a:gd name="adj" fmla="val 8000"/>
                            </a:avLst>
                          </a:prstGeom>
                          <a:solidFill>
                            <a:srgbClr val="E3EEF8"/>
                          </a:solidFill>
                          <a:ln w="10800">
                            <a:solidFill>
                              <a:srgbClr val="2E75B6"/>
                            </a:solidFill>
                          </a:ln>
                        </wps:spPr>
                        <wps:txbx>
                          <w:txbxContent>
                            <w:p w14:paraId="5731CB7D" w14:textId="77777777" w:rsidR="00BD0222" w:rsidRDefault="00DF0B0D">
                              <w:pPr>
                                <w:spacing w:after="0" w:line="240" w:lineRule="auto"/>
                                <w:jc w:val="center"/>
                              </w:pPr>
                              <w:r>
                                <w:rPr>
                                  <w:b/>
                                  <w:sz w:val="19"/>
                                  <w:szCs w:val="19"/>
                                </w:rPr>
                                <w:t>ẢNH, VIDEO</w:t>
                              </w:r>
                            </w:p>
                          </w:txbxContent>
                        </wps:txbx>
                        <wps:bodyPr lIns="45720" tIns="22860" rIns="45720" bIns="22860" anchor="ctr">
                          <a:noAutofit/>
                        </wps:bodyPr>
                      </wps:wsp>
                      <wps:wsp>
                        <wps:cNvPr id="768959686" name="Rectangle: Rounded Corners 768959686"/>
                        <wps:cNvSpPr/>
                        <wps:spPr>
                          <a:xfrm>
                            <a:off x="144000" y="1224000"/>
                            <a:ext cx="1296000" cy="420000"/>
                          </a:xfrm>
                          <a:prstGeom prst="roundRect">
                            <a:avLst>
                              <a:gd name="adj" fmla="val 8000"/>
                            </a:avLst>
                          </a:prstGeom>
                          <a:noFill/>
                          <a:ln w="10800">
                            <a:solidFill>
                              <a:srgbClr val="2E75B6"/>
                            </a:solidFill>
                          </a:ln>
                        </wps:spPr>
                        <wps:txbx>
                          <w:txbxContent>
                            <w:p w14:paraId="43F530CC" w14:textId="77777777" w:rsidR="00BD0222" w:rsidRDefault="00DF0B0D">
                              <w:pPr>
                                <w:spacing w:after="0" w:line="240" w:lineRule="auto"/>
                                <w:jc w:val="center"/>
                              </w:pPr>
                              <w:r>
                                <w:rPr>
                                  <w:b/>
                                  <w:sz w:val="18"/>
                                  <w:szCs w:val="18"/>
                                </w:rPr>
                                <w:t>Teachable Machine</w:t>
                              </w:r>
                            </w:p>
                            <w:p w14:paraId="305DD176" w14:textId="77777777" w:rsidR="00BD0222" w:rsidRDefault="00DF0B0D">
                              <w:pPr>
                                <w:spacing w:after="0" w:line="240" w:lineRule="auto"/>
                                <w:jc w:val="center"/>
                              </w:pPr>
                              <w:r>
                                <w:rPr>
                                  <w:sz w:val="18"/>
                                  <w:szCs w:val="18"/>
                                </w:rPr>
                                <w:t>không cần viết mã</w:t>
                              </w:r>
                            </w:p>
                          </w:txbxContent>
                        </wps:txbx>
                        <wps:bodyPr lIns="45720" tIns="22860" rIns="45720" bIns="22860" anchor="ctr">
                          <a:noAutofit/>
                        </wps:bodyPr>
                      </wps:wsp>
                      <wps:wsp>
                        <wps:cNvPr id="1239616100" name="Rectangle: Rounded Corners 1239616100"/>
                        <wps:cNvSpPr/>
                        <wps:spPr>
                          <a:xfrm>
                            <a:off x="144000" y="1716000"/>
                            <a:ext cx="1296000" cy="420000"/>
                          </a:xfrm>
                          <a:prstGeom prst="roundRect">
                            <a:avLst>
                              <a:gd name="adj" fmla="val 8000"/>
                            </a:avLst>
                          </a:prstGeom>
                          <a:noFill/>
                          <a:ln w="10800">
                            <a:solidFill>
                              <a:srgbClr val="2E75B6"/>
                            </a:solidFill>
                          </a:ln>
                        </wps:spPr>
                        <wps:txbx>
                          <w:txbxContent>
                            <w:p w14:paraId="7B6582F5" w14:textId="77777777" w:rsidR="00BD0222" w:rsidRDefault="00DF0B0D">
                              <w:pPr>
                                <w:spacing w:after="0" w:line="240" w:lineRule="auto"/>
                                <w:jc w:val="center"/>
                              </w:pPr>
                              <w:r>
                                <w:rPr>
                                  <w:b/>
                                  <w:sz w:val="18"/>
                                  <w:szCs w:val="18"/>
                                </w:rPr>
                                <w:t>TensorFlow.js</w:t>
                              </w:r>
                            </w:p>
                            <w:p w14:paraId="005DDD6E" w14:textId="77777777" w:rsidR="00BD0222" w:rsidRDefault="00DF0B0D">
                              <w:pPr>
                                <w:spacing w:after="0" w:line="240" w:lineRule="auto"/>
                                <w:jc w:val="center"/>
                              </w:pPr>
                              <w:r>
                                <w:rPr>
                                  <w:sz w:val="18"/>
                                  <w:szCs w:val="18"/>
                                </w:rPr>
                                <w:t>cần viết mã</w:t>
                              </w:r>
                            </w:p>
                          </w:txbxContent>
                        </wps:txbx>
                        <wps:bodyPr lIns="45720" tIns="22860" rIns="45720" bIns="22860" anchor="ctr">
                          <a:noAutofit/>
                        </wps:bodyPr>
                      </wps:wsp>
                      <wps:wsp>
                        <wps:cNvPr id="1914757049" name="Rectangle: Rounded Corners 1914757049"/>
                        <wps:cNvSpPr/>
                        <wps:spPr>
                          <a:xfrm>
                            <a:off x="144000" y="2136000"/>
                            <a:ext cx="1296000" cy="336000"/>
                          </a:xfrm>
                          <a:prstGeom prst="roundRect">
                            <a:avLst>
                              <a:gd name="adj" fmla="val 8000"/>
                            </a:avLst>
                          </a:prstGeom>
                          <a:solidFill>
                            <a:srgbClr val="F0F0F0"/>
                          </a:solidFill>
                          <a:ln w="7200">
                            <a:solidFill>
                              <a:srgbClr val="BFBFBF"/>
                            </a:solidFill>
                          </a:ln>
                        </wps:spPr>
                        <wps:txbx>
                          <w:txbxContent>
                            <w:p w14:paraId="0EB71C63" w14:textId="77777777" w:rsidR="00BD0222" w:rsidRDefault="00DF0B0D">
                              <w:pPr>
                                <w:spacing w:after="0" w:line="240" w:lineRule="auto"/>
                                <w:jc w:val="center"/>
                              </w:pPr>
                              <w:r>
                                <w:rPr>
                                  <w:sz w:val="16"/>
                                  <w:szCs w:val="16"/>
                                </w:rPr>
                                <w:t>Dạng kéo thả, hoạt động</w:t>
                              </w:r>
                            </w:p>
                            <w:p w14:paraId="21C8ABED" w14:textId="77777777" w:rsidR="00BD0222" w:rsidRDefault="00DF0B0D">
                              <w:pPr>
                                <w:spacing w:after="0" w:line="240" w:lineRule="auto"/>
                                <w:jc w:val="center"/>
                              </w:pPr>
                              <w:r>
                                <w:rPr>
                                  <w:sz w:val="16"/>
                                  <w:szCs w:val="16"/>
                                </w:rPr>
                                <w:t>ngay trong trình duyệt.</w:t>
                              </w:r>
                            </w:p>
                          </w:txbxContent>
                        </wps:txbx>
                        <wps:bodyPr lIns="45720" tIns="22860" rIns="45720" bIns="22860" anchor="ctr">
                          <a:noAutofit/>
                        </wps:bodyPr>
                      </wps:wsp>
                      <wps:wsp>
                        <wps:cNvPr id="839914185" name="Straight Connector 839914185"/>
                        <wps:cNvCnPr/>
                        <wps:spPr>
                          <a:xfrm>
                            <a:off x="2184000" y="624000"/>
                            <a:ext cx="1" cy="134400"/>
                          </a:xfrm>
                          <a:prstGeom prst="line">
                            <a:avLst/>
                          </a:prstGeom>
                          <a:ln w="10800">
                            <a:solidFill>
                              <a:srgbClr val="222222"/>
                            </a:solidFill>
                            <a:tailEnd type="arrow" w="med" len="med"/>
                          </a:ln>
                        </wps:spPr>
                        <wps:bodyPr/>
                      </wps:wsp>
                      <wps:wsp>
                        <wps:cNvPr id="1258037439" name="Rectangle: Rounded Corners 1258037439"/>
                        <wps:cNvSpPr/>
                        <wps:spPr>
                          <a:xfrm>
                            <a:off x="1536000" y="792000"/>
                            <a:ext cx="1296000" cy="360000"/>
                          </a:xfrm>
                          <a:prstGeom prst="roundRect">
                            <a:avLst>
                              <a:gd name="adj" fmla="val 8000"/>
                            </a:avLst>
                          </a:prstGeom>
                          <a:solidFill>
                            <a:srgbClr val="FCE9DC"/>
                          </a:solidFill>
                          <a:ln w="10800">
                            <a:solidFill>
                              <a:srgbClr val="B96018"/>
                            </a:solidFill>
                          </a:ln>
                        </wps:spPr>
                        <wps:txbx>
                          <w:txbxContent>
                            <w:p w14:paraId="0220450F" w14:textId="77777777" w:rsidR="00BD0222" w:rsidRDefault="00DF0B0D">
                              <w:pPr>
                                <w:spacing w:after="0" w:line="240" w:lineRule="auto"/>
                                <w:jc w:val="center"/>
                              </w:pPr>
                              <w:r>
                                <w:rPr>
                                  <w:b/>
                                  <w:sz w:val="19"/>
                                  <w:szCs w:val="19"/>
                                </w:rPr>
                                <w:t>ÂM THANH, GIỌNG</w:t>
                              </w:r>
                            </w:p>
                            <w:p w14:paraId="2B060F17" w14:textId="77777777" w:rsidR="00BD0222" w:rsidRDefault="00DF0B0D">
                              <w:pPr>
                                <w:spacing w:after="0" w:line="240" w:lineRule="auto"/>
                                <w:jc w:val="center"/>
                              </w:pPr>
                              <w:r>
                                <w:rPr>
                                  <w:b/>
                                  <w:sz w:val="19"/>
                                  <w:szCs w:val="19"/>
                                </w:rPr>
                                <w:t>NÓI</w:t>
                              </w:r>
                            </w:p>
                          </w:txbxContent>
                        </wps:txbx>
                        <wps:bodyPr lIns="45720" tIns="22860" rIns="45720" bIns="22860" anchor="ctr">
                          <a:noAutofit/>
                        </wps:bodyPr>
                      </wps:wsp>
                      <wps:wsp>
                        <wps:cNvPr id="274589468" name="Rectangle: Rounded Corners 274589468"/>
                        <wps:cNvSpPr/>
                        <wps:spPr>
                          <a:xfrm>
                            <a:off x="1536000" y="1224000"/>
                            <a:ext cx="1296000" cy="420000"/>
                          </a:xfrm>
                          <a:prstGeom prst="roundRect">
                            <a:avLst>
                              <a:gd name="adj" fmla="val 8000"/>
                            </a:avLst>
                          </a:prstGeom>
                          <a:noFill/>
                          <a:ln w="10800">
                            <a:solidFill>
                              <a:srgbClr val="B96018"/>
                            </a:solidFill>
                          </a:ln>
                        </wps:spPr>
                        <wps:txbx>
                          <w:txbxContent>
                            <w:p w14:paraId="27909DBD" w14:textId="77777777" w:rsidR="00BD0222" w:rsidRDefault="00DF0B0D">
                              <w:pPr>
                                <w:spacing w:after="0" w:line="240" w:lineRule="auto"/>
                                <w:jc w:val="center"/>
                              </w:pPr>
                              <w:r>
                                <w:rPr>
                                  <w:b/>
                                  <w:sz w:val="18"/>
                                  <w:szCs w:val="18"/>
                                </w:rPr>
                                <w:t>ML5.js</w:t>
                              </w:r>
                            </w:p>
                            <w:p w14:paraId="72003499" w14:textId="77777777" w:rsidR="00BD0222" w:rsidRDefault="00DF0B0D">
                              <w:pPr>
                                <w:spacing w:after="0" w:line="240" w:lineRule="auto"/>
                                <w:jc w:val="center"/>
                              </w:pPr>
                              <w:r>
                                <w:rPr>
                                  <w:sz w:val="18"/>
                                  <w:szCs w:val="18"/>
                                </w:rPr>
                                <w:t>cần viết mã</w:t>
                              </w:r>
                            </w:p>
                          </w:txbxContent>
                        </wps:txbx>
                        <wps:bodyPr lIns="45720" tIns="22860" rIns="45720" bIns="22860" anchor="ctr">
                          <a:noAutofit/>
                        </wps:bodyPr>
                      </wps:wsp>
                      <wps:wsp>
                        <wps:cNvPr id="897362977" name="Rectangle: Rounded Corners 897362977"/>
                        <wps:cNvSpPr/>
                        <wps:spPr>
                          <a:xfrm>
                            <a:off x="1536000" y="2136000"/>
                            <a:ext cx="1296000" cy="336000"/>
                          </a:xfrm>
                          <a:prstGeom prst="roundRect">
                            <a:avLst>
                              <a:gd name="adj" fmla="val 8000"/>
                            </a:avLst>
                          </a:prstGeom>
                          <a:solidFill>
                            <a:srgbClr val="F0F0F0"/>
                          </a:solidFill>
                          <a:ln w="7200">
                            <a:solidFill>
                              <a:srgbClr val="BFBFBF"/>
                            </a:solidFill>
                          </a:ln>
                        </wps:spPr>
                        <wps:txbx>
                          <w:txbxContent>
                            <w:p w14:paraId="2AEC4469" w14:textId="77777777" w:rsidR="00BD0222" w:rsidRDefault="00DF0B0D">
                              <w:pPr>
                                <w:spacing w:after="0" w:line="240" w:lineRule="auto"/>
                                <w:jc w:val="center"/>
                              </w:pPr>
                              <w:r>
                                <w:rPr>
                                  <w:sz w:val="16"/>
                                  <w:szCs w:val="16"/>
                                </w:rPr>
                                <w:t>Teachable Machine cũng có</w:t>
                              </w:r>
                            </w:p>
                            <w:p w14:paraId="4509378D" w14:textId="77777777" w:rsidR="00BD0222" w:rsidRDefault="00DF0B0D">
                              <w:pPr>
                                <w:spacing w:after="0" w:line="240" w:lineRule="auto"/>
                                <w:jc w:val="center"/>
                              </w:pPr>
                              <w:r>
                                <w:rPr>
                                  <w:sz w:val="16"/>
                                  <w:szCs w:val="16"/>
                                </w:rPr>
                                <w:t>dự án âm thanh.</w:t>
                              </w:r>
                            </w:p>
                          </w:txbxContent>
                        </wps:txbx>
                        <wps:bodyPr lIns="45720" tIns="22860" rIns="45720" bIns="22860" anchor="ctr">
                          <a:noAutofit/>
                        </wps:bodyPr>
                      </wps:wsp>
                      <wps:wsp>
                        <wps:cNvPr id="1725932567" name="Straight Connector 1725932567"/>
                        <wps:cNvCnPr/>
                        <wps:spPr>
                          <a:xfrm>
                            <a:off x="3576000" y="624000"/>
                            <a:ext cx="1" cy="134400"/>
                          </a:xfrm>
                          <a:prstGeom prst="line">
                            <a:avLst/>
                          </a:prstGeom>
                          <a:ln w="10800">
                            <a:solidFill>
                              <a:srgbClr val="222222"/>
                            </a:solidFill>
                            <a:tailEnd type="arrow" w="med" len="med"/>
                          </a:ln>
                        </wps:spPr>
                        <wps:bodyPr/>
                      </wps:wsp>
                      <wps:wsp>
                        <wps:cNvPr id="1622421543" name="Rectangle: Rounded Corners 1622421543"/>
                        <wps:cNvSpPr/>
                        <wps:spPr>
                          <a:xfrm>
                            <a:off x="2928000" y="792000"/>
                            <a:ext cx="1296000" cy="360000"/>
                          </a:xfrm>
                          <a:prstGeom prst="roundRect">
                            <a:avLst>
                              <a:gd name="adj" fmla="val 8000"/>
                            </a:avLst>
                          </a:prstGeom>
                          <a:solidFill>
                            <a:srgbClr val="F1E9F7"/>
                          </a:solidFill>
                          <a:ln w="10800">
                            <a:solidFill>
                              <a:srgbClr val="6A3D9A"/>
                            </a:solidFill>
                          </a:ln>
                        </wps:spPr>
                        <wps:txbx>
                          <w:txbxContent>
                            <w:p w14:paraId="10877BA5" w14:textId="77777777" w:rsidR="00BD0222" w:rsidRDefault="00DF0B0D">
                              <w:pPr>
                                <w:spacing w:after="0" w:line="240" w:lineRule="auto"/>
                                <w:jc w:val="center"/>
                              </w:pPr>
                              <w:r>
                                <w:rPr>
                                  <w:b/>
                                  <w:sz w:val="19"/>
                                  <w:szCs w:val="19"/>
                                </w:rPr>
                                <w:t>VĂN BẢN, SỐ LIỆU</w:t>
                              </w:r>
                            </w:p>
                          </w:txbxContent>
                        </wps:txbx>
                        <wps:bodyPr lIns="45720" tIns="22860" rIns="45720" bIns="22860" anchor="ctr">
                          <a:noAutofit/>
                        </wps:bodyPr>
                      </wps:wsp>
                      <wps:wsp>
                        <wps:cNvPr id="1818685795" name="Rectangle: Rounded Corners 1818685795"/>
                        <wps:cNvSpPr/>
                        <wps:spPr>
                          <a:xfrm>
                            <a:off x="2928000" y="1224000"/>
                            <a:ext cx="1296000" cy="420000"/>
                          </a:xfrm>
                          <a:prstGeom prst="roundRect">
                            <a:avLst>
                              <a:gd name="adj" fmla="val 8000"/>
                            </a:avLst>
                          </a:prstGeom>
                          <a:noFill/>
                          <a:ln w="10800">
                            <a:solidFill>
                              <a:srgbClr val="6A3D9A"/>
                            </a:solidFill>
                          </a:ln>
                        </wps:spPr>
                        <wps:txbx>
                          <w:txbxContent>
                            <w:p w14:paraId="6FD35BDB" w14:textId="77777777" w:rsidR="00BD0222" w:rsidRDefault="00DF0B0D">
                              <w:pPr>
                                <w:spacing w:after="0" w:line="240" w:lineRule="auto"/>
                                <w:jc w:val="center"/>
                              </w:pPr>
                              <w:r>
                                <w:rPr>
                                  <w:b/>
                                  <w:sz w:val="18"/>
                                  <w:szCs w:val="18"/>
                                </w:rPr>
                                <w:t>TensorFlow.js</w:t>
                              </w:r>
                            </w:p>
                            <w:p w14:paraId="1A77D7FF" w14:textId="77777777" w:rsidR="00BD0222" w:rsidRDefault="00DF0B0D">
                              <w:pPr>
                                <w:spacing w:after="0" w:line="240" w:lineRule="auto"/>
                                <w:jc w:val="center"/>
                              </w:pPr>
                              <w:r>
                                <w:rPr>
                                  <w:sz w:val="18"/>
                                  <w:szCs w:val="18"/>
                                </w:rPr>
                                <w:t>cần viết mã</w:t>
                              </w:r>
                            </w:p>
                          </w:txbxContent>
                        </wps:txbx>
                        <wps:bodyPr lIns="45720" tIns="22860" rIns="45720" bIns="22860" anchor="ctr">
                          <a:noAutofit/>
                        </wps:bodyPr>
                      </wps:wsp>
                      <wps:wsp>
                        <wps:cNvPr id="771173922" name="Rectangle: Rounded Corners 771173922"/>
                        <wps:cNvSpPr/>
                        <wps:spPr>
                          <a:xfrm>
                            <a:off x="2928000" y="2136000"/>
                            <a:ext cx="1296000" cy="336000"/>
                          </a:xfrm>
                          <a:prstGeom prst="roundRect">
                            <a:avLst>
                              <a:gd name="adj" fmla="val 8000"/>
                            </a:avLst>
                          </a:prstGeom>
                          <a:solidFill>
                            <a:srgbClr val="F0F0F0"/>
                          </a:solidFill>
                          <a:ln w="7200">
                            <a:solidFill>
                              <a:srgbClr val="BFBFBF"/>
                            </a:solidFill>
                          </a:ln>
                        </wps:spPr>
                        <wps:txbx>
                          <w:txbxContent>
                            <w:p w14:paraId="41822378" w14:textId="77777777" w:rsidR="00BD0222" w:rsidRDefault="00DF0B0D">
                              <w:pPr>
                                <w:spacing w:after="0" w:line="240" w:lineRule="auto"/>
                                <w:jc w:val="center"/>
                              </w:pPr>
                              <w:r>
                                <w:rPr>
                                  <w:sz w:val="16"/>
                                  <w:szCs w:val="16"/>
                                </w:rPr>
                                <w:t>Huấn luyện được mô hình</w:t>
                              </w:r>
                            </w:p>
                            <w:p w14:paraId="38978C22" w14:textId="77777777" w:rsidR="00BD0222" w:rsidRDefault="00DF0B0D">
                              <w:pPr>
                                <w:spacing w:after="0" w:line="240" w:lineRule="auto"/>
                                <w:jc w:val="center"/>
                              </w:pPr>
                              <w:r>
                                <w:rPr>
                                  <w:sz w:val="16"/>
                                  <w:szCs w:val="16"/>
                                </w:rPr>
                                <w:t>mới ngay trong trình duyệt.</w:t>
                              </w:r>
                            </w:p>
                          </w:txbxContent>
                        </wps:txbx>
                        <wps:bodyPr lIns="45720" tIns="22860" rIns="45720" bIns="22860" anchor="ctr">
                          <a:noAutofit/>
                        </wps:bodyPr>
                      </wps:wsp>
                      <wps:wsp>
                        <wps:cNvPr id="48857002" name="Straight Connector 48857002"/>
                        <wps:cNvCnPr/>
                        <wps:spPr>
                          <a:xfrm>
                            <a:off x="4968000" y="624000"/>
                            <a:ext cx="1" cy="134400"/>
                          </a:xfrm>
                          <a:prstGeom prst="line">
                            <a:avLst/>
                          </a:prstGeom>
                          <a:ln w="10800">
                            <a:solidFill>
                              <a:srgbClr val="222222"/>
                            </a:solidFill>
                            <a:tailEnd type="arrow" w="med" len="med"/>
                          </a:ln>
                        </wps:spPr>
                        <wps:bodyPr/>
                      </wps:wsp>
                      <wps:wsp>
                        <wps:cNvPr id="799482777" name="Rectangle: Rounded Corners 799482777"/>
                        <wps:cNvSpPr/>
                        <wps:spPr>
                          <a:xfrm>
                            <a:off x="4320000" y="792000"/>
                            <a:ext cx="1296000" cy="360000"/>
                          </a:xfrm>
                          <a:prstGeom prst="roundRect">
                            <a:avLst>
                              <a:gd name="adj" fmla="val 8000"/>
                            </a:avLst>
                          </a:prstGeom>
                          <a:solidFill>
                            <a:srgbClr val="E9F4E6"/>
                          </a:solidFill>
                          <a:ln w="10800">
                            <a:solidFill>
                              <a:srgbClr val="376937"/>
                            </a:solidFill>
                          </a:ln>
                        </wps:spPr>
                        <wps:txbx>
                          <w:txbxContent>
                            <w:p w14:paraId="3D2570F5" w14:textId="77777777" w:rsidR="00BD0222" w:rsidRDefault="00DF0B0D">
                              <w:pPr>
                                <w:spacing w:after="0" w:line="240" w:lineRule="auto"/>
                                <w:jc w:val="center"/>
                              </w:pPr>
                              <w:r>
                                <w:rPr>
                                  <w:b/>
                                  <w:sz w:val="19"/>
                                  <w:szCs w:val="19"/>
                                </w:rPr>
                                <w:t>THAO TÁC TRÊN</w:t>
                              </w:r>
                            </w:p>
                            <w:p w14:paraId="606B40D7" w14:textId="77777777" w:rsidR="00BD0222" w:rsidRDefault="00DF0B0D">
                              <w:pPr>
                                <w:spacing w:after="0" w:line="240" w:lineRule="auto"/>
                                <w:jc w:val="center"/>
                              </w:pPr>
                              <w:r>
                                <w:rPr>
                                  <w:b/>
                                  <w:sz w:val="19"/>
                                  <w:szCs w:val="19"/>
                                </w:rPr>
                                <w:t>ĐIỆN THOẠI</w:t>
                              </w:r>
                            </w:p>
                          </w:txbxContent>
                        </wps:txbx>
                        <wps:bodyPr lIns="45720" tIns="22860" rIns="45720" bIns="22860" anchor="ctr">
                          <a:noAutofit/>
                        </wps:bodyPr>
                      </wps:wsp>
                      <wps:wsp>
                        <wps:cNvPr id="1577888818" name="Rectangle: Rounded Corners 1577888818"/>
                        <wps:cNvSpPr/>
                        <wps:spPr>
                          <a:xfrm>
                            <a:off x="4320000" y="1224000"/>
                            <a:ext cx="1296000" cy="420000"/>
                          </a:xfrm>
                          <a:prstGeom prst="roundRect">
                            <a:avLst>
                              <a:gd name="adj" fmla="val 8000"/>
                            </a:avLst>
                          </a:prstGeom>
                          <a:noFill/>
                          <a:ln w="10800">
                            <a:solidFill>
                              <a:srgbClr val="376937"/>
                            </a:solidFill>
                          </a:ln>
                        </wps:spPr>
                        <wps:txbx>
                          <w:txbxContent>
                            <w:p w14:paraId="14F63FD2" w14:textId="77777777" w:rsidR="00BD0222" w:rsidRDefault="00DF0B0D">
                              <w:pPr>
                                <w:spacing w:after="0" w:line="240" w:lineRule="auto"/>
                                <w:jc w:val="center"/>
                              </w:pPr>
                              <w:r>
                                <w:rPr>
                                  <w:b/>
                                  <w:sz w:val="18"/>
                                  <w:szCs w:val="18"/>
                                </w:rPr>
                                <w:t>MIT App Inventor</w:t>
                              </w:r>
                            </w:p>
                            <w:p w14:paraId="45FB270B" w14:textId="77777777" w:rsidR="00BD0222" w:rsidRDefault="00DF0B0D">
                              <w:pPr>
                                <w:spacing w:after="0" w:line="240" w:lineRule="auto"/>
                                <w:jc w:val="center"/>
                              </w:pPr>
                              <w:r>
                                <w:rPr>
                                  <w:sz w:val="18"/>
                                  <w:szCs w:val="18"/>
                                </w:rPr>
                                <w:t>không cần viết mã</w:t>
                              </w:r>
                            </w:p>
                          </w:txbxContent>
                        </wps:txbx>
                        <wps:bodyPr lIns="45720" tIns="22860" rIns="45720" bIns="22860" anchor="ctr">
                          <a:noAutofit/>
                        </wps:bodyPr>
                      </wps:wsp>
                      <wps:wsp>
                        <wps:cNvPr id="1241926121" name="Rectangle: Rounded Corners 1241926121"/>
                        <wps:cNvSpPr/>
                        <wps:spPr>
                          <a:xfrm>
                            <a:off x="4320000" y="2136000"/>
                            <a:ext cx="1296000" cy="336000"/>
                          </a:xfrm>
                          <a:prstGeom prst="roundRect">
                            <a:avLst>
                              <a:gd name="adj" fmla="val 8000"/>
                            </a:avLst>
                          </a:prstGeom>
                          <a:solidFill>
                            <a:srgbClr val="F0F0F0"/>
                          </a:solidFill>
                          <a:ln w="7200">
                            <a:solidFill>
                              <a:srgbClr val="BFBFBF"/>
                            </a:solidFill>
                          </a:ln>
                        </wps:spPr>
                        <wps:txbx>
                          <w:txbxContent>
                            <w:p w14:paraId="5FBF271F" w14:textId="77777777" w:rsidR="00BD0222" w:rsidRDefault="00DF0B0D">
                              <w:pPr>
                                <w:spacing w:after="0" w:line="240" w:lineRule="auto"/>
                                <w:jc w:val="center"/>
                              </w:pPr>
                              <w:r>
                                <w:rPr>
                                  <w:sz w:val="16"/>
                                  <w:szCs w:val="16"/>
                                </w:rPr>
                                <w:t>Cần tài khoản Google và kết</w:t>
                              </w:r>
                            </w:p>
                            <w:p w14:paraId="434CCC45" w14:textId="77777777" w:rsidR="00BD0222" w:rsidRDefault="00DF0B0D">
                              <w:pPr>
                                <w:spacing w:after="0" w:line="240" w:lineRule="auto"/>
                                <w:jc w:val="center"/>
                              </w:pPr>
                              <w:r>
                                <w:rPr>
                                  <w:sz w:val="16"/>
                                  <w:szCs w:val="16"/>
                                </w:rPr>
                                <w:t>nối mạng.</w:t>
                              </w:r>
                            </w:p>
                          </w:txbxContent>
                        </wps:txbx>
                        <wps:bodyPr lIns="45720" tIns="22860" rIns="45720" bIns="22860" anchor="ctr">
                          <a:noAutofit/>
                        </wps:bodyPr>
                      </wps:wsp>
                      <wps:wsp>
                        <wps:cNvPr id="1004862812" name="Rectangle: Rounded Corners 1004862812"/>
                        <wps:cNvSpPr/>
                        <wps:spPr>
                          <a:xfrm>
                            <a:off x="144000" y="2592000"/>
                            <a:ext cx="5472000" cy="816000"/>
                          </a:xfrm>
                          <a:prstGeom prst="roundRect">
                            <a:avLst>
                              <a:gd name="adj" fmla="val 8000"/>
                            </a:avLst>
                          </a:prstGeom>
                          <a:solidFill>
                            <a:srgbClr val="F7F7F7"/>
                          </a:solidFill>
                          <a:ln w="10800">
                            <a:solidFill>
                              <a:srgbClr val="222222"/>
                            </a:solidFill>
                          </a:ln>
                        </wps:spPr>
                        <wps:txbx>
                          <w:txbxContent>
                            <w:p w14:paraId="56EDBAA5" w14:textId="77777777" w:rsidR="00BD0222" w:rsidRDefault="00DF0B0D">
                              <w:pPr>
                                <w:spacing w:after="0" w:line="240" w:lineRule="auto"/>
                                <w:jc w:val="center"/>
                              </w:pPr>
                              <w:r>
                                <w:rPr>
                                  <w:b/>
                                  <w:sz w:val="18"/>
                                  <w:szCs w:val="18"/>
                                </w:rPr>
                                <w:t>TRƯỚC KHI CHỐT CÔNG CỤ, HỎI BỐN CÂU</w:t>
                              </w:r>
                            </w:p>
                            <w:p w14:paraId="791E240E" w14:textId="77777777" w:rsidR="00BD0222" w:rsidRDefault="00DF0B0D">
                              <w:pPr>
                                <w:spacing w:after="0" w:line="240" w:lineRule="auto"/>
                                <w:jc w:val="center"/>
                              </w:pPr>
                              <w:r>
                                <w:rPr>
                                  <w:sz w:val="18"/>
                                  <w:szCs w:val="18"/>
                                </w:rPr>
                                <w:t>1. Hệ thống sẽ hoạt động ở đâu: máy tính của người dùng, điện thoại hay máy chủ?</w:t>
                              </w:r>
                            </w:p>
                            <w:p w14:paraId="145A1E4E" w14:textId="77777777" w:rsidR="00BD0222" w:rsidRDefault="00DF0B0D">
                              <w:pPr>
                                <w:spacing w:after="0" w:line="240" w:lineRule="auto"/>
                                <w:jc w:val="center"/>
                              </w:pPr>
                              <w:r>
                                <w:rPr>
                                  <w:sz w:val="18"/>
                                  <w:szCs w:val="18"/>
                                </w:rPr>
                                <w:t>2. Chỗ đó có mạng không?</w:t>
                              </w:r>
                            </w:p>
                            <w:p w14:paraId="60495B7E" w14:textId="77777777" w:rsidR="00BD0222" w:rsidRDefault="00DF0B0D">
                              <w:pPr>
                                <w:spacing w:after="0" w:line="240" w:lineRule="auto"/>
                                <w:jc w:val="center"/>
                              </w:pPr>
                              <w:r>
                                <w:rPr>
                                  <w:sz w:val="18"/>
                                  <w:szCs w:val="18"/>
                                </w:rPr>
                                <w:t>3. Người dùng có phải tạo tài khoản không?</w:t>
                              </w:r>
                            </w:p>
                            <w:p w14:paraId="7947E3B6" w14:textId="77777777" w:rsidR="00BD0222" w:rsidRDefault="00DF0B0D">
                              <w:pPr>
                                <w:spacing w:after="0" w:line="240" w:lineRule="auto"/>
                                <w:jc w:val="center"/>
                              </w:pPr>
                              <w:r>
                                <w:rPr>
                                  <w:sz w:val="18"/>
                                  <w:szCs w:val="18"/>
                                </w:rPr>
                                <w:t>4. Ai sẽ viết mã? Nếu không ai viết mã thì chọn công cụ dạng kéo thả.</w:t>
                              </w:r>
                            </w:p>
                          </w:txbxContent>
                        </wps:txbx>
                        <wps:bodyPr lIns="45720" tIns="22860" rIns="45720" bIns="22860" anchor="ctr">
                          <a:noAutofit/>
                        </wps:bodyPr>
                      </wps:wsp>
                      <wps:wsp>
                        <wps:cNvPr id="1507328930" name="Rectangle: Rounded Corners 1507328930"/>
                        <wps:cNvSpPr/>
                        <wps:spPr>
                          <a:xfrm>
                            <a:off x="144000" y="3456000"/>
                            <a:ext cx="5472000" cy="192000"/>
                          </a:xfrm>
                          <a:prstGeom prst="roundRect">
                            <a:avLst>
                              <a:gd name="adj" fmla="val 8000"/>
                            </a:avLst>
                          </a:prstGeom>
                          <a:noFill/>
                          <a:ln w="0">
                            <a:noFill/>
                          </a:ln>
                        </wps:spPr>
                        <wps:txbx>
                          <w:txbxContent>
                            <w:p w14:paraId="7725AC76" w14:textId="77777777" w:rsidR="00BD0222" w:rsidRDefault="00DF0B0D">
                              <w:pPr>
                                <w:spacing w:after="0" w:line="240" w:lineRule="auto"/>
                                <w:jc w:val="center"/>
                              </w:pPr>
                              <w:r>
                                <w:rPr>
                                  <w:sz w:val="16"/>
                                  <w:szCs w:val="16"/>
                                </w:rPr>
                                <w:t>Bản đồ này chỉ là điểm bắt đầu. Công cụ cuối cùng phải được thử với dữ liệu thật của hệ thống.</w:t>
                              </w:r>
                            </w:p>
                          </w:txbxContent>
                        </wps:txbx>
                        <wps:bodyPr lIns="45720" tIns="22860" rIns="45720" bIns="22860" anchor="ctr">
                          <a:noAutofit/>
                        </wps:bodyPr>
                      </wps:wsp>
                    </wpg:wgp>
                  </a:graphicData>
                </a:graphic>
              </wp:inline>
            </w:drawing>
          </mc:Choice>
          <mc:Fallback>
            <w:pict>
              <v:group w14:anchorId="7D915B27" id="Hình 1 – Bản đồ chọn công cụ theo loại dữ liệu đầu vào" o:spid="_x0000_s1026" alt="Hình 1 – Bản đồ chọn công cụ theo loại dữ liệu đầu vào" style="width:453.55pt;height:291pt;mso-position-horizontal-relative:char;mso-position-vertical-relative:line" coordsize="57600,3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">
                <o:lock v:ext="edit" aspectratio="t"/>
                <v:roundrect id="Rectangle: Rounded Corners 850923287" o:spid="_x0000_s1027" style="position:absolute;left:7200;top:720;width:43200;height:52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" fillcolor="#fbf7e8" strokecolor="#222" strokeweight=".26667mm">
                  <v:textbox inset="3.6pt,1.8pt,3.6pt,1.8pt">
                    <w:txbxContent>
                      <w:p w14:paraId="05AFE398" w14:textId="77777777" w:rsidR="00BD0222" w:rsidRDefault="00DF0B0D">
                        <w:pPr>
                          <w:spacing w:after="0" w:line="240" w:lineRule="auto"/>
                          <w:jc w:val="center"/>
                        </w:pPr>
                        <w:r>
                          <w:rPr>
                            <w:b/>
                            <w:sz w:val="19"/>
                            <w:szCs w:val="19"/>
                          </w:rPr>
                          <w:t>DỮ LIỆU ĐẦU VÀO CỦA HỆ THỐNG AI LÀ GÌ?</w:t>
                        </w:r>
                      </w:p>
                      <w:p w14:paraId="47BB003B" w14:textId="77777777" w:rsidR="00BD0222" w:rsidRDefault="00DF0B0D">
                        <w:pPr>
                          <w:spacing w:after="0" w:line="240" w:lineRule="auto"/>
                          <w:jc w:val="center"/>
                        </w:pPr>
                        <w:r>
                          <w:rPr>
                            <w:sz w:val="19"/>
                            <w:szCs w:val="19"/>
                          </w:rPr>
                          <w:t>Mỗi loại dữ liệu đầu vào có công cụ phù hợp riêng.</w:t>
                        </w:r>
                      </w:p>
                    </w:txbxContent>
                  </v:textbox>
                </v:roundrect>
                <v:line id="Straight Connector 1986028436" o:spid="_x0000_s1028" style="position:absolute;visibility:visible;mso-wrap-style:square" from="7920,6240" to="7920,7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" strokecolor="#222" strokeweight=".3mm">
                  <v:stroke endarrow="open"/>
                </v:line>
                <v:roundrect id="Rectangle: Rounded Corners 1083023679" o:spid="_x0000_s1029" style="position:absolute;left:1440;top:7920;width:12960;height:360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" fillcolor="#e3eef8" strokecolor="#2e75b6" strokeweight=".3mm">
                  <v:textbox inset="3.6pt,1.8pt,3.6pt,1.8pt">
                    <w:txbxContent>
                      <w:p w14:paraId="5731CB7D" w14:textId="77777777" w:rsidR="00BD0222" w:rsidRDefault="00DF0B0D">
                        <w:pPr>
                          <w:spacing w:after="0" w:line="240" w:lineRule="auto"/>
                          <w:jc w:val="center"/>
                        </w:pPr>
                        <w:r>
                          <w:rPr>
                            <w:b/>
                            <w:sz w:val="19"/>
                            <w:szCs w:val="19"/>
                          </w:rPr>
                          <w:t>ẢNH, VIDEO</w:t>
                        </w:r>
                      </w:p>
                    </w:txbxContent>
                  </v:textbox>
                </v:roundrect>
                <v:roundrect id="Rectangle: Rounded Corners 768959686" o:spid="_x0000_s1030" style="position:absolute;left:1440;top:12240;width:12960;height:420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" filled="f" strokecolor="#2e75b6" strokeweight=".3mm">
                  <v:textbox inset="3.6pt,1.8pt,3.6pt,1.8pt">
                    <w:txbxContent>
                      <w:p w14:paraId="43F530CC" w14:textId="77777777" w:rsidR="00BD0222" w:rsidRDefault="00DF0B0D">
                        <w:pPr>
                          <w:spacing w:after="0" w:line="240" w:lineRule="auto"/>
                          <w:jc w:val="center"/>
                        </w:pPr>
                        <w:r>
                          <w:rPr>
                            <w:b/>
                            <w:sz w:val="18"/>
                            <w:szCs w:val="18"/>
                          </w:rPr>
                          <w:t>Teachable Machine</w:t>
                        </w:r>
                      </w:p>
                      <w:p w14:paraId="305DD176" w14:textId="77777777" w:rsidR="00BD0222" w:rsidRDefault="00DF0B0D">
                        <w:pPr>
                          <w:spacing w:after="0" w:line="240" w:lineRule="auto"/>
                          <w:jc w:val="center"/>
                        </w:pPr>
                        <w:r>
                          <w:rPr>
                            <w:sz w:val="18"/>
                            <w:szCs w:val="18"/>
                          </w:rPr>
                          <w:t>không cần viết mã</w:t>
                        </w:r>
                      </w:p>
                    </w:txbxContent>
                  </v:textbox>
                </v:roundrect>
                <v:roundrect id="Rectangle: Rounded Corners 1239616100" o:spid="_x0000_s1031" style="position:absolute;left:1440;top:17160;width:12960;height:420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" filled="f" strokecolor="#2e75b6" strokeweight=".3mm">
                  <v:textbox inset="3.6pt,1.8pt,3.6pt,1.8pt">
                    <w:txbxContent>
                      <w:p w14:paraId="7B6582F5" w14:textId="77777777" w:rsidR="00BD0222" w:rsidRDefault="00DF0B0D">
                        <w:pPr>
                          <w:spacing w:after="0" w:line="240" w:lineRule="auto"/>
                          <w:jc w:val="center"/>
                        </w:pPr>
                        <w:r>
                          <w:rPr>
                            <w:b/>
                            <w:sz w:val="18"/>
                            <w:szCs w:val="18"/>
                          </w:rPr>
                          <w:t>TensorFlow.js</w:t>
                        </w:r>
                      </w:p>
                      <w:p w14:paraId="005DDD6E" w14:textId="77777777" w:rsidR="00BD0222" w:rsidRDefault="00DF0B0D">
                        <w:pPr>
                          <w:spacing w:after="0" w:line="240" w:lineRule="auto"/>
                          <w:jc w:val="center"/>
                        </w:pPr>
                        <w:r>
                          <w:rPr>
                            <w:sz w:val="18"/>
                            <w:szCs w:val="18"/>
                          </w:rPr>
                          <w:t>cần viết mã</w:t>
                        </w:r>
                      </w:p>
                    </w:txbxContent>
                  </v:textbox>
                </v:roundrect>
                <v:roundrect id="Rectangle: Rounded Corners 1914757049" o:spid="_x0000_s1032" style="position:absolute;left:1440;top:21360;width:12960;height:336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" fillcolor="#f0f0f0" strokecolor="#bfbfbf" strokeweight=".2mm">
                  <v:textbox inset="3.6pt,1.8pt,3.6pt,1.8pt">
                    <w:txbxContent>
                      <w:p w14:paraId="0EB71C63" w14:textId="77777777" w:rsidR="00BD0222" w:rsidRDefault="00DF0B0D">
                        <w:pPr>
                          <w:spacing w:after="0" w:line="240" w:lineRule="auto"/>
                          <w:jc w:val="center"/>
                        </w:pPr>
                        <w:r>
                          <w:rPr>
                            <w:sz w:val="16"/>
                            <w:szCs w:val="16"/>
                          </w:rPr>
                          <w:t>Dạng kéo thả, hoạt động</w:t>
                        </w:r>
                      </w:p>
                      <w:p w14:paraId="21C8ABED" w14:textId="77777777" w:rsidR="00BD0222" w:rsidRDefault="00DF0B0D">
                        <w:pPr>
                          <w:spacing w:after="0" w:line="240" w:lineRule="auto"/>
                          <w:jc w:val="center"/>
                        </w:pPr>
                        <w:r>
                          <w:rPr>
                            <w:sz w:val="16"/>
                            <w:szCs w:val="16"/>
                          </w:rPr>
                          <w:t>ngay trong trình duyệt.</w:t>
                        </w:r>
                      </w:p>
                    </w:txbxContent>
                  </v:textbox>
                </v:roundrect>
                <v:line id="Straight Connector 839914185" o:spid="_x0000_s1033" style="position:absolute;visibility:visible;mso-wrap-style:square" from="21840,6240" to="21840,7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" strokecolor="#222" strokeweight=".3mm">
                  <v:stroke endarrow="open"/>
                </v:line>
                <v:roundrect id="Rectangle: Rounded Corners 1258037439" o:spid="_x0000_s1034" style="position:absolute;left:15360;top:7920;width:12960;height:360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" fillcolor="#fce9dc" strokecolor="#b96018" strokeweight=".3mm">
                  <v:textbox inset="3.6pt,1.8pt,3.6pt,1.8pt">
                    <w:txbxContent>
                      <w:p w14:paraId="0220450F" w14:textId="77777777" w:rsidR="00BD0222" w:rsidRDefault="00DF0B0D">
                        <w:pPr>
                          <w:spacing w:after="0" w:line="240" w:lineRule="auto"/>
                          <w:jc w:val="center"/>
                        </w:pPr>
                        <w:r>
                          <w:rPr>
                            <w:b/>
                            <w:sz w:val="19"/>
                            <w:szCs w:val="19"/>
                          </w:rPr>
                          <w:t>ÂM THANH, GIỌNG</w:t>
                        </w:r>
                      </w:p>
                      <w:p w14:paraId="2B060F17" w14:textId="77777777" w:rsidR="00BD0222" w:rsidRDefault="00DF0B0D">
                        <w:pPr>
                          <w:spacing w:after="0" w:line="240" w:lineRule="auto"/>
                          <w:jc w:val="center"/>
                        </w:pPr>
                        <w:r>
                          <w:rPr>
                            <w:b/>
                            <w:sz w:val="19"/>
                            <w:szCs w:val="19"/>
                          </w:rPr>
                          <w:t>NÓI</w:t>
                        </w:r>
                      </w:p>
                    </w:txbxContent>
                  </v:textbox>
                </v:roundrect>
                <v:roundrect id="Rectangle: Rounded Corners 274589468" o:spid="_x0000_s1035" style="position:absolute;left:15360;top:12240;width:12960;height:420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" filled="f" strokecolor="#b96018" strokeweight=".3mm">
                  <v:textbox inset="3.6pt,1.8pt,3.6pt,1.8pt">
                    <w:txbxContent>
                      <w:p w14:paraId="27909DBD" w14:textId="77777777" w:rsidR="00BD0222" w:rsidRDefault="00DF0B0D">
                        <w:pPr>
                          <w:spacing w:after="0" w:line="240" w:lineRule="auto"/>
                          <w:jc w:val="center"/>
                        </w:pPr>
                        <w:r>
                          <w:rPr>
                            <w:b/>
                            <w:sz w:val="18"/>
                            <w:szCs w:val="18"/>
                          </w:rPr>
                          <w:t>ML5.js</w:t>
                        </w:r>
                      </w:p>
                      <w:p w14:paraId="72003499" w14:textId="77777777" w:rsidR="00BD0222" w:rsidRDefault="00DF0B0D">
                        <w:pPr>
                          <w:spacing w:after="0" w:line="240" w:lineRule="auto"/>
                          <w:jc w:val="center"/>
                        </w:pPr>
                        <w:r>
                          <w:rPr>
                            <w:sz w:val="18"/>
                            <w:szCs w:val="18"/>
                          </w:rPr>
                          <w:t>cần viết mã</w:t>
                        </w:r>
                      </w:p>
                    </w:txbxContent>
                  </v:textbox>
                </v:roundrect>
                <v:roundrect id="Rectangle: Rounded Corners 897362977" o:spid="_x0000_s1036" style="position:absolute;left:15360;top:21360;width:12960;height:336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" fillcolor="#f0f0f0" strokecolor="#bfbfbf" strokeweight=".2mm">
                  <v:textbox inset="3.6pt,1.8pt,3.6pt,1.8pt">
                    <w:txbxContent>
                      <w:p w14:paraId="2AEC4469" w14:textId="77777777" w:rsidR="00BD0222" w:rsidRDefault="00DF0B0D">
                        <w:pPr>
                          <w:spacing w:after="0" w:line="240" w:lineRule="auto"/>
                          <w:jc w:val="center"/>
                        </w:pPr>
                        <w:r>
                          <w:rPr>
                            <w:sz w:val="16"/>
                            <w:szCs w:val="16"/>
                          </w:rPr>
                          <w:t>Teachable Machine cũng có</w:t>
                        </w:r>
                      </w:p>
                      <w:p w14:paraId="4509378D" w14:textId="77777777" w:rsidR="00BD0222" w:rsidRDefault="00DF0B0D">
                        <w:pPr>
                          <w:spacing w:after="0" w:line="240" w:lineRule="auto"/>
                          <w:jc w:val="center"/>
                        </w:pPr>
                        <w:r>
                          <w:rPr>
                            <w:sz w:val="16"/>
                            <w:szCs w:val="16"/>
                          </w:rPr>
                          <w:t>dự án âm thanh.</w:t>
                        </w:r>
                      </w:p>
                    </w:txbxContent>
                  </v:textbox>
                </v:roundrect>
                <v:line id="Straight Connector 1725932567" o:spid="_x0000_s1037" style="position:absolute;visibility:visible;mso-wrap-style:square" from="35760,6240" to="35760,7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" strokecolor="#222" strokeweight=".3mm">
                  <v:stroke endarrow="open"/>
                </v:line>
                <v:roundrect id="Rectangle: Rounded Corners 1622421543" o:spid="_x0000_s1038" style="position:absolute;left:29280;top:7920;width:12960;height:360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" fillcolor="#f1e9f7" strokecolor="#6a3d9a" strokeweight=".3mm">
                  <v:textbox inset="3.6pt,1.8pt,3.6pt,1.8pt">
                    <w:txbxContent>
                      <w:p w14:paraId="10877BA5" w14:textId="77777777" w:rsidR="00BD0222" w:rsidRDefault="00DF0B0D">
                        <w:pPr>
                          <w:spacing w:after="0" w:line="240" w:lineRule="auto"/>
                          <w:jc w:val="center"/>
                        </w:pPr>
                        <w:r>
                          <w:rPr>
                            <w:b/>
                            <w:sz w:val="19"/>
                            <w:szCs w:val="19"/>
                          </w:rPr>
                          <w:t>VĂN BẢN, SỐ LIỆU</w:t>
                        </w:r>
                      </w:p>
                    </w:txbxContent>
                  </v:textbox>
                </v:roundrect>
                <v:roundrect id="Rectangle: Rounded Corners 1818685795" o:spid="_x0000_s1039" style="position:absolute;left:29280;top:12240;width:12960;height:420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" filled="f" strokecolor="#6a3d9a" strokeweight=".3mm">
                  <v:textbox inset="3.6pt,1.8pt,3.6pt,1.8pt">
                    <w:txbxContent>
                      <w:p w14:paraId="6FD35BDB" w14:textId="77777777" w:rsidR="00BD0222" w:rsidRDefault="00DF0B0D">
                        <w:pPr>
                          <w:spacing w:after="0" w:line="240" w:lineRule="auto"/>
                          <w:jc w:val="center"/>
                        </w:pPr>
                        <w:r>
                          <w:rPr>
                            <w:b/>
                            <w:sz w:val="18"/>
                            <w:szCs w:val="18"/>
                          </w:rPr>
                          <w:t>TensorFlow.js</w:t>
                        </w:r>
                      </w:p>
                      <w:p w14:paraId="1A77D7FF" w14:textId="77777777" w:rsidR="00BD0222" w:rsidRDefault="00DF0B0D">
                        <w:pPr>
                          <w:spacing w:after="0" w:line="240" w:lineRule="auto"/>
                          <w:jc w:val="center"/>
                        </w:pPr>
                        <w:r>
                          <w:rPr>
                            <w:sz w:val="18"/>
                            <w:szCs w:val="18"/>
                          </w:rPr>
                          <w:t>cần viết mã</w:t>
                        </w:r>
                      </w:p>
                    </w:txbxContent>
                  </v:textbox>
                </v:roundrect>
                <v:roundrect id="Rectangle: Rounded Corners 771173922" o:spid="_x0000_s1040" style="position:absolute;left:29280;top:21360;width:12960;height:336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" fillcolor="#f0f0f0" strokecolor="#bfbfbf" strokeweight=".2mm">
                  <v:textbox inset="3.6pt,1.8pt,3.6pt,1.8pt">
                    <w:txbxContent>
                      <w:p w14:paraId="41822378" w14:textId="77777777" w:rsidR="00BD0222" w:rsidRDefault="00DF0B0D">
                        <w:pPr>
                          <w:spacing w:after="0" w:line="240" w:lineRule="auto"/>
                          <w:jc w:val="center"/>
                        </w:pPr>
                        <w:r>
                          <w:rPr>
                            <w:sz w:val="16"/>
                            <w:szCs w:val="16"/>
                          </w:rPr>
                          <w:t>Huấn luyện được mô hình</w:t>
                        </w:r>
                      </w:p>
                      <w:p w14:paraId="38978C22" w14:textId="77777777" w:rsidR="00BD0222" w:rsidRDefault="00DF0B0D">
                        <w:pPr>
                          <w:spacing w:after="0" w:line="240" w:lineRule="auto"/>
                          <w:jc w:val="center"/>
                        </w:pPr>
                        <w:r>
                          <w:rPr>
                            <w:sz w:val="16"/>
                            <w:szCs w:val="16"/>
                          </w:rPr>
                          <w:t>mới ngay trong trình duyệt.</w:t>
                        </w:r>
                      </w:p>
                    </w:txbxContent>
                  </v:textbox>
                </v:roundrect>
                <v:line id="Straight Connector 48857002" o:spid="_x0000_s1041" style="position:absolute;visibility:visible;mso-wrap-style:square" from="49680,6240" to="49680,7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" strokecolor="#222" strokeweight=".3mm">
                  <v:stroke endarrow="open"/>
                </v:line>
                <v:roundrect id="Rectangle: Rounded Corners 799482777" o:spid="_x0000_s1042" style="position:absolute;left:43200;top:7920;width:12960;height:360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" fillcolor="#e9f4e6" strokecolor="#376937" strokeweight=".3mm">
                  <v:textbox inset="3.6pt,1.8pt,3.6pt,1.8pt">
                    <w:txbxContent>
                      <w:p w14:paraId="3D2570F5" w14:textId="77777777" w:rsidR="00BD0222" w:rsidRDefault="00DF0B0D">
                        <w:pPr>
                          <w:spacing w:after="0" w:line="240" w:lineRule="auto"/>
                          <w:jc w:val="center"/>
                        </w:pPr>
                        <w:r>
                          <w:rPr>
                            <w:b/>
                            <w:sz w:val="19"/>
                            <w:szCs w:val="19"/>
                          </w:rPr>
                          <w:t>THAO TÁC TRÊN</w:t>
                        </w:r>
                      </w:p>
                      <w:p w14:paraId="606B40D7" w14:textId="77777777" w:rsidR="00BD0222" w:rsidRDefault="00DF0B0D">
                        <w:pPr>
                          <w:spacing w:after="0" w:line="240" w:lineRule="auto"/>
                          <w:jc w:val="center"/>
                        </w:pPr>
                        <w:r>
                          <w:rPr>
                            <w:b/>
                            <w:sz w:val="19"/>
                            <w:szCs w:val="19"/>
                          </w:rPr>
                          <w:t>ĐIỆN THOẠI</w:t>
                        </w:r>
                      </w:p>
                    </w:txbxContent>
                  </v:textbox>
                </v:roundrect>
                <v:roundrect id="Rectangle: Rounded Corners 1577888818" o:spid="_x0000_s1043" style="position:absolute;left:43200;top:12240;width:12960;height:420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" filled="f" strokecolor="#376937" strokeweight=".3mm">
                  <v:textbox inset="3.6pt,1.8pt,3.6pt,1.8pt">
                    <w:txbxContent>
                      <w:p w14:paraId="14F63FD2" w14:textId="77777777" w:rsidR="00BD0222" w:rsidRDefault="00DF0B0D">
                        <w:pPr>
                          <w:spacing w:after="0" w:line="240" w:lineRule="auto"/>
                          <w:jc w:val="center"/>
                        </w:pPr>
                        <w:r>
                          <w:rPr>
                            <w:b/>
                            <w:sz w:val="18"/>
                            <w:szCs w:val="18"/>
                          </w:rPr>
                          <w:t>MIT App Inventor</w:t>
                        </w:r>
                      </w:p>
                      <w:p w14:paraId="45FB270B" w14:textId="77777777" w:rsidR="00BD0222" w:rsidRDefault="00DF0B0D">
                        <w:pPr>
                          <w:spacing w:after="0" w:line="240" w:lineRule="auto"/>
                          <w:jc w:val="center"/>
                        </w:pPr>
                        <w:r>
                          <w:rPr>
                            <w:sz w:val="18"/>
                            <w:szCs w:val="18"/>
                          </w:rPr>
                          <w:t>không cần viết mã</w:t>
                        </w:r>
                      </w:p>
                    </w:txbxContent>
                  </v:textbox>
                </v:roundrect>
                <v:roundrect id="Rectangle: Rounded Corners 1241926121" o:spid="_x0000_s1044" style="position:absolute;left:43200;top:21360;width:12960;height:336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" fillcolor="#f0f0f0" strokecolor="#bfbfbf" strokeweight=".2mm">
                  <v:textbox inset="3.6pt,1.8pt,3.6pt,1.8pt">
                    <w:txbxContent>
                      <w:p w14:paraId="5FBF271F" w14:textId="77777777" w:rsidR="00BD0222" w:rsidRDefault="00DF0B0D">
                        <w:pPr>
                          <w:spacing w:after="0" w:line="240" w:lineRule="auto"/>
                          <w:jc w:val="center"/>
                        </w:pPr>
                        <w:r>
                          <w:rPr>
                            <w:sz w:val="16"/>
                            <w:szCs w:val="16"/>
                          </w:rPr>
                          <w:t>Cần tài khoản Google và kết</w:t>
                        </w:r>
                      </w:p>
                      <w:p w14:paraId="434CCC45" w14:textId="77777777" w:rsidR="00BD0222" w:rsidRDefault="00DF0B0D">
                        <w:pPr>
                          <w:spacing w:after="0" w:line="240" w:lineRule="auto"/>
                          <w:jc w:val="center"/>
                        </w:pPr>
                        <w:r>
                          <w:rPr>
                            <w:sz w:val="16"/>
                            <w:szCs w:val="16"/>
                          </w:rPr>
                          <w:t>nối mạng.</w:t>
                        </w:r>
                      </w:p>
                    </w:txbxContent>
                  </v:textbox>
                </v:roundrect>
                <v:roundrect id="Rectangle: Rounded Corners 1004862812" o:spid="_x0000_s1045" style="position:absolute;left:1440;top:25920;width:54720;height:816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" fillcolor="#f7f7f7" strokecolor="#222" strokeweight=".3mm">
                  <v:textbox inset="3.6pt,1.8pt,3.6pt,1.8pt">
                    <w:txbxContent>
                      <w:p w14:paraId="56EDBAA5" w14:textId="77777777" w:rsidR="00BD0222" w:rsidRDefault="00DF0B0D">
                        <w:pPr>
                          <w:spacing w:after="0" w:line="240" w:lineRule="auto"/>
                          <w:jc w:val="center"/>
                        </w:pPr>
                        <w:r>
                          <w:rPr>
                            <w:b/>
                            <w:sz w:val="18"/>
                            <w:szCs w:val="18"/>
                          </w:rPr>
                          <w:t>TRƯỚC KHI CHỐT CÔNG CỤ, HỎI BỐN CÂU</w:t>
                        </w:r>
                      </w:p>
                      <w:p w14:paraId="791E240E" w14:textId="77777777" w:rsidR="00BD0222" w:rsidRDefault="00DF0B0D">
                        <w:pPr>
                          <w:spacing w:after="0" w:line="240" w:lineRule="auto"/>
                          <w:jc w:val="center"/>
                        </w:pPr>
                        <w:r>
                          <w:rPr>
                            <w:sz w:val="18"/>
                            <w:szCs w:val="18"/>
                          </w:rPr>
                          <w:t>1. Hệ thống sẽ hoạt động ở đâu: máy tính của người dùng, điện thoại hay máy chủ?</w:t>
                        </w:r>
                      </w:p>
                      <w:p w14:paraId="145A1E4E" w14:textId="77777777" w:rsidR="00BD0222" w:rsidRDefault="00DF0B0D">
                        <w:pPr>
                          <w:spacing w:after="0" w:line="240" w:lineRule="auto"/>
                          <w:jc w:val="center"/>
                        </w:pPr>
                        <w:r>
                          <w:rPr>
                            <w:sz w:val="18"/>
                            <w:szCs w:val="18"/>
                          </w:rPr>
                          <w:t>2. Chỗ đó có mạng không?</w:t>
                        </w:r>
                      </w:p>
                      <w:p w14:paraId="60495B7E" w14:textId="77777777" w:rsidR="00BD0222" w:rsidRDefault="00DF0B0D">
                        <w:pPr>
                          <w:spacing w:after="0" w:line="240" w:lineRule="auto"/>
                          <w:jc w:val="center"/>
                        </w:pPr>
                        <w:r>
                          <w:rPr>
                            <w:sz w:val="18"/>
                            <w:szCs w:val="18"/>
                          </w:rPr>
                          <w:t>3. Người dùng có phải tạo tài khoản không?</w:t>
                        </w:r>
                      </w:p>
                      <w:p w14:paraId="7947E3B6" w14:textId="77777777" w:rsidR="00BD0222" w:rsidRDefault="00DF0B0D">
                        <w:pPr>
                          <w:spacing w:after="0" w:line="240" w:lineRule="auto"/>
                          <w:jc w:val="center"/>
                        </w:pPr>
                        <w:r>
                          <w:rPr>
                            <w:sz w:val="18"/>
                            <w:szCs w:val="18"/>
                          </w:rPr>
                          <w:t>4. Ai sẽ viết mã? Nếu không ai viết mã thì chọn công cụ dạng kéo thả.</w:t>
                        </w:r>
                      </w:p>
                    </w:txbxContent>
                  </v:textbox>
                </v:roundrect>
                <v:roundrect id="Rectangle: Rounded Corners 1507328930" o:spid="_x0000_s1046" style="position:absolute;left:1440;top:34560;width:54720;height:192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" filled="f" stroked="f" strokeweight="0">
                  <v:textbox inset="3.6pt,1.8pt,3.6pt,1.8pt">
                    <w:txbxContent>
                      <w:p w14:paraId="7725AC76" w14:textId="77777777" w:rsidR="00BD0222" w:rsidRDefault="00DF0B0D">
                        <w:pPr>
                          <w:spacing w:after="0" w:line="240" w:lineRule="auto"/>
                          <w:jc w:val="center"/>
                        </w:pPr>
                        <w:r>
                          <w:rPr>
                            <w:sz w:val="16"/>
                            <w:szCs w:val="16"/>
                          </w:rPr>
                          <w:t>Bản đồ này chỉ là điểm bắt đầu. Công cụ cuối cùng phải được thử với dữ liệu thật của hệ thống.</w:t>
                        </w:r>
                      </w:p>
                    </w:txbxContent>
                  </v:textbox>
                </v:roundrect>
                <w10:anchorlock/>
              </v:group>
            </w:pict>
          </mc:Fallback>
        </mc:AlternateContent>
      </w:r>
    </w:p>
    <w:p w14:paraId="7B562260" w14:textId="77777777" w:rsidR="00BD0222" w:rsidRDefault="00DF0B0D">
      <w:pPr>
        <w:spacing w:after="60" w:line="264" w:lineRule="auto"/>
        <w:jc w:val="both"/>
      </w:pPr>
      <w:r>
        <w:rPr>
          <w:b/>
          <w:i/>
          <w:sz w:val="24"/>
        </w:rPr>
        <w:t xml:space="preserve">Hình 1. </w:t>
      </w:r>
      <w:r>
        <w:rPr>
          <w:i/>
          <w:sz w:val="24"/>
        </w:rPr>
        <w:t>Bản đồ chọn công cụ theo loại dữ liệu đầu vào. Mỗi nhánh dẫn tới công cụ thường dùng và ghi rõ có cần viết mã không. Khung dưới là bốn câu hỏi phải hỏi trước khi chốt công cụ.</w:t>
      </w:r>
    </w:p>
    <w:p w14:paraId="3271B24A" w14:textId="77777777" w:rsidR="00BD0222" w:rsidRDefault="00DF0B0D">
      <w:pPr>
        <w:keepNext/>
        <w:spacing w:before="80" w:after="60" w:line="264" w:lineRule="auto"/>
        <w:jc w:val="center"/>
      </w:pPr>
      <w:r>
        <w:rPr>
          <w:noProof/>
        </w:rPr>
        <mc:AlternateContent>
          <mc:Choice Requires="wpg">
            <w:drawing>
              <wp:inline distT="0" distB="0" distL="0" distR="0" wp14:anchorId="0910DC29" wp14:editId="66DAD5FA">
                <wp:extent cx="5760000" cy="4704000"/>
                <wp:effectExtent l="0" t="0" r="0" b="0"/>
                <wp:docPr id="9002" name="Hình 2 – Vòng đánh giá hiệu quả một hệ thống AI" descr="Hình 2 – Vòng đánh giá hiệu quả một hệ thống AI"/>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760000" cy="4704000"/>
                          <a:chOff x="0" y="0"/>
                          <a:chExt cx="5760000" cy="4704000"/>
                        </a:xfrm>
                      </wpg:grpSpPr>
                      <wps:wsp>
                        <wps:cNvPr id="1573068954" name="Rectangle: Rounded Corners 1573068954"/>
                        <wps:cNvSpPr/>
                        <wps:spPr>
                          <a:xfrm>
                            <a:off x="720000" y="48000"/>
                            <a:ext cx="4320000" cy="456000"/>
                          </a:xfrm>
                          <a:prstGeom prst="roundRect">
                            <a:avLst>
                              <a:gd name="adj" fmla="val 8000"/>
                            </a:avLst>
                          </a:prstGeom>
                          <a:solidFill>
                            <a:srgbClr val="FBF7E8"/>
                          </a:solidFill>
                          <a:ln w="9600">
                            <a:solidFill>
                              <a:srgbClr val="222222"/>
                            </a:solidFill>
                          </a:ln>
                        </wps:spPr>
                        <wps:txbx>
                          <w:txbxContent>
                            <w:p w14:paraId="08F2D9B0" w14:textId="77777777" w:rsidR="00BD0222" w:rsidRDefault="00DF0B0D">
                              <w:pPr>
                                <w:spacing w:after="0" w:line="240" w:lineRule="auto"/>
                                <w:jc w:val="center"/>
                              </w:pPr>
                              <w:r>
                                <w:rPr>
                                  <w:b/>
                                  <w:sz w:val="19"/>
                                  <w:szCs w:val="19"/>
                                </w:rPr>
                                <w:t>LÀM SAO BIẾT HỆ THỐNG AI CÓ HIỆU QUẢ?</w:t>
                              </w:r>
                            </w:p>
                            <w:p w14:paraId="6795E317" w14:textId="77777777" w:rsidR="00BD0222" w:rsidRDefault="00DF0B0D">
                              <w:pPr>
                                <w:spacing w:after="0" w:line="240" w:lineRule="auto"/>
                                <w:jc w:val="center"/>
                              </w:pPr>
                              <w:r>
                                <w:rPr>
                                  <w:sz w:val="19"/>
                                  <w:szCs w:val="19"/>
                                </w:rPr>
                                <w:t>Câu trả lời phải là những con số đo trên dữ liệu chưa dùng để học.</w:t>
                              </w:r>
                            </w:p>
                          </w:txbxContent>
                        </wps:txbx>
                        <wps:bodyPr lIns="45720" tIns="22860" rIns="45720" bIns="22860" anchor="ctr">
                          <a:noAutofit/>
                        </wps:bodyPr>
                      </wps:wsp>
                      <wps:wsp>
                        <wps:cNvPr id="1340470035" name="Rectangle: Rounded Corners 1340470035"/>
                        <wps:cNvSpPr/>
                        <wps:spPr>
                          <a:xfrm>
                            <a:off x="144000" y="600000"/>
                            <a:ext cx="336000" cy="264000"/>
                          </a:xfrm>
                          <a:prstGeom prst="roundRect">
                            <a:avLst>
                              <a:gd name="adj" fmla="val 8000"/>
                            </a:avLst>
                          </a:prstGeom>
                          <a:solidFill>
                            <a:srgbClr val="E3EEF8"/>
                          </a:solidFill>
                          <a:ln w="9600">
                            <a:solidFill>
                              <a:srgbClr val="2E75B6"/>
                            </a:solidFill>
                          </a:ln>
                        </wps:spPr>
                        <wps:txbx>
                          <w:txbxContent>
                            <w:p w14:paraId="16E1576D" w14:textId="77777777" w:rsidR="00BD0222" w:rsidRDefault="00DF0B0D">
                              <w:pPr>
                                <w:spacing w:after="0" w:line="240" w:lineRule="auto"/>
                                <w:jc w:val="center"/>
                              </w:pPr>
                              <w:r>
                                <w:rPr>
                                  <w:b/>
                                  <w:sz w:val="24"/>
                                  <w:szCs w:val="24"/>
                                </w:rPr>
                                <w:t>B1</w:t>
                              </w:r>
                            </w:p>
                          </w:txbxContent>
                        </wps:txbx>
                        <wps:bodyPr lIns="45720" tIns="22860" rIns="45720" bIns="22860" anchor="ctr">
                          <a:noAutofit/>
                        </wps:bodyPr>
                      </wps:wsp>
                      <wps:wsp>
                        <wps:cNvPr id="2097643347" name="Rectangle: Rounded Corners 2097643347"/>
                        <wps:cNvSpPr/>
                        <wps:spPr>
                          <a:xfrm>
                            <a:off x="528000" y="600000"/>
                            <a:ext cx="4704000" cy="432000"/>
                          </a:xfrm>
                          <a:prstGeom prst="roundRect">
                            <a:avLst>
                              <a:gd name="adj" fmla="val 8000"/>
                            </a:avLst>
                          </a:prstGeom>
                          <a:noFill/>
                          <a:ln w="10800">
                            <a:solidFill>
                              <a:srgbClr val="222222"/>
                            </a:solidFill>
                          </a:ln>
                        </wps:spPr>
                        <wps:txbx>
                          <w:txbxContent>
                            <w:p w14:paraId="3136300A" w14:textId="77777777" w:rsidR="00BD0222" w:rsidRDefault="00DF0B0D">
                              <w:pPr>
                                <w:spacing w:after="0" w:line="240" w:lineRule="auto"/>
                              </w:pPr>
                              <w:r>
                                <w:rPr>
                                  <w:b/>
                                  <w:sz w:val="18"/>
                                  <w:szCs w:val="18"/>
                                </w:rPr>
                                <w:t>B1. Chọn tiêu chí</w:t>
                              </w:r>
                            </w:p>
                            <w:p w14:paraId="06DDAD4D" w14:textId="77777777" w:rsidR="00BD0222" w:rsidRDefault="00DF0B0D">
                              <w:pPr>
                                <w:spacing w:after="0" w:line="240" w:lineRule="auto"/>
                              </w:pPr>
                              <w:r>
                                <w:rPr>
                                  <w:sz w:val="18"/>
                                  <w:szCs w:val="18"/>
                                </w:rPr>
                                <w:t>Chọn chỉ báo đo được trước khi thử: độ chính xác, số ảnh bị bỏ sót, thời gian phản hồi, chi phí.</w:t>
                              </w:r>
                            </w:p>
                          </w:txbxContent>
                        </wps:txbx>
                        <wps:bodyPr lIns="45720" tIns="22860" rIns="45720" bIns="22860" anchor="ctr">
                          <a:noAutofit/>
                        </wps:bodyPr>
                      </wps:wsp>
                      <wps:wsp>
                        <wps:cNvPr id="1444241846" name="Rectangle: Rounded Corners 1444241846"/>
                        <wps:cNvSpPr/>
                        <wps:spPr>
                          <a:xfrm>
                            <a:off x="144000" y="1128000"/>
                            <a:ext cx="336000" cy="264000"/>
                          </a:xfrm>
                          <a:prstGeom prst="roundRect">
                            <a:avLst>
                              <a:gd name="adj" fmla="val 8000"/>
                            </a:avLst>
                          </a:prstGeom>
                          <a:solidFill>
                            <a:srgbClr val="E3EEF8"/>
                          </a:solidFill>
                          <a:ln w="9600">
                            <a:solidFill>
                              <a:srgbClr val="2E75B6"/>
                            </a:solidFill>
                          </a:ln>
                        </wps:spPr>
                        <wps:txbx>
                          <w:txbxContent>
                            <w:p w14:paraId="208DE6BA" w14:textId="77777777" w:rsidR="00BD0222" w:rsidRDefault="00DF0B0D">
                              <w:pPr>
                                <w:spacing w:after="0" w:line="240" w:lineRule="auto"/>
                                <w:jc w:val="center"/>
                              </w:pPr>
                              <w:r>
                                <w:rPr>
                                  <w:b/>
                                  <w:sz w:val="24"/>
                                  <w:szCs w:val="24"/>
                                </w:rPr>
                                <w:t>B2</w:t>
                              </w:r>
                            </w:p>
                          </w:txbxContent>
                        </wps:txbx>
                        <wps:bodyPr lIns="45720" tIns="22860" rIns="45720" bIns="22860" anchor="ctr">
                          <a:noAutofit/>
                        </wps:bodyPr>
                      </wps:wsp>
                      <wps:wsp>
                        <wps:cNvPr id="1047054931" name="Rectangle: Rounded Corners 1047054931"/>
                        <wps:cNvSpPr/>
                        <wps:spPr>
                          <a:xfrm>
                            <a:off x="528000" y="1128000"/>
                            <a:ext cx="4704000" cy="432000"/>
                          </a:xfrm>
                          <a:prstGeom prst="roundRect">
                            <a:avLst>
                              <a:gd name="adj" fmla="val 8000"/>
                            </a:avLst>
                          </a:prstGeom>
                          <a:noFill/>
                          <a:ln w="10800">
                            <a:solidFill>
                              <a:srgbClr val="222222"/>
                            </a:solidFill>
                          </a:ln>
                        </wps:spPr>
                        <wps:txbx>
                          <w:txbxContent>
                            <w:p w14:paraId="7BC9493D" w14:textId="77777777" w:rsidR="00BD0222" w:rsidRDefault="00DF0B0D">
                              <w:pPr>
                                <w:spacing w:after="0" w:line="240" w:lineRule="auto"/>
                              </w:pPr>
                              <w:r>
                                <w:rPr>
                                  <w:b/>
                                  <w:sz w:val="18"/>
                                  <w:szCs w:val="18"/>
                                </w:rPr>
                                <w:t>B2. Chuẩn bị dữ liệu kiểm thử</w:t>
                              </w:r>
                            </w:p>
                            <w:p w14:paraId="740B9760" w14:textId="77777777" w:rsidR="00BD0222" w:rsidRDefault="00DF0B0D">
                              <w:pPr>
                                <w:spacing w:after="0" w:line="240" w:lineRule="auto"/>
                              </w:pPr>
                              <w:r>
                                <w:rPr>
                                  <w:sz w:val="18"/>
                                  <w:szCs w:val="18"/>
                                </w:rPr>
                                <w:t>Giữ riêng một phần dữ liệu đã gán nhãn, không dùng phần đó để huấn luyện.</w:t>
                              </w:r>
                            </w:p>
                          </w:txbxContent>
                        </wps:txbx>
                        <wps:bodyPr lIns="45720" tIns="22860" rIns="45720" bIns="22860" anchor="ctr">
                          <a:noAutofit/>
                        </wps:bodyPr>
                      </wps:wsp>
                      <wps:wsp>
                        <wps:cNvPr id="1086222892" name="Straight Connector 1086222892"/>
                        <wps:cNvCnPr/>
                        <wps:spPr>
                          <a:xfrm>
                            <a:off x="312000" y="1032000"/>
                            <a:ext cx="1" cy="76800"/>
                          </a:xfrm>
                          <a:prstGeom prst="line">
                            <a:avLst/>
                          </a:prstGeom>
                          <a:ln w="10800">
                            <a:solidFill>
                              <a:srgbClr val="222222"/>
                            </a:solidFill>
                            <a:tailEnd type="arrow" w="med" len="med"/>
                          </a:ln>
                        </wps:spPr>
                        <wps:bodyPr/>
                      </wps:wsp>
                      <wps:wsp>
                        <wps:cNvPr id="2100406907" name="Rectangle: Rounded Corners 2100406907"/>
                        <wps:cNvSpPr/>
                        <wps:spPr>
                          <a:xfrm>
                            <a:off x="144000" y="1656000"/>
                            <a:ext cx="336000" cy="264000"/>
                          </a:xfrm>
                          <a:prstGeom prst="roundRect">
                            <a:avLst>
                              <a:gd name="adj" fmla="val 8000"/>
                            </a:avLst>
                          </a:prstGeom>
                          <a:solidFill>
                            <a:srgbClr val="E3EEF8"/>
                          </a:solidFill>
                          <a:ln w="9600">
                            <a:solidFill>
                              <a:srgbClr val="2E75B6"/>
                            </a:solidFill>
                          </a:ln>
                        </wps:spPr>
                        <wps:txbx>
                          <w:txbxContent>
                            <w:p w14:paraId="011D4B98" w14:textId="77777777" w:rsidR="00BD0222" w:rsidRDefault="00DF0B0D">
                              <w:pPr>
                                <w:spacing w:after="0" w:line="240" w:lineRule="auto"/>
                                <w:jc w:val="center"/>
                              </w:pPr>
                              <w:r>
                                <w:rPr>
                                  <w:b/>
                                  <w:sz w:val="24"/>
                                  <w:szCs w:val="24"/>
                                </w:rPr>
                                <w:t>B3</w:t>
                              </w:r>
                            </w:p>
                          </w:txbxContent>
                        </wps:txbx>
                        <wps:bodyPr lIns="45720" tIns="22860" rIns="45720" bIns="22860" anchor="ctr">
                          <a:noAutofit/>
                        </wps:bodyPr>
                      </wps:wsp>
                      <wps:wsp>
                        <wps:cNvPr id="2066784243" name="Rectangle: Rounded Corners 2066784243"/>
                        <wps:cNvSpPr/>
                        <wps:spPr>
                          <a:xfrm>
                            <a:off x="528000" y="1656000"/>
                            <a:ext cx="4704000" cy="432000"/>
                          </a:xfrm>
                          <a:prstGeom prst="roundRect">
                            <a:avLst>
                              <a:gd name="adj" fmla="val 8000"/>
                            </a:avLst>
                          </a:prstGeom>
                          <a:noFill/>
                          <a:ln w="10800">
                            <a:solidFill>
                              <a:srgbClr val="222222"/>
                            </a:solidFill>
                          </a:ln>
                        </wps:spPr>
                        <wps:txbx>
                          <w:txbxContent>
                            <w:p w14:paraId="02C27334" w14:textId="77777777" w:rsidR="00BD0222" w:rsidRDefault="00DF0B0D">
                              <w:pPr>
                                <w:spacing w:after="0" w:line="240" w:lineRule="auto"/>
                              </w:pPr>
                              <w:r>
                                <w:rPr>
                                  <w:b/>
                                  <w:sz w:val="18"/>
                                  <w:szCs w:val="18"/>
                                </w:rPr>
                                <w:t>B3. Chạy hệ thống</w:t>
                              </w:r>
                            </w:p>
                            <w:p w14:paraId="78CA4E21" w14:textId="77777777" w:rsidR="00BD0222" w:rsidRDefault="00DF0B0D">
                              <w:pPr>
                                <w:spacing w:after="0" w:line="240" w:lineRule="auto"/>
                              </w:pPr>
                              <w:r>
                                <w:rPr>
                                  <w:sz w:val="18"/>
                                  <w:szCs w:val="18"/>
                                </w:rPr>
                                <w:t>Cho hệ thống xử lí dữ liệu kiểm thử và ghi lại đầu ra của nó.</w:t>
                              </w:r>
                            </w:p>
                          </w:txbxContent>
                        </wps:txbx>
                        <wps:bodyPr lIns="45720" tIns="22860" rIns="45720" bIns="22860" anchor="ctr">
                          <a:noAutofit/>
                        </wps:bodyPr>
                      </wps:wsp>
                      <wps:wsp>
                        <wps:cNvPr id="650824547" name="Straight Connector 650824547"/>
                        <wps:cNvCnPr/>
                        <wps:spPr>
                          <a:xfrm>
                            <a:off x="312000" y="1560000"/>
                            <a:ext cx="1" cy="76800"/>
                          </a:xfrm>
                          <a:prstGeom prst="line">
                            <a:avLst/>
                          </a:prstGeom>
                          <a:ln w="10800">
                            <a:solidFill>
                              <a:srgbClr val="222222"/>
                            </a:solidFill>
                            <a:tailEnd type="arrow" w="med" len="med"/>
                          </a:ln>
                        </wps:spPr>
                        <wps:bodyPr/>
                      </wps:wsp>
                      <wps:wsp>
                        <wps:cNvPr id="924788391" name="Rectangle: Rounded Corners 924788391"/>
                        <wps:cNvSpPr/>
                        <wps:spPr>
                          <a:xfrm>
                            <a:off x="144000" y="2184000"/>
                            <a:ext cx="336000" cy="264000"/>
                          </a:xfrm>
                          <a:prstGeom prst="roundRect">
                            <a:avLst>
                              <a:gd name="adj" fmla="val 8000"/>
                            </a:avLst>
                          </a:prstGeom>
                          <a:solidFill>
                            <a:srgbClr val="E3EEF8"/>
                          </a:solidFill>
                          <a:ln w="9600">
                            <a:solidFill>
                              <a:srgbClr val="2E75B6"/>
                            </a:solidFill>
                          </a:ln>
                        </wps:spPr>
                        <wps:txbx>
                          <w:txbxContent>
                            <w:p w14:paraId="521F2675" w14:textId="77777777" w:rsidR="00BD0222" w:rsidRDefault="00DF0B0D">
                              <w:pPr>
                                <w:spacing w:after="0" w:line="240" w:lineRule="auto"/>
                                <w:jc w:val="center"/>
                              </w:pPr>
                              <w:r>
                                <w:rPr>
                                  <w:b/>
                                  <w:sz w:val="24"/>
                                  <w:szCs w:val="24"/>
                                </w:rPr>
                                <w:t>B4</w:t>
                              </w:r>
                            </w:p>
                          </w:txbxContent>
                        </wps:txbx>
                        <wps:bodyPr lIns="45720" tIns="22860" rIns="45720" bIns="22860" anchor="ctr">
                          <a:noAutofit/>
                        </wps:bodyPr>
                      </wps:wsp>
                      <wps:wsp>
                        <wps:cNvPr id="853425767" name="Rectangle: Rounded Corners 853425767"/>
                        <wps:cNvSpPr/>
                        <wps:spPr>
                          <a:xfrm>
                            <a:off x="528000" y="2184000"/>
                            <a:ext cx="4704000" cy="432000"/>
                          </a:xfrm>
                          <a:prstGeom prst="roundRect">
                            <a:avLst>
                              <a:gd name="adj" fmla="val 8000"/>
                            </a:avLst>
                          </a:prstGeom>
                          <a:noFill/>
                          <a:ln w="10800">
                            <a:solidFill>
                              <a:srgbClr val="222222"/>
                            </a:solidFill>
                          </a:ln>
                        </wps:spPr>
                        <wps:txbx>
                          <w:txbxContent>
                            <w:p w14:paraId="752446C7" w14:textId="77777777" w:rsidR="00BD0222" w:rsidRDefault="00DF0B0D">
                              <w:pPr>
                                <w:spacing w:after="0" w:line="240" w:lineRule="auto"/>
                              </w:pPr>
                              <w:r>
                                <w:rPr>
                                  <w:b/>
                                  <w:sz w:val="18"/>
                                  <w:szCs w:val="18"/>
                                </w:rPr>
                                <w:t>B4. Ghi kết quả</w:t>
                              </w:r>
                            </w:p>
                            <w:p w14:paraId="0BBC2467" w14:textId="77777777" w:rsidR="00BD0222" w:rsidRDefault="00DF0B0D">
                              <w:pPr>
                                <w:spacing w:after="0" w:line="240" w:lineRule="auto"/>
                              </w:pPr>
                              <w:r>
                                <w:rPr>
                                  <w:sz w:val="18"/>
                                  <w:szCs w:val="18"/>
                                </w:rPr>
                                <w:t>Lập bảng đối chiếu đầu ra của hệ thống với nhãn thật của người.</w:t>
                              </w:r>
                            </w:p>
                          </w:txbxContent>
                        </wps:txbx>
                        <wps:bodyPr lIns="45720" tIns="22860" rIns="45720" bIns="22860" anchor="ctr">
                          <a:noAutofit/>
                        </wps:bodyPr>
                      </wps:wsp>
                      <wps:wsp>
                        <wps:cNvPr id="1367946110" name="Straight Connector 1367946110"/>
                        <wps:cNvCnPr/>
                        <wps:spPr>
                          <a:xfrm>
                            <a:off x="312000" y="2088000"/>
                            <a:ext cx="1" cy="76800"/>
                          </a:xfrm>
                          <a:prstGeom prst="line">
                            <a:avLst/>
                          </a:prstGeom>
                          <a:ln w="10800">
                            <a:solidFill>
                              <a:srgbClr val="222222"/>
                            </a:solidFill>
                            <a:tailEnd type="arrow" w="med" len="med"/>
                          </a:ln>
                        </wps:spPr>
                        <wps:bodyPr/>
                      </wps:wsp>
                      <wps:wsp>
                        <wps:cNvPr id="1542276632" name="Rectangle: Rounded Corners 1542276632"/>
                        <wps:cNvSpPr/>
                        <wps:spPr>
                          <a:xfrm>
                            <a:off x="144000" y="2712000"/>
                            <a:ext cx="336000" cy="264000"/>
                          </a:xfrm>
                          <a:prstGeom prst="roundRect">
                            <a:avLst>
                              <a:gd name="adj" fmla="val 8000"/>
                            </a:avLst>
                          </a:prstGeom>
                          <a:solidFill>
                            <a:srgbClr val="FCE9DC"/>
                          </a:solidFill>
                          <a:ln w="9600">
                            <a:solidFill>
                              <a:srgbClr val="B96018"/>
                            </a:solidFill>
                          </a:ln>
                        </wps:spPr>
                        <wps:txbx>
                          <w:txbxContent>
                            <w:p w14:paraId="6B213A0A" w14:textId="77777777" w:rsidR="00BD0222" w:rsidRDefault="00DF0B0D">
                              <w:pPr>
                                <w:spacing w:after="0" w:line="240" w:lineRule="auto"/>
                                <w:jc w:val="center"/>
                              </w:pPr>
                              <w:r>
                                <w:rPr>
                                  <w:b/>
                                  <w:sz w:val="24"/>
                                  <w:szCs w:val="24"/>
                                </w:rPr>
                                <w:t>B5</w:t>
                              </w:r>
                            </w:p>
                          </w:txbxContent>
                        </wps:txbx>
                        <wps:bodyPr lIns="45720" tIns="22860" rIns="45720" bIns="22860" anchor="ctr">
                          <a:noAutofit/>
                        </wps:bodyPr>
                      </wps:wsp>
                      <wps:wsp>
                        <wps:cNvPr id="990202262" name="Rectangle: Rounded Corners 990202262"/>
                        <wps:cNvSpPr/>
                        <wps:spPr>
                          <a:xfrm>
                            <a:off x="528000" y="2712000"/>
                            <a:ext cx="4704000" cy="432000"/>
                          </a:xfrm>
                          <a:prstGeom prst="roundRect">
                            <a:avLst>
                              <a:gd name="adj" fmla="val 8000"/>
                            </a:avLst>
                          </a:prstGeom>
                          <a:noFill/>
                          <a:ln w="10800">
                            <a:solidFill>
                              <a:srgbClr val="222222"/>
                            </a:solidFill>
                          </a:ln>
                        </wps:spPr>
                        <wps:txbx>
                          <w:txbxContent>
                            <w:p w14:paraId="30320ACD" w14:textId="77777777" w:rsidR="00BD0222" w:rsidRDefault="00DF0B0D">
                              <w:pPr>
                                <w:spacing w:after="0" w:line="240" w:lineRule="auto"/>
                              </w:pPr>
                              <w:r>
                                <w:rPr>
                                  <w:b/>
                                  <w:sz w:val="18"/>
                                  <w:szCs w:val="18"/>
                                </w:rPr>
                                <w:t>B5. Kết luận</w:t>
                              </w:r>
                            </w:p>
                            <w:p w14:paraId="0AD53A89" w14:textId="77777777" w:rsidR="00BD0222" w:rsidRDefault="00DF0B0D">
                              <w:pPr>
                                <w:spacing w:after="0" w:line="240" w:lineRule="auto"/>
                              </w:pPr>
                              <w:r>
                                <w:rPr>
                                  <w:sz w:val="18"/>
                                  <w:szCs w:val="18"/>
                                </w:rPr>
                                <w:t>So với ngưỡng đã đặt, kết luận dùng, sửa hay không dùng hệ thống.</w:t>
                              </w:r>
                            </w:p>
                          </w:txbxContent>
                        </wps:txbx>
                        <wps:bodyPr lIns="45720" tIns="22860" rIns="45720" bIns="22860" anchor="ctr">
                          <a:noAutofit/>
                        </wps:bodyPr>
                      </wps:wsp>
                      <wps:wsp>
                        <wps:cNvPr id="1945321673" name="Straight Connector 1945321673"/>
                        <wps:cNvCnPr/>
                        <wps:spPr>
                          <a:xfrm>
                            <a:off x="312000" y="2616000"/>
                            <a:ext cx="1" cy="76800"/>
                          </a:xfrm>
                          <a:prstGeom prst="line">
                            <a:avLst/>
                          </a:prstGeom>
                          <a:ln w="10800">
                            <a:solidFill>
                              <a:srgbClr val="222222"/>
                            </a:solidFill>
                            <a:tailEnd type="arrow" w="med" len="med"/>
                          </a:ln>
                        </wps:spPr>
                        <wps:bodyPr/>
                      </wps:wsp>
                      <wps:wsp>
                        <wps:cNvPr id="1500178911" name="Straight Connector 1500178911"/>
                        <wps:cNvCnPr/>
                        <wps:spPr>
                          <a:xfrm>
                            <a:off x="5232000" y="2928000"/>
                            <a:ext cx="264000" cy="1"/>
                          </a:xfrm>
                          <a:prstGeom prst="line">
                            <a:avLst/>
                          </a:prstGeom>
                          <a:ln w="10800">
                            <a:solidFill>
                              <a:srgbClr val="222222"/>
                            </a:solidFill>
                          </a:ln>
                        </wps:spPr>
                        <wps:bodyPr/>
                      </wps:wsp>
                      <wps:wsp>
                        <wps:cNvPr id="1022134801" name="Straight Connector 1022134801"/>
                        <wps:cNvCnPr/>
                        <wps:spPr>
                          <a:xfrm flipV="1">
                            <a:off x="5496000" y="2928000"/>
                            <a:ext cx="1" cy="1"/>
                          </a:xfrm>
                          <a:prstGeom prst="line">
                            <a:avLst/>
                          </a:prstGeom>
                          <a:ln w="10800">
                            <a:solidFill>
                              <a:srgbClr val="222222"/>
                            </a:solidFill>
                          </a:ln>
                        </wps:spPr>
                        <wps:bodyPr/>
                      </wps:wsp>
                      <wps:wsp>
                        <wps:cNvPr id="2125396258" name="Straight Connector 2125396258"/>
                        <wps:cNvCnPr/>
                        <wps:spPr>
                          <a:xfrm flipH="1">
                            <a:off x="5496000" y="1872000"/>
                            <a:ext cx="1" cy="1"/>
                          </a:xfrm>
                          <a:prstGeom prst="line">
                            <a:avLst/>
                          </a:prstGeom>
                          <a:ln w="10800">
                            <a:solidFill>
                              <a:srgbClr val="222222"/>
                            </a:solidFill>
                            <a:tailEnd type="arrow" w="med" len="med"/>
                          </a:ln>
                        </wps:spPr>
                        <wps:bodyPr/>
                      </wps:wsp>
                      <wps:wsp>
                        <wps:cNvPr id="1252090" name="Rectangle: Rounded Corners 1252090"/>
                        <wps:cNvSpPr/>
                        <wps:spPr>
                          <a:xfrm>
                            <a:off x="144000" y="3240000"/>
                            <a:ext cx="5088000" cy="336000"/>
                          </a:xfrm>
                          <a:prstGeom prst="roundRect">
                            <a:avLst>
                              <a:gd name="adj" fmla="val 8000"/>
                            </a:avLst>
                          </a:prstGeom>
                          <a:solidFill>
                            <a:srgbClr val="F0F0F0"/>
                          </a:solidFill>
                          <a:ln w="7200">
                            <a:solidFill>
                              <a:srgbClr val="BFBFBF"/>
                            </a:solidFill>
                          </a:ln>
                        </wps:spPr>
                        <wps:txbx>
                          <w:txbxContent>
                            <w:p w14:paraId="2C1C4036" w14:textId="77777777" w:rsidR="00BD0222" w:rsidRDefault="00DF0B0D">
                              <w:pPr>
                                <w:spacing w:after="0" w:line="240" w:lineRule="auto"/>
                                <w:jc w:val="center"/>
                              </w:pPr>
                              <w:r>
                                <w:rPr>
                                  <w:sz w:val="18"/>
                                  <w:szCs w:val="18"/>
                                </w:rPr>
                                <w:t>Đường mũi tên bên phải nối từ B5 về B3: khi chưa đạt ngưỡng, nhóm bổ sung dữ liệu hoặc đổi cách huấn</w:t>
                              </w:r>
                            </w:p>
                            <w:p w14:paraId="52D81EC3" w14:textId="77777777" w:rsidR="00BD0222" w:rsidRDefault="00DF0B0D">
                              <w:pPr>
                                <w:spacing w:after="0" w:line="240" w:lineRule="auto"/>
                                <w:jc w:val="center"/>
                              </w:pPr>
                              <w:r>
                                <w:rPr>
                                  <w:sz w:val="18"/>
                                  <w:szCs w:val="18"/>
                                </w:rPr>
                                <w:t>luyện rồi thử lại.</w:t>
                              </w:r>
                            </w:p>
                          </w:txbxContent>
                        </wps:txbx>
                        <wps:bodyPr lIns="45720" tIns="22860" rIns="45720" bIns="22860" anchor="ctr">
                          <a:noAutofit/>
                        </wps:bodyPr>
                      </wps:wsp>
                      <wps:wsp>
                        <wps:cNvPr id="506946998" name="Rectangle: Rounded Corners 506946998"/>
                        <wps:cNvSpPr/>
                        <wps:spPr>
                          <a:xfrm>
                            <a:off x="144000" y="3672000"/>
                            <a:ext cx="2520000" cy="624000"/>
                          </a:xfrm>
                          <a:prstGeom prst="roundRect">
                            <a:avLst>
                              <a:gd name="adj" fmla="val 8000"/>
                            </a:avLst>
                          </a:prstGeom>
                          <a:solidFill>
                            <a:srgbClr val="E9F4E6"/>
                          </a:solidFill>
                          <a:ln w="10800">
                            <a:solidFill>
                              <a:srgbClr val="376937"/>
                            </a:solidFill>
                            <a:prstDash val="dash"/>
                          </a:ln>
                        </wps:spPr>
                        <wps:txbx>
                          <w:txbxContent>
                            <w:p w14:paraId="2399E03C" w14:textId="77777777" w:rsidR="00BD0222" w:rsidRDefault="00DF0B0D">
                              <w:pPr>
                                <w:spacing w:after="0" w:line="240" w:lineRule="auto"/>
                                <w:jc w:val="center"/>
                              </w:pPr>
                              <w:r>
                                <w:rPr>
                                  <w:b/>
                                  <w:sz w:val="18"/>
                                  <w:szCs w:val="18"/>
                                </w:rPr>
                                <w:t>DỮ LIỆU KIỂM THỬ</w:t>
                              </w:r>
                            </w:p>
                            <w:p w14:paraId="613C1099" w14:textId="77777777" w:rsidR="00BD0222" w:rsidRDefault="00DF0B0D">
                              <w:pPr>
                                <w:spacing w:after="0" w:line="240" w:lineRule="auto"/>
                                <w:jc w:val="center"/>
                              </w:pPr>
                              <w:r>
                                <w:rPr>
                                  <w:sz w:val="18"/>
                                  <w:szCs w:val="18"/>
                                </w:rPr>
                                <w:t>Lấy từ đâu, ai gán nhãn, có đại diện cho dữ liệu thật</w:t>
                              </w:r>
                            </w:p>
                            <w:p w14:paraId="58559D44" w14:textId="77777777" w:rsidR="00BD0222" w:rsidRDefault="00DF0B0D">
                              <w:pPr>
                                <w:spacing w:after="0" w:line="240" w:lineRule="auto"/>
                                <w:jc w:val="center"/>
                              </w:pPr>
                              <w:r>
                                <w:rPr>
                                  <w:sz w:val="18"/>
                                  <w:szCs w:val="18"/>
                                </w:rPr>
                                <w:t>không.</w:t>
                              </w:r>
                            </w:p>
                          </w:txbxContent>
                        </wps:txbx>
                        <wps:bodyPr lIns="45720" tIns="22860" rIns="45720" bIns="22860" anchor="ctr">
                          <a:noAutofit/>
                        </wps:bodyPr>
                      </wps:wsp>
                      <wps:wsp>
                        <wps:cNvPr id="996527746" name="Rectangle: Rounded Corners 996527746"/>
                        <wps:cNvSpPr/>
                        <wps:spPr>
                          <a:xfrm>
                            <a:off x="2808000" y="3672000"/>
                            <a:ext cx="2520000" cy="624000"/>
                          </a:xfrm>
                          <a:prstGeom prst="roundRect">
                            <a:avLst>
                              <a:gd name="adj" fmla="val 8000"/>
                            </a:avLst>
                          </a:prstGeom>
                          <a:solidFill>
                            <a:srgbClr val="FCE9DC"/>
                          </a:solidFill>
                          <a:ln w="10800">
                            <a:solidFill>
                              <a:srgbClr val="B96018"/>
                            </a:solidFill>
                            <a:prstDash val="dash"/>
                          </a:ln>
                        </wps:spPr>
                        <wps:txbx>
                          <w:txbxContent>
                            <w:p w14:paraId="4D6A0086" w14:textId="77777777" w:rsidR="00BD0222" w:rsidRDefault="00DF0B0D">
                              <w:pPr>
                                <w:spacing w:after="0" w:line="240" w:lineRule="auto"/>
                                <w:jc w:val="center"/>
                              </w:pPr>
                              <w:r>
                                <w:rPr>
                                  <w:b/>
                                  <w:sz w:val="18"/>
                                  <w:szCs w:val="18"/>
                                </w:rPr>
                                <w:t>QUYẾT ĐỊNH CỦA CON NGƯỜI</w:t>
                              </w:r>
                            </w:p>
                            <w:p w14:paraId="76A300A6" w14:textId="77777777" w:rsidR="00BD0222" w:rsidRDefault="00DF0B0D">
                              <w:pPr>
                                <w:spacing w:after="0" w:line="240" w:lineRule="auto"/>
                                <w:jc w:val="center"/>
                              </w:pPr>
                              <w:r>
                                <w:rPr>
                                  <w:sz w:val="18"/>
                                  <w:szCs w:val="18"/>
                                </w:rPr>
                                <w:t>Ngưỡng chấp nhận do hợp tác xã và cán bộ khuyến</w:t>
                              </w:r>
                            </w:p>
                            <w:p w14:paraId="665CD6B0" w14:textId="77777777" w:rsidR="00BD0222" w:rsidRDefault="00DF0B0D">
                              <w:pPr>
                                <w:spacing w:after="0" w:line="240" w:lineRule="auto"/>
                                <w:jc w:val="center"/>
                              </w:pPr>
                              <w:r>
                                <w:rPr>
                                  <w:sz w:val="18"/>
                                  <w:szCs w:val="18"/>
                                </w:rPr>
                                <w:t>nông đặt ra; quyết định dùng hay không dùng thuộc</w:t>
                              </w:r>
                            </w:p>
                            <w:p w14:paraId="12A51DD8" w14:textId="77777777" w:rsidR="00BD0222" w:rsidRDefault="00DF0B0D">
                              <w:pPr>
                                <w:spacing w:after="0" w:line="240" w:lineRule="auto"/>
                                <w:jc w:val="center"/>
                              </w:pPr>
                              <w:r>
                                <w:rPr>
                                  <w:sz w:val="18"/>
                                  <w:szCs w:val="18"/>
                                </w:rPr>
                                <w:t>về con người.</w:t>
                              </w:r>
                            </w:p>
                          </w:txbxContent>
                        </wps:txbx>
                        <wps:bodyPr lIns="45720" tIns="22860" rIns="45720" bIns="22860" anchor="ctr">
                          <a:noAutofit/>
                        </wps:bodyPr>
                      </wps:wsp>
                      <wps:wsp>
                        <wps:cNvPr id="1097722408" name="Rectangle: Rounded Corners 1097722408"/>
                        <wps:cNvSpPr/>
                        <wps:spPr>
                          <a:xfrm>
                            <a:off x="144000" y="4392000"/>
                            <a:ext cx="5184000" cy="192000"/>
                          </a:xfrm>
                          <a:prstGeom prst="roundRect">
                            <a:avLst>
                              <a:gd name="adj" fmla="val 8000"/>
                            </a:avLst>
                          </a:prstGeom>
                          <a:noFill/>
                          <a:ln w="0">
                            <a:noFill/>
                          </a:ln>
                        </wps:spPr>
                        <wps:txbx>
                          <w:txbxContent>
                            <w:p w14:paraId="2D6DB17E" w14:textId="77777777" w:rsidR="00BD0222" w:rsidRDefault="00DF0B0D">
                              <w:pPr>
                                <w:spacing w:after="0" w:line="240" w:lineRule="auto"/>
                                <w:jc w:val="center"/>
                              </w:pPr>
                              <w:r>
                                <w:rPr>
                                  <w:sz w:val="16"/>
                                  <w:szCs w:val="16"/>
                                </w:rPr>
                                <w:t>Độ chính xác tính trên dữ liệu đã học thường cao hơn thực tế, nên chưa cho biết hệ thống có tốt với dữ liệu mới hay không.</w:t>
                              </w:r>
                            </w:p>
                          </w:txbxContent>
                        </wps:txbx>
                        <wps:bodyPr lIns="45720" tIns="22860" rIns="45720" bIns="22860" anchor="ctr">
                          <a:noAutofit/>
                        </wps:bodyPr>
                      </wps:wsp>
                    </wpg:wgp>
                  </a:graphicData>
                </a:graphic>
              </wp:inline>
            </w:drawing>
          </mc:Choice>
          <mc:Fallback>
            <w:pict>
              <v:group w14:anchorId="0910DC29" id="Hình 2 – Vòng đánh giá hiệu quả một hệ thống AI" o:spid="_x0000_s1047" alt="Hình 2 – Vòng đánh giá hiệu quả một hệ thống AI" style="width:453.55pt;height:370.4pt;mso-position-horizontal-relative:char;mso-position-vertical-relative:line" coordsize="57600,47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">
                <o:lock v:ext="edit" aspectratio="t"/>
                <v:roundrect id="Rectangle: Rounded Corners 1573068954" o:spid="_x0000_s1048" style="position:absolute;left:7200;top:480;width:43200;height:456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" fillcolor="#fbf7e8" strokecolor="#222" strokeweight=".26667mm">
                  <v:textbox inset="3.6pt,1.8pt,3.6pt,1.8pt">
                    <w:txbxContent>
                      <w:p w14:paraId="08F2D9B0" w14:textId="77777777" w:rsidR="00BD0222" w:rsidRDefault="00DF0B0D">
                        <w:pPr>
                          <w:spacing w:after="0" w:line="240" w:lineRule="auto"/>
                          <w:jc w:val="center"/>
                        </w:pPr>
                        <w:r>
                          <w:rPr>
                            <w:b/>
                            <w:sz w:val="19"/>
                            <w:szCs w:val="19"/>
                          </w:rPr>
                          <w:t>LÀM SAO BIẾT HỆ THỐNG AI CÓ HIỆU QUẢ?</w:t>
                        </w:r>
                      </w:p>
                      <w:p w14:paraId="6795E317" w14:textId="77777777" w:rsidR="00BD0222" w:rsidRDefault="00DF0B0D">
                        <w:pPr>
                          <w:spacing w:after="0" w:line="240" w:lineRule="auto"/>
                          <w:jc w:val="center"/>
                        </w:pPr>
                        <w:r>
                          <w:rPr>
                            <w:sz w:val="19"/>
                            <w:szCs w:val="19"/>
                          </w:rPr>
                          <w:t>Câu trả lời phải là những con số đo trên dữ liệu chưa dùng để học.</w:t>
                        </w:r>
                      </w:p>
                    </w:txbxContent>
                  </v:textbox>
                </v:roundrect>
                <v:roundrect id="Rectangle: Rounded Corners 1340470035" o:spid="_x0000_s1049" style="position:absolute;left:1440;top:6000;width:3360;height:264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" fillcolor="#e3eef8" strokecolor="#2e75b6" strokeweight=".26667mm">
                  <v:textbox inset="3.6pt,1.8pt,3.6pt,1.8pt">
                    <w:txbxContent>
                      <w:p w14:paraId="16E1576D" w14:textId="77777777" w:rsidR="00BD0222" w:rsidRDefault="00DF0B0D">
                        <w:pPr>
                          <w:spacing w:after="0" w:line="240" w:lineRule="auto"/>
                          <w:jc w:val="center"/>
                        </w:pPr>
                        <w:r>
                          <w:rPr>
                            <w:b/>
                            <w:sz w:val="24"/>
                            <w:szCs w:val="24"/>
                          </w:rPr>
                          <w:t>B1</w:t>
                        </w:r>
                      </w:p>
                    </w:txbxContent>
                  </v:textbox>
                </v:roundrect>
                <v:roundrect id="Rectangle: Rounded Corners 2097643347" o:spid="_x0000_s1050" style="position:absolute;left:5280;top:6000;width:47040;height:432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" filled="f" strokecolor="#222" strokeweight=".3mm">
                  <v:textbox inset="3.6pt,1.8pt,3.6pt,1.8pt">
                    <w:txbxContent>
                      <w:p w14:paraId="3136300A" w14:textId="77777777" w:rsidR="00BD0222" w:rsidRDefault="00DF0B0D">
                        <w:pPr>
                          <w:spacing w:after="0" w:line="240" w:lineRule="auto"/>
                        </w:pPr>
                        <w:r>
                          <w:rPr>
                            <w:b/>
                            <w:sz w:val="18"/>
                            <w:szCs w:val="18"/>
                          </w:rPr>
                          <w:t>B1. Chọn tiêu chí</w:t>
                        </w:r>
                      </w:p>
                      <w:p w14:paraId="06DDAD4D" w14:textId="77777777" w:rsidR="00BD0222" w:rsidRDefault="00DF0B0D">
                        <w:pPr>
                          <w:spacing w:after="0" w:line="240" w:lineRule="auto"/>
                        </w:pPr>
                        <w:r>
                          <w:rPr>
                            <w:sz w:val="18"/>
                            <w:szCs w:val="18"/>
                          </w:rPr>
                          <w:t>Chọn chỉ báo đo được trước khi thử: độ chính xác, số ảnh bị bỏ sót, thời gian phản hồi, chi phí.</w:t>
                        </w:r>
                      </w:p>
                    </w:txbxContent>
                  </v:textbox>
                </v:roundrect>
                <v:roundrect id="Rectangle: Rounded Corners 1444241846" o:spid="_x0000_s1051" style="position:absolute;left:1440;top:11280;width:3360;height:264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" fillcolor="#e3eef8" strokecolor="#2e75b6" strokeweight=".26667mm">
                  <v:textbox inset="3.6pt,1.8pt,3.6pt,1.8pt">
                    <w:txbxContent>
                      <w:p w14:paraId="208DE6BA" w14:textId="77777777" w:rsidR="00BD0222" w:rsidRDefault="00DF0B0D">
                        <w:pPr>
                          <w:spacing w:after="0" w:line="240" w:lineRule="auto"/>
                          <w:jc w:val="center"/>
                        </w:pPr>
                        <w:r>
                          <w:rPr>
                            <w:b/>
                            <w:sz w:val="24"/>
                            <w:szCs w:val="24"/>
                          </w:rPr>
                          <w:t>B2</w:t>
                        </w:r>
                      </w:p>
                    </w:txbxContent>
                  </v:textbox>
                </v:roundrect>
                <v:roundrect id="Rectangle: Rounded Corners 1047054931" o:spid="_x0000_s1052" style="position:absolute;left:5280;top:11280;width:47040;height:432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" filled="f" strokecolor="#222" strokeweight=".3mm">
                  <v:textbox inset="3.6pt,1.8pt,3.6pt,1.8pt">
                    <w:txbxContent>
                      <w:p w14:paraId="7BC9493D" w14:textId="77777777" w:rsidR="00BD0222" w:rsidRDefault="00DF0B0D">
                        <w:pPr>
                          <w:spacing w:after="0" w:line="240" w:lineRule="auto"/>
                        </w:pPr>
                        <w:r>
                          <w:rPr>
                            <w:b/>
                            <w:sz w:val="18"/>
                            <w:szCs w:val="18"/>
                          </w:rPr>
                          <w:t>B2. Chuẩn bị dữ liệu kiểm thử</w:t>
                        </w:r>
                      </w:p>
                      <w:p w14:paraId="740B9760" w14:textId="77777777" w:rsidR="00BD0222" w:rsidRDefault="00DF0B0D">
                        <w:pPr>
                          <w:spacing w:after="0" w:line="240" w:lineRule="auto"/>
                        </w:pPr>
                        <w:r>
                          <w:rPr>
                            <w:sz w:val="18"/>
                            <w:szCs w:val="18"/>
                          </w:rPr>
                          <w:t>Giữ riêng một phần dữ liệu đã gán nhãn, không dùng phần đó để huấn luyện.</w:t>
                        </w:r>
                      </w:p>
                    </w:txbxContent>
                  </v:textbox>
                </v:roundrect>
                <v:line id="Straight Connector 1086222892" o:spid="_x0000_s1053" style="position:absolute;visibility:visible;mso-wrap-style:square" from="3120,10320" to="3120,110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" strokecolor="#222" strokeweight=".3mm">
                  <v:stroke endarrow="open"/>
                </v:line>
                <v:roundrect id="Rectangle: Rounded Corners 2100406907" o:spid="_x0000_s1054" style="position:absolute;left:1440;top:16560;width:3360;height:264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" fillcolor="#e3eef8" strokecolor="#2e75b6" strokeweight=".26667mm">
                  <v:textbox inset="3.6pt,1.8pt,3.6pt,1.8pt">
                    <w:txbxContent>
                      <w:p w14:paraId="011D4B98" w14:textId="77777777" w:rsidR="00BD0222" w:rsidRDefault="00DF0B0D">
                        <w:pPr>
                          <w:spacing w:after="0" w:line="240" w:lineRule="auto"/>
                          <w:jc w:val="center"/>
                        </w:pPr>
                        <w:r>
                          <w:rPr>
                            <w:b/>
                            <w:sz w:val="24"/>
                            <w:szCs w:val="24"/>
                          </w:rPr>
                          <w:t>B3</w:t>
                        </w:r>
                      </w:p>
                    </w:txbxContent>
                  </v:textbox>
                </v:roundrect>
                <v:roundrect id="Rectangle: Rounded Corners 2066784243" o:spid="_x0000_s1055" style="position:absolute;left:5280;top:16560;width:47040;height:432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" filled="f" strokecolor="#222" strokeweight=".3mm">
                  <v:textbox inset="3.6pt,1.8pt,3.6pt,1.8pt">
                    <w:txbxContent>
                      <w:p w14:paraId="02C27334" w14:textId="77777777" w:rsidR="00BD0222" w:rsidRDefault="00DF0B0D">
                        <w:pPr>
                          <w:spacing w:after="0" w:line="240" w:lineRule="auto"/>
                        </w:pPr>
                        <w:r>
                          <w:rPr>
                            <w:b/>
                            <w:sz w:val="18"/>
                            <w:szCs w:val="18"/>
                          </w:rPr>
                          <w:t>B3. Chạy hệ thống</w:t>
                        </w:r>
                      </w:p>
                      <w:p w14:paraId="78CA4E21" w14:textId="77777777" w:rsidR="00BD0222" w:rsidRDefault="00DF0B0D">
                        <w:pPr>
                          <w:spacing w:after="0" w:line="240" w:lineRule="auto"/>
                        </w:pPr>
                        <w:r>
                          <w:rPr>
                            <w:sz w:val="18"/>
                            <w:szCs w:val="18"/>
                          </w:rPr>
                          <w:t>Cho hệ thống xử lí dữ liệu kiểm thử và ghi lại đầu ra của nó.</w:t>
                        </w:r>
                      </w:p>
                    </w:txbxContent>
                  </v:textbox>
                </v:roundrect>
                <v:line id="Straight Connector 650824547" o:spid="_x0000_s1056" style="position:absolute;visibility:visible;mso-wrap-style:square" from="3120,15600" to="3120,163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" strokecolor="#222" strokeweight=".3mm">
                  <v:stroke endarrow="open"/>
                </v:line>
                <v:roundrect id="Rectangle: Rounded Corners 924788391" o:spid="_x0000_s1057" style="position:absolute;left:1440;top:21840;width:3360;height:264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" fillcolor="#e3eef8" strokecolor="#2e75b6" strokeweight=".26667mm">
                  <v:textbox inset="3.6pt,1.8pt,3.6pt,1.8pt">
                    <w:txbxContent>
                      <w:p w14:paraId="521F2675" w14:textId="77777777" w:rsidR="00BD0222" w:rsidRDefault="00DF0B0D">
                        <w:pPr>
                          <w:spacing w:after="0" w:line="240" w:lineRule="auto"/>
                          <w:jc w:val="center"/>
                        </w:pPr>
                        <w:r>
                          <w:rPr>
                            <w:b/>
                            <w:sz w:val="24"/>
                            <w:szCs w:val="24"/>
                          </w:rPr>
                          <w:t>B4</w:t>
                        </w:r>
                      </w:p>
                    </w:txbxContent>
                  </v:textbox>
                </v:roundrect>
                <v:roundrect id="Rectangle: Rounded Corners 853425767" o:spid="_x0000_s1058" style="position:absolute;left:5280;top:21840;width:47040;height:432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" filled="f" strokecolor="#222" strokeweight=".3mm">
                  <v:textbox inset="3.6pt,1.8pt,3.6pt,1.8pt">
                    <w:txbxContent>
                      <w:p w14:paraId="752446C7" w14:textId="77777777" w:rsidR="00BD0222" w:rsidRDefault="00DF0B0D">
                        <w:pPr>
                          <w:spacing w:after="0" w:line="240" w:lineRule="auto"/>
                        </w:pPr>
                        <w:r>
                          <w:rPr>
                            <w:b/>
                            <w:sz w:val="18"/>
                            <w:szCs w:val="18"/>
                          </w:rPr>
                          <w:t>B4. Ghi kết quả</w:t>
                        </w:r>
                      </w:p>
                      <w:p w14:paraId="0BBC2467" w14:textId="77777777" w:rsidR="00BD0222" w:rsidRDefault="00DF0B0D">
                        <w:pPr>
                          <w:spacing w:after="0" w:line="240" w:lineRule="auto"/>
                        </w:pPr>
                        <w:r>
                          <w:rPr>
                            <w:sz w:val="18"/>
                            <w:szCs w:val="18"/>
                          </w:rPr>
                          <w:t>Lập bảng đối chiếu đầu ra của hệ thống với nhãn thật của người.</w:t>
                        </w:r>
                      </w:p>
                    </w:txbxContent>
                  </v:textbox>
                </v:roundrect>
                <v:line id="Straight Connector 1367946110" o:spid="_x0000_s1059" style="position:absolute;visibility:visible;mso-wrap-style:square" from="3120,20880" to="3120,21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" strokecolor="#222" strokeweight=".3mm">
                  <v:stroke endarrow="open"/>
                </v:line>
                <v:roundrect id="Rectangle: Rounded Corners 1542276632" o:spid="_x0000_s1060" style="position:absolute;left:1440;top:27120;width:3360;height:264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" fillcolor="#fce9dc" strokecolor="#b96018" strokeweight=".26667mm">
                  <v:textbox inset="3.6pt,1.8pt,3.6pt,1.8pt">
                    <w:txbxContent>
                      <w:p w14:paraId="6B213A0A" w14:textId="77777777" w:rsidR="00BD0222" w:rsidRDefault="00DF0B0D">
                        <w:pPr>
                          <w:spacing w:after="0" w:line="240" w:lineRule="auto"/>
                          <w:jc w:val="center"/>
                        </w:pPr>
                        <w:r>
                          <w:rPr>
                            <w:b/>
                            <w:sz w:val="24"/>
                            <w:szCs w:val="24"/>
                          </w:rPr>
                          <w:t>B5</w:t>
                        </w:r>
                      </w:p>
                    </w:txbxContent>
                  </v:textbox>
                </v:roundrect>
                <v:roundrect id="Rectangle: Rounded Corners 990202262" o:spid="_x0000_s1061" style="position:absolute;left:5280;top:27120;width:47040;height:432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" filled="f" strokecolor="#222" strokeweight=".3mm">
                  <v:textbox inset="3.6pt,1.8pt,3.6pt,1.8pt">
                    <w:txbxContent>
                      <w:p w14:paraId="30320ACD" w14:textId="77777777" w:rsidR="00BD0222" w:rsidRDefault="00DF0B0D">
                        <w:pPr>
                          <w:spacing w:after="0" w:line="240" w:lineRule="auto"/>
                        </w:pPr>
                        <w:r>
                          <w:rPr>
                            <w:b/>
                            <w:sz w:val="18"/>
                            <w:szCs w:val="18"/>
                          </w:rPr>
                          <w:t>B5. Kết luận</w:t>
                        </w:r>
                      </w:p>
                      <w:p w14:paraId="0AD53A89" w14:textId="77777777" w:rsidR="00BD0222" w:rsidRDefault="00DF0B0D">
                        <w:pPr>
                          <w:spacing w:after="0" w:line="240" w:lineRule="auto"/>
                        </w:pPr>
                        <w:r>
                          <w:rPr>
                            <w:sz w:val="18"/>
                            <w:szCs w:val="18"/>
                          </w:rPr>
                          <w:t>So với ngưỡng đã đặt, kết luận dùng, sửa hay không dùng hệ thống.</w:t>
                        </w:r>
                      </w:p>
                    </w:txbxContent>
                  </v:textbox>
                </v:roundrect>
                <v:line id="Straight Connector 1945321673" o:spid="_x0000_s1062" style="position:absolute;visibility:visible;mso-wrap-style:square" from="3120,26160" to="3120,269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" strokecolor="#222" strokeweight=".3mm">
                  <v:stroke endarrow="open"/>
                </v:line>
                <v:line id="Straight Connector 1500178911" o:spid="_x0000_s1063" style="position:absolute;visibility:visible;mso-wrap-style:square" from="52320,29280" to="54960,29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" strokecolor="#222" strokeweight=".3mm"/>
                <v:line id="Straight Connector 1022134801" o:spid="_x0000_s1064" style="position:absolute;flip:y;visibility:visible;mso-wrap-style:square" from="54960,29280" to="54960,29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" strokecolor="#222" strokeweight=".3mm"/>
                <v:line id="Straight Connector 2125396258" o:spid="_x0000_s1065" style="position:absolute;flip:x;visibility:visible;mso-wrap-style:square" from="54960,18720" to="54960,1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" strokecolor="#222" strokeweight=".3mm">
                  <v:stroke endarrow="open"/>
                </v:line>
                <v:roundrect id="Rectangle: Rounded Corners 1252090" o:spid="_x0000_s1066" style="position:absolute;left:1440;top:32400;width:50880;height:336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" fillcolor="#f0f0f0" strokecolor="#bfbfbf" strokeweight=".2mm">
                  <v:textbox inset="3.6pt,1.8pt,3.6pt,1.8pt">
                    <w:txbxContent>
                      <w:p w14:paraId="2C1C4036" w14:textId="77777777" w:rsidR="00BD0222" w:rsidRDefault="00DF0B0D">
                        <w:pPr>
                          <w:spacing w:after="0" w:line="240" w:lineRule="auto"/>
                          <w:jc w:val="center"/>
                        </w:pPr>
                        <w:r>
                          <w:rPr>
                            <w:sz w:val="18"/>
                            <w:szCs w:val="18"/>
                          </w:rPr>
                          <w:t>Đường mũi tên bên phải nối từ B5 về B3: khi chưa đạt ngưỡng, nhóm bổ sung dữ liệu hoặc đổi cách huấn</w:t>
                        </w:r>
                      </w:p>
                      <w:p w14:paraId="52D81EC3" w14:textId="77777777" w:rsidR="00BD0222" w:rsidRDefault="00DF0B0D">
                        <w:pPr>
                          <w:spacing w:after="0" w:line="240" w:lineRule="auto"/>
                          <w:jc w:val="center"/>
                        </w:pPr>
                        <w:r>
                          <w:rPr>
                            <w:sz w:val="18"/>
                            <w:szCs w:val="18"/>
                          </w:rPr>
                          <w:t>luyện rồi thử lại.</w:t>
                        </w:r>
                      </w:p>
                    </w:txbxContent>
                  </v:textbox>
                </v:roundrect>
                <v:roundrect id="Rectangle: Rounded Corners 506946998" o:spid="_x0000_s1067" style="position:absolute;left:1440;top:36720;width:25200;height:624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" fillcolor="#e9f4e6" strokecolor="#376937" strokeweight=".3mm">
                  <v:stroke dashstyle="dash"/>
                  <v:textbox inset="3.6pt,1.8pt,3.6pt,1.8pt">
                    <w:txbxContent>
                      <w:p w14:paraId="2399E03C" w14:textId="77777777" w:rsidR="00BD0222" w:rsidRDefault="00DF0B0D">
                        <w:pPr>
                          <w:spacing w:after="0" w:line="240" w:lineRule="auto"/>
                          <w:jc w:val="center"/>
                        </w:pPr>
                        <w:r>
                          <w:rPr>
                            <w:b/>
                            <w:sz w:val="18"/>
                            <w:szCs w:val="18"/>
                          </w:rPr>
                          <w:t>DỮ LIỆU KIỂM THỬ</w:t>
                        </w:r>
                      </w:p>
                      <w:p w14:paraId="613C1099" w14:textId="77777777" w:rsidR="00BD0222" w:rsidRDefault="00DF0B0D">
                        <w:pPr>
                          <w:spacing w:after="0" w:line="240" w:lineRule="auto"/>
                          <w:jc w:val="center"/>
                        </w:pPr>
                        <w:r>
                          <w:rPr>
                            <w:sz w:val="18"/>
                            <w:szCs w:val="18"/>
                          </w:rPr>
                          <w:t>Lấy từ đâu, ai gán nhãn, có đại diện cho dữ liệu thật</w:t>
                        </w:r>
                      </w:p>
                      <w:p w14:paraId="58559D44" w14:textId="77777777" w:rsidR="00BD0222" w:rsidRDefault="00DF0B0D">
                        <w:pPr>
                          <w:spacing w:after="0" w:line="240" w:lineRule="auto"/>
                          <w:jc w:val="center"/>
                        </w:pPr>
                        <w:r>
                          <w:rPr>
                            <w:sz w:val="18"/>
                            <w:szCs w:val="18"/>
                          </w:rPr>
                          <w:t>không.</w:t>
                        </w:r>
                      </w:p>
                    </w:txbxContent>
                  </v:textbox>
                </v:roundrect>
                <v:roundrect id="Rectangle: Rounded Corners 996527746" o:spid="_x0000_s1068" style="position:absolute;left:28080;top:36720;width:25200;height:624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" fillcolor="#fce9dc" strokecolor="#b96018" strokeweight=".3mm">
                  <v:stroke dashstyle="dash"/>
                  <v:textbox inset="3.6pt,1.8pt,3.6pt,1.8pt">
                    <w:txbxContent>
                      <w:p w14:paraId="4D6A0086" w14:textId="77777777" w:rsidR="00BD0222" w:rsidRDefault="00DF0B0D">
                        <w:pPr>
                          <w:spacing w:after="0" w:line="240" w:lineRule="auto"/>
                          <w:jc w:val="center"/>
                        </w:pPr>
                        <w:r>
                          <w:rPr>
                            <w:b/>
                            <w:sz w:val="18"/>
                            <w:szCs w:val="18"/>
                          </w:rPr>
                          <w:t>QUYẾT ĐỊNH CỦA CON NGƯỜI</w:t>
                        </w:r>
                      </w:p>
                      <w:p w14:paraId="76A300A6" w14:textId="77777777" w:rsidR="00BD0222" w:rsidRDefault="00DF0B0D">
                        <w:pPr>
                          <w:spacing w:after="0" w:line="240" w:lineRule="auto"/>
                          <w:jc w:val="center"/>
                        </w:pPr>
                        <w:r>
                          <w:rPr>
                            <w:sz w:val="18"/>
                            <w:szCs w:val="18"/>
                          </w:rPr>
                          <w:t>Ngưỡng chấp nhận do hợp tác xã và cán bộ khuyến</w:t>
                        </w:r>
                      </w:p>
                      <w:p w14:paraId="665CD6B0" w14:textId="77777777" w:rsidR="00BD0222" w:rsidRDefault="00DF0B0D">
                        <w:pPr>
                          <w:spacing w:after="0" w:line="240" w:lineRule="auto"/>
                          <w:jc w:val="center"/>
                        </w:pPr>
                        <w:r>
                          <w:rPr>
                            <w:sz w:val="18"/>
                            <w:szCs w:val="18"/>
                          </w:rPr>
                          <w:t>nông đặt ra; quyết định dùng hay không dùng thuộc</w:t>
                        </w:r>
                      </w:p>
                      <w:p w14:paraId="12A51DD8" w14:textId="77777777" w:rsidR="00BD0222" w:rsidRDefault="00DF0B0D">
                        <w:pPr>
                          <w:spacing w:after="0" w:line="240" w:lineRule="auto"/>
                          <w:jc w:val="center"/>
                        </w:pPr>
                        <w:r>
                          <w:rPr>
                            <w:sz w:val="18"/>
                            <w:szCs w:val="18"/>
                          </w:rPr>
                          <w:t>về con người.</w:t>
                        </w:r>
                      </w:p>
                    </w:txbxContent>
                  </v:textbox>
                </v:roundrect>
                <v:roundrect id="Rectangle: Rounded Corners 1097722408" o:spid="_x0000_s1069" style="position:absolute;left:1440;top:43920;width:51840;height:192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" filled="f" stroked="f" strokeweight="0">
                  <v:textbox inset="3.6pt,1.8pt,3.6pt,1.8pt">
                    <w:txbxContent>
                      <w:p w14:paraId="2D6DB17E" w14:textId="77777777" w:rsidR="00BD0222" w:rsidRDefault="00DF0B0D">
                        <w:pPr>
                          <w:spacing w:after="0" w:line="240" w:lineRule="auto"/>
                          <w:jc w:val="center"/>
                        </w:pPr>
                        <w:r>
                          <w:rPr>
                            <w:sz w:val="16"/>
                            <w:szCs w:val="16"/>
                          </w:rPr>
                          <w:t>Độ chính xác tính trên dữ liệu đã học thường cao hơn thực tế, nên chưa cho biết hệ thống có tốt với dữ liệu mới hay không.</w:t>
                        </w:r>
                      </w:p>
                    </w:txbxContent>
                  </v:textbox>
                </v:roundrect>
                <w10:anchorlock/>
              </v:group>
            </w:pict>
          </mc:Fallback>
        </mc:AlternateContent>
      </w:r>
    </w:p>
    <w:p w14:paraId="643F089C" w14:textId="77777777" w:rsidR="00BD0222" w:rsidRDefault="00DF0B0D">
      <w:pPr>
        <w:spacing w:after="60" w:line="264" w:lineRule="auto"/>
        <w:jc w:val="both"/>
      </w:pPr>
      <w:r>
        <w:rPr>
          <w:b/>
          <w:i/>
          <w:sz w:val="24"/>
        </w:rPr>
        <w:t xml:space="preserve">Hình 2. </w:t>
      </w:r>
      <w:r>
        <w:rPr>
          <w:i/>
          <w:sz w:val="24"/>
        </w:rPr>
        <w:t>Vòng đánh giá hiệu quả một hệ thống AI. Năm bước từ chọn tiêu chí đến kết luận; đường mũi tên bên phải nối B5 về B3 khi chưa đạt ngưỡng. Hai khung nét đứt là dữ liệu kiểm thử và quyết định của con người.</w:t>
      </w:r>
    </w:p>
    <w:p w14:paraId="613A40B5" w14:textId="77777777" w:rsidR="00BD0222" w:rsidRDefault="00DF0B0D">
      <w:pPr>
        <w:keepNext/>
        <w:spacing w:before="80" w:after="60" w:line="264" w:lineRule="auto"/>
        <w:jc w:val="both"/>
      </w:pPr>
      <w:r>
        <w:rPr>
          <w:b/>
        </w:rPr>
        <w:t>2. Gợi ý đáp án Phiếu học tập 12.5.1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928"/>
        <w:gridCol w:w="1786"/>
        <w:gridCol w:w="1786"/>
        <w:gridCol w:w="1786"/>
        <w:gridCol w:w="1786"/>
      </w:tblGrid>
      <w:tr w:rsidR="00BD0222" w14:paraId="688D9F0B" w14:textId="77777777">
        <w:trPr>
          <w:cantSplit/>
          <w:tblHeader/>
          <w:jc w:val="center"/>
        </w:trPr>
        <w:tc>
          <w:tcPr>
            <w:tcW w:w="1928" w:type="dxa"/>
            <w:vAlign w:val="center"/>
          </w:tcPr>
          <w:p w14:paraId="12D13925" w14:textId="77777777" w:rsidR="00BD0222" w:rsidRDefault="00DF0B0D">
            <w:pPr>
              <w:spacing w:after="0" w:line="240" w:lineRule="auto"/>
              <w:jc w:val="center"/>
            </w:pPr>
            <w:r>
              <w:rPr>
                <w:b/>
                <w:sz w:val="22"/>
                <w:szCs w:val="22"/>
              </w:rPr>
              <w:t>Tiêu chí khảo sát</w:t>
            </w:r>
          </w:p>
        </w:tc>
        <w:tc>
          <w:tcPr>
            <w:tcW w:w="1786" w:type="dxa"/>
            <w:vAlign w:val="center"/>
          </w:tcPr>
          <w:p w14:paraId="7F8A0EAA" w14:textId="77777777" w:rsidR="00BD0222" w:rsidRDefault="00DF0B0D">
            <w:pPr>
              <w:spacing w:after="0" w:line="240" w:lineRule="auto"/>
              <w:jc w:val="center"/>
            </w:pPr>
            <w:r>
              <w:rPr>
                <w:b/>
                <w:sz w:val="22"/>
                <w:szCs w:val="22"/>
              </w:rPr>
              <w:t>Teachable Machine</w:t>
            </w:r>
          </w:p>
        </w:tc>
        <w:tc>
          <w:tcPr>
            <w:tcW w:w="1786" w:type="dxa"/>
            <w:vAlign w:val="center"/>
          </w:tcPr>
          <w:p w14:paraId="6E6181DF" w14:textId="77777777" w:rsidR="00BD0222" w:rsidRDefault="00DF0B0D">
            <w:pPr>
              <w:spacing w:after="0" w:line="240" w:lineRule="auto"/>
              <w:jc w:val="center"/>
            </w:pPr>
            <w:r>
              <w:rPr>
                <w:b/>
                <w:sz w:val="22"/>
                <w:szCs w:val="22"/>
              </w:rPr>
              <w:t>ML5.js</w:t>
            </w:r>
          </w:p>
        </w:tc>
        <w:tc>
          <w:tcPr>
            <w:tcW w:w="1786" w:type="dxa"/>
            <w:vAlign w:val="center"/>
          </w:tcPr>
          <w:p w14:paraId="2DC03A6E" w14:textId="77777777" w:rsidR="00BD0222" w:rsidRDefault="00DF0B0D">
            <w:pPr>
              <w:spacing w:after="0" w:line="240" w:lineRule="auto"/>
              <w:jc w:val="center"/>
            </w:pPr>
            <w:r>
              <w:rPr>
                <w:b/>
                <w:sz w:val="22"/>
                <w:szCs w:val="22"/>
              </w:rPr>
              <w:t>TensorFlow.js</w:t>
            </w:r>
          </w:p>
        </w:tc>
        <w:tc>
          <w:tcPr>
            <w:tcW w:w="1786" w:type="dxa"/>
            <w:vAlign w:val="center"/>
          </w:tcPr>
          <w:p w14:paraId="428E4F86" w14:textId="77777777" w:rsidR="00BD0222" w:rsidRDefault="00DF0B0D">
            <w:pPr>
              <w:spacing w:after="0" w:line="240" w:lineRule="auto"/>
              <w:jc w:val="center"/>
            </w:pPr>
            <w:r>
              <w:rPr>
                <w:b/>
                <w:sz w:val="22"/>
                <w:szCs w:val="22"/>
              </w:rPr>
              <w:t>MIT App Inventor</w:t>
            </w:r>
          </w:p>
        </w:tc>
      </w:tr>
      <w:tr w:rsidR="00BD0222" w14:paraId="7D55D8E0" w14:textId="77777777">
        <w:trPr>
          <w:cantSplit/>
          <w:jc w:val="center"/>
        </w:trPr>
        <w:tc>
          <w:tcPr>
            <w:tcW w:w="1928" w:type="dxa"/>
          </w:tcPr>
          <w:p w14:paraId="1C1B6142" w14:textId="77777777" w:rsidR="00BD0222" w:rsidRDefault="00DF0B0D">
            <w:pPr>
              <w:spacing w:after="0" w:line="240" w:lineRule="auto"/>
            </w:pPr>
            <w:r>
              <w:rPr>
                <w:sz w:val="22"/>
                <w:szCs w:val="22"/>
              </w:rPr>
              <w:t>Loại dữ liệu đầu vào chính</w:t>
            </w:r>
          </w:p>
        </w:tc>
        <w:tc>
          <w:tcPr>
            <w:tcW w:w="1786" w:type="dxa"/>
          </w:tcPr>
          <w:p w14:paraId="616EE8E8" w14:textId="77777777" w:rsidR="00BD0222" w:rsidRDefault="00DF0B0D">
            <w:pPr>
              <w:spacing w:after="0" w:line="240" w:lineRule="auto"/>
            </w:pPr>
            <w:r>
              <w:rPr>
                <w:sz w:val="22"/>
                <w:szCs w:val="22"/>
              </w:rPr>
              <w:t>Ảnh, âm thanh, dáng người (pose)</w:t>
            </w:r>
          </w:p>
        </w:tc>
        <w:tc>
          <w:tcPr>
            <w:tcW w:w="1786" w:type="dxa"/>
          </w:tcPr>
          <w:p w14:paraId="76E9F481" w14:textId="77777777" w:rsidR="00BD0222" w:rsidRDefault="00DF0B0D">
            <w:pPr>
              <w:spacing w:after="0" w:line="240" w:lineRule="auto"/>
            </w:pPr>
            <w:r>
              <w:rPr>
                <w:sz w:val="22"/>
                <w:szCs w:val="22"/>
              </w:rPr>
              <w:t>Âm thanh, giọng nói, ảnh</w:t>
            </w:r>
          </w:p>
        </w:tc>
        <w:tc>
          <w:tcPr>
            <w:tcW w:w="1786" w:type="dxa"/>
          </w:tcPr>
          <w:p w14:paraId="0855EC1B" w14:textId="77777777" w:rsidR="00BD0222" w:rsidRDefault="00DF0B0D">
            <w:pPr>
              <w:spacing w:after="0" w:line="240" w:lineRule="auto"/>
            </w:pPr>
            <w:r>
              <w:rPr>
                <w:sz w:val="22"/>
                <w:szCs w:val="22"/>
              </w:rPr>
              <w:t>Ảnh, văn bản, số liệu</w:t>
            </w:r>
          </w:p>
        </w:tc>
        <w:tc>
          <w:tcPr>
            <w:tcW w:w="1786" w:type="dxa"/>
          </w:tcPr>
          <w:p w14:paraId="634F895E" w14:textId="77777777" w:rsidR="00BD0222" w:rsidRDefault="00DF0B0D">
            <w:pPr>
              <w:spacing w:after="0" w:line="240" w:lineRule="auto"/>
            </w:pPr>
            <w:r>
              <w:rPr>
                <w:sz w:val="22"/>
                <w:szCs w:val="22"/>
              </w:rPr>
              <w:t>Thao tác người dùng trên điện thoại</w:t>
            </w:r>
          </w:p>
        </w:tc>
      </w:tr>
      <w:tr w:rsidR="00BD0222" w14:paraId="0227862E" w14:textId="77777777">
        <w:trPr>
          <w:cantSplit/>
          <w:jc w:val="center"/>
        </w:trPr>
        <w:tc>
          <w:tcPr>
            <w:tcW w:w="1928" w:type="dxa"/>
          </w:tcPr>
          <w:p w14:paraId="616E01A2" w14:textId="77777777" w:rsidR="00BD0222" w:rsidRDefault="00DF0B0D">
            <w:pPr>
              <w:spacing w:after="0" w:line="240" w:lineRule="auto"/>
            </w:pPr>
            <w:r>
              <w:rPr>
                <w:sz w:val="22"/>
                <w:szCs w:val="22"/>
              </w:rPr>
              <w:t>Có cần viết mã không</w:t>
            </w:r>
          </w:p>
        </w:tc>
        <w:tc>
          <w:tcPr>
            <w:tcW w:w="1786" w:type="dxa"/>
          </w:tcPr>
          <w:p w14:paraId="54419238" w14:textId="77777777" w:rsidR="00BD0222" w:rsidRDefault="00DF0B0D">
            <w:pPr>
              <w:spacing w:after="0" w:line="240" w:lineRule="auto"/>
            </w:pPr>
            <w:r>
              <w:rPr>
                <w:sz w:val="22"/>
                <w:szCs w:val="22"/>
              </w:rPr>
              <w:t>Không</w:t>
            </w:r>
          </w:p>
        </w:tc>
        <w:tc>
          <w:tcPr>
            <w:tcW w:w="1786" w:type="dxa"/>
          </w:tcPr>
          <w:p w14:paraId="72935D89" w14:textId="77777777" w:rsidR="00BD0222" w:rsidRDefault="00DF0B0D">
            <w:pPr>
              <w:spacing w:after="0" w:line="240" w:lineRule="auto"/>
            </w:pPr>
            <w:r>
              <w:rPr>
                <w:sz w:val="22"/>
                <w:szCs w:val="22"/>
              </w:rPr>
              <w:t>Có, mã JavaScript</w:t>
            </w:r>
          </w:p>
        </w:tc>
        <w:tc>
          <w:tcPr>
            <w:tcW w:w="1786" w:type="dxa"/>
          </w:tcPr>
          <w:p w14:paraId="1A783FE4" w14:textId="77777777" w:rsidR="00BD0222" w:rsidRDefault="00DF0B0D">
            <w:pPr>
              <w:spacing w:after="0" w:line="240" w:lineRule="auto"/>
            </w:pPr>
            <w:r>
              <w:rPr>
                <w:sz w:val="22"/>
                <w:szCs w:val="22"/>
              </w:rPr>
              <w:t>Có, mã JavaScript</w:t>
            </w:r>
          </w:p>
        </w:tc>
        <w:tc>
          <w:tcPr>
            <w:tcW w:w="1786" w:type="dxa"/>
          </w:tcPr>
          <w:p w14:paraId="1237CFB1" w14:textId="77777777" w:rsidR="00BD0222" w:rsidRDefault="00DF0B0D">
            <w:pPr>
              <w:spacing w:after="0" w:line="240" w:lineRule="auto"/>
            </w:pPr>
            <w:r>
              <w:rPr>
                <w:sz w:val="22"/>
                <w:szCs w:val="22"/>
              </w:rPr>
              <w:t>Không, ghép khối sẵn có</w:t>
            </w:r>
          </w:p>
        </w:tc>
      </w:tr>
      <w:tr w:rsidR="00BD0222" w14:paraId="726FFA49" w14:textId="77777777">
        <w:trPr>
          <w:cantSplit/>
          <w:jc w:val="center"/>
        </w:trPr>
        <w:tc>
          <w:tcPr>
            <w:tcW w:w="1928" w:type="dxa"/>
          </w:tcPr>
          <w:p w14:paraId="41535420" w14:textId="77777777" w:rsidR="00BD0222" w:rsidRDefault="00DF0B0D">
            <w:pPr>
              <w:spacing w:after="0" w:line="240" w:lineRule="auto"/>
            </w:pPr>
            <w:r>
              <w:rPr>
                <w:sz w:val="22"/>
                <w:szCs w:val="22"/>
              </w:rPr>
              <w:t>Có cần kết nối mạng không</w:t>
            </w:r>
          </w:p>
        </w:tc>
        <w:tc>
          <w:tcPr>
            <w:tcW w:w="1786" w:type="dxa"/>
          </w:tcPr>
          <w:p w14:paraId="34CF190F" w14:textId="77777777" w:rsidR="00BD0222" w:rsidRDefault="00DF0B0D">
            <w:pPr>
              <w:spacing w:after="0" w:line="240" w:lineRule="auto"/>
            </w:pPr>
            <w:r>
              <w:rPr>
                <w:sz w:val="22"/>
                <w:szCs w:val="22"/>
              </w:rPr>
              <w:t>Cần để mở trang; mô hình đã xuất chạy không cần mạng</w:t>
            </w:r>
          </w:p>
        </w:tc>
        <w:tc>
          <w:tcPr>
            <w:tcW w:w="1786" w:type="dxa"/>
          </w:tcPr>
          <w:p w14:paraId="08011F3B" w14:textId="77777777" w:rsidR="00BD0222" w:rsidRDefault="00DF0B0D">
            <w:pPr>
              <w:spacing w:after="0" w:line="240" w:lineRule="auto"/>
            </w:pPr>
            <w:r>
              <w:rPr>
                <w:sz w:val="22"/>
                <w:szCs w:val="22"/>
              </w:rPr>
              <w:t>Không</w:t>
            </w:r>
          </w:p>
        </w:tc>
        <w:tc>
          <w:tcPr>
            <w:tcW w:w="1786" w:type="dxa"/>
          </w:tcPr>
          <w:p w14:paraId="2E17D88D" w14:textId="77777777" w:rsidR="00BD0222" w:rsidRDefault="00DF0B0D">
            <w:pPr>
              <w:spacing w:after="0" w:line="240" w:lineRule="auto"/>
            </w:pPr>
            <w:r>
              <w:rPr>
                <w:sz w:val="22"/>
                <w:szCs w:val="22"/>
              </w:rPr>
              <w:t>Không</w:t>
            </w:r>
          </w:p>
        </w:tc>
        <w:tc>
          <w:tcPr>
            <w:tcW w:w="1786" w:type="dxa"/>
          </w:tcPr>
          <w:p w14:paraId="63DB62F3" w14:textId="77777777" w:rsidR="00BD0222" w:rsidRDefault="00DF0B0D">
            <w:pPr>
              <w:spacing w:after="0" w:line="240" w:lineRule="auto"/>
            </w:pPr>
            <w:r>
              <w:rPr>
                <w:sz w:val="22"/>
                <w:szCs w:val="22"/>
              </w:rPr>
              <w:t>Có, để tải và lưu dự án</w:t>
            </w:r>
          </w:p>
        </w:tc>
      </w:tr>
      <w:tr w:rsidR="00BD0222" w14:paraId="5E8A01FD" w14:textId="77777777">
        <w:trPr>
          <w:cantSplit/>
          <w:jc w:val="center"/>
        </w:trPr>
        <w:tc>
          <w:tcPr>
            <w:tcW w:w="1928" w:type="dxa"/>
          </w:tcPr>
          <w:p w14:paraId="4CE1C5F1" w14:textId="77777777" w:rsidR="00BD0222" w:rsidRDefault="00DF0B0D">
            <w:pPr>
              <w:spacing w:after="0" w:line="240" w:lineRule="auto"/>
            </w:pPr>
            <w:r>
              <w:rPr>
                <w:sz w:val="22"/>
                <w:szCs w:val="22"/>
              </w:rPr>
              <w:t>Có cần mở tài khoản không</w:t>
            </w:r>
          </w:p>
        </w:tc>
        <w:tc>
          <w:tcPr>
            <w:tcW w:w="1786" w:type="dxa"/>
          </w:tcPr>
          <w:p w14:paraId="0C739F79" w14:textId="77777777" w:rsidR="00BD0222" w:rsidRDefault="00DF0B0D">
            <w:pPr>
              <w:spacing w:after="0" w:line="240" w:lineRule="auto"/>
            </w:pPr>
            <w:r>
              <w:rPr>
                <w:sz w:val="22"/>
                <w:szCs w:val="22"/>
              </w:rPr>
              <w:t>Không</w:t>
            </w:r>
          </w:p>
        </w:tc>
        <w:tc>
          <w:tcPr>
            <w:tcW w:w="1786" w:type="dxa"/>
          </w:tcPr>
          <w:p w14:paraId="4AB98E2B" w14:textId="77777777" w:rsidR="00BD0222" w:rsidRDefault="00DF0B0D">
            <w:pPr>
              <w:spacing w:after="0" w:line="240" w:lineRule="auto"/>
            </w:pPr>
            <w:r>
              <w:rPr>
                <w:sz w:val="22"/>
                <w:szCs w:val="22"/>
              </w:rPr>
              <w:t>Không</w:t>
            </w:r>
          </w:p>
        </w:tc>
        <w:tc>
          <w:tcPr>
            <w:tcW w:w="1786" w:type="dxa"/>
          </w:tcPr>
          <w:p w14:paraId="4B8FDDB7" w14:textId="77777777" w:rsidR="00BD0222" w:rsidRDefault="00DF0B0D">
            <w:pPr>
              <w:spacing w:after="0" w:line="240" w:lineRule="auto"/>
            </w:pPr>
            <w:r>
              <w:rPr>
                <w:sz w:val="22"/>
                <w:szCs w:val="22"/>
              </w:rPr>
              <w:t>Không</w:t>
            </w:r>
          </w:p>
        </w:tc>
        <w:tc>
          <w:tcPr>
            <w:tcW w:w="1786" w:type="dxa"/>
          </w:tcPr>
          <w:p w14:paraId="69398401" w14:textId="77777777" w:rsidR="00BD0222" w:rsidRDefault="00DF0B0D">
            <w:pPr>
              <w:spacing w:after="0" w:line="240" w:lineRule="auto"/>
            </w:pPr>
            <w:r>
              <w:rPr>
                <w:sz w:val="22"/>
                <w:szCs w:val="22"/>
              </w:rPr>
              <w:t>Có, tài khoản Google</w:t>
            </w:r>
          </w:p>
        </w:tc>
      </w:tr>
      <w:tr w:rsidR="00BD0222" w14:paraId="46F08DF2" w14:textId="77777777">
        <w:trPr>
          <w:cantSplit/>
          <w:jc w:val="center"/>
        </w:trPr>
        <w:tc>
          <w:tcPr>
            <w:tcW w:w="1928" w:type="dxa"/>
          </w:tcPr>
          <w:p w14:paraId="6F7B28C4" w14:textId="77777777" w:rsidR="00BD0222" w:rsidRDefault="00DF0B0D">
            <w:pPr>
              <w:spacing w:after="0" w:line="240" w:lineRule="auto"/>
            </w:pPr>
            <w:r>
              <w:rPr>
                <w:sz w:val="22"/>
                <w:szCs w:val="22"/>
              </w:rPr>
              <w:t>Chạy ở đâu</w:t>
            </w:r>
          </w:p>
        </w:tc>
        <w:tc>
          <w:tcPr>
            <w:tcW w:w="1786" w:type="dxa"/>
          </w:tcPr>
          <w:p w14:paraId="62D7C995" w14:textId="77777777" w:rsidR="00BD0222" w:rsidRDefault="00DF0B0D">
            <w:pPr>
              <w:spacing w:after="0" w:line="240" w:lineRule="auto"/>
            </w:pPr>
            <w:r>
              <w:rPr>
                <w:sz w:val="22"/>
                <w:szCs w:val="22"/>
              </w:rPr>
              <w:t>Trình duyệt trên máy tính hoặc điện thoại</w:t>
            </w:r>
          </w:p>
        </w:tc>
        <w:tc>
          <w:tcPr>
            <w:tcW w:w="1786" w:type="dxa"/>
          </w:tcPr>
          <w:p w14:paraId="0B5D4601" w14:textId="77777777" w:rsidR="00BD0222" w:rsidRDefault="00DF0B0D">
            <w:pPr>
              <w:spacing w:after="0" w:line="240" w:lineRule="auto"/>
            </w:pPr>
            <w:r>
              <w:rPr>
                <w:sz w:val="22"/>
                <w:szCs w:val="22"/>
              </w:rPr>
              <w:t>Trình duyệt trên máy tính</w:t>
            </w:r>
          </w:p>
        </w:tc>
        <w:tc>
          <w:tcPr>
            <w:tcW w:w="1786" w:type="dxa"/>
          </w:tcPr>
          <w:p w14:paraId="145344EB" w14:textId="77777777" w:rsidR="00BD0222" w:rsidRDefault="00DF0B0D">
            <w:pPr>
              <w:spacing w:after="0" w:line="240" w:lineRule="auto"/>
            </w:pPr>
            <w:r>
              <w:rPr>
                <w:sz w:val="22"/>
                <w:szCs w:val="22"/>
              </w:rPr>
              <w:t>Trình duyệt trên máy tính</w:t>
            </w:r>
          </w:p>
        </w:tc>
        <w:tc>
          <w:tcPr>
            <w:tcW w:w="1786" w:type="dxa"/>
          </w:tcPr>
          <w:p w14:paraId="5987B9D2" w14:textId="77777777" w:rsidR="00BD0222" w:rsidRDefault="00DF0B0D">
            <w:pPr>
              <w:spacing w:after="0" w:line="240" w:lineRule="auto"/>
            </w:pPr>
            <w:r>
              <w:rPr>
                <w:sz w:val="22"/>
                <w:szCs w:val="22"/>
              </w:rPr>
              <w:t>Trình duyệt trên máy tính; ứng dụng làm ra chạy trên điện thoại Android</w:t>
            </w:r>
          </w:p>
        </w:tc>
      </w:tr>
      <w:tr w:rsidR="00BD0222" w14:paraId="47A05886" w14:textId="77777777">
        <w:trPr>
          <w:cantSplit/>
          <w:jc w:val="center"/>
        </w:trPr>
        <w:tc>
          <w:tcPr>
            <w:tcW w:w="1928" w:type="dxa"/>
          </w:tcPr>
          <w:p w14:paraId="158262E5" w14:textId="77777777" w:rsidR="00BD0222" w:rsidRDefault="00DF0B0D">
            <w:pPr>
              <w:spacing w:after="0" w:line="240" w:lineRule="auto"/>
            </w:pPr>
            <w:r>
              <w:rPr>
                <w:sz w:val="22"/>
                <w:szCs w:val="22"/>
              </w:rPr>
              <w:t>Một điểm hạn chế</w:t>
            </w:r>
          </w:p>
        </w:tc>
        <w:tc>
          <w:tcPr>
            <w:tcW w:w="1786" w:type="dxa"/>
          </w:tcPr>
          <w:p w14:paraId="4618A6D6" w14:textId="77777777" w:rsidR="00BD0222" w:rsidRDefault="00DF0B0D">
            <w:pPr>
              <w:spacing w:after="0" w:line="240" w:lineRule="auto"/>
            </w:pPr>
            <w:r>
              <w:rPr>
                <w:sz w:val="22"/>
                <w:szCs w:val="22"/>
              </w:rPr>
              <w:t>Chỉ tạo được mô hình phân loại, chưa có giao diện cho người dùng</w:t>
            </w:r>
          </w:p>
        </w:tc>
        <w:tc>
          <w:tcPr>
            <w:tcW w:w="1786" w:type="dxa"/>
          </w:tcPr>
          <w:p w14:paraId="3AC529B2" w14:textId="77777777" w:rsidR="00BD0222" w:rsidRDefault="00DF0B0D">
            <w:pPr>
              <w:spacing w:after="0" w:line="240" w:lineRule="auto"/>
            </w:pPr>
            <w:r>
              <w:rPr>
                <w:sz w:val="22"/>
                <w:szCs w:val="22"/>
              </w:rPr>
              <w:t>Người dùng phải tự viết mã và tự tìm mô hình âm thanh phù hợp</w:t>
            </w:r>
          </w:p>
        </w:tc>
        <w:tc>
          <w:tcPr>
            <w:tcW w:w="1786" w:type="dxa"/>
          </w:tcPr>
          <w:p w14:paraId="38DD7638" w14:textId="77777777" w:rsidR="00BD0222" w:rsidRDefault="00DF0B0D">
            <w:pPr>
              <w:spacing w:after="0" w:line="240" w:lineRule="auto"/>
            </w:pPr>
            <w:r>
              <w:rPr>
                <w:sz w:val="22"/>
                <w:szCs w:val="22"/>
              </w:rPr>
              <w:t>Phải viết mã JavaScript, khó hơn kéo thả</w:t>
            </w:r>
          </w:p>
        </w:tc>
        <w:tc>
          <w:tcPr>
            <w:tcW w:w="1786" w:type="dxa"/>
          </w:tcPr>
          <w:p w14:paraId="230D130B" w14:textId="77777777" w:rsidR="00BD0222" w:rsidRDefault="00DF0B0D">
            <w:pPr>
              <w:spacing w:after="0" w:line="240" w:lineRule="auto"/>
            </w:pPr>
            <w:r>
              <w:rPr>
                <w:sz w:val="22"/>
                <w:szCs w:val="22"/>
              </w:rPr>
              <w:t>Cần tài khoản và mạng nên không dùng được ở nơi không có mạng</w:t>
            </w:r>
          </w:p>
        </w:tc>
      </w:tr>
    </w:tbl>
    <w:p w14:paraId="1FD247C8" w14:textId="77777777" w:rsidR="00BD0222" w:rsidRDefault="00DF0B0D">
      <w:pPr>
        <w:spacing w:after="60" w:line="264" w:lineRule="auto"/>
        <w:jc w:val="both"/>
      </w:pPr>
      <w:r>
        <w:rPr>
          <w:i/>
          <w:sz w:val="24"/>
        </w:rPr>
        <w:t>Ba công cụ chạy trong trình duyệt không cần mạng khi đã tải về máy. GV nói rõ điều này để HS không hiểu nhầm “chạy trong trình duyệt” là “luôn cần mạng”.</w:t>
      </w:r>
    </w:p>
    <w:p w14:paraId="61189733" w14:textId="77777777" w:rsidR="00BD0222" w:rsidRDefault="00DF0B0D">
      <w:pPr>
        <w:keepNext/>
        <w:spacing w:before="80" w:after="60" w:line="264" w:lineRule="auto"/>
        <w:jc w:val="both"/>
      </w:pPr>
      <w:r>
        <w:rPr>
          <w:b/>
        </w:rPr>
        <w:t>3. Gợi ý đáp án Phiếu học tập 12.5.1, Phần B</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794"/>
        <w:gridCol w:w="2608"/>
        <w:gridCol w:w="1701"/>
        <w:gridCol w:w="3969"/>
      </w:tblGrid>
      <w:tr w:rsidR="00BD0222" w14:paraId="5E931370" w14:textId="77777777">
        <w:trPr>
          <w:cantSplit/>
          <w:tblHeader/>
          <w:jc w:val="center"/>
        </w:trPr>
        <w:tc>
          <w:tcPr>
            <w:tcW w:w="794" w:type="dxa"/>
            <w:vAlign w:val="center"/>
          </w:tcPr>
          <w:p w14:paraId="076D6DAD" w14:textId="77777777" w:rsidR="00BD0222" w:rsidRDefault="00DF0B0D">
            <w:pPr>
              <w:spacing w:after="0" w:line="240" w:lineRule="auto"/>
              <w:jc w:val="center"/>
            </w:pPr>
            <w:r>
              <w:rPr>
                <w:b/>
                <w:sz w:val="22"/>
                <w:szCs w:val="22"/>
              </w:rPr>
              <w:t>Thẻ</w:t>
            </w:r>
          </w:p>
        </w:tc>
        <w:tc>
          <w:tcPr>
            <w:tcW w:w="2608" w:type="dxa"/>
            <w:vAlign w:val="center"/>
          </w:tcPr>
          <w:p w14:paraId="0C1539C7" w14:textId="77777777" w:rsidR="00BD0222" w:rsidRDefault="00DF0B0D">
            <w:pPr>
              <w:spacing w:after="0" w:line="240" w:lineRule="auto"/>
              <w:jc w:val="center"/>
            </w:pPr>
            <w:r>
              <w:rPr>
                <w:b/>
                <w:sz w:val="22"/>
                <w:szCs w:val="22"/>
              </w:rPr>
              <w:t>Loại dữ liệu đầu vào</w:t>
            </w:r>
          </w:p>
        </w:tc>
        <w:tc>
          <w:tcPr>
            <w:tcW w:w="1701" w:type="dxa"/>
            <w:vAlign w:val="center"/>
          </w:tcPr>
          <w:p w14:paraId="2556360D" w14:textId="77777777" w:rsidR="00BD0222" w:rsidRDefault="00DF0B0D">
            <w:pPr>
              <w:spacing w:after="0" w:line="240" w:lineRule="auto"/>
              <w:jc w:val="center"/>
            </w:pPr>
            <w:r>
              <w:rPr>
                <w:b/>
                <w:sz w:val="22"/>
                <w:szCs w:val="22"/>
              </w:rPr>
              <w:t>Công cụ đề xuất</w:t>
            </w:r>
          </w:p>
        </w:tc>
        <w:tc>
          <w:tcPr>
            <w:tcW w:w="3969" w:type="dxa"/>
            <w:vAlign w:val="center"/>
          </w:tcPr>
          <w:p w14:paraId="77645162" w14:textId="77777777" w:rsidR="00BD0222" w:rsidRDefault="00DF0B0D">
            <w:pPr>
              <w:spacing w:after="0" w:line="240" w:lineRule="auto"/>
              <w:jc w:val="center"/>
            </w:pPr>
            <w:r>
              <w:rPr>
                <w:b/>
                <w:sz w:val="22"/>
                <w:szCs w:val="22"/>
              </w:rPr>
              <w:t>Căn cứ chọn</w:t>
            </w:r>
          </w:p>
        </w:tc>
      </w:tr>
      <w:tr w:rsidR="00BD0222" w14:paraId="0A0BEB27" w14:textId="77777777">
        <w:trPr>
          <w:cantSplit/>
          <w:jc w:val="center"/>
        </w:trPr>
        <w:tc>
          <w:tcPr>
            <w:tcW w:w="794" w:type="dxa"/>
            <w:vAlign w:val="center"/>
          </w:tcPr>
          <w:p w14:paraId="4B5D8CD3" w14:textId="77777777" w:rsidR="00BD0222" w:rsidRDefault="00DF0B0D">
            <w:pPr>
              <w:spacing w:after="0" w:line="240" w:lineRule="auto"/>
              <w:jc w:val="center"/>
            </w:pPr>
            <w:r>
              <w:rPr>
                <w:sz w:val="22"/>
                <w:szCs w:val="22"/>
              </w:rPr>
              <w:t>T1</w:t>
            </w:r>
          </w:p>
        </w:tc>
        <w:tc>
          <w:tcPr>
            <w:tcW w:w="2608" w:type="dxa"/>
          </w:tcPr>
          <w:p w14:paraId="5EF04C06" w14:textId="77777777" w:rsidR="00BD0222" w:rsidRDefault="00DF0B0D">
            <w:pPr>
              <w:spacing w:after="0" w:line="240" w:lineRule="auto"/>
            </w:pPr>
            <w:r>
              <w:rPr>
                <w:sz w:val="22"/>
                <w:szCs w:val="22"/>
              </w:rPr>
              <w:t>Ảnh</w:t>
            </w:r>
          </w:p>
        </w:tc>
        <w:tc>
          <w:tcPr>
            <w:tcW w:w="1701" w:type="dxa"/>
          </w:tcPr>
          <w:p w14:paraId="43A1660F" w14:textId="77777777" w:rsidR="00BD0222" w:rsidRDefault="00DF0B0D">
            <w:pPr>
              <w:spacing w:after="0" w:line="240" w:lineRule="auto"/>
            </w:pPr>
            <w:r>
              <w:rPr>
                <w:sz w:val="22"/>
                <w:szCs w:val="22"/>
              </w:rPr>
              <w:t>Teachable Machine</w:t>
            </w:r>
          </w:p>
        </w:tc>
        <w:tc>
          <w:tcPr>
            <w:tcW w:w="3969" w:type="dxa"/>
          </w:tcPr>
          <w:p w14:paraId="21D52C29" w14:textId="77777777" w:rsidR="00BD0222" w:rsidRDefault="00DF0B0D">
            <w:pPr>
              <w:spacing w:after="0" w:line="240" w:lineRule="auto"/>
            </w:pPr>
            <w:r>
              <w:rPr>
                <w:sz w:val="22"/>
                <w:szCs w:val="22"/>
              </w:rPr>
              <w:t>Chỉ cần huấn luyện phân loại ảnh, không cần viết mã và tài khoản; chỉ cần mạng để mở trang.</w:t>
            </w:r>
          </w:p>
        </w:tc>
      </w:tr>
      <w:tr w:rsidR="00BD0222" w14:paraId="4B46C883" w14:textId="77777777">
        <w:trPr>
          <w:cantSplit/>
          <w:jc w:val="center"/>
        </w:trPr>
        <w:tc>
          <w:tcPr>
            <w:tcW w:w="794" w:type="dxa"/>
            <w:vAlign w:val="center"/>
          </w:tcPr>
          <w:p w14:paraId="0648EADF" w14:textId="77777777" w:rsidR="00BD0222" w:rsidRDefault="00DF0B0D">
            <w:pPr>
              <w:spacing w:after="0" w:line="240" w:lineRule="auto"/>
              <w:jc w:val="center"/>
            </w:pPr>
            <w:r>
              <w:rPr>
                <w:sz w:val="22"/>
                <w:szCs w:val="22"/>
              </w:rPr>
              <w:t>T2</w:t>
            </w:r>
          </w:p>
        </w:tc>
        <w:tc>
          <w:tcPr>
            <w:tcW w:w="2608" w:type="dxa"/>
          </w:tcPr>
          <w:p w14:paraId="36672D3A" w14:textId="77777777" w:rsidR="00BD0222" w:rsidRDefault="00DF0B0D">
            <w:pPr>
              <w:spacing w:after="0" w:line="240" w:lineRule="auto"/>
            </w:pPr>
            <w:r>
              <w:rPr>
                <w:sz w:val="22"/>
                <w:szCs w:val="22"/>
              </w:rPr>
              <w:t>Âm thanh</w:t>
            </w:r>
          </w:p>
        </w:tc>
        <w:tc>
          <w:tcPr>
            <w:tcW w:w="1701" w:type="dxa"/>
          </w:tcPr>
          <w:p w14:paraId="2F3ED719" w14:textId="77777777" w:rsidR="00BD0222" w:rsidRDefault="00DF0B0D">
            <w:pPr>
              <w:spacing w:after="0" w:line="240" w:lineRule="auto"/>
            </w:pPr>
            <w:r>
              <w:rPr>
                <w:sz w:val="22"/>
                <w:szCs w:val="22"/>
              </w:rPr>
              <w:t>ML5.js</w:t>
            </w:r>
          </w:p>
        </w:tc>
        <w:tc>
          <w:tcPr>
            <w:tcW w:w="3969" w:type="dxa"/>
          </w:tcPr>
          <w:p w14:paraId="18CEA96F" w14:textId="77777777" w:rsidR="00BD0222" w:rsidRDefault="00DF0B0D">
            <w:pPr>
              <w:spacing w:after="0" w:line="240" w:lineRule="auto"/>
            </w:pPr>
            <w:r>
              <w:rPr>
                <w:sz w:val="22"/>
                <w:szCs w:val="22"/>
              </w:rPr>
              <w:t>Có sẵn mô hình nhận dạng âm thanh; Teachable Machine không tạo được ứng dụng có giao diện cho người dùng.</w:t>
            </w:r>
          </w:p>
        </w:tc>
      </w:tr>
      <w:tr w:rsidR="00BD0222" w14:paraId="447544D1" w14:textId="77777777">
        <w:trPr>
          <w:cantSplit/>
          <w:jc w:val="center"/>
        </w:trPr>
        <w:tc>
          <w:tcPr>
            <w:tcW w:w="794" w:type="dxa"/>
            <w:vAlign w:val="center"/>
          </w:tcPr>
          <w:p w14:paraId="7587247A" w14:textId="77777777" w:rsidR="00BD0222" w:rsidRDefault="00DF0B0D">
            <w:pPr>
              <w:spacing w:after="0" w:line="240" w:lineRule="auto"/>
              <w:jc w:val="center"/>
            </w:pPr>
            <w:r>
              <w:rPr>
                <w:sz w:val="22"/>
                <w:szCs w:val="22"/>
              </w:rPr>
              <w:t>T3</w:t>
            </w:r>
          </w:p>
        </w:tc>
        <w:tc>
          <w:tcPr>
            <w:tcW w:w="2608" w:type="dxa"/>
          </w:tcPr>
          <w:p w14:paraId="5C8F42D2" w14:textId="77777777" w:rsidR="00BD0222" w:rsidRDefault="00DF0B0D">
            <w:pPr>
              <w:spacing w:after="0" w:line="240" w:lineRule="auto"/>
            </w:pPr>
            <w:r>
              <w:rPr>
                <w:sz w:val="22"/>
                <w:szCs w:val="22"/>
              </w:rPr>
              <w:t>Thao tác người dùng trên điện thoại</w:t>
            </w:r>
          </w:p>
        </w:tc>
        <w:tc>
          <w:tcPr>
            <w:tcW w:w="1701" w:type="dxa"/>
          </w:tcPr>
          <w:p w14:paraId="7F035EB5" w14:textId="77777777" w:rsidR="00BD0222" w:rsidRDefault="00DF0B0D">
            <w:pPr>
              <w:spacing w:after="0" w:line="240" w:lineRule="auto"/>
            </w:pPr>
            <w:r>
              <w:rPr>
                <w:sz w:val="22"/>
                <w:szCs w:val="22"/>
              </w:rPr>
              <w:t>MIT App Inventor</w:t>
            </w:r>
          </w:p>
        </w:tc>
        <w:tc>
          <w:tcPr>
            <w:tcW w:w="3969" w:type="dxa"/>
          </w:tcPr>
          <w:p w14:paraId="3F553F96" w14:textId="77777777" w:rsidR="00BD0222" w:rsidRDefault="00DF0B0D">
            <w:pPr>
              <w:spacing w:after="0" w:line="240" w:lineRule="auto"/>
            </w:pPr>
            <w:r>
              <w:rPr>
                <w:sz w:val="22"/>
                <w:szCs w:val="22"/>
              </w:rPr>
              <w:t>Cần làm ứng dụng điện thoại. Chỉ dùng được khi nơi làm việc có mạng và người dùng có tài khoản.</w:t>
            </w:r>
          </w:p>
        </w:tc>
      </w:tr>
      <w:tr w:rsidR="00BD0222" w14:paraId="6B2FA5DA" w14:textId="77777777">
        <w:trPr>
          <w:cantSplit/>
          <w:jc w:val="center"/>
        </w:trPr>
        <w:tc>
          <w:tcPr>
            <w:tcW w:w="794" w:type="dxa"/>
            <w:vAlign w:val="center"/>
          </w:tcPr>
          <w:p w14:paraId="61DDF245" w14:textId="77777777" w:rsidR="00BD0222" w:rsidRDefault="00DF0B0D">
            <w:pPr>
              <w:spacing w:after="0" w:line="240" w:lineRule="auto"/>
              <w:jc w:val="center"/>
            </w:pPr>
            <w:r>
              <w:rPr>
                <w:sz w:val="22"/>
                <w:szCs w:val="22"/>
              </w:rPr>
              <w:t>T4</w:t>
            </w:r>
          </w:p>
        </w:tc>
        <w:tc>
          <w:tcPr>
            <w:tcW w:w="2608" w:type="dxa"/>
          </w:tcPr>
          <w:p w14:paraId="1AA433EF" w14:textId="77777777" w:rsidR="00BD0222" w:rsidRDefault="00DF0B0D">
            <w:pPr>
              <w:spacing w:after="0" w:line="240" w:lineRule="auto"/>
            </w:pPr>
            <w:r>
              <w:rPr>
                <w:sz w:val="22"/>
                <w:szCs w:val="22"/>
              </w:rPr>
              <w:t>Số liệu</w:t>
            </w:r>
          </w:p>
        </w:tc>
        <w:tc>
          <w:tcPr>
            <w:tcW w:w="1701" w:type="dxa"/>
          </w:tcPr>
          <w:p w14:paraId="28691CC3" w14:textId="77777777" w:rsidR="00BD0222" w:rsidRDefault="00DF0B0D">
            <w:pPr>
              <w:spacing w:after="0" w:line="240" w:lineRule="auto"/>
            </w:pPr>
            <w:r>
              <w:rPr>
                <w:sz w:val="22"/>
                <w:szCs w:val="22"/>
              </w:rPr>
              <w:t>TensorFlow.js</w:t>
            </w:r>
          </w:p>
        </w:tc>
        <w:tc>
          <w:tcPr>
            <w:tcW w:w="3969" w:type="dxa"/>
          </w:tcPr>
          <w:p w14:paraId="63811C82" w14:textId="77777777" w:rsidR="00BD0222" w:rsidRDefault="00DF0B0D">
            <w:pPr>
              <w:spacing w:after="0" w:line="240" w:lineRule="auto"/>
            </w:pPr>
            <w:r>
              <w:rPr>
                <w:sz w:val="22"/>
                <w:szCs w:val="22"/>
              </w:rPr>
              <w:t>Cần dự đoán từ số liệu và mô hình đã huấn luyện; chạy được trong trình duyệt.</w:t>
            </w:r>
          </w:p>
        </w:tc>
      </w:tr>
      <w:tr w:rsidR="00BD0222" w14:paraId="651B9102" w14:textId="77777777">
        <w:trPr>
          <w:cantSplit/>
          <w:jc w:val="center"/>
        </w:trPr>
        <w:tc>
          <w:tcPr>
            <w:tcW w:w="794" w:type="dxa"/>
            <w:vAlign w:val="center"/>
          </w:tcPr>
          <w:p w14:paraId="1DFA9B5A" w14:textId="77777777" w:rsidR="00BD0222" w:rsidRDefault="00DF0B0D">
            <w:pPr>
              <w:spacing w:after="0" w:line="240" w:lineRule="auto"/>
              <w:jc w:val="center"/>
            </w:pPr>
            <w:r>
              <w:rPr>
                <w:sz w:val="22"/>
                <w:szCs w:val="22"/>
              </w:rPr>
              <w:t>T5</w:t>
            </w:r>
          </w:p>
        </w:tc>
        <w:tc>
          <w:tcPr>
            <w:tcW w:w="2608" w:type="dxa"/>
          </w:tcPr>
          <w:p w14:paraId="3226889D" w14:textId="77777777" w:rsidR="00BD0222" w:rsidRDefault="00DF0B0D">
            <w:pPr>
              <w:spacing w:after="0" w:line="240" w:lineRule="auto"/>
            </w:pPr>
            <w:r>
              <w:rPr>
                <w:sz w:val="22"/>
                <w:szCs w:val="22"/>
              </w:rPr>
              <w:t>Ảnh</w:t>
            </w:r>
          </w:p>
        </w:tc>
        <w:tc>
          <w:tcPr>
            <w:tcW w:w="1701" w:type="dxa"/>
          </w:tcPr>
          <w:p w14:paraId="0B53BC5D" w14:textId="77777777" w:rsidR="00BD0222" w:rsidRDefault="00DF0B0D">
            <w:pPr>
              <w:spacing w:after="0" w:line="240" w:lineRule="auto"/>
            </w:pPr>
            <w:r>
              <w:rPr>
                <w:sz w:val="22"/>
                <w:szCs w:val="22"/>
              </w:rPr>
              <w:t>Teachable Machine</w:t>
            </w:r>
          </w:p>
        </w:tc>
        <w:tc>
          <w:tcPr>
            <w:tcW w:w="3969" w:type="dxa"/>
          </w:tcPr>
          <w:p w14:paraId="266E00A5" w14:textId="77777777" w:rsidR="00BD0222" w:rsidRDefault="00DF0B0D">
            <w:pPr>
              <w:spacing w:after="0" w:line="240" w:lineRule="auto"/>
            </w:pPr>
            <w:r>
              <w:rPr>
                <w:sz w:val="22"/>
                <w:szCs w:val="22"/>
              </w:rPr>
              <w:t>Cùng loại đầu vào với T1 nên dùng chung công cụ, giúp nhóm chỉ học một lần.</w:t>
            </w:r>
          </w:p>
        </w:tc>
      </w:tr>
      <w:tr w:rsidR="00BD0222" w14:paraId="7B92F99F" w14:textId="77777777">
        <w:trPr>
          <w:cantSplit/>
          <w:jc w:val="center"/>
        </w:trPr>
        <w:tc>
          <w:tcPr>
            <w:tcW w:w="794" w:type="dxa"/>
            <w:vAlign w:val="center"/>
          </w:tcPr>
          <w:p w14:paraId="6D96D61C" w14:textId="77777777" w:rsidR="00BD0222" w:rsidRDefault="00DF0B0D">
            <w:pPr>
              <w:spacing w:after="0" w:line="240" w:lineRule="auto"/>
              <w:jc w:val="center"/>
            </w:pPr>
            <w:r>
              <w:rPr>
                <w:sz w:val="22"/>
                <w:szCs w:val="22"/>
              </w:rPr>
              <w:t>T6</w:t>
            </w:r>
          </w:p>
        </w:tc>
        <w:tc>
          <w:tcPr>
            <w:tcW w:w="2608" w:type="dxa"/>
          </w:tcPr>
          <w:p w14:paraId="4EA0EEF3" w14:textId="77777777" w:rsidR="00BD0222" w:rsidRDefault="00DF0B0D">
            <w:pPr>
              <w:spacing w:after="0" w:line="240" w:lineRule="auto"/>
            </w:pPr>
            <w:r>
              <w:rPr>
                <w:sz w:val="22"/>
                <w:szCs w:val="22"/>
              </w:rPr>
              <w:t>Số liệu</w:t>
            </w:r>
          </w:p>
        </w:tc>
        <w:tc>
          <w:tcPr>
            <w:tcW w:w="1701" w:type="dxa"/>
          </w:tcPr>
          <w:p w14:paraId="0EFBC702" w14:textId="77777777" w:rsidR="00BD0222" w:rsidRDefault="00DF0B0D">
            <w:pPr>
              <w:spacing w:after="0" w:line="240" w:lineRule="auto"/>
            </w:pPr>
            <w:r>
              <w:rPr>
                <w:sz w:val="22"/>
                <w:szCs w:val="22"/>
              </w:rPr>
              <w:t>TensorFlow.js</w:t>
            </w:r>
          </w:p>
        </w:tc>
        <w:tc>
          <w:tcPr>
            <w:tcW w:w="3969" w:type="dxa"/>
          </w:tcPr>
          <w:p w14:paraId="6C0E4C53" w14:textId="77777777" w:rsidR="00BD0222" w:rsidRDefault="00DF0B0D">
            <w:pPr>
              <w:spacing w:after="0" w:line="240" w:lineRule="auto"/>
            </w:pPr>
            <w:r>
              <w:rPr>
                <w:sz w:val="22"/>
                <w:szCs w:val="22"/>
              </w:rPr>
              <w:t>Cùng loại đầu vào với T4; dùng chung công cụ để tiết kiệm thời gian học.</w:t>
            </w:r>
          </w:p>
        </w:tc>
      </w:tr>
    </w:tbl>
    <w:p w14:paraId="3A8CE69B" w14:textId="77777777" w:rsidR="00BD0222" w:rsidRDefault="00DF0B0D">
      <w:pPr>
        <w:spacing w:after="60" w:line="264" w:lineRule="auto"/>
        <w:jc w:val="both"/>
      </w:pPr>
      <w:r>
        <w:rPr>
          <w:i/>
          <w:sz w:val="24"/>
        </w:rPr>
        <w:t>Chấp nhận thẻ T1 và T5 chọn TensorFlow.js nếu nhóm nêu được căn cứ là cần tích hợp với ứng dụng sẵn có. Không chấp nhận việc chọn công cụ theo độ nổi tiếng hoặc theo cảm tính. Cột “có cần thử lại công cụ khác không” chỉ cần ghi “có” hoặc “không” kèm một lí do ngắn; bảng gợi ý trên không in cột này.</w:t>
      </w:r>
    </w:p>
    <w:p w14:paraId="4A778872" w14:textId="77777777" w:rsidR="00BD0222" w:rsidRDefault="00DF0B0D">
      <w:pPr>
        <w:keepNext/>
        <w:spacing w:before="80" w:after="60" w:line="264" w:lineRule="auto"/>
        <w:jc w:val="both"/>
      </w:pPr>
      <w:r>
        <w:rPr>
          <w:b/>
        </w:rPr>
        <w:t>4. Gợi ý đáp án Phiếu học tập 12.5.2</w:t>
      </w:r>
    </w:p>
    <w:p w14:paraId="66BA69D5" w14:textId="77777777" w:rsidR="00BD0222" w:rsidRDefault="00DF0B0D">
      <w:pPr>
        <w:spacing w:after="60" w:line="264" w:lineRule="auto"/>
        <w:jc w:val="both"/>
      </w:pPr>
      <w:r>
        <w:t>Phần A (ba dòng đầu bắt buộc, hai dòng cuối là phần làm thêm):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928"/>
        <w:gridCol w:w="3572"/>
        <w:gridCol w:w="3572"/>
      </w:tblGrid>
      <w:tr w:rsidR="00BD0222" w14:paraId="04015547" w14:textId="77777777">
        <w:trPr>
          <w:cantSplit/>
          <w:tblHeader/>
          <w:jc w:val="center"/>
        </w:trPr>
        <w:tc>
          <w:tcPr>
            <w:tcW w:w="1928" w:type="dxa"/>
            <w:vAlign w:val="center"/>
          </w:tcPr>
          <w:p w14:paraId="187B0A37" w14:textId="77777777" w:rsidR="00BD0222" w:rsidRDefault="00DF0B0D">
            <w:pPr>
              <w:spacing w:after="0" w:line="240" w:lineRule="auto"/>
              <w:jc w:val="center"/>
            </w:pPr>
            <w:r>
              <w:rPr>
                <w:b/>
                <w:sz w:val="22"/>
                <w:szCs w:val="22"/>
              </w:rPr>
              <w:t>Tiêu chí</w:t>
            </w:r>
          </w:p>
        </w:tc>
        <w:tc>
          <w:tcPr>
            <w:tcW w:w="3572" w:type="dxa"/>
            <w:vAlign w:val="center"/>
          </w:tcPr>
          <w:p w14:paraId="4343A0CB" w14:textId="77777777" w:rsidR="00BD0222" w:rsidRDefault="00DF0B0D">
            <w:pPr>
              <w:spacing w:after="0" w:line="240" w:lineRule="auto"/>
              <w:jc w:val="center"/>
            </w:pPr>
            <w:r>
              <w:rPr>
                <w:b/>
                <w:sz w:val="22"/>
                <w:szCs w:val="22"/>
              </w:rPr>
              <w:t>Cách đo</w:t>
            </w:r>
          </w:p>
        </w:tc>
        <w:tc>
          <w:tcPr>
            <w:tcW w:w="3572" w:type="dxa"/>
            <w:vAlign w:val="center"/>
          </w:tcPr>
          <w:p w14:paraId="147C6A29" w14:textId="77777777" w:rsidR="00BD0222" w:rsidRDefault="00DF0B0D">
            <w:pPr>
              <w:spacing w:after="0" w:line="240" w:lineRule="auto"/>
              <w:jc w:val="center"/>
            </w:pPr>
            <w:r>
              <w:rPr>
                <w:b/>
                <w:sz w:val="22"/>
                <w:szCs w:val="22"/>
              </w:rPr>
              <w:t>Nguồn số liệu cần có</w:t>
            </w:r>
          </w:p>
        </w:tc>
      </w:tr>
      <w:tr w:rsidR="00BD0222" w14:paraId="11721A2B" w14:textId="77777777">
        <w:trPr>
          <w:cantSplit/>
          <w:jc w:val="center"/>
        </w:trPr>
        <w:tc>
          <w:tcPr>
            <w:tcW w:w="1928" w:type="dxa"/>
          </w:tcPr>
          <w:p w14:paraId="423148FA" w14:textId="77777777" w:rsidR="00BD0222" w:rsidRDefault="00DF0B0D">
            <w:pPr>
              <w:spacing w:after="0" w:line="240" w:lineRule="auto"/>
            </w:pPr>
            <w:r>
              <w:rPr>
                <w:sz w:val="22"/>
                <w:szCs w:val="22"/>
              </w:rPr>
              <w:t>Độ chính xác</w:t>
            </w:r>
          </w:p>
        </w:tc>
        <w:tc>
          <w:tcPr>
            <w:tcW w:w="3572" w:type="dxa"/>
          </w:tcPr>
          <w:p w14:paraId="77C983E5" w14:textId="77777777" w:rsidR="00BD0222" w:rsidRDefault="00DF0B0D">
            <w:pPr>
              <w:spacing w:after="0" w:line="240" w:lineRule="auto"/>
            </w:pPr>
            <w:r>
              <w:rPr>
                <w:sz w:val="22"/>
                <w:szCs w:val="22"/>
              </w:rPr>
              <w:t>Số ảnh kết luận đúng chia cho tổng số ảnh kiểm thử, tính theo tỉ lệ phần trăm.</w:t>
            </w:r>
          </w:p>
        </w:tc>
        <w:tc>
          <w:tcPr>
            <w:tcW w:w="3572" w:type="dxa"/>
          </w:tcPr>
          <w:p w14:paraId="08D5E9AC" w14:textId="77777777" w:rsidR="00BD0222" w:rsidRDefault="00DF0B0D">
            <w:pPr>
              <w:spacing w:after="0" w:line="240" w:lineRule="auto"/>
            </w:pPr>
            <w:r>
              <w:rPr>
                <w:sz w:val="22"/>
                <w:szCs w:val="22"/>
              </w:rPr>
              <w:t>Bốn mươi ảnh lá lúa đã gán nhãn, ảnh có cả lá khoẻ lẫn lá bệnh.</w:t>
            </w:r>
          </w:p>
        </w:tc>
      </w:tr>
      <w:tr w:rsidR="00BD0222" w14:paraId="0A7EB7EC" w14:textId="77777777">
        <w:trPr>
          <w:cantSplit/>
          <w:jc w:val="center"/>
        </w:trPr>
        <w:tc>
          <w:tcPr>
            <w:tcW w:w="1928" w:type="dxa"/>
          </w:tcPr>
          <w:p w14:paraId="61629D50" w14:textId="77777777" w:rsidR="00BD0222" w:rsidRDefault="00DF0B0D">
            <w:pPr>
              <w:spacing w:after="0" w:line="240" w:lineRule="auto"/>
            </w:pPr>
            <w:r>
              <w:rPr>
                <w:sz w:val="22"/>
                <w:szCs w:val="22"/>
              </w:rPr>
              <w:t>Số ảnh bị bỏ sót</w:t>
            </w:r>
          </w:p>
        </w:tc>
        <w:tc>
          <w:tcPr>
            <w:tcW w:w="3572" w:type="dxa"/>
          </w:tcPr>
          <w:p w14:paraId="1F3A0106" w14:textId="77777777" w:rsidR="00BD0222" w:rsidRDefault="00DF0B0D">
            <w:pPr>
              <w:spacing w:after="0" w:line="240" w:lineRule="auto"/>
            </w:pPr>
            <w:r>
              <w:rPr>
                <w:sz w:val="22"/>
                <w:szCs w:val="22"/>
              </w:rPr>
              <w:t>Đếm số ảnh lá bệnh mà hệ thống kết luận là lá khoẻ.</w:t>
            </w:r>
          </w:p>
        </w:tc>
        <w:tc>
          <w:tcPr>
            <w:tcW w:w="3572" w:type="dxa"/>
          </w:tcPr>
          <w:p w14:paraId="0F45F96E" w14:textId="77777777" w:rsidR="00BD0222" w:rsidRDefault="00DF0B0D">
            <w:pPr>
              <w:spacing w:after="0" w:line="240" w:lineRule="auto"/>
            </w:pPr>
            <w:r>
              <w:rPr>
                <w:sz w:val="22"/>
                <w:szCs w:val="22"/>
              </w:rPr>
              <w:t>Danh sách ảnh lá bệnh trong tập kiểm thử và kết quả của hệ thống.</w:t>
            </w:r>
          </w:p>
        </w:tc>
      </w:tr>
      <w:tr w:rsidR="00BD0222" w14:paraId="273C5A13" w14:textId="77777777">
        <w:trPr>
          <w:cantSplit/>
          <w:jc w:val="center"/>
        </w:trPr>
        <w:tc>
          <w:tcPr>
            <w:tcW w:w="1928" w:type="dxa"/>
          </w:tcPr>
          <w:p w14:paraId="3A628CBC" w14:textId="77777777" w:rsidR="00BD0222" w:rsidRDefault="00DF0B0D">
            <w:pPr>
              <w:spacing w:after="0" w:line="240" w:lineRule="auto"/>
            </w:pPr>
            <w:r>
              <w:rPr>
                <w:sz w:val="22"/>
                <w:szCs w:val="22"/>
              </w:rPr>
              <w:t>Thời gian phản hồi</w:t>
            </w:r>
          </w:p>
        </w:tc>
        <w:tc>
          <w:tcPr>
            <w:tcW w:w="3572" w:type="dxa"/>
          </w:tcPr>
          <w:p w14:paraId="71BDE462" w14:textId="77777777" w:rsidR="00BD0222" w:rsidRDefault="00DF0B0D">
            <w:pPr>
              <w:spacing w:after="0" w:line="240" w:lineRule="auto"/>
            </w:pPr>
            <w:r>
              <w:rPr>
                <w:sz w:val="22"/>
                <w:szCs w:val="22"/>
              </w:rPr>
              <w:t>Đo số giây từ lúc chụp ảnh đến lúc màn hình hiện kết luận, lấy trung bình của mười lần thử.</w:t>
            </w:r>
          </w:p>
        </w:tc>
        <w:tc>
          <w:tcPr>
            <w:tcW w:w="3572" w:type="dxa"/>
          </w:tcPr>
          <w:p w14:paraId="1CEF6682" w14:textId="77777777" w:rsidR="00BD0222" w:rsidRDefault="00DF0B0D">
            <w:pPr>
              <w:spacing w:after="0" w:line="240" w:lineRule="auto"/>
            </w:pPr>
            <w:r>
              <w:rPr>
                <w:sz w:val="22"/>
                <w:szCs w:val="22"/>
              </w:rPr>
              <w:t>Đồng hồ của điện thoại; GV ghi giúp trên giấy nếu thiếu dụng cụ.</w:t>
            </w:r>
          </w:p>
        </w:tc>
      </w:tr>
      <w:tr w:rsidR="00BD0222" w14:paraId="5BB8124C" w14:textId="77777777">
        <w:trPr>
          <w:cantSplit/>
          <w:jc w:val="center"/>
        </w:trPr>
        <w:tc>
          <w:tcPr>
            <w:tcW w:w="1928" w:type="dxa"/>
          </w:tcPr>
          <w:p w14:paraId="5158645E" w14:textId="77777777" w:rsidR="00BD0222" w:rsidRDefault="00DF0B0D">
            <w:pPr>
              <w:spacing w:after="0" w:line="240" w:lineRule="auto"/>
            </w:pPr>
            <w:r>
              <w:rPr>
                <w:sz w:val="22"/>
                <w:szCs w:val="22"/>
              </w:rPr>
              <w:t>Chi phí vận hành</w:t>
            </w:r>
          </w:p>
        </w:tc>
        <w:tc>
          <w:tcPr>
            <w:tcW w:w="3572" w:type="dxa"/>
          </w:tcPr>
          <w:p w14:paraId="470F3F58" w14:textId="77777777" w:rsidR="00BD0222" w:rsidRDefault="00DF0B0D">
            <w:pPr>
              <w:spacing w:after="0" w:line="240" w:lineRule="auto"/>
            </w:pPr>
            <w:r>
              <w:rPr>
                <w:sz w:val="22"/>
                <w:szCs w:val="22"/>
              </w:rPr>
              <w:t>Cộng tiền mua thiết bị và tiền thuê dịch vụ, chia cho số tháng sử dụng.</w:t>
            </w:r>
          </w:p>
        </w:tc>
        <w:tc>
          <w:tcPr>
            <w:tcW w:w="3572" w:type="dxa"/>
          </w:tcPr>
          <w:p w14:paraId="2EFDDA9A" w14:textId="77777777" w:rsidR="00BD0222" w:rsidRDefault="00DF0B0D">
            <w:pPr>
              <w:spacing w:after="0" w:line="240" w:lineRule="auto"/>
            </w:pPr>
            <w:r>
              <w:rPr>
                <w:sz w:val="22"/>
                <w:szCs w:val="22"/>
              </w:rPr>
              <w:t>Hoá đơn hoặc bảng giá dịch vụ, dùng số giả lập.</w:t>
            </w:r>
          </w:p>
        </w:tc>
      </w:tr>
      <w:tr w:rsidR="00BD0222" w14:paraId="22F8B261" w14:textId="77777777">
        <w:trPr>
          <w:cantSplit/>
          <w:jc w:val="center"/>
        </w:trPr>
        <w:tc>
          <w:tcPr>
            <w:tcW w:w="1928" w:type="dxa"/>
          </w:tcPr>
          <w:p w14:paraId="3FA2CAF8" w14:textId="77777777" w:rsidR="00BD0222" w:rsidRDefault="00DF0B0D">
            <w:pPr>
              <w:spacing w:after="0" w:line="240" w:lineRule="auto"/>
            </w:pPr>
            <w:r>
              <w:rPr>
                <w:sz w:val="22"/>
                <w:szCs w:val="22"/>
              </w:rPr>
              <w:t>Kết quả khi mất mạng</w:t>
            </w:r>
          </w:p>
        </w:tc>
        <w:tc>
          <w:tcPr>
            <w:tcW w:w="3572" w:type="dxa"/>
          </w:tcPr>
          <w:p w14:paraId="6351725E" w14:textId="77777777" w:rsidR="00BD0222" w:rsidRDefault="00DF0B0D">
            <w:pPr>
              <w:spacing w:after="0" w:line="240" w:lineRule="auto"/>
            </w:pPr>
            <w:r>
              <w:rPr>
                <w:sz w:val="22"/>
                <w:szCs w:val="22"/>
              </w:rPr>
              <w:t>Tắt mạng rồi thử lại toàn bộ sáu thao tác của người dùng.</w:t>
            </w:r>
          </w:p>
        </w:tc>
        <w:tc>
          <w:tcPr>
            <w:tcW w:w="3572" w:type="dxa"/>
          </w:tcPr>
          <w:p w14:paraId="469D7E07" w14:textId="77777777" w:rsidR="00BD0222" w:rsidRDefault="00DF0B0D">
            <w:pPr>
              <w:spacing w:after="0" w:line="240" w:lineRule="auto"/>
            </w:pPr>
            <w:r>
              <w:rPr>
                <w:sz w:val="22"/>
                <w:szCs w:val="22"/>
              </w:rPr>
              <w:t>Ghi chép thử, ghi rõ bước nào không thực hiện được.</w:t>
            </w:r>
          </w:p>
        </w:tc>
      </w:tr>
    </w:tbl>
    <w:p w14:paraId="39DFF2EE" w14:textId="77777777" w:rsidR="00BD0222" w:rsidRDefault="00BD0222">
      <w:pPr>
        <w:spacing w:after="40" w:line="192" w:lineRule="auto"/>
        <w:jc w:val="both"/>
      </w:pPr>
    </w:p>
    <w:p w14:paraId="5F775712" w14:textId="77777777" w:rsidR="00BD0222" w:rsidRDefault="00DF0B0D">
      <w:pPr>
        <w:spacing w:after="60" w:line="264" w:lineRule="auto"/>
        <w:jc w:val="both"/>
      </w:pPr>
      <w:r>
        <w:t>Phần B, một kế hoạch đáp ứng yêu cầu (nhóm dùng để đối chiếu):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494"/>
        <w:gridCol w:w="6576"/>
      </w:tblGrid>
      <w:tr w:rsidR="00BD0222" w14:paraId="08BC6C40" w14:textId="77777777">
        <w:trPr>
          <w:cantSplit/>
          <w:tblHeader/>
          <w:jc w:val="center"/>
        </w:trPr>
        <w:tc>
          <w:tcPr>
            <w:tcW w:w="2494" w:type="dxa"/>
            <w:vAlign w:val="center"/>
          </w:tcPr>
          <w:p w14:paraId="005439BD" w14:textId="77777777" w:rsidR="00BD0222" w:rsidRDefault="00DF0B0D">
            <w:pPr>
              <w:spacing w:after="0" w:line="240" w:lineRule="auto"/>
              <w:jc w:val="center"/>
            </w:pPr>
            <w:r>
              <w:rPr>
                <w:b/>
                <w:sz w:val="22"/>
                <w:szCs w:val="22"/>
              </w:rPr>
              <w:t>Nội dung kế hoạch</w:t>
            </w:r>
          </w:p>
        </w:tc>
        <w:tc>
          <w:tcPr>
            <w:tcW w:w="6576" w:type="dxa"/>
            <w:vAlign w:val="center"/>
          </w:tcPr>
          <w:p w14:paraId="3A37C63A" w14:textId="77777777" w:rsidR="00BD0222" w:rsidRDefault="00DF0B0D">
            <w:pPr>
              <w:spacing w:after="0" w:line="240" w:lineRule="auto"/>
              <w:jc w:val="center"/>
            </w:pPr>
            <w:r>
              <w:rPr>
                <w:b/>
                <w:sz w:val="22"/>
                <w:szCs w:val="22"/>
              </w:rPr>
              <w:t>Câu trả lời mẫu</w:t>
            </w:r>
          </w:p>
        </w:tc>
      </w:tr>
      <w:tr w:rsidR="00BD0222" w14:paraId="5BCB18E4" w14:textId="77777777">
        <w:trPr>
          <w:cantSplit/>
          <w:jc w:val="center"/>
        </w:trPr>
        <w:tc>
          <w:tcPr>
            <w:tcW w:w="2494" w:type="dxa"/>
          </w:tcPr>
          <w:p w14:paraId="3F91988F" w14:textId="77777777" w:rsidR="00BD0222" w:rsidRDefault="00DF0B0D">
            <w:pPr>
              <w:spacing w:after="0" w:line="240" w:lineRule="auto"/>
            </w:pPr>
            <w:r>
              <w:rPr>
                <w:sz w:val="22"/>
                <w:szCs w:val="22"/>
              </w:rPr>
              <w:t>1. Ngưỡng chấp nhận</w:t>
            </w:r>
          </w:p>
        </w:tc>
        <w:tc>
          <w:tcPr>
            <w:tcW w:w="6576" w:type="dxa"/>
          </w:tcPr>
          <w:p w14:paraId="4F968076" w14:textId="77777777" w:rsidR="00BD0222" w:rsidRDefault="00DF0B0D">
            <w:pPr>
              <w:spacing w:after="0" w:line="240" w:lineRule="auto"/>
            </w:pPr>
            <w:r>
              <w:rPr>
                <w:sz w:val="22"/>
                <w:szCs w:val="22"/>
              </w:rPr>
              <w:t>Bà Tư và chị Hà cùng đặt: trong 40 lá kiểm thử có 32 lá bị đạo ôn, hệ thống phải phát hiện đúng ít nhất 28 trong 32 lá đó; thời gian phản hồi dưới 5 giây mỗi ảnh.</w:t>
            </w:r>
          </w:p>
        </w:tc>
      </w:tr>
      <w:tr w:rsidR="00BD0222" w14:paraId="31847AEF" w14:textId="77777777">
        <w:trPr>
          <w:cantSplit/>
          <w:jc w:val="center"/>
        </w:trPr>
        <w:tc>
          <w:tcPr>
            <w:tcW w:w="2494" w:type="dxa"/>
          </w:tcPr>
          <w:p w14:paraId="1986BD7E" w14:textId="77777777" w:rsidR="00BD0222" w:rsidRDefault="00DF0B0D">
            <w:pPr>
              <w:spacing w:after="0" w:line="240" w:lineRule="auto"/>
            </w:pPr>
            <w:r>
              <w:rPr>
                <w:sz w:val="22"/>
                <w:szCs w:val="22"/>
              </w:rPr>
              <w:t>2. Dữ liệu kiểm thử</w:t>
            </w:r>
          </w:p>
        </w:tc>
        <w:tc>
          <w:tcPr>
            <w:tcW w:w="6576" w:type="dxa"/>
          </w:tcPr>
          <w:p w14:paraId="61205C5E" w14:textId="77777777" w:rsidR="00BD0222" w:rsidRDefault="00DF0B0D">
            <w:pPr>
              <w:spacing w:after="0" w:line="240" w:lineRule="auto"/>
            </w:pPr>
            <w:r>
              <w:rPr>
                <w:sz w:val="22"/>
                <w:szCs w:val="22"/>
              </w:rPr>
              <w:t>Bà con mang lá lúa (cả lá khoẻ và lá bị đạo ôn) từ ba xóm khác nhau, chụp 40 ảnh; chị Hà và hai cán bộ khuyến nông gán nhãn thật vào ngày thứ hai.</w:t>
            </w:r>
          </w:p>
        </w:tc>
      </w:tr>
      <w:tr w:rsidR="00BD0222" w14:paraId="35451349" w14:textId="77777777">
        <w:trPr>
          <w:cantSplit/>
          <w:jc w:val="center"/>
        </w:trPr>
        <w:tc>
          <w:tcPr>
            <w:tcW w:w="2494" w:type="dxa"/>
          </w:tcPr>
          <w:p w14:paraId="426CF52C" w14:textId="77777777" w:rsidR="00BD0222" w:rsidRDefault="00DF0B0D">
            <w:pPr>
              <w:spacing w:after="0" w:line="240" w:lineRule="auto"/>
            </w:pPr>
            <w:r>
              <w:rPr>
                <w:sz w:val="22"/>
                <w:szCs w:val="22"/>
              </w:rPr>
              <w:t>3. Tách dữ liệu kiểm thử</w:t>
            </w:r>
          </w:p>
        </w:tc>
        <w:tc>
          <w:tcPr>
            <w:tcW w:w="6576" w:type="dxa"/>
          </w:tcPr>
          <w:p w14:paraId="6906645C" w14:textId="77777777" w:rsidR="00BD0222" w:rsidRDefault="00DF0B0D">
            <w:pPr>
              <w:spacing w:after="0" w:line="240" w:lineRule="auto"/>
            </w:pPr>
            <w:r>
              <w:rPr>
                <w:sz w:val="22"/>
                <w:szCs w:val="22"/>
              </w:rPr>
              <w:t>Trong 300 ảnh đã chụp, lấy 260 ảnh huấn luyện và giữ 40 ảnh kiểm thử riêng; hai nhóm ảnh lấy từ hai đợt chụp khác nhau.</w:t>
            </w:r>
          </w:p>
        </w:tc>
      </w:tr>
      <w:tr w:rsidR="00BD0222" w14:paraId="036893BF" w14:textId="77777777">
        <w:trPr>
          <w:cantSplit/>
          <w:jc w:val="center"/>
        </w:trPr>
        <w:tc>
          <w:tcPr>
            <w:tcW w:w="2494" w:type="dxa"/>
          </w:tcPr>
          <w:p w14:paraId="3601A6A5" w14:textId="77777777" w:rsidR="00BD0222" w:rsidRDefault="00DF0B0D">
            <w:pPr>
              <w:spacing w:after="0" w:line="240" w:lineRule="auto"/>
            </w:pPr>
            <w:r>
              <w:rPr>
                <w:sz w:val="22"/>
                <w:szCs w:val="22"/>
              </w:rPr>
              <w:t>4. Người thực hiện</w:t>
            </w:r>
          </w:p>
        </w:tc>
        <w:tc>
          <w:tcPr>
            <w:tcW w:w="6576" w:type="dxa"/>
          </w:tcPr>
          <w:p w14:paraId="7862DA96" w14:textId="77777777" w:rsidR="00BD0222" w:rsidRDefault="00DF0B0D">
            <w:pPr>
              <w:spacing w:after="0" w:line="240" w:lineRule="auto"/>
            </w:pPr>
            <w:r>
              <w:rPr>
                <w:sz w:val="22"/>
                <w:szCs w:val="22"/>
              </w:rPr>
              <w:t>Nhóm chụp và chạy thử; bạn Hữu ghi bảng kết quả; chị Hà đối chiếu cột nhãn thật.</w:t>
            </w:r>
          </w:p>
        </w:tc>
      </w:tr>
      <w:tr w:rsidR="00BD0222" w14:paraId="6F222B56" w14:textId="77777777">
        <w:trPr>
          <w:cantSplit/>
          <w:jc w:val="center"/>
        </w:trPr>
        <w:tc>
          <w:tcPr>
            <w:tcW w:w="2494" w:type="dxa"/>
          </w:tcPr>
          <w:p w14:paraId="5DF8C58D" w14:textId="77777777" w:rsidR="00BD0222" w:rsidRDefault="00DF0B0D">
            <w:pPr>
              <w:spacing w:after="0" w:line="240" w:lineRule="auto"/>
            </w:pPr>
            <w:r>
              <w:rPr>
                <w:sz w:val="22"/>
                <w:szCs w:val="22"/>
              </w:rPr>
              <w:t>5. Bảng kết quả</w:t>
            </w:r>
          </w:p>
        </w:tc>
        <w:tc>
          <w:tcPr>
            <w:tcW w:w="6576" w:type="dxa"/>
          </w:tcPr>
          <w:p w14:paraId="2BBF90C9" w14:textId="77777777" w:rsidR="00BD0222" w:rsidRDefault="00DF0B0D">
            <w:pPr>
              <w:spacing w:after="0" w:line="240" w:lineRule="auto"/>
            </w:pPr>
            <w:r>
              <w:rPr>
                <w:sz w:val="22"/>
                <w:szCs w:val="22"/>
              </w:rPr>
              <w:t>Cột: mã ảnh, kết luận của hệ thống, nhãn thật, có khớp không, ghi chú của cán bộ khuyến nông.</w:t>
            </w:r>
          </w:p>
        </w:tc>
      </w:tr>
      <w:tr w:rsidR="00BD0222" w14:paraId="14A51803" w14:textId="77777777">
        <w:trPr>
          <w:cantSplit/>
          <w:jc w:val="center"/>
        </w:trPr>
        <w:tc>
          <w:tcPr>
            <w:tcW w:w="2494" w:type="dxa"/>
          </w:tcPr>
          <w:p w14:paraId="0CE5648D" w14:textId="77777777" w:rsidR="00BD0222" w:rsidRDefault="00DF0B0D">
            <w:pPr>
              <w:spacing w:after="0" w:line="240" w:lineRule="auto"/>
            </w:pPr>
            <w:r>
              <w:rPr>
                <w:sz w:val="22"/>
                <w:szCs w:val="22"/>
              </w:rPr>
              <w:t>6. Điều kiện kết luận</w:t>
            </w:r>
          </w:p>
        </w:tc>
        <w:tc>
          <w:tcPr>
            <w:tcW w:w="6576" w:type="dxa"/>
          </w:tcPr>
          <w:p w14:paraId="574F34B0" w14:textId="77777777" w:rsidR="00BD0222" w:rsidRDefault="00DF0B0D">
            <w:pPr>
              <w:spacing w:after="0" w:line="240" w:lineRule="auto"/>
            </w:pPr>
            <w:r>
              <w:rPr>
                <w:sz w:val="22"/>
                <w:szCs w:val="22"/>
              </w:rPr>
              <w:t>Đạt cả hai ngưỡng thì dùng; thiếu một ngưỡng thì sửa rồi thử lại; hệ thống bỏ sót quá nhiều lá bệnh thì không dùng và báo lại hợp tác xã.</w:t>
            </w:r>
          </w:p>
        </w:tc>
      </w:tr>
    </w:tbl>
    <w:p w14:paraId="61BFFF8A" w14:textId="77777777" w:rsidR="00BD0222" w:rsidRDefault="00DF0B0D">
      <w:pPr>
        <w:spacing w:after="60" w:line="264" w:lineRule="auto"/>
        <w:jc w:val="both"/>
      </w:pPr>
      <w:r>
        <w:t>Thuật ngữ lấy nguyên văn từ mục Giải thích thuật ngữ trong Quyết định 2422:</w:t>
      </w:r>
    </w:p>
    <w:p w14:paraId="1DBB28E0" w14:textId="77777777" w:rsidR="00BD0222" w:rsidRDefault="00DF0B0D">
      <w:pPr>
        <w:tabs>
          <w:tab w:val="left" w:pos="425"/>
        </w:tabs>
        <w:spacing w:after="60" w:line="264" w:lineRule="auto"/>
        <w:ind w:left="425" w:hanging="227"/>
        <w:jc w:val="both"/>
      </w:pPr>
      <w:r>
        <w:t xml:space="preserve">- </w:t>
      </w:r>
      <w:r>
        <w:tab/>
      </w:r>
      <w:r>
        <w:rPr>
          <w:b/>
        </w:rPr>
        <w:t>Mô hình AI:</w:t>
      </w:r>
      <w:r>
        <w:t xml:space="preserve"> “Thành phần của hệ thống AI, tạo ra đầu ra từ đầu vào dựa trên các tham số hoặc quy tắc được xây dựng sẵn hoặc học được từ dữ liệu.”</w:t>
      </w:r>
    </w:p>
    <w:p w14:paraId="301BE7C0" w14:textId="77777777" w:rsidR="00BD0222" w:rsidRDefault="00DF0B0D">
      <w:pPr>
        <w:tabs>
          <w:tab w:val="left" w:pos="425"/>
        </w:tabs>
        <w:spacing w:after="60" w:line="264" w:lineRule="auto"/>
        <w:ind w:left="425" w:hanging="227"/>
        <w:jc w:val="both"/>
      </w:pPr>
      <w:r>
        <w:t xml:space="preserve">- </w:t>
      </w:r>
      <w:r>
        <w:tab/>
      </w:r>
      <w:r>
        <w:rPr>
          <w:b/>
        </w:rPr>
        <w:t>Học có giám sát:</w:t>
      </w:r>
      <w:r>
        <w:t xml:space="preserve"> “Phương pháp học máy trong đó mô hình học từ dữ liệu đã được gán nhãn (có sẵn cặp đầu vào và kết quả đúng) để dự đoán kết quả cho dữ liệu mới; ví dụ: phân loại thư rác, nhận dạng chữ viết tay.”</w:t>
      </w:r>
    </w:p>
    <w:p w14:paraId="39968A71" w14:textId="77777777" w:rsidR="00BD0222" w:rsidRDefault="00DF0B0D">
      <w:pPr>
        <w:spacing w:after="60" w:line="264" w:lineRule="auto"/>
        <w:jc w:val="both"/>
      </w:pPr>
      <w:r>
        <w:t>Hai khái niệm dưới đây là định nghĩa GV soạn cho bài này, không trích từ Quyết định 2422:</w:t>
      </w:r>
    </w:p>
    <w:p w14:paraId="5F49D4C9" w14:textId="77777777" w:rsidR="00BD0222" w:rsidRDefault="00DF0B0D">
      <w:pPr>
        <w:tabs>
          <w:tab w:val="left" w:pos="425"/>
        </w:tabs>
        <w:spacing w:after="60" w:line="264" w:lineRule="auto"/>
        <w:ind w:left="425" w:hanging="227"/>
        <w:jc w:val="both"/>
      </w:pPr>
      <w:r>
        <w:t xml:space="preserve">- </w:t>
      </w:r>
      <w:r>
        <w:tab/>
      </w:r>
      <w:r>
        <w:rPr>
          <w:b/>
        </w:rPr>
        <w:t>Dữ liệu huấn luyện:</w:t>
      </w:r>
      <w:r>
        <w:t xml:space="preserve"> Dữ liệu được dùng để hệ thống học các quy luật hoặc tham số, tạo nên mô hình.</w:t>
      </w:r>
    </w:p>
    <w:p w14:paraId="2E7504A7" w14:textId="77777777" w:rsidR="00BD0222" w:rsidRDefault="00DF0B0D">
      <w:pPr>
        <w:tabs>
          <w:tab w:val="left" w:pos="425"/>
        </w:tabs>
        <w:spacing w:after="60" w:line="264" w:lineRule="auto"/>
        <w:ind w:left="425" w:hanging="227"/>
        <w:jc w:val="both"/>
      </w:pPr>
      <w:r>
        <w:t xml:space="preserve">- </w:t>
      </w:r>
      <w:r>
        <w:tab/>
      </w:r>
      <w:r>
        <w:rPr>
          <w:b/>
        </w:rPr>
        <w:t>Dữ liệu kiểm thử:</w:t>
      </w:r>
      <w:r>
        <w:t xml:space="preserve"> Dữ liệu dùng để kiểm tra khả năng của mô hình sau khi hệ thống đã học xong; dữ liệu này không tham gia vào quá trình học.</w:t>
      </w:r>
    </w:p>
    <w:p w14:paraId="5A404824" w14:textId="77777777" w:rsidR="00BD0222" w:rsidRDefault="00DF0B0D">
      <w:pPr>
        <w:keepNext/>
        <w:spacing w:before="80" w:after="60" w:line="264" w:lineRule="auto"/>
        <w:jc w:val="both"/>
      </w:pPr>
      <w:r>
        <w:rPr>
          <w:b/>
        </w:rPr>
        <w:t>5. Những nhầm lẫn thường gặp</w:t>
      </w:r>
    </w:p>
    <w:p w14:paraId="6F1C863C" w14:textId="77777777" w:rsidR="00BD0222" w:rsidRDefault="00DF0B0D">
      <w:pPr>
        <w:tabs>
          <w:tab w:val="left" w:pos="425"/>
        </w:tabs>
        <w:spacing w:after="60" w:line="264" w:lineRule="auto"/>
        <w:ind w:left="425" w:hanging="227"/>
        <w:jc w:val="both"/>
      </w:pPr>
      <w:r>
        <w:t xml:space="preserve">- </w:t>
      </w:r>
      <w:r>
        <w:tab/>
      </w:r>
      <w:r>
        <w:t>Chọn công cụ theo độ nổi tiếng. Cách khắc phục: yêu cầu HS chỉ ra đặc điểm trong hồ sơ tính năng đã dùng để chọn.</w:t>
      </w:r>
    </w:p>
    <w:p w14:paraId="3456A0FC" w14:textId="77777777" w:rsidR="00BD0222" w:rsidRDefault="00DF0B0D">
      <w:pPr>
        <w:tabs>
          <w:tab w:val="left" w:pos="425"/>
        </w:tabs>
        <w:spacing w:after="60" w:line="264" w:lineRule="auto"/>
        <w:ind w:left="425" w:hanging="227"/>
        <w:jc w:val="both"/>
      </w:pPr>
      <w:r>
        <w:t xml:space="preserve">- </w:t>
      </w:r>
      <w:r>
        <w:tab/>
      </w:r>
      <w:r>
        <w:t>Cho rằng công cụ miễn phí thì không có điều kiện kèm theo. Cách khắc phục: quay lại cột “cần tài khoản” và “cần mạng” ở HĐ 2.</w:t>
      </w:r>
    </w:p>
    <w:p w14:paraId="7A6AC0AE" w14:textId="77777777" w:rsidR="00BD0222" w:rsidRDefault="00DF0B0D">
      <w:pPr>
        <w:tabs>
          <w:tab w:val="left" w:pos="425"/>
        </w:tabs>
        <w:spacing w:after="60" w:line="264" w:lineRule="auto"/>
        <w:ind w:left="425" w:hanging="227"/>
        <w:jc w:val="both"/>
      </w:pPr>
      <w:r>
        <w:t xml:space="preserve">- </w:t>
      </w:r>
      <w:r>
        <w:tab/>
      </w:r>
      <w:r>
        <w:t>Lấy dữ liệu đã dùng để huấn luyện để tính độ chính xác. Cách khắc phục: dùng hai bảng kết quả thử mẫu ở HĐ 3 để HS tự thấy điều này.</w:t>
      </w:r>
    </w:p>
    <w:p w14:paraId="6C6ECAF2" w14:textId="77777777" w:rsidR="00BD0222" w:rsidRDefault="00DF0B0D">
      <w:pPr>
        <w:tabs>
          <w:tab w:val="left" w:pos="425"/>
        </w:tabs>
        <w:spacing w:after="60" w:line="264" w:lineRule="auto"/>
        <w:ind w:left="425" w:hanging="227"/>
        <w:jc w:val="both"/>
      </w:pPr>
      <w:r>
        <w:t xml:space="preserve">- </w:t>
      </w:r>
      <w:r>
        <w:tab/>
      </w:r>
      <w:r>
        <w:t>Đặt ngưỡng chấp nhận quá cao để hệ thống trông đạt. Cách khắc phục: hỏi lại người dùng xem họ chịu chờ bao lâu và chấp nhận bỏ sót bao nhiêu lá.</w:t>
      </w:r>
    </w:p>
    <w:p w14:paraId="716C89F1" w14:textId="77777777" w:rsidR="00BD0222" w:rsidRDefault="00DF0B0D">
      <w:pPr>
        <w:tabs>
          <w:tab w:val="left" w:pos="425"/>
        </w:tabs>
        <w:spacing w:after="60" w:line="264" w:lineRule="auto"/>
        <w:ind w:left="425" w:hanging="227"/>
        <w:jc w:val="both"/>
      </w:pPr>
      <w:r>
        <w:t xml:space="preserve">- </w:t>
      </w:r>
      <w:r>
        <w:tab/>
      </w:r>
      <w:r>
        <w:t>Cho rằng hệ thống tự quyết định có dùng hay không. Cách khắc phục: trở lại điều kiện kết luận ở dòng 6 của Phiếu học tập 12.5.2, Phần B.</w:t>
      </w:r>
    </w:p>
    <w:p w14:paraId="6BF4CF45" w14:textId="77777777" w:rsidR="00BD0222" w:rsidRDefault="00DF0B0D">
      <w:pPr>
        <w:keepNext/>
        <w:spacing w:before="160" w:after="60" w:line="264" w:lineRule="auto"/>
      </w:pPr>
      <w:r>
        <w:rPr>
          <w:b/>
        </w:rPr>
        <w:t>PL12.5.6. Ghi chú chuyên môn, nguồn tư liệu và lưu ý khi dạy (dành cho GV)</w:t>
      </w:r>
    </w:p>
    <w:p w14:paraId="29C0797D" w14:textId="77777777" w:rsidR="00BD0222" w:rsidRDefault="00DF0B0D">
      <w:pPr>
        <w:spacing w:after="60" w:line="264" w:lineRule="auto"/>
        <w:jc w:val="both"/>
      </w:pPr>
      <w:r>
        <w:t>- Nội dung chuẩn hoá, gợi ý đáp án và những nhầm lẫn thường gặp: xem PL12.5.5 (dành cho GV).</w:t>
      </w:r>
    </w:p>
    <w:p w14:paraId="580167C8" w14:textId="77777777" w:rsidR="00BD0222" w:rsidRDefault="00DF0B0D">
      <w:pPr>
        <w:spacing w:after="60" w:line="264" w:lineRule="auto"/>
        <w:jc w:val="both"/>
      </w:pPr>
      <w:r>
        <w:t>- Kiến thức nền và cách xử lí khi lớp chưa học bài trước: xem hàng HS ở mục II.</w:t>
      </w:r>
    </w:p>
    <w:p w14:paraId="48F74669" w14:textId="77777777" w:rsidR="00BD0222" w:rsidRDefault="00DF0B0D">
      <w:pPr>
        <w:spacing w:after="60" w:line="264" w:lineRule="auto"/>
        <w:jc w:val="both"/>
      </w:pPr>
      <w:r>
        <w:t>- Tham chiếu tài liệu tập huấn giáo viên triển khai nội dung giáo dục AI: Phần II, mục A.2 (Học máy, mạng nơ-ron, học sâu ở mức phổ thông); mục D.3 (Khả năng sử dụng miễn phí, dùng chung thiết bị, hoạt động ngoại tuyến hoặc thay thế bằng mô phỏng); Phần IV, mục 9.1 (Hướng dẫn tổ chức các chuyên đề giáo dục AI).</w:t>
      </w:r>
    </w:p>
    <w:p w14:paraId="5155136B" w14:textId="77777777" w:rsidR="00BD0222" w:rsidRDefault="00DF0B0D">
      <w:pPr>
        <w:spacing w:after="60" w:line="264" w:lineRule="auto"/>
        <w:jc w:val="both"/>
      </w:pPr>
      <w:r>
        <w:t>- Trường ở đô thị có thể thay hệ thống nhận dạng lá lúa bằng hệ thống phân loại rác ở căng tin (cùng bài toán nhận dạng ảnh; các thẻ, câu hỏi giữ cấu trúc).</w:t>
      </w:r>
    </w:p>
    <w:p w14:paraId="47D6D194" w14:textId="77777777" w:rsidR="00BD0222" w:rsidRDefault="00DF0B0D">
      <w:pPr>
        <w:spacing w:after="0" w:line="264" w:lineRule="auto"/>
        <w:jc w:val="both"/>
      </w:pPr>
      <w:r>
        <w:br w:type="page"/>
      </w:r>
    </w:p>
    <w:p w14:paraId="1732EF36" w14:textId="77777777" w:rsidR="00BD0222" w:rsidRDefault="00DF0B0D">
      <w:pPr>
        <w:spacing w:after="60" w:line="264" w:lineRule="auto"/>
        <w:jc w:val="both"/>
      </w:pPr>
      <w:r>
        <w:rPr>
          <w:i/>
          <w:sz w:val="24"/>
        </w:rPr>
        <w:t>Gợi ý theo dõi: số nhóm điền sai cột “cần tài khoản” ở Phiếu học tập 12.5.1; số nhóm ghi căn cứ chung chung ở Phiếu học tập 12.5.1, Phần B; thời lượng thực tế của HĐ 4 so với dự kiến.</w:t>
      </w:r>
    </w:p>
    <w:p w14:paraId="180FB94B" w14:textId="77777777" w:rsidR="00BD0222" w:rsidRDefault="00DF0B0D">
      <w:pPr>
        <w:keepNext/>
        <w:spacing w:before="80" w:after="60" w:line="264" w:lineRule="auto"/>
      </w:pPr>
      <w:r>
        <w:rPr>
          <w:b/>
        </w:rPr>
        <w:t>PL12.5.7. Mô tả mức đánh giá của bài và mẫu câu nhận xét</w:t>
      </w:r>
    </w:p>
    <w:p w14:paraId="2E444172" w14:textId="77777777" w:rsidR="00BD0222" w:rsidRDefault="00DF0B0D">
      <w:pPr>
        <w:spacing w:after="60" w:line="264" w:lineRule="auto"/>
        <w:jc w:val="both"/>
      </w:pPr>
      <w:r>
        <w:rPr>
          <w:i/>
          <w:sz w:val="24"/>
        </w:rPr>
        <w:t>Rubric chung cho sản phẩm học tập giáo dục AI: Tài liệu tập huấn cấp trung học phổ thông, Bảng 8.4. Mô tả mức Khá, Tốt riêng của bài và mẫu câu nhận xét ghi dưới đây.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928"/>
        <w:gridCol w:w="2381"/>
        <w:gridCol w:w="2381"/>
        <w:gridCol w:w="2381"/>
      </w:tblGrid>
      <w:tr w:rsidR="00BD0222" w14:paraId="7EB170A8" w14:textId="77777777">
        <w:trPr>
          <w:cantSplit/>
          <w:tblHeader/>
          <w:jc w:val="center"/>
        </w:trPr>
        <w:tc>
          <w:tcPr>
            <w:tcW w:w="1928" w:type="dxa"/>
            <w:vAlign w:val="center"/>
          </w:tcPr>
          <w:p w14:paraId="0B8F8C08" w14:textId="77777777" w:rsidR="00BD0222" w:rsidRDefault="00DF0B0D">
            <w:pPr>
              <w:spacing w:after="0" w:line="240" w:lineRule="auto"/>
              <w:jc w:val="center"/>
            </w:pPr>
            <w:r>
              <w:rPr>
                <w:b/>
                <w:sz w:val="22"/>
                <w:szCs w:val="22"/>
              </w:rPr>
              <w:t>Tiêu chí</w:t>
            </w:r>
          </w:p>
        </w:tc>
        <w:tc>
          <w:tcPr>
            <w:tcW w:w="2381" w:type="dxa"/>
            <w:vAlign w:val="center"/>
          </w:tcPr>
          <w:p w14:paraId="1CFBCBAD" w14:textId="77777777" w:rsidR="00BD0222" w:rsidRDefault="00DF0B0D">
            <w:pPr>
              <w:spacing w:after="0" w:line="240" w:lineRule="auto"/>
              <w:jc w:val="center"/>
            </w:pPr>
            <w:r>
              <w:rPr>
                <w:b/>
                <w:sz w:val="22"/>
                <w:szCs w:val="22"/>
              </w:rPr>
              <w:t>Đạt</w:t>
            </w:r>
          </w:p>
        </w:tc>
        <w:tc>
          <w:tcPr>
            <w:tcW w:w="2381" w:type="dxa"/>
            <w:vAlign w:val="center"/>
          </w:tcPr>
          <w:p w14:paraId="02C16B3E" w14:textId="77777777" w:rsidR="00BD0222" w:rsidRDefault="00DF0B0D">
            <w:pPr>
              <w:spacing w:after="0" w:line="240" w:lineRule="auto"/>
              <w:jc w:val="center"/>
            </w:pPr>
            <w:r>
              <w:rPr>
                <w:b/>
                <w:sz w:val="22"/>
                <w:szCs w:val="22"/>
              </w:rPr>
              <w:t>Khá</w:t>
            </w:r>
          </w:p>
        </w:tc>
        <w:tc>
          <w:tcPr>
            <w:tcW w:w="2381" w:type="dxa"/>
            <w:vAlign w:val="center"/>
          </w:tcPr>
          <w:p w14:paraId="513BD043" w14:textId="77777777" w:rsidR="00BD0222" w:rsidRDefault="00DF0B0D">
            <w:pPr>
              <w:spacing w:after="0" w:line="240" w:lineRule="auto"/>
              <w:jc w:val="center"/>
            </w:pPr>
            <w:r>
              <w:rPr>
                <w:b/>
                <w:sz w:val="22"/>
                <w:szCs w:val="22"/>
              </w:rPr>
              <w:t>Tốt</w:t>
            </w:r>
          </w:p>
        </w:tc>
      </w:tr>
      <w:tr w:rsidR="00BD0222" w14:paraId="3B3553B7" w14:textId="77777777">
        <w:trPr>
          <w:cantSplit/>
          <w:jc w:val="center"/>
        </w:trPr>
        <w:tc>
          <w:tcPr>
            <w:tcW w:w="1928" w:type="dxa"/>
          </w:tcPr>
          <w:p w14:paraId="783BD776" w14:textId="77777777" w:rsidR="00BD0222" w:rsidRDefault="00DF0B0D">
            <w:pPr>
              <w:spacing w:after="0" w:line="240" w:lineRule="auto"/>
            </w:pPr>
            <w:r>
              <w:rPr>
                <w:sz w:val="22"/>
                <w:szCs w:val="22"/>
              </w:rPr>
              <w:t>1. Đáp ứng nhiệm vụ YCCĐ</w:t>
            </w:r>
          </w:p>
        </w:tc>
        <w:tc>
          <w:tcPr>
            <w:tcW w:w="2381" w:type="dxa"/>
          </w:tcPr>
          <w:p w14:paraId="2AC5C294" w14:textId="77777777" w:rsidR="00BD0222" w:rsidRDefault="00DF0B0D">
            <w:pPr>
              <w:spacing w:after="0" w:line="240" w:lineRule="auto"/>
            </w:pPr>
            <w:r>
              <w:rPr>
                <w:sz w:val="22"/>
                <w:szCs w:val="22"/>
              </w:rPr>
              <w:t>Nêu đúng tên công cụ cho nhiệm vụ nhưng không nêu điều kiện sử dụng.</w:t>
            </w:r>
          </w:p>
        </w:tc>
        <w:tc>
          <w:tcPr>
            <w:tcW w:w="2381" w:type="dxa"/>
          </w:tcPr>
          <w:p w14:paraId="7FC67337" w14:textId="77777777" w:rsidR="00BD0222" w:rsidRDefault="00DF0B0D">
            <w:pPr>
              <w:spacing w:after="0" w:line="240" w:lineRule="auto"/>
            </w:pPr>
            <w:r>
              <w:rPr>
                <w:sz w:val="22"/>
                <w:szCs w:val="22"/>
              </w:rPr>
              <w:t>Nêu đúng công cụ kèm điều kiện kết nối mạng Internet hoặc tài khoản; còn thiếu một điểm hạn chế.</w:t>
            </w:r>
          </w:p>
        </w:tc>
        <w:tc>
          <w:tcPr>
            <w:tcW w:w="2381" w:type="dxa"/>
          </w:tcPr>
          <w:p w14:paraId="7B3F01CF" w14:textId="77777777" w:rsidR="00BD0222" w:rsidRDefault="00DF0B0D">
            <w:pPr>
              <w:spacing w:after="0" w:line="240" w:lineRule="auto"/>
            </w:pPr>
            <w:r>
              <w:rPr>
                <w:sz w:val="22"/>
                <w:szCs w:val="22"/>
              </w:rPr>
              <w:t>Nêu đúng công cụ, nêu đầy đủ điều kiện kết nối mạng Internet, tài khoản, người viết mã; nêu được điểm hạn chế và biện minh lựa chọn.</w:t>
            </w:r>
          </w:p>
        </w:tc>
      </w:tr>
      <w:tr w:rsidR="00BD0222" w14:paraId="03635012" w14:textId="77777777">
        <w:trPr>
          <w:jc w:val="center"/>
        </w:trPr>
        <w:tc>
          <w:tcPr>
            <w:tcW w:w="1928" w:type="dxa"/>
          </w:tcPr>
          <w:p w14:paraId="07D97484" w14:textId="77777777" w:rsidR="00BD0222" w:rsidRDefault="00DF0B0D">
            <w:pPr>
              <w:spacing w:after="0" w:line="240" w:lineRule="auto"/>
            </w:pPr>
            <w:r>
              <w:rPr>
                <w:sz w:val="22"/>
                <w:szCs w:val="22"/>
              </w:rPr>
              <w:t>2. Kiểm chứng và tư duy phản biện</w:t>
            </w:r>
          </w:p>
        </w:tc>
        <w:tc>
          <w:tcPr>
            <w:tcW w:w="2381" w:type="dxa"/>
          </w:tcPr>
          <w:p w14:paraId="3C57A80C" w14:textId="77777777" w:rsidR="00BD0222" w:rsidRDefault="00DF0B0D">
            <w:pPr>
              <w:spacing w:after="0" w:line="240" w:lineRule="auto"/>
            </w:pPr>
            <w:r>
              <w:rPr>
                <w:sz w:val="22"/>
                <w:szCs w:val="22"/>
              </w:rPr>
              <w:t>Ghi lựa chọn công cụ mà không có căn cứ rõ ràng; chưa phân biệt được số liệu giả lập với số liệu có thật.</w:t>
            </w:r>
          </w:p>
        </w:tc>
        <w:tc>
          <w:tcPr>
            <w:tcW w:w="2381" w:type="dxa"/>
          </w:tcPr>
          <w:p w14:paraId="09D6A1C4" w14:textId="77777777" w:rsidR="00BD0222" w:rsidRDefault="00DF0B0D">
            <w:pPr>
              <w:spacing w:after="0" w:line="240" w:lineRule="auto"/>
            </w:pPr>
            <w:r>
              <w:rPr>
                <w:sz w:val="22"/>
                <w:szCs w:val="22"/>
              </w:rPr>
              <w:t>Căn cứ chỉ dẫn một đặc điểm có trong hồ sơ tính năng; dùng số liệu giả lập đúng bối cảnh nhưng ghi chưa rõ nguồn.</w:t>
            </w:r>
          </w:p>
        </w:tc>
        <w:tc>
          <w:tcPr>
            <w:tcW w:w="2381" w:type="dxa"/>
          </w:tcPr>
          <w:p w14:paraId="0A0881AC" w14:textId="77777777" w:rsidR="00BD0222" w:rsidRDefault="00DF0B0D">
            <w:pPr>
              <w:spacing w:after="0" w:line="240" w:lineRule="auto"/>
            </w:pPr>
            <w:r>
              <w:rPr>
                <w:sz w:val="22"/>
                <w:szCs w:val="22"/>
              </w:rPr>
              <w:t>Căn cứ dẫn cả tính năng và điều kiện sử dụng; biện minh được vì sao không chọn hai công cụ còn lại; dùng số liệu giả lập, ghi rõ nguồn và cách lấy, nêu được giới hạn của số liệu.</w:t>
            </w:r>
          </w:p>
        </w:tc>
      </w:tr>
      <w:tr w:rsidR="00BD0222" w14:paraId="00A4135C" w14:textId="77777777">
        <w:trPr>
          <w:jc w:val="center"/>
        </w:trPr>
        <w:tc>
          <w:tcPr>
            <w:tcW w:w="1928" w:type="dxa"/>
          </w:tcPr>
          <w:p w14:paraId="140378F1" w14:textId="77777777" w:rsidR="00BD0222" w:rsidRDefault="00DF0B0D">
            <w:pPr>
              <w:spacing w:after="0" w:line="240" w:lineRule="auto"/>
            </w:pPr>
            <w:r>
              <w:rPr>
                <w:sz w:val="22"/>
                <w:szCs w:val="22"/>
              </w:rPr>
              <w:t>3. An toàn, đạo đức, trách nhiệm</w:t>
            </w:r>
          </w:p>
        </w:tc>
        <w:tc>
          <w:tcPr>
            <w:tcW w:w="2381" w:type="dxa"/>
          </w:tcPr>
          <w:p w14:paraId="64436414" w14:textId="77777777" w:rsidR="00BD0222" w:rsidRDefault="00DF0B0D">
            <w:pPr>
              <w:spacing w:after="0" w:line="240" w:lineRule="auto"/>
            </w:pPr>
            <w:r>
              <w:rPr>
                <w:sz w:val="22"/>
                <w:szCs w:val="22"/>
              </w:rPr>
              <w:t>Chưa nói rõ dữ liệu nào dùng để kiểm thử và ai là người gán nhãn.</w:t>
            </w:r>
          </w:p>
        </w:tc>
        <w:tc>
          <w:tcPr>
            <w:tcW w:w="2381" w:type="dxa"/>
          </w:tcPr>
          <w:p w14:paraId="08634BC1" w14:textId="77777777" w:rsidR="00BD0222" w:rsidRDefault="00DF0B0D">
            <w:pPr>
              <w:spacing w:after="0" w:line="240" w:lineRule="auto"/>
            </w:pPr>
            <w:r>
              <w:rPr>
                <w:sz w:val="22"/>
                <w:szCs w:val="22"/>
              </w:rPr>
              <w:t>Nêu dữ liệu kiểm thử và người gán nhãn nhưng chưa tách riêng dữ liệu kiểm thử với dữ liệu dùng để huấn luyện.</w:t>
            </w:r>
          </w:p>
        </w:tc>
        <w:tc>
          <w:tcPr>
            <w:tcW w:w="2381" w:type="dxa"/>
          </w:tcPr>
          <w:p w14:paraId="645DE196" w14:textId="77777777" w:rsidR="00BD0222" w:rsidRDefault="00DF0B0D">
            <w:pPr>
              <w:spacing w:after="0" w:line="240" w:lineRule="auto"/>
            </w:pPr>
            <w:r>
              <w:rPr>
                <w:sz w:val="22"/>
                <w:szCs w:val="22"/>
              </w:rPr>
              <w:t>Tách riêng dữ liệu kiểm thử và dữ liệu dùng để huấn luyện; ghi rõ nguồn và người gán nhãn; đặt ngưỡng chấp nhận cùng người sử dụng; nêu điều kiện kết luận khi công cụ không đạt ngưỡng.</w:t>
            </w:r>
          </w:p>
        </w:tc>
      </w:tr>
      <w:tr w:rsidR="00BD0222" w14:paraId="10C1F964" w14:textId="77777777">
        <w:trPr>
          <w:cantSplit/>
          <w:jc w:val="center"/>
        </w:trPr>
        <w:tc>
          <w:tcPr>
            <w:tcW w:w="1928" w:type="dxa"/>
          </w:tcPr>
          <w:p w14:paraId="3187580F" w14:textId="77777777" w:rsidR="00BD0222" w:rsidRDefault="00DF0B0D">
            <w:pPr>
              <w:spacing w:after="0" w:line="240" w:lineRule="auto"/>
            </w:pPr>
            <w:r>
              <w:rPr>
                <w:sz w:val="22"/>
                <w:szCs w:val="22"/>
              </w:rPr>
              <w:t>4. Hợp tác và trình bày</w:t>
            </w:r>
          </w:p>
        </w:tc>
        <w:tc>
          <w:tcPr>
            <w:tcW w:w="2381" w:type="dxa"/>
          </w:tcPr>
          <w:p w14:paraId="304A14AA" w14:textId="77777777" w:rsidR="00BD0222" w:rsidRDefault="00DF0B0D">
            <w:pPr>
              <w:spacing w:after="0" w:line="240" w:lineRule="auto"/>
            </w:pPr>
            <w:r>
              <w:rPr>
                <w:sz w:val="22"/>
                <w:szCs w:val="22"/>
              </w:rPr>
              <w:t>Hoàn thành phần việc được giao; trình bày được kết quả chính.</w:t>
            </w:r>
          </w:p>
        </w:tc>
        <w:tc>
          <w:tcPr>
            <w:tcW w:w="2381" w:type="dxa"/>
          </w:tcPr>
          <w:p w14:paraId="25077B3D" w14:textId="77777777" w:rsidR="00BD0222" w:rsidRDefault="00DF0B0D">
            <w:pPr>
              <w:spacing w:after="0" w:line="240" w:lineRule="auto"/>
            </w:pPr>
            <w:r>
              <w:rPr>
                <w:sz w:val="22"/>
                <w:szCs w:val="22"/>
              </w:rPr>
              <w:t>Phối hợp và phản hồi phù hợp; trình bày rõ hai bảng và lí do lựa chọn.</w:t>
            </w:r>
          </w:p>
        </w:tc>
        <w:tc>
          <w:tcPr>
            <w:tcW w:w="2381" w:type="dxa"/>
          </w:tcPr>
          <w:p w14:paraId="2B0F9B35" w14:textId="77777777" w:rsidR="00BD0222" w:rsidRDefault="00DF0B0D">
            <w:pPr>
              <w:spacing w:after="0" w:line="240" w:lineRule="auto"/>
            </w:pPr>
            <w:r>
              <w:rPr>
                <w:sz w:val="22"/>
                <w:szCs w:val="22"/>
              </w:rPr>
              <w:t>Phân công rõ phần việc theo vai trò; tiếp thu góp ý để sửa kế hoạch; trình bày thuyết phục và nêu được giới hạn của hệ thống.</w:t>
            </w:r>
          </w:p>
        </w:tc>
      </w:tr>
    </w:tbl>
    <w:p w14:paraId="7C8924D7" w14:textId="77777777" w:rsidR="00BD0222" w:rsidRDefault="00DF0B0D">
      <w:pPr>
        <w:spacing w:before="120" w:after="60" w:line="264" w:lineRule="auto"/>
        <w:jc w:val="both"/>
      </w:pPr>
      <w:r>
        <w:rPr>
          <w:sz w:val="24"/>
        </w:rPr>
        <w:t xml:space="preserve">Mẫu câu nhận xét </w:t>
      </w:r>
      <w:r>
        <w:rPr>
          <w:sz w:val="24"/>
        </w:rPr>
        <w:t>(GV điều chỉnh theo bài làm của từng HS, dùng khi ghi nhận xét gửi GV chủ nhiệm):</w:t>
      </w:r>
    </w:p>
    <w:p w14:paraId="34573472" w14:textId="77777777" w:rsidR="00BD0222" w:rsidRDefault="00DF0B0D">
      <w:pPr>
        <w:spacing w:after="60" w:line="264" w:lineRule="auto"/>
        <w:jc w:val="both"/>
      </w:pPr>
      <w:r>
        <w:rPr>
          <w:sz w:val="24"/>
        </w:rPr>
        <w:t xml:space="preserve">- Mức Đạt: </w:t>
      </w:r>
      <w:r>
        <w:rPr>
          <w:sz w:val="24"/>
        </w:rPr>
        <w:t>“Em nêu đúng công cụ cho nhiệm vụ; em cần nêu thêm điều kiện sử dụng như kết nối mạng, tài khoản.”</w:t>
      </w:r>
    </w:p>
    <w:p w14:paraId="1083BDAD" w14:textId="77777777" w:rsidR="00BD0222" w:rsidRDefault="00DF0B0D">
      <w:pPr>
        <w:spacing w:after="60" w:line="264" w:lineRule="auto"/>
        <w:jc w:val="both"/>
      </w:pPr>
      <w:r>
        <w:rPr>
          <w:sz w:val="24"/>
        </w:rPr>
        <w:t xml:space="preserve">- Mức Khá: </w:t>
      </w:r>
      <w:r>
        <w:rPr>
          <w:sz w:val="24"/>
        </w:rPr>
        <w:t>“Em nêu đúng công cụ kèm điều kiện sử dụng và nêu được tiêu chí đo hiệu quả; em nên chỉ ra một hạn chế của công cụ.”</w:t>
      </w:r>
    </w:p>
    <w:p w14:paraId="29105B88" w14:textId="77777777" w:rsidR="00BD0222" w:rsidRDefault="00DF0B0D">
      <w:pPr>
        <w:spacing w:after="60" w:line="264" w:lineRule="auto"/>
        <w:jc w:val="both"/>
      </w:pPr>
      <w:r>
        <w:rPr>
          <w:sz w:val="24"/>
        </w:rPr>
        <w:t xml:space="preserve">- Mức Tốt: </w:t>
      </w:r>
      <w:r>
        <w:rPr>
          <w:sz w:val="24"/>
        </w:rPr>
        <w:t>“Em nêu đầy đủ điều kiện, hạn chế của công cụ; kế hoạch đánh giá có ngưỡng chấp nhận và dữ liệu kiểm thử tách khỏi dữ liệu huấn luyện.”</w:t>
      </w:r>
    </w:p>
    <w:p w14:paraId="73944765" w14:textId="77777777" w:rsidR="00BD0222" w:rsidRDefault="00BD0222">
      <w:pPr>
        <w:spacing w:after="40" w:line="192" w:lineRule="auto"/>
        <w:jc w:val="both"/>
      </w:pPr>
    </w:p>
    <w:p w14:paraId="1A83E97A" w14:textId="6B816261" w:rsidR="00BD0222" w:rsidRDefault="00DF0B0D">
      <w:pPr>
        <w:keepNext/>
        <w:spacing w:before="80" w:after="60" w:line="264" w:lineRule="auto"/>
      </w:pPr>
      <w:r>
        <w:rPr>
          <w:b/>
        </w:rPr>
        <w:t>PL12.5.8. Bảng kiểm</w:t>
      </w:r>
      <w:r w:rsidR="00DD6CDB">
        <w:rPr>
          <w:b/>
          <w:lang w:val="en-US"/>
        </w:rPr>
        <w:t xml:space="preserve"> </w:t>
      </w:r>
      <w:proofErr w:type="spellStart"/>
      <w:r w:rsidR="00DD6CDB">
        <w:rPr>
          <w:b/>
          <w:lang w:val="en-US"/>
        </w:rPr>
        <w:t>soát</w:t>
      </w:r>
      <w:proofErr w:type="spellEnd"/>
      <w:r>
        <w:rPr>
          <w:b/>
        </w:rPr>
        <w:t xml:space="preserve"> an toàn và trách nhiệm của bài</w:t>
      </w:r>
    </w:p>
    <w:p w14:paraId="51A0A37E" w14:textId="77777777" w:rsidR="00BD0222" w:rsidRDefault="00DF0B0D">
      <w:pPr>
        <w:keepNext/>
        <w:spacing w:before="80" w:after="60" w:line="264" w:lineRule="auto"/>
      </w:pPr>
      <w:r>
        <w:t>Nội dung bảy dòng kiểm tra: Tài liệu tập huấn cấp trung học phổ thông, Bảng 8.5. Bảng dưới đây ghi kết luận và minh chứng của bài theo số dòng.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680"/>
        <w:gridCol w:w="680"/>
        <w:gridCol w:w="907"/>
        <w:gridCol w:w="6804"/>
      </w:tblGrid>
      <w:tr w:rsidR="00BD0222" w14:paraId="2A300A93" w14:textId="77777777">
        <w:trPr>
          <w:cantSplit/>
          <w:tblHeader/>
          <w:jc w:val="center"/>
        </w:trPr>
        <w:tc>
          <w:tcPr>
            <w:tcW w:w="680" w:type="dxa"/>
            <w:vAlign w:val="center"/>
          </w:tcPr>
          <w:p w14:paraId="1AACFF21" w14:textId="77777777" w:rsidR="00BD0222" w:rsidRDefault="00DF0B0D">
            <w:pPr>
              <w:spacing w:after="0" w:line="240" w:lineRule="auto"/>
              <w:jc w:val="center"/>
            </w:pPr>
            <w:r>
              <w:rPr>
                <w:b/>
                <w:sz w:val="22"/>
                <w:szCs w:val="22"/>
              </w:rPr>
              <w:t>Dòng</w:t>
            </w:r>
          </w:p>
        </w:tc>
        <w:tc>
          <w:tcPr>
            <w:tcW w:w="680" w:type="dxa"/>
            <w:vAlign w:val="center"/>
          </w:tcPr>
          <w:p w14:paraId="79C44D1B" w14:textId="77777777" w:rsidR="00BD0222" w:rsidRDefault="00DF0B0D">
            <w:pPr>
              <w:spacing w:after="0" w:line="240" w:lineRule="auto"/>
              <w:jc w:val="center"/>
            </w:pPr>
            <w:r>
              <w:rPr>
                <w:b/>
                <w:sz w:val="22"/>
                <w:szCs w:val="22"/>
              </w:rPr>
              <w:t>Có</w:t>
            </w:r>
          </w:p>
        </w:tc>
        <w:tc>
          <w:tcPr>
            <w:tcW w:w="907" w:type="dxa"/>
            <w:vAlign w:val="center"/>
          </w:tcPr>
          <w:p w14:paraId="7ACF06E1" w14:textId="77777777" w:rsidR="00BD0222" w:rsidRDefault="00DF0B0D">
            <w:pPr>
              <w:spacing w:after="0" w:line="240" w:lineRule="auto"/>
              <w:jc w:val="center"/>
            </w:pPr>
            <w:r>
              <w:rPr>
                <w:b/>
                <w:sz w:val="22"/>
                <w:szCs w:val="22"/>
              </w:rPr>
              <w:t>Không áp dụng</w:t>
            </w:r>
          </w:p>
        </w:tc>
        <w:tc>
          <w:tcPr>
            <w:tcW w:w="6804" w:type="dxa"/>
            <w:vAlign w:val="center"/>
          </w:tcPr>
          <w:p w14:paraId="7347F287" w14:textId="77777777" w:rsidR="00BD0222" w:rsidRDefault="00DF0B0D">
            <w:pPr>
              <w:spacing w:after="0" w:line="240" w:lineRule="auto"/>
              <w:jc w:val="center"/>
            </w:pPr>
            <w:r>
              <w:rPr>
                <w:b/>
                <w:sz w:val="22"/>
                <w:szCs w:val="22"/>
              </w:rPr>
              <w:t>Minh chứng, ghi chú</w:t>
            </w:r>
          </w:p>
        </w:tc>
      </w:tr>
      <w:tr w:rsidR="00BD0222" w14:paraId="6F868101" w14:textId="77777777">
        <w:trPr>
          <w:cantSplit/>
          <w:jc w:val="center"/>
        </w:trPr>
        <w:tc>
          <w:tcPr>
            <w:tcW w:w="680" w:type="dxa"/>
          </w:tcPr>
          <w:p w14:paraId="101261AD" w14:textId="77777777" w:rsidR="00BD0222" w:rsidRDefault="00DF0B0D">
            <w:pPr>
              <w:spacing w:after="0" w:line="240" w:lineRule="auto"/>
            </w:pPr>
            <w:r>
              <w:rPr>
                <w:sz w:val="22"/>
                <w:szCs w:val="22"/>
              </w:rPr>
              <w:t>1</w:t>
            </w:r>
          </w:p>
        </w:tc>
        <w:tc>
          <w:tcPr>
            <w:tcW w:w="680" w:type="dxa"/>
            <w:vAlign w:val="center"/>
          </w:tcPr>
          <w:p w14:paraId="2C39ED23" w14:textId="77777777" w:rsidR="00BD0222" w:rsidRDefault="00DF0B0D">
            <w:pPr>
              <w:spacing w:after="0" w:line="240" w:lineRule="auto"/>
              <w:jc w:val="center"/>
            </w:pPr>
            <w:r>
              <w:rPr>
                <w:sz w:val="22"/>
                <w:szCs w:val="22"/>
              </w:rPr>
              <w:t>□</w:t>
            </w:r>
          </w:p>
        </w:tc>
        <w:tc>
          <w:tcPr>
            <w:tcW w:w="907" w:type="dxa"/>
            <w:vAlign w:val="center"/>
          </w:tcPr>
          <w:p w14:paraId="454B0F89" w14:textId="77777777" w:rsidR="00BD0222" w:rsidRDefault="00DF0B0D">
            <w:pPr>
              <w:spacing w:after="0" w:line="240" w:lineRule="auto"/>
              <w:jc w:val="center"/>
            </w:pPr>
            <w:r>
              <w:rPr>
                <w:sz w:val="22"/>
                <w:szCs w:val="22"/>
              </w:rPr>
              <w:t>□</w:t>
            </w:r>
          </w:p>
        </w:tc>
        <w:tc>
          <w:tcPr>
            <w:tcW w:w="6804" w:type="dxa"/>
          </w:tcPr>
          <w:p w14:paraId="6B9FE0F8" w14:textId="77777777" w:rsidR="00BD0222" w:rsidRDefault="00DF0B0D">
            <w:pPr>
              <w:spacing w:after="0" w:line="240" w:lineRule="auto"/>
            </w:pPr>
            <w:r>
              <w:rPr>
                <w:sz w:val="22"/>
                <w:szCs w:val="22"/>
              </w:rPr>
              <w:t>Chỉ dùng Teachable Machine trong 4 phút trình diễn; GV thao tác và đã đọc điều khoản trước giờ dạy.</w:t>
            </w:r>
          </w:p>
        </w:tc>
      </w:tr>
      <w:tr w:rsidR="00BD0222" w14:paraId="2E8C4C48" w14:textId="77777777">
        <w:trPr>
          <w:cantSplit/>
          <w:jc w:val="center"/>
        </w:trPr>
        <w:tc>
          <w:tcPr>
            <w:tcW w:w="680" w:type="dxa"/>
          </w:tcPr>
          <w:p w14:paraId="160FE765" w14:textId="77777777" w:rsidR="00BD0222" w:rsidRDefault="00DF0B0D">
            <w:pPr>
              <w:spacing w:after="0" w:line="240" w:lineRule="auto"/>
            </w:pPr>
            <w:r>
              <w:rPr>
                <w:sz w:val="22"/>
                <w:szCs w:val="22"/>
              </w:rPr>
              <w:t>2</w:t>
            </w:r>
          </w:p>
        </w:tc>
        <w:tc>
          <w:tcPr>
            <w:tcW w:w="680" w:type="dxa"/>
            <w:vAlign w:val="center"/>
          </w:tcPr>
          <w:p w14:paraId="7B2CD40C" w14:textId="77777777" w:rsidR="00BD0222" w:rsidRDefault="00DF0B0D">
            <w:pPr>
              <w:spacing w:after="0" w:line="240" w:lineRule="auto"/>
              <w:jc w:val="center"/>
            </w:pPr>
            <w:r>
              <w:rPr>
                <w:sz w:val="22"/>
                <w:szCs w:val="22"/>
              </w:rPr>
              <w:t>□</w:t>
            </w:r>
          </w:p>
        </w:tc>
        <w:tc>
          <w:tcPr>
            <w:tcW w:w="907" w:type="dxa"/>
            <w:vAlign w:val="center"/>
          </w:tcPr>
          <w:p w14:paraId="01CFBFB5" w14:textId="77777777" w:rsidR="00BD0222" w:rsidRDefault="00DF0B0D">
            <w:pPr>
              <w:spacing w:after="0" w:line="240" w:lineRule="auto"/>
              <w:jc w:val="center"/>
            </w:pPr>
            <w:r>
              <w:rPr>
                <w:sz w:val="22"/>
                <w:szCs w:val="22"/>
              </w:rPr>
              <w:t>□</w:t>
            </w:r>
          </w:p>
        </w:tc>
        <w:tc>
          <w:tcPr>
            <w:tcW w:w="6804" w:type="dxa"/>
          </w:tcPr>
          <w:p w14:paraId="19FA333C" w14:textId="77777777" w:rsidR="00BD0222" w:rsidRDefault="00DF0B0D">
            <w:pPr>
              <w:spacing w:after="0" w:line="240" w:lineRule="auto"/>
            </w:pPr>
            <w:r>
              <w:rPr>
                <w:sz w:val="22"/>
                <w:szCs w:val="22"/>
              </w:rPr>
              <w:t>Mọi nhiệm vụ của HS thực hiện trên phiếu học tập và bộ thẻ in sẵn; không cần kết nối mạng Internet.</w:t>
            </w:r>
          </w:p>
        </w:tc>
      </w:tr>
      <w:tr w:rsidR="00BD0222" w14:paraId="699D841C" w14:textId="77777777">
        <w:trPr>
          <w:cantSplit/>
          <w:jc w:val="center"/>
        </w:trPr>
        <w:tc>
          <w:tcPr>
            <w:tcW w:w="680" w:type="dxa"/>
          </w:tcPr>
          <w:p w14:paraId="57573B93" w14:textId="77777777" w:rsidR="00BD0222" w:rsidRDefault="00DF0B0D">
            <w:pPr>
              <w:spacing w:after="0" w:line="240" w:lineRule="auto"/>
            </w:pPr>
            <w:r>
              <w:rPr>
                <w:sz w:val="22"/>
                <w:szCs w:val="22"/>
              </w:rPr>
              <w:t>3</w:t>
            </w:r>
          </w:p>
        </w:tc>
        <w:tc>
          <w:tcPr>
            <w:tcW w:w="680" w:type="dxa"/>
            <w:vAlign w:val="center"/>
          </w:tcPr>
          <w:p w14:paraId="489552F0" w14:textId="77777777" w:rsidR="00BD0222" w:rsidRDefault="00DF0B0D">
            <w:pPr>
              <w:spacing w:after="0" w:line="240" w:lineRule="auto"/>
              <w:jc w:val="center"/>
            </w:pPr>
            <w:r>
              <w:rPr>
                <w:sz w:val="22"/>
                <w:szCs w:val="22"/>
              </w:rPr>
              <w:t>□</w:t>
            </w:r>
          </w:p>
        </w:tc>
        <w:tc>
          <w:tcPr>
            <w:tcW w:w="907" w:type="dxa"/>
            <w:vAlign w:val="center"/>
          </w:tcPr>
          <w:p w14:paraId="239BA78B" w14:textId="77777777" w:rsidR="00BD0222" w:rsidRDefault="00DF0B0D">
            <w:pPr>
              <w:spacing w:after="0" w:line="240" w:lineRule="auto"/>
              <w:jc w:val="center"/>
            </w:pPr>
            <w:r>
              <w:rPr>
                <w:sz w:val="22"/>
                <w:szCs w:val="22"/>
              </w:rPr>
              <w:t>□</w:t>
            </w:r>
          </w:p>
        </w:tc>
        <w:tc>
          <w:tcPr>
            <w:tcW w:w="6804" w:type="dxa"/>
          </w:tcPr>
          <w:p w14:paraId="2577379F" w14:textId="77777777" w:rsidR="00BD0222" w:rsidRDefault="00DF0B0D">
            <w:pPr>
              <w:spacing w:after="0" w:line="240" w:lineRule="auto"/>
            </w:pPr>
            <w:r>
              <w:rPr>
                <w:sz w:val="22"/>
                <w:szCs w:val="22"/>
              </w:rPr>
              <w:t>Ảnh lá lúa trên thẻ lấy từ kho ảnh có giấy phép mở (nguồn, giấy phép ghi ở kho ảnh); số liệu trong phiếu là số giả lập.</w:t>
            </w:r>
          </w:p>
        </w:tc>
      </w:tr>
      <w:tr w:rsidR="00BD0222" w14:paraId="6444DC23" w14:textId="77777777">
        <w:trPr>
          <w:cantSplit/>
          <w:jc w:val="center"/>
        </w:trPr>
        <w:tc>
          <w:tcPr>
            <w:tcW w:w="680" w:type="dxa"/>
          </w:tcPr>
          <w:p w14:paraId="5AE20C99" w14:textId="77777777" w:rsidR="00BD0222" w:rsidRDefault="00DF0B0D">
            <w:pPr>
              <w:spacing w:after="0" w:line="240" w:lineRule="auto"/>
            </w:pPr>
            <w:r>
              <w:rPr>
                <w:sz w:val="22"/>
                <w:szCs w:val="22"/>
              </w:rPr>
              <w:t>4</w:t>
            </w:r>
          </w:p>
        </w:tc>
        <w:tc>
          <w:tcPr>
            <w:tcW w:w="680" w:type="dxa"/>
            <w:vAlign w:val="center"/>
          </w:tcPr>
          <w:p w14:paraId="2D0A2F09" w14:textId="77777777" w:rsidR="00BD0222" w:rsidRDefault="00DF0B0D">
            <w:pPr>
              <w:spacing w:after="0" w:line="240" w:lineRule="auto"/>
              <w:jc w:val="center"/>
            </w:pPr>
            <w:r>
              <w:rPr>
                <w:sz w:val="22"/>
                <w:szCs w:val="22"/>
              </w:rPr>
              <w:t>□</w:t>
            </w:r>
          </w:p>
        </w:tc>
        <w:tc>
          <w:tcPr>
            <w:tcW w:w="907" w:type="dxa"/>
            <w:vAlign w:val="center"/>
          </w:tcPr>
          <w:p w14:paraId="7ABB43DC" w14:textId="77777777" w:rsidR="00BD0222" w:rsidRDefault="00DF0B0D">
            <w:pPr>
              <w:spacing w:after="0" w:line="240" w:lineRule="auto"/>
              <w:jc w:val="center"/>
            </w:pPr>
            <w:r>
              <w:rPr>
                <w:sz w:val="22"/>
                <w:szCs w:val="22"/>
              </w:rPr>
              <w:t>□</w:t>
            </w:r>
          </w:p>
        </w:tc>
        <w:tc>
          <w:tcPr>
            <w:tcW w:w="6804" w:type="dxa"/>
          </w:tcPr>
          <w:p w14:paraId="7D2735B8" w14:textId="77777777" w:rsidR="00BD0222" w:rsidRDefault="00DF0B0D">
            <w:pPr>
              <w:spacing w:after="0" w:line="240" w:lineRule="auto"/>
            </w:pPr>
            <w:r>
              <w:rPr>
                <w:sz w:val="22"/>
                <w:szCs w:val="22"/>
              </w:rPr>
              <w:t>Hai bảng kết quả thử mẫu ở HĐ 3; yêu cầu lá có vết nhưng hệ thống kết luận “khoẻ” thì cần cán bộ kiểm tra.</w:t>
            </w:r>
          </w:p>
        </w:tc>
      </w:tr>
      <w:tr w:rsidR="00BD0222" w14:paraId="7ABA2560" w14:textId="77777777">
        <w:trPr>
          <w:cantSplit/>
          <w:jc w:val="center"/>
        </w:trPr>
        <w:tc>
          <w:tcPr>
            <w:tcW w:w="680" w:type="dxa"/>
          </w:tcPr>
          <w:p w14:paraId="40BE1424" w14:textId="77777777" w:rsidR="00BD0222" w:rsidRDefault="00DF0B0D">
            <w:pPr>
              <w:spacing w:after="0" w:line="240" w:lineRule="auto"/>
            </w:pPr>
            <w:r>
              <w:rPr>
                <w:sz w:val="22"/>
                <w:szCs w:val="22"/>
              </w:rPr>
              <w:t>5</w:t>
            </w:r>
          </w:p>
        </w:tc>
        <w:tc>
          <w:tcPr>
            <w:tcW w:w="680" w:type="dxa"/>
            <w:vAlign w:val="center"/>
          </w:tcPr>
          <w:p w14:paraId="5717725B" w14:textId="77777777" w:rsidR="00BD0222" w:rsidRDefault="00DF0B0D">
            <w:pPr>
              <w:spacing w:after="0" w:line="240" w:lineRule="auto"/>
              <w:jc w:val="center"/>
            </w:pPr>
            <w:r>
              <w:rPr>
                <w:sz w:val="22"/>
                <w:szCs w:val="22"/>
              </w:rPr>
              <w:t>□</w:t>
            </w:r>
          </w:p>
        </w:tc>
        <w:tc>
          <w:tcPr>
            <w:tcW w:w="907" w:type="dxa"/>
            <w:vAlign w:val="center"/>
          </w:tcPr>
          <w:p w14:paraId="398AFFA0" w14:textId="77777777" w:rsidR="00BD0222" w:rsidRDefault="00DF0B0D">
            <w:pPr>
              <w:spacing w:after="0" w:line="240" w:lineRule="auto"/>
              <w:jc w:val="center"/>
            </w:pPr>
            <w:r>
              <w:rPr>
                <w:sz w:val="22"/>
                <w:szCs w:val="22"/>
              </w:rPr>
              <w:t>□</w:t>
            </w:r>
          </w:p>
        </w:tc>
        <w:tc>
          <w:tcPr>
            <w:tcW w:w="6804" w:type="dxa"/>
          </w:tcPr>
          <w:p w14:paraId="247D6C8D" w14:textId="77777777" w:rsidR="00BD0222" w:rsidRDefault="00DF0B0D">
            <w:pPr>
              <w:spacing w:after="0" w:line="240" w:lineRule="auto"/>
            </w:pPr>
            <w:r>
              <w:rPr>
                <w:sz w:val="22"/>
                <w:szCs w:val="22"/>
              </w:rPr>
              <w:t>Ngưỡng chấp nhận và điều kiện kết luận do hợp tác xã, cán bộ khuyến nông quyết định; tiêu chí 1 và tiêu chí 3 của rubric.</w:t>
            </w:r>
          </w:p>
        </w:tc>
      </w:tr>
      <w:tr w:rsidR="00BD0222" w14:paraId="0163A14F" w14:textId="77777777">
        <w:trPr>
          <w:cantSplit/>
          <w:jc w:val="center"/>
        </w:trPr>
        <w:tc>
          <w:tcPr>
            <w:tcW w:w="680" w:type="dxa"/>
          </w:tcPr>
          <w:p w14:paraId="5238D101" w14:textId="77777777" w:rsidR="00BD0222" w:rsidRDefault="00DF0B0D">
            <w:pPr>
              <w:spacing w:after="0" w:line="240" w:lineRule="auto"/>
            </w:pPr>
            <w:r>
              <w:rPr>
                <w:sz w:val="22"/>
                <w:szCs w:val="22"/>
              </w:rPr>
              <w:t>6</w:t>
            </w:r>
          </w:p>
        </w:tc>
        <w:tc>
          <w:tcPr>
            <w:tcW w:w="680" w:type="dxa"/>
            <w:vAlign w:val="center"/>
          </w:tcPr>
          <w:p w14:paraId="68B6FA63" w14:textId="77777777" w:rsidR="00BD0222" w:rsidRDefault="00DF0B0D">
            <w:pPr>
              <w:spacing w:after="0" w:line="240" w:lineRule="auto"/>
              <w:jc w:val="center"/>
            </w:pPr>
            <w:r>
              <w:rPr>
                <w:sz w:val="22"/>
                <w:szCs w:val="22"/>
              </w:rPr>
              <w:t>□</w:t>
            </w:r>
          </w:p>
        </w:tc>
        <w:tc>
          <w:tcPr>
            <w:tcW w:w="907" w:type="dxa"/>
            <w:vAlign w:val="center"/>
          </w:tcPr>
          <w:p w14:paraId="4EB09ECD" w14:textId="77777777" w:rsidR="00BD0222" w:rsidRDefault="00DF0B0D">
            <w:pPr>
              <w:spacing w:after="0" w:line="240" w:lineRule="auto"/>
              <w:jc w:val="center"/>
            </w:pPr>
            <w:r>
              <w:rPr>
                <w:sz w:val="22"/>
                <w:szCs w:val="22"/>
              </w:rPr>
              <w:t>□</w:t>
            </w:r>
          </w:p>
        </w:tc>
        <w:tc>
          <w:tcPr>
            <w:tcW w:w="6804" w:type="dxa"/>
          </w:tcPr>
          <w:p w14:paraId="68C8FB75" w14:textId="77777777" w:rsidR="00BD0222" w:rsidRDefault="00DF0B0D">
            <w:pPr>
              <w:spacing w:after="0" w:line="240" w:lineRule="auto"/>
            </w:pPr>
            <w:r>
              <w:rPr>
                <w:sz w:val="22"/>
                <w:szCs w:val="22"/>
              </w:rPr>
              <w:t>Nhóm ghi rõ nếu dùng công cụ AI khi hoàn thiện kế hoạch ở nhà; ảnh trên thẻ ghi rõ tác giả và giấy phép.</w:t>
            </w:r>
          </w:p>
        </w:tc>
      </w:tr>
      <w:tr w:rsidR="00BD0222" w14:paraId="0C4117D2" w14:textId="77777777">
        <w:trPr>
          <w:cantSplit/>
          <w:jc w:val="center"/>
        </w:trPr>
        <w:tc>
          <w:tcPr>
            <w:tcW w:w="680" w:type="dxa"/>
          </w:tcPr>
          <w:p w14:paraId="662FF318" w14:textId="77777777" w:rsidR="00BD0222" w:rsidRDefault="00DF0B0D">
            <w:pPr>
              <w:spacing w:after="0" w:line="240" w:lineRule="auto"/>
            </w:pPr>
            <w:r>
              <w:rPr>
                <w:sz w:val="22"/>
                <w:szCs w:val="22"/>
              </w:rPr>
              <w:t>7</w:t>
            </w:r>
          </w:p>
        </w:tc>
        <w:tc>
          <w:tcPr>
            <w:tcW w:w="680" w:type="dxa"/>
            <w:vAlign w:val="center"/>
          </w:tcPr>
          <w:p w14:paraId="588DBDAE" w14:textId="77777777" w:rsidR="00BD0222" w:rsidRDefault="00DF0B0D">
            <w:pPr>
              <w:spacing w:after="0" w:line="240" w:lineRule="auto"/>
              <w:jc w:val="center"/>
            </w:pPr>
            <w:r>
              <w:rPr>
                <w:sz w:val="22"/>
                <w:szCs w:val="22"/>
              </w:rPr>
              <w:t>□</w:t>
            </w:r>
          </w:p>
        </w:tc>
        <w:tc>
          <w:tcPr>
            <w:tcW w:w="907" w:type="dxa"/>
            <w:vAlign w:val="center"/>
          </w:tcPr>
          <w:p w14:paraId="50B298F9" w14:textId="77777777" w:rsidR="00BD0222" w:rsidRDefault="00DF0B0D">
            <w:pPr>
              <w:spacing w:after="0" w:line="240" w:lineRule="auto"/>
              <w:jc w:val="center"/>
            </w:pPr>
            <w:r>
              <w:rPr>
                <w:sz w:val="22"/>
                <w:szCs w:val="22"/>
              </w:rPr>
              <w:t>□</w:t>
            </w:r>
          </w:p>
        </w:tc>
        <w:tc>
          <w:tcPr>
            <w:tcW w:w="6804" w:type="dxa"/>
          </w:tcPr>
          <w:p w14:paraId="6EA35D59" w14:textId="77777777" w:rsidR="00BD0222" w:rsidRDefault="00DF0B0D">
            <w:pPr>
              <w:spacing w:after="0" w:line="240" w:lineRule="auto"/>
            </w:pPr>
            <w:r>
              <w:rPr>
                <w:sz w:val="22"/>
                <w:szCs w:val="22"/>
              </w:rPr>
              <w:t>Khi mất mạng hoặc công cụ lỗi, GV chiếu ảnh chụp màn hình các bước đã chuẩn bị; hồ sơ tính năng dạng bảng vẫn dùng được.</w:t>
            </w:r>
          </w:p>
        </w:tc>
      </w:tr>
    </w:tbl>
    <w:p w14:paraId="5F20D9B3" w14:textId="77777777" w:rsidR="00BD0222" w:rsidRDefault="00DF0B0D">
      <w:pPr>
        <w:keepNext/>
        <w:spacing w:before="80" w:after="60" w:line="264" w:lineRule="auto"/>
      </w:pPr>
      <w:r>
        <w:rPr>
          <w:b/>
        </w:rPr>
        <w:t>PL12.5.9. Lưu ý về đánh giá của bài</w:t>
      </w:r>
    </w:p>
    <w:p w14:paraId="0A4C9C65" w14:textId="77777777" w:rsidR="00BD0222" w:rsidRDefault="00DF0B0D">
      <w:pPr>
        <w:spacing w:after="60" w:line="264" w:lineRule="auto"/>
        <w:jc w:val="both"/>
      </w:pPr>
      <w:r>
        <w:rPr>
          <w:i/>
          <w:sz w:val="24"/>
        </w:rPr>
        <w:t>- Ba nguyên tắc chung (trọng tâm đánh giá, đóng góp của từng HS, công bằng trong tiếp cận) và căn cứ Công văn số 5588/BGDĐT-GDPT ngày 19/8/2026: xem Hướng dẫn chung của bộ kế hoạch bài dạy, mục I.</w:t>
      </w:r>
    </w:p>
    <w:p w14:paraId="3818858A" w14:textId="77777777" w:rsidR="00BD0222" w:rsidRDefault="00DF0B0D">
      <w:pPr>
        <w:tabs>
          <w:tab w:val="left" w:pos="425"/>
        </w:tabs>
        <w:spacing w:after="60" w:line="264" w:lineRule="auto"/>
        <w:ind w:left="425" w:hanging="227"/>
        <w:jc w:val="both"/>
      </w:pPr>
      <w:r>
        <w:t xml:space="preserve">- </w:t>
      </w:r>
      <w:r>
        <w:tab/>
      </w:r>
      <w:r>
        <w:rPr>
          <w:b/>
        </w:rPr>
        <w:t>Hướng dẫn và khai báo.</w:t>
      </w:r>
      <w:r>
        <w:t xml:space="preserve"> GV thao tác công cụ trong bốn phút trình diễn và đã đọc điều khoản sử dụng trước giờ dạy. Khi nhóm có dùng công cụ AI để hoàn thiện kế hoạch ở nhà, nhóm khai báo năm ý: công cụ đã dùng; mục đích dùng; phần việc giao cho công cụ; cách kiểm tra lại kết quả; phần nhóm tự làm.</w:t>
      </w:r>
    </w:p>
    <w:p w14:paraId="1FC7D77A" w14:textId="77777777" w:rsidR="00BD0222" w:rsidRDefault="00DF0B0D">
      <w:pPr>
        <w:spacing w:after="0" w:line="240" w:lineRule="auto"/>
      </w:pPr>
      <w:r>
        <w:rPr>
          <w:sz w:val="22"/>
          <w:szCs w:val="22"/>
        </w:rPr>
        <w:t>PL12.5.10. Sản phẩm và gợi ý đáp án theo hoạt động</w:t>
      </w:r>
    </w:p>
    <w:p w14:paraId="50A21CB7" w14:textId="77777777" w:rsidR="00BD0222" w:rsidRDefault="00DF0B0D">
      <w:pPr>
        <w:spacing w:after="0" w:line="240" w:lineRule="auto"/>
      </w:pPr>
      <w:r>
        <w:rPr>
          <w:sz w:val="22"/>
          <w:szCs w:val="22"/>
        </w:rPr>
        <w:t>Hoạt động 1. Mở đầu: hai câu hỏi của hợp tác xã (7 phút)</w:t>
      </w:r>
    </w:p>
    <w:p w14:paraId="76347790" w14:textId="77777777" w:rsidR="00BD0222" w:rsidRDefault="00DF0B0D">
      <w:pPr>
        <w:spacing w:after="0" w:line="240" w:lineRule="auto"/>
      </w:pPr>
      <w:r>
        <w:rPr>
          <w:sz w:val="22"/>
          <w:szCs w:val="22"/>
        </w:rPr>
        <w:t>Mỗi nhóm ghi một dòng dự đoán cho mỗi câu hỏi trên giấy nháp. Tiêu chí đánh giá: dự đoán có nêu điều kiện thực tế như nơi chạy, mạng hoặc người viết mã.</w:t>
      </w:r>
    </w:p>
    <w:p w14:paraId="55DBBC68" w14:textId="77777777" w:rsidR="00BD0222" w:rsidRDefault="00DF0B0D">
      <w:pPr>
        <w:spacing w:after="0" w:line="240" w:lineRule="auto"/>
      </w:pPr>
      <w:r>
        <w:rPr>
          <w:sz w:val="22"/>
          <w:szCs w:val="22"/>
        </w:rPr>
        <w:t>Câu hỏi dự kiến: Máy bà con nông dân có cài được phần mềm không? Trong ruộng có mạng không? Ai sẽ làm thay nhóm khi gặp lá bệnh chưa từng thấy?</w:t>
      </w:r>
    </w:p>
    <w:p w14:paraId="69D7CD9A" w14:textId="77777777" w:rsidR="00BD0222" w:rsidRDefault="00DF0B0D">
      <w:pPr>
        <w:spacing w:after="0" w:line="240" w:lineRule="auto"/>
      </w:pPr>
      <w:r>
        <w:rPr>
          <w:sz w:val="22"/>
          <w:szCs w:val="22"/>
        </w:rPr>
        <w:t>Thành phần HS hay dự đoán: dùng điện thoại, gửi ảnh lên Facebook, nhờ cán bộ khuyến nông xem giúp. GV ghi nhận, chưa sửa ngay.</w:t>
      </w:r>
    </w:p>
    <w:p w14:paraId="16F77566" w14:textId="77777777" w:rsidR="00BD0222" w:rsidRDefault="00DF0B0D">
      <w:pPr>
        <w:spacing w:after="0" w:line="240" w:lineRule="auto"/>
      </w:pPr>
      <w:r>
        <w:rPr>
          <w:sz w:val="22"/>
          <w:szCs w:val="22"/>
        </w:rPr>
        <w:t>MC: giấy nháp của các nhóm; GV giữ lại hai bản làm mẫu.</w:t>
      </w:r>
    </w:p>
    <w:p w14:paraId="2E5F8579" w14:textId="77777777" w:rsidR="00BD0222" w:rsidRDefault="00DF0B0D">
      <w:pPr>
        <w:spacing w:after="0" w:line="240" w:lineRule="auto"/>
      </w:pPr>
      <w:r>
        <w:rPr>
          <w:sz w:val="22"/>
          <w:szCs w:val="22"/>
        </w:rPr>
        <w:t>Hoạt động 2. Hình thành kiến thức mới (38 phút)</w:t>
      </w:r>
    </w:p>
    <w:p w14:paraId="21904E5F" w14:textId="77777777" w:rsidR="00BD0222" w:rsidRDefault="00DF0B0D">
      <w:pPr>
        <w:spacing w:after="0" w:line="240" w:lineRule="auto"/>
      </w:pPr>
      <w:r>
        <w:rPr>
          <w:sz w:val="22"/>
          <w:szCs w:val="22"/>
        </w:rPr>
        <w:t>Phiếu học tập 12.5.1 đã điền đủ sáu tiêu chí cho cả bốn công cụ. Tiêu chí đánh giá: ghi đúng điều kiện kết nối mạng theo từng trường hợp (mở trang, huấn luyện, chạy mô hình đã xuất); ghi được điều kiện tài khoản của MIT App Inventor.</w:t>
      </w:r>
    </w:p>
    <w:p w14:paraId="381B5D11" w14:textId="77777777" w:rsidR="00BD0222" w:rsidRDefault="00DF0B0D">
      <w:pPr>
        <w:spacing w:after="0" w:line="240" w:lineRule="auto"/>
      </w:pPr>
      <w:r>
        <w:rPr>
          <w:sz w:val="22"/>
          <w:szCs w:val="22"/>
        </w:rPr>
        <w:t>MC: phiếu của từng nhóm; GV thu vào cuối tiết để dùng lại ở nhiệm vụ 2.2.</w:t>
      </w:r>
    </w:p>
    <w:p w14:paraId="0CCE24C1" w14:textId="77777777" w:rsidR="00BD0222" w:rsidRDefault="00DF0B0D">
      <w:pPr>
        <w:spacing w:after="0" w:line="240" w:lineRule="auto"/>
      </w:pPr>
      <w:r>
        <w:rPr>
          <w:sz w:val="22"/>
          <w:szCs w:val="22"/>
        </w:rPr>
        <w:t>Hoạt động 2. Hình thành kiến thức mới (38 phút)</w:t>
      </w:r>
    </w:p>
    <w:p w14:paraId="5B64AFD7" w14:textId="77777777" w:rsidR="00BD0222" w:rsidRDefault="00DF0B0D">
      <w:pPr>
        <w:spacing w:after="0" w:line="240" w:lineRule="auto"/>
      </w:pPr>
      <w:r>
        <w:rPr>
          <w:sz w:val="22"/>
          <w:szCs w:val="22"/>
        </w:rPr>
        <w:t>Phiếu học tập 12.5.1, Phần B đã điền đủ sáu dòng. Tiêu chí đánh giá: mỗi dòng có công cụ đề xuất và một căn cứ nói rõ từ tính năng hoặc điều kiện sử dụng.</w:t>
      </w:r>
    </w:p>
    <w:p w14:paraId="40BABFFE" w14:textId="77777777" w:rsidR="00BD0222" w:rsidRDefault="00DF0B0D">
      <w:pPr>
        <w:spacing w:after="0" w:line="240" w:lineRule="auto"/>
      </w:pPr>
      <w:r>
        <w:rPr>
          <w:sz w:val="22"/>
          <w:szCs w:val="22"/>
        </w:rPr>
        <w:t>MC: phiếu của từng nhóm.</w:t>
      </w:r>
    </w:p>
    <w:p w14:paraId="57645AE6" w14:textId="77777777" w:rsidR="00BD0222" w:rsidRDefault="00DF0B0D">
      <w:pPr>
        <w:spacing w:after="0" w:line="240" w:lineRule="auto"/>
      </w:pPr>
      <w:r>
        <w:rPr>
          <w:sz w:val="22"/>
          <w:szCs w:val="22"/>
        </w:rPr>
        <w:t>Hoạt động 3. Luyện tập (15 phút)</w:t>
      </w:r>
    </w:p>
    <w:p w14:paraId="40000B69" w14:textId="77777777" w:rsidR="00BD0222" w:rsidRDefault="00DF0B0D">
      <w:pPr>
        <w:spacing w:after="0" w:line="240" w:lineRule="auto"/>
      </w:pPr>
      <w:r>
        <w:rPr>
          <w:sz w:val="22"/>
          <w:szCs w:val="22"/>
        </w:rPr>
        <w:t>Phiếu học tập 12.5.2, Phần A đã điền đủ ba tiêu chí: độ chính xác, số ảnh bị bỏ sót, thời gian phản hồi; mỗi tiêu chí có cách đo và nguồn số liệu.</w:t>
      </w:r>
    </w:p>
    <w:p w14:paraId="5CC29D86" w14:textId="77777777" w:rsidR="00BD0222" w:rsidRDefault="00DF0B0D">
      <w:pPr>
        <w:spacing w:after="0" w:line="240" w:lineRule="auto"/>
      </w:pPr>
      <w:r>
        <w:rPr>
          <w:sz w:val="22"/>
          <w:szCs w:val="22"/>
        </w:rPr>
        <w:t>MC: phiếu của từng nhóm.</w:t>
      </w:r>
    </w:p>
    <w:p w14:paraId="31220A7A" w14:textId="77777777" w:rsidR="00BD0222" w:rsidRDefault="00DF0B0D">
      <w:pPr>
        <w:spacing w:after="0" w:line="240" w:lineRule="auto"/>
      </w:pPr>
      <w:r>
        <w:rPr>
          <w:sz w:val="22"/>
          <w:szCs w:val="22"/>
        </w:rPr>
        <w:t>Hoạt động 4. Vận dụng: kế hoạch đánh giá hiệu quả cho hệ thống của nhóm (30 phút)</w:t>
      </w:r>
    </w:p>
    <w:p w14:paraId="01F8BA46" w14:textId="77777777" w:rsidR="00BD0222" w:rsidRDefault="00DF0B0D">
      <w:pPr>
        <w:spacing w:after="0" w:line="240" w:lineRule="auto"/>
      </w:pPr>
      <w:r>
        <w:rPr>
          <w:sz w:val="22"/>
          <w:szCs w:val="22"/>
        </w:rPr>
        <w:t>Kế hoạch đánh giá hiệu quả của nhóm đã đủ sáu dòng. Tiêu chí đánh giá: có ngưỡng chấp nhận với con số; dữ liệu kiểm thử có nguồn và người gán nhãn; điều kiện kết luận nêu rõ ba trường hợp.</w:t>
      </w:r>
    </w:p>
    <w:p w14:paraId="3E0EBBA3" w14:textId="77777777" w:rsidR="00BD0222" w:rsidRDefault="00DF0B0D">
      <w:pPr>
        <w:spacing w:after="0" w:line="240" w:lineRule="auto"/>
      </w:pPr>
      <w:r>
        <w:rPr>
          <w:sz w:val="22"/>
          <w:szCs w:val="22"/>
        </w:rPr>
        <w:t>MC: kế hoạch của từng nhóm, phiếu tổng kết của từng HS; GV thu cuối tiết.</w:t>
      </w:r>
    </w:p>
    <w:sectPr w:rsidR="00BD0222">
      <w:footerReference w:type="default" r:id="rId7"/>
      <w:pgSz w:w="11906" w:h="16838"/>
      <w:pgMar w:top="1134" w:right="1134" w:bottom="1134" w:left="1701" w:header="72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C2A93" w14:textId="77777777" w:rsidR="00DF0B0D" w:rsidRDefault="00DF0B0D">
      <w:pPr>
        <w:spacing w:after="0" w:line="240" w:lineRule="auto"/>
      </w:pPr>
      <w:r>
        <w:separator/>
      </w:r>
    </w:p>
  </w:endnote>
  <w:endnote w:type="continuationSeparator" w:id="0">
    <w:p w14:paraId="58061059" w14:textId="77777777" w:rsidR="00DF0B0D" w:rsidRDefault="00DF0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969F0" w14:textId="658B05C6" w:rsidR="00BD0222" w:rsidRDefault="00DF0B0D">
    <w:pPr>
      <w:pStyle w:val="Footer"/>
      <w:spacing w:line="264" w:lineRule="auto"/>
      <w:jc w:val="center"/>
    </w:pPr>
    <w:r>
      <w:rPr>
        <w:sz w:val="22"/>
      </w:rPr>
      <w:fldChar w:fldCharType="begin"/>
    </w:r>
    <w:r>
      <w:rPr>
        <w:sz w:val="22"/>
      </w:rPr>
      <w:instrText>PAGE</w:instrText>
    </w:r>
    <w:r w:rsidR="00315C0D">
      <w:rPr>
        <w:sz w:val="22"/>
      </w:rPr>
      <w:fldChar w:fldCharType="separate"/>
    </w:r>
    <w:r w:rsidR="00315C0D">
      <w:rPr>
        <w:noProof/>
        <w:sz w:val="22"/>
      </w:rPr>
      <w:t>1</w:t>
    </w:r>
    <w:r>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BCD33" w14:textId="77777777" w:rsidR="00DF0B0D" w:rsidRDefault="00DF0B0D">
      <w:pPr>
        <w:spacing w:after="0" w:line="240" w:lineRule="auto"/>
      </w:pPr>
      <w:r>
        <w:separator/>
      </w:r>
    </w:p>
  </w:footnote>
  <w:footnote w:type="continuationSeparator" w:id="0">
    <w:p w14:paraId="5BBD5C5A" w14:textId="77777777" w:rsidR="00DF0B0D" w:rsidRDefault="00DF0B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51315531">
    <w:abstractNumId w:val="8"/>
  </w:num>
  <w:num w:numId="2" w16cid:durableId="1898513363">
    <w:abstractNumId w:val="6"/>
  </w:num>
  <w:num w:numId="3" w16cid:durableId="1061173989">
    <w:abstractNumId w:val="5"/>
  </w:num>
  <w:num w:numId="4" w16cid:durableId="1862089519">
    <w:abstractNumId w:val="4"/>
  </w:num>
  <w:num w:numId="5" w16cid:durableId="2069449714">
    <w:abstractNumId w:val="7"/>
  </w:num>
  <w:num w:numId="6" w16cid:durableId="1759516347">
    <w:abstractNumId w:val="3"/>
  </w:num>
  <w:num w:numId="7" w16cid:durableId="283969231">
    <w:abstractNumId w:val="2"/>
  </w:num>
  <w:num w:numId="8" w16cid:durableId="91631339">
    <w:abstractNumId w:val="1"/>
  </w:num>
  <w:num w:numId="9" w16cid:durableId="1496797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0222"/>
    <w:rsid w:val="00060D98"/>
    <w:rsid w:val="00081B21"/>
    <w:rsid w:val="00315C0D"/>
    <w:rsid w:val="00BD0222"/>
    <w:rsid w:val="00DD6CDB"/>
    <w:rsid w:val="00DF0B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6ACB2164-505D-47FD-A556-7E03406DB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2467</Words>
  <Characters>14068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Hai</cp:lastModifiedBy>
  <cp:revision>4</cp:revision>
  <dcterms:created xsi:type="dcterms:W3CDTF">2026-11-01T20:45:00Z</dcterms:created>
  <dcterms:modified xsi:type="dcterms:W3CDTF">2026-11-01T20:48:00Z</dcterms:modified>
</cp:coreProperties>
</file>