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13981" w14:textId="77777777" w:rsidR="00E918AF" w:rsidRPr="003413C5" w:rsidRDefault="00C84D4A">
      <w:pPr>
        <w:keepNext/>
        <w:spacing w:before="160"/>
        <w:jc w:val="center"/>
        <w:rPr>
          <w:szCs w:val="26"/>
        </w:rPr>
      </w:pPr>
      <w:r w:rsidRPr="003413C5">
        <w:rPr>
          <w:b/>
          <w:szCs w:val="26"/>
        </w:rPr>
        <w:t>PHỤ LỤC CỦA KẾ HOẠCH BÀI DẠY BÀI 4 – LỚP 12</w:t>
      </w:r>
    </w:p>
    <w:p w14:paraId="7B97E114" w14:textId="77777777" w:rsidR="00E918AF" w:rsidRPr="003413C5" w:rsidRDefault="00C84D4A">
      <w:pPr>
        <w:keepNext/>
        <w:spacing w:before="160"/>
        <w:jc w:val="center"/>
        <w:rPr>
          <w:szCs w:val="26"/>
        </w:rPr>
      </w:pPr>
      <w:r w:rsidRPr="003413C5">
        <w:rPr>
          <w:b/>
          <w:szCs w:val="26"/>
        </w:rPr>
        <w:t>TÊN BÀI: LỰA CHỌN Ý TƯỞNG CÔNG CỤ AI CHO HỌC TẬP VÀ CUỘC SỐNG</w:t>
      </w:r>
    </w:p>
    <w:p w14:paraId="0CA2A698" w14:textId="0750A0E1" w:rsidR="00E918AF" w:rsidRDefault="00C84D4A">
      <w:r>
        <w:t xml:space="preserve">Quy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414281">
        <w:t>“</w:t>
      </w:r>
      <w:r>
        <w:t>PL12.4.x</w:t>
      </w:r>
      <w:r w:rsidR="00414281">
        <w:t>”</w:t>
      </w:r>
      <w:r>
        <w:t xml:space="preserve">,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414281">
        <w:t>“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12.4.x</w:t>
      </w:r>
      <w:r w:rsidR="00414281">
        <w:t>”</w:t>
      </w:r>
      <w:r>
        <w:t xml:space="preserve"> (</w:t>
      </w:r>
      <w:proofErr w:type="spellStart"/>
      <w:r>
        <w:t>lớp</w:t>
      </w:r>
      <w:proofErr w:type="spellEnd"/>
      <w:r>
        <w:t xml:space="preserve"> 12, </w:t>
      </w:r>
      <w:proofErr w:type="spellStart"/>
      <w:r>
        <w:t>bài</w:t>
      </w:r>
      <w:proofErr w:type="spellEnd"/>
      <w:r>
        <w:t xml:space="preserve"> 4,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in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(8 </w:t>
      </w:r>
      <w:proofErr w:type="spellStart"/>
      <w:r>
        <w:t>nhóm</w:t>
      </w:r>
      <w:proofErr w:type="spellEnd"/>
      <w:r>
        <w:t xml:space="preserve">): </w:t>
      </w:r>
      <w:proofErr w:type="spellStart"/>
      <w:r>
        <w:t>khoảng</w:t>
      </w:r>
      <w:proofErr w:type="spellEnd"/>
      <w:r>
        <w:t xml:space="preserve"> 32–36 </w:t>
      </w:r>
      <w:proofErr w:type="spellStart"/>
      <w:r>
        <w:t>tờ</w:t>
      </w:r>
      <w:proofErr w:type="spellEnd"/>
      <w:r>
        <w:t xml:space="preserve"> A4 (in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mặt</w:t>
      </w:r>
      <w:proofErr w:type="spellEnd"/>
      <w: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7"/>
        <w:gridCol w:w="4251"/>
        <w:gridCol w:w="2979"/>
        <w:gridCol w:w="1472"/>
      </w:tblGrid>
      <w:tr w:rsidR="00E918AF" w14:paraId="15F916CA" w14:textId="77777777" w:rsidTr="003413C5">
        <w:trPr>
          <w:cantSplit/>
          <w:tblHeader/>
          <w:jc w:val="center"/>
        </w:trPr>
        <w:tc>
          <w:tcPr>
            <w:tcW w:w="64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DDBF1A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21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F936E5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Tên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BB98A0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cho</w:t>
            </w:r>
            <w:proofErr w:type="spellEnd"/>
          </w:p>
        </w:tc>
        <w:tc>
          <w:tcPr>
            <w:tcW w:w="7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DB1D1F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Dùng</w:t>
            </w:r>
            <w:proofErr w:type="spellEnd"/>
            <w:r>
              <w:rPr>
                <w:b/>
                <w:sz w:val="24"/>
              </w:rPr>
              <w:t xml:space="preserve"> ở</w:t>
            </w:r>
          </w:p>
        </w:tc>
      </w:tr>
      <w:tr w:rsidR="00E918AF" w14:paraId="20D2C6BD" w14:textId="77777777" w:rsidTr="003413C5">
        <w:trPr>
          <w:cantSplit/>
          <w:jc w:val="center"/>
        </w:trPr>
        <w:tc>
          <w:tcPr>
            <w:tcW w:w="64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EC05C6" w14:textId="77777777" w:rsidR="00E918AF" w:rsidRDefault="00C84D4A">
            <w:pPr>
              <w:spacing w:after="40"/>
            </w:pPr>
            <w:r>
              <w:rPr>
                <w:sz w:val="24"/>
              </w:rPr>
              <w:t>PL12.4.1</w:t>
            </w:r>
          </w:p>
        </w:tc>
        <w:tc>
          <w:tcPr>
            <w:tcW w:w="21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A62DDB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12.4.1: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kèm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3A1BDA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HS,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(1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A4/HS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A4/2 HS)</w:t>
            </w:r>
          </w:p>
        </w:tc>
        <w:tc>
          <w:tcPr>
            <w:tcW w:w="7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4B463F" w14:textId="77777777" w:rsidR="00E918AF" w:rsidRDefault="00C84D4A">
            <w:pPr>
              <w:spacing w:after="40"/>
            </w:pPr>
            <w:r>
              <w:rPr>
                <w:sz w:val="24"/>
              </w:rPr>
              <w:t>HĐ 4</w:t>
            </w:r>
          </w:p>
        </w:tc>
      </w:tr>
      <w:tr w:rsidR="00E918AF" w14:paraId="2B3870DB" w14:textId="77777777" w:rsidTr="003413C5">
        <w:trPr>
          <w:cantSplit/>
          <w:jc w:val="center"/>
        </w:trPr>
        <w:tc>
          <w:tcPr>
            <w:tcW w:w="64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1F110F" w14:textId="77777777" w:rsidR="00E918AF" w:rsidRDefault="00C84D4A">
            <w:pPr>
              <w:spacing w:after="40"/>
            </w:pPr>
            <w:r>
              <w:rPr>
                <w:sz w:val="24"/>
              </w:rPr>
              <w:t>PL12.4.2</w:t>
            </w:r>
          </w:p>
        </w:tc>
        <w:tc>
          <w:tcPr>
            <w:tcW w:w="21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DE4278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12.4.2</w:t>
            </w:r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A8BD26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(8–9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7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6D468D" w14:textId="77777777" w:rsidR="00E918AF" w:rsidRDefault="00C84D4A">
            <w:pPr>
              <w:spacing w:after="40"/>
            </w:pPr>
            <w:r>
              <w:rPr>
                <w:sz w:val="24"/>
              </w:rPr>
              <w:t>HĐ 2, HĐ 3</w:t>
            </w:r>
          </w:p>
        </w:tc>
      </w:tr>
      <w:tr w:rsidR="00E918AF" w14:paraId="36C8FE75" w14:textId="77777777" w:rsidTr="003413C5">
        <w:trPr>
          <w:cantSplit/>
          <w:jc w:val="center"/>
        </w:trPr>
        <w:tc>
          <w:tcPr>
            <w:tcW w:w="64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4E4F1C" w14:textId="77777777" w:rsidR="00E918AF" w:rsidRDefault="00C84D4A">
            <w:pPr>
              <w:spacing w:after="40"/>
            </w:pPr>
            <w:r>
              <w:rPr>
                <w:sz w:val="24"/>
              </w:rPr>
              <w:t>PL12.4.3</w:t>
            </w:r>
          </w:p>
        </w:tc>
        <w:tc>
          <w:tcPr>
            <w:tcW w:w="21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3DBEEF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GV: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D2C7E4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GV (1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7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4B5356" w14:textId="77777777" w:rsidR="00E918AF" w:rsidRDefault="00C84D4A">
            <w:pPr>
              <w:spacing w:after="40"/>
            </w:pPr>
            <w:r>
              <w:rPr>
                <w:sz w:val="24"/>
              </w:rPr>
              <w:t>HĐ 1, HĐ 2, HĐ 3</w:t>
            </w:r>
          </w:p>
        </w:tc>
      </w:tr>
      <w:tr w:rsidR="00E918AF" w14:paraId="0B595EE3" w14:textId="77777777" w:rsidTr="003413C5">
        <w:trPr>
          <w:cantSplit/>
          <w:jc w:val="center"/>
        </w:trPr>
        <w:tc>
          <w:tcPr>
            <w:tcW w:w="64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D69DDA" w14:textId="77777777" w:rsidR="00E918AF" w:rsidRDefault="00C84D4A">
            <w:pPr>
              <w:spacing w:after="40"/>
            </w:pPr>
            <w:r>
              <w:rPr>
                <w:sz w:val="24"/>
              </w:rPr>
              <w:t>PL12.4.4</w:t>
            </w:r>
          </w:p>
        </w:tc>
        <w:tc>
          <w:tcPr>
            <w:tcW w:w="21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F729BBF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CDC946" w14:textId="77777777" w:rsidR="00E918AF" w:rsidRDefault="00C84D4A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7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AF68EE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HĐ 1–4,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IV</w:t>
            </w:r>
          </w:p>
        </w:tc>
      </w:tr>
      <w:tr w:rsidR="00E918AF" w14:paraId="6DC03ED9" w14:textId="77777777" w:rsidTr="003413C5">
        <w:trPr>
          <w:cantSplit/>
          <w:jc w:val="center"/>
        </w:trPr>
        <w:tc>
          <w:tcPr>
            <w:tcW w:w="64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99D791" w14:textId="77777777" w:rsidR="00E918AF" w:rsidRDefault="00C84D4A">
            <w:pPr>
              <w:spacing w:after="40"/>
            </w:pPr>
            <w:r>
              <w:rPr>
                <w:sz w:val="24"/>
              </w:rPr>
              <w:t>PL12.4.5</w:t>
            </w:r>
          </w:p>
        </w:tc>
        <w:tc>
          <w:tcPr>
            <w:tcW w:w="21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EFE336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lưu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sư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EC9378" w14:textId="77777777" w:rsidR="00E918AF" w:rsidRDefault="00C84D4A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7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E2180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</w:tr>
    </w:tbl>
    <w:p w14:paraId="0337EC2B" w14:textId="77777777" w:rsidR="00E918AF" w:rsidRDefault="00E918AF"/>
    <w:p w14:paraId="136BDF4D" w14:textId="77777777" w:rsidR="00E918AF" w:rsidRDefault="00C84D4A">
      <w:r>
        <w:br w:type="page"/>
      </w:r>
    </w:p>
    <w:p w14:paraId="2C6250DD" w14:textId="77777777" w:rsidR="00E918AF" w:rsidRDefault="00C84D4A">
      <w:pPr>
        <w:keepNext/>
        <w:spacing w:before="200"/>
        <w:jc w:val="left"/>
      </w:pPr>
      <w:r>
        <w:rPr>
          <w:b/>
          <w:sz w:val="28"/>
        </w:rPr>
        <w:lastRenderedPageBreak/>
        <w:t xml:space="preserve">PL12.4.1.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12.4.1: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cá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nhân</w:t>
      </w:r>
      <w:proofErr w:type="spellEnd"/>
    </w:p>
    <w:p w14:paraId="52C4E821" w14:textId="77777777" w:rsidR="00E918AF" w:rsidRDefault="00C84D4A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A4, 1 </w:t>
      </w:r>
      <w:proofErr w:type="spellStart"/>
      <w:r>
        <w:t>mặt</w:t>
      </w:r>
      <w:proofErr w:type="spellEnd"/>
      <w:r>
        <w:t xml:space="preserve"> (40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+ 2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; </w:t>
      </w:r>
      <w:proofErr w:type="spellStart"/>
      <w:r>
        <w:t>hoặc</w:t>
      </w:r>
      <w:proofErr w:type="spellEnd"/>
      <w:r>
        <w:t xml:space="preserve"> in 2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 </w:t>
      </w:r>
      <w:proofErr w:type="spellStart"/>
      <w:r>
        <w:t>trang</w:t>
      </w:r>
      <w:proofErr w:type="spellEnd"/>
      <w:r>
        <w:t xml:space="preserve"> A4).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HS ở B1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4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;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).</w:t>
      </w:r>
    </w:p>
    <w:p w14:paraId="670A1C84" w14:textId="77777777" w:rsidR="00E918AF" w:rsidRDefault="00C84D4A">
      <w:r>
        <w:rPr>
          <w:b/>
        </w:rPr>
        <w:t xml:space="preserve">Hướng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YCCĐ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IV </w:t>
      </w:r>
      <w:proofErr w:type="spellStart"/>
      <w:r>
        <w:t>của</w:t>
      </w:r>
      <w:proofErr w:type="spellEnd"/>
      <w:r>
        <w:t xml:space="preserve"> KHBD;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Đạt, </w:t>
      </w:r>
      <w:proofErr w:type="spellStart"/>
      <w:r>
        <w:t>Khá</w:t>
      </w:r>
      <w:proofErr w:type="spellEnd"/>
      <w:r>
        <w:t xml:space="preserve">,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PL12.4.4.</w:t>
      </w:r>
    </w:p>
    <w:p w14:paraId="09F4EEB0" w14:textId="77777777" w:rsidR="00E918AF" w:rsidRDefault="00C84D4A">
      <w:pPr>
        <w:keepNext/>
        <w:spacing w:before="160" w:after="60"/>
        <w:jc w:val="left"/>
      </w:pPr>
      <w:r>
        <w:rPr>
          <w:b/>
        </w:rPr>
        <w:t>PHIẾU HỌC TẬP 12.4.1: PHIẾU TỔNG KẾT CÁ NHÂN</w:t>
      </w:r>
    </w:p>
    <w:p w14:paraId="14759DA6" w14:textId="77777777" w:rsidR="00E918AF" w:rsidRDefault="00C84D4A">
      <w:pPr>
        <w:tabs>
          <w:tab w:val="left" w:pos="4535"/>
          <w:tab w:val="left" w:pos="7257"/>
        </w:tabs>
        <w:jc w:val="left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 …………………………</w:t>
      </w:r>
      <w:r>
        <w:tab/>
      </w:r>
      <w:proofErr w:type="spellStart"/>
      <w:r>
        <w:t>Lớp</w:t>
      </w:r>
      <w:proofErr w:type="spellEnd"/>
      <w:r>
        <w:t>: …………</w:t>
      </w:r>
      <w:r>
        <w:tab/>
      </w:r>
      <w:proofErr w:type="spellStart"/>
      <w:r>
        <w:t>Nhóm</w:t>
      </w:r>
      <w:proofErr w:type="spellEnd"/>
      <w:r>
        <w:t>: …………</w:t>
      </w:r>
    </w:p>
    <w:p w14:paraId="7F2D9642" w14:textId="77777777" w:rsidR="00E918AF" w:rsidRDefault="00C84D4A">
      <w:r>
        <w:rPr>
          <w:i/>
        </w:rPr>
        <w:t xml:space="preserve">Lưu ý an </w:t>
      </w:r>
      <w:proofErr w:type="spellStart"/>
      <w:r>
        <w:rPr>
          <w:i/>
        </w:rPr>
        <w:t>toàn</w:t>
      </w:r>
      <w:proofErr w:type="spellEnd"/>
      <w:r>
        <w:rPr>
          <w:i/>
        </w:rPr>
        <w:t>:</w:t>
      </w:r>
      <w:r>
        <w:t xml:space="preserve"> Em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hay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5"/>
        <w:gridCol w:w="8704"/>
      </w:tblGrid>
      <w:tr w:rsidR="00E918AF" w14:paraId="6E7929BC" w14:textId="77777777" w:rsidTr="003413C5">
        <w:trPr>
          <w:cantSplit/>
          <w:tblHeader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EA6195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AE517E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E918AF" w14:paraId="5910A969" w14:textId="77777777" w:rsidTr="003413C5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42FEC5" w14:textId="77777777" w:rsidR="00E918AF" w:rsidRDefault="00C84D4A" w:rsidP="003413C5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348D94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Em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dưới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>):</w:t>
            </w:r>
          </w:p>
          <w:p w14:paraId="2D284195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</w:p>
          <w:p w14:paraId="7C68AA4C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thuyết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</w:p>
          <w:p w14:paraId="565A1627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C: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khỏe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/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: ……………………………</w:t>
            </w:r>
          </w:p>
        </w:tc>
      </w:tr>
      <w:tr w:rsidR="00E918AF" w14:paraId="418BC8FB" w14:textId="77777777" w:rsidTr="003413C5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4019C7" w14:textId="77777777" w:rsidR="00E918AF" w:rsidRDefault="00C84D4A" w:rsidP="003413C5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2. Xác </w:t>
            </w:r>
            <w:proofErr w:type="spellStart"/>
            <w:r>
              <w:rPr>
                <w:b/>
                <w:sz w:val="24"/>
              </w:rPr>
              <w:t>định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29D212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- Nhu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246CA9DF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hữu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ích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77BDA5BA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</w:tc>
      </w:tr>
      <w:tr w:rsidR="00E918AF" w14:paraId="02C74D6A" w14:textId="77777777" w:rsidTr="003413C5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AA1B21" w14:textId="77777777" w:rsidR="00E918AF" w:rsidRDefault="00C84D4A" w:rsidP="003413C5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DF8193" w14:textId="5204ECD0" w:rsidR="00E918AF" w:rsidRDefault="00C84D4A" w:rsidP="003413C5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………………………………………………………</w:t>
            </w:r>
          </w:p>
          <w:p w14:paraId="4B7AD445" w14:textId="0A3B7665" w:rsidR="00E918AF" w:rsidRDefault="00C84D4A" w:rsidP="003413C5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………………………………………………………………………………</w:t>
            </w:r>
          </w:p>
          <w:p w14:paraId="422E3C2C" w14:textId="2DA5E02A" w:rsidR="00E918AF" w:rsidRDefault="00C84D4A" w:rsidP="003413C5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: ……………………………</w:t>
            </w:r>
            <w:r w:rsidR="00414281">
              <w:rPr>
                <w:sz w:val="24"/>
              </w:rPr>
              <w:t>...</w:t>
            </w:r>
            <w:r>
              <w:rPr>
                <w:sz w:val="24"/>
              </w:rPr>
              <w:t>………………………</w:t>
            </w:r>
          </w:p>
        </w:tc>
      </w:tr>
      <w:tr w:rsidR="00E918AF" w14:paraId="60DF2215" w14:textId="77777777" w:rsidTr="003413C5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F17E6D" w14:textId="77777777" w:rsidR="00E918AF" w:rsidRDefault="00C84D4A" w:rsidP="003413C5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8BE7CD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134889E7" w14:textId="77777777" w:rsidR="00E918AF" w:rsidRDefault="00C84D4A" w:rsidP="003413C5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(Công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AI: ………;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>: ………).</w:t>
            </w:r>
          </w:p>
        </w:tc>
      </w:tr>
    </w:tbl>
    <w:p w14:paraId="6B2B5E30" w14:textId="77777777" w:rsidR="00E918AF" w:rsidRDefault="00E918AF"/>
    <w:p w14:paraId="79C93A1D" w14:textId="77777777" w:rsidR="00E918AF" w:rsidRDefault="00C84D4A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>: 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44"/>
        <w:gridCol w:w="2445"/>
        <w:gridCol w:w="5100"/>
      </w:tblGrid>
      <w:tr w:rsidR="00E918AF" w14:paraId="747F1A4B" w14:textId="77777777" w:rsidTr="004F673A">
        <w:trPr>
          <w:cantSplit/>
          <w:tblHeader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C77348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9E57A9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95EBAD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E918AF" w14:paraId="5F58D714" w14:textId="77777777" w:rsidTr="004F673A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20B644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1. Xác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FD34D5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E098F5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  <w:tr w:rsidR="00E918AF" w14:paraId="6301E705" w14:textId="77777777" w:rsidTr="004F673A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3FFF91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3C4DB2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7D6E6C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</w:tbl>
    <w:p w14:paraId="5B089716" w14:textId="77777777" w:rsidR="00E918AF" w:rsidRDefault="00E918AF"/>
    <w:p w14:paraId="739912E3" w14:textId="77777777" w:rsidR="00E918AF" w:rsidRDefault="00C84D4A">
      <w:pPr>
        <w:spacing w:before="120" w:after="40"/>
        <w:jc w:val="center"/>
      </w:pPr>
      <w:r>
        <w:rPr>
          <w:noProof/>
        </w:rPr>
        <w:drawing>
          <wp:inline distT="0" distB="0" distL="0" distR="0" wp14:anchorId="419926CF" wp14:editId="2B72A639">
            <wp:extent cx="5580000" cy="2388570"/>
            <wp:effectExtent l="0" t="0" r="0" b="0"/>
            <wp:docPr id="1" name="Picture 1" descr="Hình 12.4.1. Quy trình kiểm chứng công cụ AI (sơ đồ minh hoạ gợi ý)" title="Hình 12.4.1. Quy trình kiểm chứng công cụ AI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2_4_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38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67DE2" w14:textId="77777777" w:rsidR="00E918AF" w:rsidRDefault="00C84D4A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12.4.1. Quy </w:t>
      </w:r>
      <w:proofErr w:type="spellStart"/>
      <w:r>
        <w:rPr>
          <w:i/>
          <w:sz w:val="23"/>
        </w:rPr>
        <w:t>trình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kiểm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chứng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công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cụ</w:t>
      </w:r>
      <w:proofErr w:type="spellEnd"/>
      <w:r>
        <w:rPr>
          <w:i/>
          <w:sz w:val="23"/>
        </w:rPr>
        <w:t xml:space="preserve"> AI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26C824D7" w14:textId="77777777" w:rsidR="00E918AF" w:rsidRDefault="00C84D4A">
      <w:r>
        <w:br w:type="page"/>
      </w:r>
    </w:p>
    <w:p w14:paraId="673A087F" w14:textId="77777777" w:rsidR="00E918AF" w:rsidRDefault="00C84D4A">
      <w:pPr>
        <w:keepNext/>
        <w:spacing w:before="200"/>
        <w:jc w:val="left"/>
      </w:pPr>
      <w:r>
        <w:rPr>
          <w:b/>
          <w:sz w:val="28"/>
        </w:rPr>
        <w:t xml:space="preserve">PL12.4.2.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nhóm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Dùng</w:t>
      </w:r>
      <w:proofErr w:type="spellEnd"/>
      <w:r>
        <w:rPr>
          <w:b/>
          <w:sz w:val="28"/>
        </w:rPr>
        <w:t xml:space="preserve"> ở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2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3)</w:t>
      </w:r>
    </w:p>
    <w:p w14:paraId="3864D969" w14:textId="77777777" w:rsidR="00E918AF" w:rsidRDefault="00C84D4A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 in 2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(8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8 </w:t>
      </w:r>
      <w:proofErr w:type="spellStart"/>
      <w:r>
        <w:t>nhóm</w:t>
      </w:r>
      <w:proofErr w:type="spellEnd"/>
      <w:r>
        <w:t xml:space="preserve"> + 1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khoảng</w:t>
      </w:r>
      <w:proofErr w:type="spellEnd"/>
      <w:r>
        <w:t xml:space="preserve"> 18–24 </w:t>
      </w:r>
      <w:proofErr w:type="spellStart"/>
      <w:r>
        <w:t>tờ</w:t>
      </w:r>
      <w:proofErr w:type="spellEnd"/>
      <w:r>
        <w:t xml:space="preserve"> A4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).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.</w:t>
      </w:r>
    </w:p>
    <w:p w14:paraId="0FF572DB" w14:textId="77777777" w:rsidR="00E918AF" w:rsidRDefault="00C84D4A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A. HỒ SƠ BỐI CẢNH &amp; BỘ THẺ DỮ LIỆU GIẢ LẬP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5643E9A3" w14:textId="77777777" w:rsidR="00E918AF" w:rsidRDefault="00C84D4A">
      <w:proofErr w:type="spellStart"/>
      <w:r>
        <w:t>Câu</w:t>
      </w:r>
      <w:proofErr w:type="spellEnd"/>
      <w:r>
        <w:t xml:space="preserve"> </w:t>
      </w:r>
      <w:proofErr w:type="spellStart"/>
      <w:r>
        <w:t>chuyện</w:t>
      </w:r>
      <w:proofErr w:type="spellEnd"/>
      <w:r>
        <w:t xml:space="preserve">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: Minh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,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12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kì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Minh </w:t>
      </w:r>
      <w:proofErr w:type="spellStart"/>
      <w:r>
        <w:t>muốn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hoá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. Minh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. Minh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đỡ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,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,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>.</w:t>
      </w:r>
    </w:p>
    <w:p w14:paraId="06670742" w14:textId="77777777" w:rsidR="00E918AF" w:rsidRDefault="00C84D4A">
      <w:pPr>
        <w:keepNext/>
        <w:spacing w:before="120" w:after="40"/>
        <w:jc w:val="left"/>
      </w:pPr>
      <w:proofErr w:type="spellStart"/>
      <w:r>
        <w:rPr>
          <w:b/>
        </w:rPr>
        <w:t>Bộ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143"/>
        <w:gridCol w:w="8846"/>
      </w:tblGrid>
      <w:tr w:rsidR="00E918AF" w14:paraId="435A817A" w14:textId="77777777" w:rsidTr="00414281">
        <w:trPr>
          <w:cantSplit/>
          <w:tblHeader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8E17D0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34602E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</w:tr>
      <w:tr w:rsidR="00E918AF" w14:paraId="3D5DEDAF" w14:textId="77777777" w:rsidTr="00414281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260B14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83A502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A: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40F3F355" w14:textId="77777777" w:rsidTr="00414281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7426A2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2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FAFE21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B: Cung </w:t>
            </w: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phí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ẩn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2C47B237" w14:textId="77777777" w:rsidTr="00414281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CAD852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3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D9B6D4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C: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yếu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574B8715" w14:textId="77777777" w:rsidTr="00414281">
        <w:trPr>
          <w:cantSplit/>
          <w:jc w:val="center"/>
        </w:trPr>
        <w:tc>
          <w:tcPr>
            <w:tcW w:w="57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8CC198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4</w:t>
            </w:r>
          </w:p>
        </w:tc>
        <w:tc>
          <w:tcPr>
            <w:tcW w:w="442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EBC75A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D: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078A2419" w14:textId="77777777" w:rsidR="00E918AF" w:rsidRDefault="00E918AF"/>
    <w:p w14:paraId="59978309" w14:textId="77777777" w:rsidR="00E918AF" w:rsidRDefault="00C84D4A">
      <w:pPr>
        <w:spacing w:before="120" w:after="40"/>
        <w:jc w:val="center"/>
      </w:pPr>
      <w:r>
        <w:rPr>
          <w:noProof/>
        </w:rPr>
        <w:drawing>
          <wp:inline distT="0" distB="0" distL="0" distR="0" wp14:anchorId="685F9612" wp14:editId="360D27AD">
            <wp:extent cx="5580000" cy="2608669"/>
            <wp:effectExtent l="0" t="0" r="0" b="0"/>
            <wp:docPr id="2" name="Picture 2" descr="Hình 12.4.2. Đối chiếu hai trường hợp công cụ AI (sơ đồ minh hoạ gợi ý)" title="Hình 12.4.2. Đối chiếu hai trường hợp công cụ AI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2_4_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60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AD3B4" w14:textId="77777777" w:rsidR="00E918AF" w:rsidRDefault="00C84D4A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12.4.2. </w:t>
      </w:r>
      <w:proofErr w:type="spellStart"/>
      <w:r>
        <w:rPr>
          <w:i/>
          <w:sz w:val="23"/>
        </w:rPr>
        <w:t>Đối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chiếu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hai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trường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hợp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công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cụ</w:t>
      </w:r>
      <w:proofErr w:type="spellEnd"/>
      <w:r>
        <w:rPr>
          <w:i/>
          <w:sz w:val="23"/>
        </w:rPr>
        <w:t xml:space="preserve"> AI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7CE85549" w14:textId="77777777" w:rsidR="00E918AF" w:rsidRDefault="00C84D4A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B. PHIẾU HỌC TẬP NHÓM 12.4.2 (</w:t>
      </w:r>
      <w:proofErr w:type="spellStart"/>
      <w:r>
        <w:rPr>
          <w:b/>
        </w:rPr>
        <w:t>Điền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781CDADC" w14:textId="77777777" w:rsidR="00E918AF" w:rsidRDefault="00C84D4A">
      <w:pPr>
        <w:tabs>
          <w:tab w:val="left" w:pos="4535"/>
          <w:tab w:val="left" w:pos="7257"/>
        </w:tabs>
        <w:jc w:val="left"/>
      </w:pPr>
      <w:proofErr w:type="spellStart"/>
      <w:r>
        <w:t>Nhóm</w:t>
      </w:r>
      <w:proofErr w:type="spellEnd"/>
      <w:r>
        <w:t>: …………</w:t>
      </w:r>
      <w:r>
        <w:tab/>
      </w:r>
      <w:proofErr w:type="spellStart"/>
      <w:r>
        <w:t>Lớp</w:t>
      </w:r>
      <w:proofErr w:type="spellEnd"/>
      <w:r>
        <w:t>: 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515"/>
        <w:gridCol w:w="1514"/>
        <w:gridCol w:w="1740"/>
        <w:gridCol w:w="1740"/>
        <w:gridCol w:w="1740"/>
        <w:gridCol w:w="1740"/>
      </w:tblGrid>
      <w:tr w:rsidR="00E918AF" w14:paraId="1F78E443" w14:textId="77777777" w:rsidTr="004F673A">
        <w:trPr>
          <w:cantSplit/>
          <w:tblHeader/>
          <w:jc w:val="center"/>
        </w:trPr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05282E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</w:p>
        </w:tc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E322BD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Ví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mẫu</w:t>
            </w:r>
            <w:proofErr w:type="spellEnd"/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B85EB7" w14:textId="77777777" w:rsidR="00E918AF" w:rsidRDefault="00C84D4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Công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A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1652D8" w14:textId="77777777" w:rsidR="00E918AF" w:rsidRDefault="00C84D4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Công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B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75036E" w14:textId="77777777" w:rsidR="00E918AF" w:rsidRDefault="00C84D4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Công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C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11806F" w14:textId="77777777" w:rsidR="00E918AF" w:rsidRDefault="00C84D4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Công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D</w:t>
            </w:r>
          </w:p>
        </w:tc>
      </w:tr>
      <w:tr w:rsidR="00E918AF" w14:paraId="1867071F" w14:textId="77777777" w:rsidTr="004F673A">
        <w:trPr>
          <w:cantSplit/>
          <w:jc w:val="center"/>
        </w:trPr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D9B22E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Hữu </w:t>
            </w:r>
            <w:proofErr w:type="spellStart"/>
            <w:r>
              <w:rPr>
                <w:sz w:val="24"/>
              </w:rPr>
              <w:t>ích</w:t>
            </w:r>
            <w:proofErr w:type="spellEnd"/>
          </w:p>
        </w:tc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9598BA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Cung </w:t>
            </w: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1107E4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687405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37B485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14F77B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  <w:tr w:rsidR="00E918AF" w14:paraId="706A4935" w14:textId="77777777" w:rsidTr="004F673A">
        <w:trPr>
          <w:cantSplit/>
          <w:jc w:val="center"/>
        </w:trPr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88F72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</w:p>
        </w:tc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7E19D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Dễ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B206F4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C17AD0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912B92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4147BE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  <w:tr w:rsidR="00E918AF" w14:paraId="0A38BA8A" w14:textId="77777777" w:rsidTr="004F673A">
        <w:trPr>
          <w:cantSplit/>
          <w:jc w:val="center"/>
        </w:trPr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875E2E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An </w:t>
            </w:r>
            <w:proofErr w:type="spellStart"/>
            <w:r>
              <w:rPr>
                <w:sz w:val="24"/>
              </w:rPr>
              <w:t>toàn</w:t>
            </w:r>
            <w:proofErr w:type="spellEnd"/>
          </w:p>
        </w:tc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34E227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Bảo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D4CB08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7DDC15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70D3DD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7CB501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</w:tr>
      <w:tr w:rsidR="00E918AF" w14:paraId="09C3F485" w14:textId="77777777" w:rsidTr="004F673A">
        <w:trPr>
          <w:cantSplit/>
          <w:jc w:val="center"/>
        </w:trPr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58E513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bằng</w:t>
            </w:r>
            <w:proofErr w:type="spellEnd"/>
          </w:p>
        </w:tc>
        <w:tc>
          <w:tcPr>
            <w:tcW w:w="75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58D270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phí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ẩn</w:t>
            </w:r>
            <w:proofErr w:type="spellEnd"/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8DBF91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FB1650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B93BF78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  <w:tc>
          <w:tcPr>
            <w:tcW w:w="87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255894" w14:textId="77777777" w:rsidR="00E918AF" w:rsidRDefault="00C84D4A">
            <w:pPr>
              <w:spacing w:after="40"/>
            </w:pPr>
            <w:r>
              <w:rPr>
                <w:sz w:val="24"/>
              </w:rPr>
              <w:t>☐</w:t>
            </w:r>
          </w:p>
        </w:tc>
      </w:tr>
    </w:tbl>
    <w:p w14:paraId="2F5D74C2" w14:textId="77777777" w:rsidR="00E918AF" w:rsidRDefault="00C84D4A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C. THỬ THÁCH LUYỆN TẬP NHÓM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p w14:paraId="2F54F39F" w14:textId="77777777" w:rsidR="00E918AF" w:rsidRDefault="00C84D4A">
      <w:r>
        <w:t xml:space="preserve">Ca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1: Minh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Công </w:t>
      </w:r>
      <w:proofErr w:type="spellStart"/>
      <w:r>
        <w:t>cụ</w:t>
      </w:r>
      <w:proofErr w:type="spellEnd"/>
      <w:r>
        <w:t xml:space="preserve"> A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Sau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Minh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truy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. Minh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khâu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gây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E918AF" w14:paraId="5E550180" w14:textId="77777777" w:rsidTr="004F673A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12D6A1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Khâu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gây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C0BD5A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2CD787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Biện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pháp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E918AF" w14:paraId="0081528B" w14:textId="77777777" w:rsidTr="004F673A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2772D3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6CF500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0FFCDA7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  <w:tr w:rsidR="00E918AF" w14:paraId="4F7E1EAC" w14:textId="77777777" w:rsidTr="004F673A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484DEC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E2561C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0E73D3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  <w:tr w:rsidR="00E918AF" w14:paraId="79815AF1" w14:textId="77777777" w:rsidTr="004F673A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6B8F17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5D40B2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87B040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</w:tbl>
    <w:p w14:paraId="728ACBA1" w14:textId="77777777" w:rsidR="00E918AF" w:rsidRDefault="00E918AF"/>
    <w:p w14:paraId="51B2D7E6" w14:textId="77777777" w:rsidR="00E918AF" w:rsidRDefault="00C84D4A">
      <w:r>
        <w:t xml:space="preserve">Ca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2: Minh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Công </w:t>
      </w:r>
      <w:proofErr w:type="spellStart"/>
      <w:r>
        <w:t>cụ</w:t>
      </w:r>
      <w:proofErr w:type="spellEnd"/>
      <w:r>
        <w:t xml:space="preserve"> B,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, Minh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. Minh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E918AF" w14:paraId="03F1F708" w14:textId="77777777" w:rsidTr="004F673A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11687F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Khâu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gây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E2B717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96B6DC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Biện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pháp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E918AF" w14:paraId="5527DC6E" w14:textId="77777777" w:rsidTr="004F673A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9EB0F7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F7E361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DAA639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  <w:tr w:rsidR="00E918AF" w14:paraId="55E80E69" w14:textId="77777777" w:rsidTr="004F673A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404E63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0C116B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050D9D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  <w:tr w:rsidR="00E918AF" w14:paraId="5B19D71D" w14:textId="77777777" w:rsidTr="004F673A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7DABD5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toán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35F47A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F0CDF4" w14:textId="77777777" w:rsidR="00E918AF" w:rsidRDefault="00C84D4A">
            <w:pPr>
              <w:spacing w:after="40"/>
            </w:pPr>
            <w:r>
              <w:rPr>
                <w:sz w:val="24"/>
              </w:rPr>
              <w:t>………………</w:t>
            </w:r>
          </w:p>
        </w:tc>
      </w:tr>
    </w:tbl>
    <w:p w14:paraId="095E6CB3" w14:textId="77777777" w:rsidR="00E918AF" w:rsidRDefault="00E918AF"/>
    <w:p w14:paraId="067CB77E" w14:textId="69960A75" w:rsidR="00E918AF" w:rsidRDefault="00C84D4A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: </w:t>
      </w:r>
      <w:r w:rsidR="00414281">
        <w:t>“</w:t>
      </w:r>
      <w:proofErr w:type="spellStart"/>
      <w:r>
        <w:t>Nếu</w:t>
      </w:r>
      <w:proofErr w:type="spellEnd"/>
      <w:r>
        <w:t xml:space="preserve"> AI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, ai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>?</w:t>
      </w:r>
      <w:r w:rsidR="00414281">
        <w:t>”</w:t>
      </w:r>
    </w:p>
    <w:p w14:paraId="7998138B" w14:textId="77777777" w:rsidR="00E918AF" w:rsidRDefault="00C84D4A">
      <w:pPr>
        <w:keepNext/>
        <w:spacing w:before="200"/>
        <w:jc w:val="left"/>
      </w:pPr>
      <w:r>
        <w:rPr>
          <w:b/>
          <w:sz w:val="28"/>
        </w:rPr>
        <w:t xml:space="preserve">PL12.4.3. </w:t>
      </w:r>
      <w:proofErr w:type="spellStart"/>
      <w:r>
        <w:rPr>
          <w:b/>
          <w:sz w:val="28"/>
        </w:rPr>
        <w:t>Tư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của</w:t>
      </w:r>
      <w:proofErr w:type="spellEnd"/>
      <w:r>
        <w:rPr>
          <w:b/>
          <w:sz w:val="28"/>
        </w:rPr>
        <w:t xml:space="preserve"> GV: </w:t>
      </w:r>
      <w:proofErr w:type="spellStart"/>
      <w:r>
        <w:rPr>
          <w:b/>
          <w:sz w:val="28"/>
        </w:rPr>
        <w:t>Tình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huống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mở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đầu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thẻ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phỏng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dự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phòng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dẫn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chứng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thực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tế</w:t>
      </w:r>
      <w:proofErr w:type="spellEnd"/>
    </w:p>
    <w:p w14:paraId="5A32B33B" w14:textId="77777777" w:rsidR="00E918AF" w:rsidRDefault="00C84D4A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dùng</w:t>
      </w:r>
      <w:proofErr w:type="spellEnd"/>
      <w:r>
        <w:rPr>
          <w:b/>
        </w:rPr>
        <w:t>:</w:t>
      </w:r>
      <w:r>
        <w:t xml:space="preserve">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(</w:t>
      </w:r>
      <w:proofErr w:type="spellStart"/>
      <w:r>
        <w:t>khoảng</w:t>
      </w:r>
      <w:proofErr w:type="spellEnd"/>
      <w:r>
        <w:t xml:space="preserve"> 1–2 </w:t>
      </w:r>
      <w:proofErr w:type="spellStart"/>
      <w:r>
        <w:t>trang</w:t>
      </w:r>
      <w:proofErr w:type="spellEnd"/>
      <w:r>
        <w:t xml:space="preserve"> A4).</w:t>
      </w:r>
    </w:p>
    <w:p w14:paraId="6612C276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Kịch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huống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ở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1 – 5 </w:t>
      </w:r>
      <w:proofErr w:type="spellStart"/>
      <w:r>
        <w:rPr>
          <w:b/>
        </w:rPr>
        <w:t>phút</w:t>
      </w:r>
      <w:proofErr w:type="spellEnd"/>
      <w:r>
        <w:rPr>
          <w:b/>
        </w:rPr>
        <w:t>)</w:t>
      </w:r>
    </w:p>
    <w:p w14:paraId="78BB1583" w14:textId="77777777" w:rsidR="00E918AF" w:rsidRDefault="00C84D4A">
      <w:r>
        <w:t xml:space="preserve">Trong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hai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cận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:</w:t>
      </w:r>
    </w:p>
    <w:p w14:paraId="3C352AF7" w14:textId="77777777" w:rsidR="00E918AF" w:rsidRDefault="00C84D4A">
      <w:pPr>
        <w:pStyle w:val="ListBullet"/>
      </w:pPr>
      <w:r>
        <w:rPr>
          <w:b/>
        </w:rPr>
        <w:t xml:space="preserve">Phương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1:</w:t>
      </w:r>
      <w:r>
        <w:t xml:space="preserve"> Học </w:t>
      </w:r>
      <w:proofErr w:type="spellStart"/>
      <w:r>
        <w:t>sinh</w:t>
      </w:r>
      <w:proofErr w:type="spellEnd"/>
      <w:r>
        <w:t xml:space="preserve"> A </w:t>
      </w:r>
      <w:proofErr w:type="spellStart"/>
      <w:r>
        <w:t>nhờ</w:t>
      </w:r>
      <w:proofErr w:type="spellEnd"/>
      <w:r>
        <w:t xml:space="preserve"> chatbot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trọn</w:t>
      </w:r>
      <w:proofErr w:type="spellEnd"/>
      <w:r>
        <w:t xml:space="preserve"> </w:t>
      </w:r>
      <w:proofErr w:type="spellStart"/>
      <w:r>
        <w:t>gói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>.</w:t>
      </w:r>
    </w:p>
    <w:p w14:paraId="5EBE209E" w14:textId="77777777" w:rsidR="00E918AF" w:rsidRDefault="00C84D4A">
      <w:pPr>
        <w:pStyle w:val="ListBullet"/>
      </w:pPr>
      <w:r>
        <w:rPr>
          <w:b/>
        </w:rPr>
        <w:t xml:space="preserve">Phương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2:</w:t>
      </w:r>
      <w:r>
        <w:t xml:space="preserve"> Học </w:t>
      </w:r>
      <w:proofErr w:type="spellStart"/>
      <w:r>
        <w:t>sinh</w:t>
      </w:r>
      <w:proofErr w:type="spellEnd"/>
      <w:r>
        <w:t xml:space="preserve"> B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kĩ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>.</w:t>
      </w:r>
    </w:p>
    <w:p w14:paraId="3EF633E7" w14:textId="77777777" w:rsidR="00E918AF" w:rsidRDefault="00C84D4A">
      <w:pPr>
        <w:pStyle w:val="ListBullet"/>
      </w:pPr>
      <w:r>
        <w:rPr>
          <w:b/>
        </w:rPr>
        <w:t xml:space="preserve">Phương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3:</w:t>
      </w:r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AI,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>.</w:t>
      </w:r>
    </w:p>
    <w:p w14:paraId="0631EAFB" w14:textId="487C02D5" w:rsidR="00E918AF" w:rsidRDefault="00C84D4A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ngỏ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GV: </w:t>
      </w:r>
      <w:r w:rsidR="00414281">
        <w:t>“</w:t>
      </w:r>
      <w:r>
        <w:t xml:space="preserve">Theo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,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? </w:t>
      </w:r>
      <w:proofErr w:type="spellStart"/>
      <w:r>
        <w:t>Vì</w:t>
      </w:r>
      <w:proofErr w:type="spellEnd"/>
      <w:r>
        <w:t xml:space="preserve"> </w:t>
      </w:r>
      <w:proofErr w:type="spellStart"/>
      <w:r>
        <w:t>sao</w:t>
      </w:r>
      <w:proofErr w:type="spellEnd"/>
      <w:r>
        <w:t>?</w:t>
      </w:r>
      <w:r w:rsidR="00414281">
        <w:t>”</w:t>
      </w:r>
    </w:p>
    <w:p w14:paraId="44104C4A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phỏng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phòng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Xử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98"/>
        <w:gridCol w:w="2497"/>
        <w:gridCol w:w="2497"/>
        <w:gridCol w:w="2497"/>
      </w:tblGrid>
      <w:tr w:rsidR="00E918AF" w14:paraId="6B166069" w14:textId="77777777" w:rsidTr="004F673A">
        <w:trPr>
          <w:cantSplit/>
          <w:tblHeader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4B9A0F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Yêu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vào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620FDC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&amp; </w:t>
            </w:r>
            <w:proofErr w:type="spellStart"/>
            <w:r>
              <w:rPr>
                <w:b/>
                <w:sz w:val="24"/>
              </w:rPr>
              <w:t>quy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dùng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073FAA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22474F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tra</w:t>
            </w:r>
            <w:proofErr w:type="spellEnd"/>
          </w:p>
        </w:tc>
      </w:tr>
      <w:tr w:rsidR="00E918AF" w14:paraId="251CCF60" w14:textId="77777777" w:rsidTr="004F673A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7D9D9F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14B1CD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F60BE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tiết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3324EF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Quyền </w:t>
            </w:r>
            <w:proofErr w:type="spellStart"/>
            <w:r>
              <w:rPr>
                <w:sz w:val="24"/>
              </w:rPr>
              <w:t>truy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</w:p>
        </w:tc>
      </w:tr>
      <w:tr w:rsidR="00E918AF" w14:paraId="279D9887" w14:textId="77777777" w:rsidTr="004F673A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4C5497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</w:t>
            </w:r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55FFF8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kiếm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49A224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Danh </w:t>
            </w:r>
            <w:proofErr w:type="spellStart"/>
            <w:r>
              <w:rPr>
                <w:sz w:val="24"/>
              </w:rPr>
              <w:t>sách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DDF8C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Độ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cậy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nguồn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</w:p>
        </w:tc>
      </w:tr>
      <w:tr w:rsidR="00E918AF" w14:paraId="31F5AB37" w14:textId="77777777" w:rsidTr="004F673A">
        <w:trPr>
          <w:cantSplit/>
          <w:jc w:val="center"/>
        </w:trPr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F1404B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khỏe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3C6180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khỏe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7546B0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Báo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khỏe</w:t>
            </w:r>
            <w:proofErr w:type="spellEnd"/>
          </w:p>
        </w:tc>
        <w:tc>
          <w:tcPr>
            <w:tcW w:w="12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25A9F4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</w:p>
        </w:tc>
      </w:tr>
    </w:tbl>
    <w:p w14:paraId="38B631F3" w14:textId="77777777" w:rsidR="00E918AF" w:rsidRDefault="00E918AF"/>
    <w:p w14:paraId="40A7105E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</w:p>
    <w:p w14:paraId="642BBEDD" w14:textId="77777777" w:rsidR="00E918AF" w:rsidRDefault="00C84D4A">
      <w:proofErr w:type="spellStart"/>
      <w:r>
        <w:t>Một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ở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lộ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. Ở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,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kiếm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nhấn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tin </w:t>
      </w:r>
      <w:proofErr w:type="spellStart"/>
      <w:r>
        <w:t>cậy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</w:t>
      </w:r>
    </w:p>
    <w:p w14:paraId="7D460085" w14:textId="77777777" w:rsidR="00E918AF" w:rsidRDefault="00C84D4A">
      <w:r>
        <w:br w:type="page"/>
      </w:r>
    </w:p>
    <w:p w14:paraId="018EDF2A" w14:textId="77777777" w:rsidR="00E918AF" w:rsidRDefault="00C84D4A">
      <w:pPr>
        <w:keepNext/>
        <w:spacing w:before="200"/>
        <w:jc w:val="left"/>
      </w:pPr>
      <w:r>
        <w:rPr>
          <w:b/>
          <w:sz w:val="28"/>
        </w:rPr>
        <w:t xml:space="preserve">PL12.4.4. </w:t>
      </w:r>
      <w:proofErr w:type="spellStart"/>
      <w:r>
        <w:rPr>
          <w:b/>
          <w:sz w:val="28"/>
        </w:rPr>
        <w:t>Đáp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án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khảo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gợi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hỗ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mức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đánh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giá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6113F0A6" w14:textId="77777777" w:rsidR="00E918AF" w:rsidRDefault="00C84D4A">
      <w:r>
        <w:rPr>
          <w:i/>
        </w:rPr>
        <w:t xml:space="preserve">(Lưu ý </w:t>
      </w:r>
      <w:proofErr w:type="spellStart"/>
      <w:r>
        <w:rPr>
          <w:i/>
        </w:rPr>
        <w:t>chung</w:t>
      </w:r>
      <w:proofErr w:type="spellEnd"/>
      <w:r>
        <w:rPr>
          <w:i/>
        </w:rPr>
        <w:t xml:space="preserve">: Các </w:t>
      </w:r>
      <w:proofErr w:type="spellStart"/>
      <w:r>
        <w:rPr>
          <w:i/>
        </w:rPr>
        <w:t>đáp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dưới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đây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mức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khảo</w:t>
      </w:r>
      <w:proofErr w:type="spellEnd"/>
      <w:r>
        <w:rPr>
          <w:i/>
        </w:rPr>
        <w:t xml:space="preserve">; GV </w:t>
      </w:r>
      <w:proofErr w:type="spellStart"/>
      <w:r>
        <w:rPr>
          <w:i/>
        </w:rPr>
        <w:t>chấp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đạt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hoặc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của</w:t>
      </w:r>
      <w:proofErr w:type="spellEnd"/>
      <w:r>
        <w:rPr>
          <w:i/>
        </w:rPr>
        <w:t xml:space="preserve"> HS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hợp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lí</w:t>
      </w:r>
      <w:proofErr w:type="spellEnd"/>
      <w:r>
        <w:rPr>
          <w:i/>
        </w:rPr>
        <w:t>).</w:t>
      </w:r>
    </w:p>
    <w:p w14:paraId="5503F875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(HĐ 1)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12.4.2)</w:t>
      </w:r>
    </w:p>
    <w:p w14:paraId="145F71E1" w14:textId="77777777" w:rsidR="00E918AF" w:rsidRDefault="00C84D4A">
      <w:pPr>
        <w:pStyle w:val="ListBullet"/>
      </w:pP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>:</w:t>
      </w:r>
      <w:r>
        <w:t xml:space="preserve"> Phương </w:t>
      </w:r>
      <w:proofErr w:type="spellStart"/>
      <w:r>
        <w:t>án</w:t>
      </w:r>
      <w:proofErr w:type="spellEnd"/>
      <w:r>
        <w:t xml:space="preserve"> 1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rủi</w:t>
      </w:r>
      <w:proofErr w:type="spellEnd"/>
      <w:r>
        <w:t xml:space="preserve"> </w:t>
      </w:r>
      <w:proofErr w:type="spellStart"/>
      <w:r>
        <w:t>ro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,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14:paraId="2CA08242" w14:textId="77777777" w:rsidR="00E918AF" w:rsidRDefault="00C84D4A">
      <w:pPr>
        <w:pStyle w:val="ListBullet"/>
      </w:pP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2:</w:t>
      </w:r>
    </w:p>
    <w:p w14:paraId="24B1D653" w14:textId="77777777" w:rsidR="00E918AF" w:rsidRDefault="00C84D4A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1:</w:t>
      </w:r>
      <w:r>
        <w:t xml:space="preserve"> Công </w:t>
      </w:r>
      <w:proofErr w:type="spellStart"/>
      <w:r>
        <w:t>cụ</w:t>
      </w:r>
      <w:proofErr w:type="spellEnd"/>
      <w:r>
        <w:t xml:space="preserve"> A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truy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>.</w:t>
      </w:r>
    </w:p>
    <w:p w14:paraId="5577F868" w14:textId="77777777" w:rsidR="00E918AF" w:rsidRDefault="00C84D4A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2:</w:t>
      </w:r>
      <w:r>
        <w:t xml:space="preserve"> Công </w:t>
      </w:r>
      <w:proofErr w:type="spellStart"/>
      <w:r>
        <w:t>cụ</w:t>
      </w:r>
      <w:proofErr w:type="spellEnd"/>
      <w:r>
        <w:t xml:space="preserve"> B </w:t>
      </w:r>
      <w:proofErr w:type="spellStart"/>
      <w:r>
        <w:t>có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ẩn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>.</w:t>
      </w:r>
    </w:p>
    <w:p w14:paraId="768187D8" w14:textId="77777777" w:rsidR="00E918AF" w:rsidRDefault="00C84D4A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3:</w:t>
      </w:r>
      <w:r>
        <w:t xml:space="preserve"> Công </w:t>
      </w:r>
      <w:proofErr w:type="spellStart"/>
      <w:r>
        <w:t>cụ</w:t>
      </w:r>
      <w:proofErr w:type="spellEnd"/>
      <w:r>
        <w:t xml:space="preserve"> C </w:t>
      </w:r>
      <w:proofErr w:type="spellStart"/>
      <w:r>
        <w:t>bịa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ích</w:t>
      </w:r>
      <w:proofErr w:type="spellEnd"/>
      <w:r>
        <w:t>.</w:t>
      </w:r>
    </w:p>
    <w:p w14:paraId="6245500B" w14:textId="77777777" w:rsidR="00E918AF" w:rsidRDefault="00C84D4A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4:</w:t>
      </w:r>
      <w:r>
        <w:t xml:space="preserve"> Công </w:t>
      </w:r>
      <w:proofErr w:type="spellStart"/>
      <w:r>
        <w:t>cụ</w:t>
      </w:r>
      <w:proofErr w:type="spellEnd"/>
      <w:r>
        <w:t xml:space="preserve"> D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thi</w:t>
      </w:r>
      <w:proofErr w:type="spellEnd"/>
      <w:r>
        <w:t>.</w:t>
      </w:r>
    </w:p>
    <w:p w14:paraId="181CA977" w14:textId="734B4E04" w:rsidR="00E918AF" w:rsidRDefault="00C84D4A">
      <w:proofErr w:type="spellStart"/>
      <w:r>
        <w:t>Gợi</w:t>
      </w:r>
      <w:proofErr w:type="spellEnd"/>
      <w:r>
        <w:t xml:space="preserve"> ý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: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: </w:t>
      </w:r>
      <w:r w:rsidR="00414281">
        <w:t>“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nhạy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nhất</w:t>
      </w:r>
      <w:proofErr w:type="spellEnd"/>
      <w:r>
        <w:t>?</w:t>
      </w:r>
      <w:r w:rsidR="00414281">
        <w:t>”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="00414281">
        <w:t>“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ẩn</w:t>
      </w:r>
      <w:proofErr w:type="spellEnd"/>
      <w:r>
        <w:t>?</w:t>
      </w:r>
      <w:r w:rsidR="00414281">
        <w:t>”</w:t>
      </w:r>
    </w:p>
    <w:p w14:paraId="1E9DEA30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 (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 – </w:t>
      </w:r>
      <w:proofErr w:type="spellStart"/>
      <w:r>
        <w:rPr>
          <w:b/>
        </w:rPr>
        <w:t>Thử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)</w:t>
      </w:r>
    </w:p>
    <w:p w14:paraId="2B2DF081" w14:textId="77777777" w:rsidR="00E918AF" w:rsidRDefault="00C84D4A">
      <w:pPr>
        <w:pStyle w:val="ListBullet"/>
      </w:pPr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1:</w:t>
      </w:r>
    </w:p>
    <w:p w14:paraId="1C706021" w14:textId="77777777" w:rsidR="00E918AF" w:rsidRDefault="00C84D4A">
      <w:pPr>
        <w:pStyle w:val="ListBullet"/>
      </w:pPr>
      <w:proofErr w:type="spellStart"/>
      <w:r>
        <w:rPr>
          <w:b/>
        </w:rPr>
        <w:t>Khâu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gây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lỗi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>.</w:t>
      </w:r>
    </w:p>
    <w:p w14:paraId="1E248E9C" w14:textId="77777777" w:rsidR="00E918AF" w:rsidRDefault="00C84D4A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>:</w:t>
      </w:r>
      <w:r>
        <w:t xml:space="preserve"> Công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truy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ý.</w:t>
      </w:r>
    </w:p>
    <w:p w14:paraId="7B7FA81F" w14:textId="77777777" w:rsidR="00E918AF" w:rsidRDefault="00C84D4A">
      <w:pPr>
        <w:pStyle w:val="ListBullet"/>
      </w:pPr>
      <w:proofErr w:type="spellStart"/>
      <w:r>
        <w:rPr>
          <w:b/>
        </w:rPr>
        <w:t>Biện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truy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>.</w:t>
      </w:r>
    </w:p>
    <w:p w14:paraId="6B61A8F7" w14:textId="77777777" w:rsidR="00E918AF" w:rsidRDefault="00C84D4A">
      <w:pPr>
        <w:pStyle w:val="ListBullet"/>
      </w:pPr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2:</w:t>
      </w:r>
    </w:p>
    <w:p w14:paraId="1C9C07BD" w14:textId="77777777" w:rsidR="00E918AF" w:rsidRDefault="00C84D4A">
      <w:pPr>
        <w:pStyle w:val="ListBullet"/>
      </w:pPr>
      <w:proofErr w:type="spellStart"/>
      <w:r>
        <w:rPr>
          <w:b/>
        </w:rPr>
        <w:t>Khâu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gây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lỗi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toán</w:t>
      </w:r>
      <w:proofErr w:type="spellEnd"/>
      <w:r>
        <w:t>/</w:t>
      </w:r>
      <w:proofErr w:type="spellStart"/>
      <w:r>
        <w:t>quy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>.</w:t>
      </w:r>
    </w:p>
    <w:p w14:paraId="28E1A8D1" w14:textId="77777777" w:rsidR="00E918AF" w:rsidRDefault="00C84D4A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>.</w:t>
      </w:r>
    </w:p>
    <w:p w14:paraId="74161484" w14:textId="77777777" w:rsidR="00E918AF" w:rsidRDefault="00C84D4A">
      <w:pPr>
        <w:pStyle w:val="ListBullet"/>
      </w:pPr>
      <w:proofErr w:type="spellStart"/>
      <w:r>
        <w:rPr>
          <w:b/>
        </w:rPr>
        <w:t>Biện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>:</w:t>
      </w:r>
      <w:r>
        <w:t xml:space="preserve"> Cung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>.</w:t>
      </w:r>
    </w:p>
    <w:p w14:paraId="0E1E0DCF" w14:textId="15294C67" w:rsidR="00E918AF" w:rsidRDefault="00C84D4A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: </w:t>
      </w:r>
      <w:r w:rsidR="00414281">
        <w:t>“</w:t>
      </w:r>
      <w:proofErr w:type="spellStart"/>
      <w:r>
        <w:t>Nếu</w:t>
      </w:r>
      <w:proofErr w:type="spellEnd"/>
      <w:r>
        <w:t xml:space="preserve"> AI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, ai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>?</w:t>
      </w:r>
      <w:r w:rsidR="00414281">
        <w:t>”</w:t>
      </w:r>
      <w:r>
        <w:t xml:space="preserve"> – Con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cùng</w:t>
      </w:r>
      <w:proofErr w:type="spellEnd"/>
      <w:r>
        <w:t>.</w:t>
      </w:r>
    </w:p>
    <w:p w14:paraId="3204696F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4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12.4.1)</w:t>
      </w:r>
    </w:p>
    <w:p w14:paraId="6E4D99BE" w14:textId="77777777" w:rsidR="00E918AF" w:rsidRDefault="00C84D4A">
      <w:proofErr w:type="spellStart"/>
      <w:r>
        <w:rPr>
          <w:b/>
        </w:rPr>
        <w:t>Họ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tên</w:t>
      </w:r>
      <w:proofErr w:type="spellEnd"/>
      <w:r>
        <w:rPr>
          <w:b/>
        </w:rPr>
        <w:t>:</w:t>
      </w:r>
      <w:r>
        <w:t xml:space="preserve"> Nguyễn Văn A  </w:t>
      </w:r>
      <w:proofErr w:type="spellStart"/>
      <w:r>
        <w:rPr>
          <w:b/>
        </w:rPr>
        <w:t>Lớp</w:t>
      </w:r>
      <w:proofErr w:type="spellEnd"/>
      <w:r>
        <w:rPr>
          <w:b/>
        </w:rPr>
        <w:t>:</w:t>
      </w:r>
      <w:r>
        <w:t xml:space="preserve"> 12A1  </w:t>
      </w:r>
      <w:proofErr w:type="spellStart"/>
      <w:r>
        <w:rPr>
          <w:b/>
        </w:rPr>
        <w:t>Nhóm</w:t>
      </w:r>
      <w:proofErr w:type="spellEnd"/>
      <w:r>
        <w:rPr>
          <w:b/>
        </w:rPr>
        <w:t>:</w:t>
      </w:r>
      <w:r>
        <w:t xml:space="preserve"> 1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4994"/>
        <w:gridCol w:w="4995"/>
      </w:tblGrid>
      <w:tr w:rsidR="00E918AF" w14:paraId="2AB80D38" w14:textId="77777777" w:rsidTr="004F673A">
        <w:trPr>
          <w:cantSplit/>
          <w:tblHeader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1006BC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DF25C0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E918AF" w14:paraId="24C66D6D" w14:textId="77777777" w:rsidTr="004F673A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DFE858" w14:textId="77777777" w:rsidR="00E918AF" w:rsidRDefault="00C84D4A">
            <w:pPr>
              <w:spacing w:after="40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E1715B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</w:p>
        </w:tc>
      </w:tr>
      <w:tr w:rsidR="00E918AF" w14:paraId="4D40803F" w14:textId="77777777" w:rsidTr="004F673A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60BF5E" w14:textId="77777777" w:rsidR="00E918AF" w:rsidRDefault="00C84D4A">
            <w:pPr>
              <w:spacing w:after="40"/>
            </w:pPr>
            <w:r>
              <w:rPr>
                <w:b/>
                <w:sz w:val="24"/>
              </w:rPr>
              <w:t xml:space="preserve">2. Xác </w:t>
            </w:r>
            <w:proofErr w:type="spellStart"/>
            <w:r>
              <w:rPr>
                <w:b/>
                <w:sz w:val="24"/>
              </w:rPr>
              <w:t>định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9A7201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- Nhu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Tối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ưu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</w:p>
          <w:p w14:paraId="3514901E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hữu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ích</w:t>
            </w:r>
            <w:proofErr w:type="spellEnd"/>
            <w:r>
              <w:rPr>
                <w:sz w:val="24"/>
              </w:rPr>
              <w:t xml:space="preserve">: Cung </w:t>
            </w: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chi </w:t>
            </w:r>
            <w:proofErr w:type="spellStart"/>
            <w:r>
              <w:rPr>
                <w:sz w:val="24"/>
              </w:rPr>
              <w:t>tiết</w:t>
            </w:r>
            <w:proofErr w:type="spellEnd"/>
          </w:p>
          <w:p w14:paraId="70E99D32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Bảo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</w:p>
        </w:tc>
      </w:tr>
      <w:tr w:rsidR="00E918AF" w14:paraId="1D89B863" w14:textId="77777777" w:rsidTr="004F673A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84DF1B" w14:textId="77777777" w:rsidR="00E918AF" w:rsidRDefault="00C84D4A">
            <w:pPr>
              <w:spacing w:after="40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6FF012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  <w:p w14:paraId="03598D2D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7C301E6B" w14:textId="77777777" w:rsidTr="004F673A">
        <w:trPr>
          <w:cantSplit/>
          <w:jc w:val="center"/>
        </w:trPr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737AEB" w14:textId="77777777" w:rsidR="00E918AF" w:rsidRDefault="00C84D4A">
            <w:pPr>
              <w:spacing w:after="40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250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3F51C1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</w:tbl>
    <w:p w14:paraId="2DF95C69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(Thông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22/2021/TT-BGDĐT)</w:t>
      </w:r>
    </w:p>
    <w:p w14:paraId="525B02CF" w14:textId="77777777" w:rsidR="00E918AF" w:rsidRDefault="00C84D4A">
      <w:r>
        <w:rPr>
          <w:i/>
        </w:rPr>
        <w:t>(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đổi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điểm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số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dùng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ngưỡng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đếm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cơ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học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làm</w:t>
      </w:r>
      <w:proofErr w:type="spellEnd"/>
      <w:r>
        <w:rPr>
          <w:i/>
        </w:rPr>
        <w:t xml:space="preserve"> thang </w:t>
      </w:r>
      <w:proofErr w:type="spellStart"/>
      <w:r>
        <w:rPr>
          <w:i/>
        </w:rPr>
        <w:t>chấm</w:t>
      </w:r>
      <w:proofErr w:type="spellEnd"/>
      <w:r>
        <w:rPr>
          <w:i/>
        </w:rP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52"/>
        <w:gridCol w:w="2693"/>
        <w:gridCol w:w="2693"/>
        <w:gridCol w:w="2751"/>
      </w:tblGrid>
      <w:tr w:rsidR="00E918AF" w14:paraId="62BEBB45" w14:textId="77777777" w:rsidTr="003413C5">
        <w:trPr>
          <w:cantSplit/>
          <w:tblHeader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8790CD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theo</w:t>
            </w:r>
            <w:proofErr w:type="spellEnd"/>
            <w:r>
              <w:rPr>
                <w:b/>
                <w:sz w:val="24"/>
              </w:rPr>
              <w:t xml:space="preserve"> CV 5512)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CAB488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Đạt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7C97C1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Khá</w:t>
            </w:r>
            <w:proofErr w:type="spellEnd"/>
          </w:p>
        </w:tc>
        <w:tc>
          <w:tcPr>
            <w:tcW w:w="13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D6927E" w14:textId="77777777" w:rsidR="00E918AF" w:rsidRDefault="00C84D4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Tốt</w:t>
            </w:r>
            <w:proofErr w:type="spellEnd"/>
          </w:p>
        </w:tc>
      </w:tr>
      <w:tr w:rsidR="00E918AF" w14:paraId="07AE2244" w14:textId="77777777" w:rsidTr="003413C5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233B8E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YCCĐ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B0893B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Xác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8D83AF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701B5F4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chẽ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61006462" w14:textId="77777777" w:rsidTr="003413C5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654F43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9E9EE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sót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ra.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42A411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9CD0BA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4555F4E6" w14:textId="77777777" w:rsidTr="003413C5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17E455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3.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A9F7DD4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AAE589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34A975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Chủ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ghép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918AF" w14:paraId="5B7CBFD4" w14:textId="77777777" w:rsidTr="003413C5">
        <w:trPr>
          <w:cantSplit/>
          <w:jc w:val="center"/>
        </w:trPr>
        <w:tc>
          <w:tcPr>
            <w:tcW w:w="92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A0FE17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4.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40665C" w14:textId="77777777" w:rsidR="00E918AF" w:rsidRDefault="00C84D4A">
            <w:pPr>
              <w:spacing w:after="40"/>
            </w:pPr>
            <w:r>
              <w:rPr>
                <w:sz w:val="24"/>
              </w:rPr>
              <w:t xml:space="preserve">Tham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4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A3C57D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6DC462B" w14:textId="77777777" w:rsidR="00E918AF" w:rsidRDefault="00C84D4A">
            <w:pPr>
              <w:spacing w:after="40"/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0A19713B" w14:textId="702E895A" w:rsidR="00E918AF" w:rsidRDefault="00C84D4A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Đạt:</w:t>
      </w:r>
      <w:r>
        <w:t xml:space="preserve"> </w:t>
      </w:r>
      <w:r w:rsidR="00414281">
        <w:t>“</w:t>
      </w:r>
      <w:proofErr w:type="spellStart"/>
      <w:r>
        <w:t>Bài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>.</w:t>
      </w:r>
      <w:r w:rsidR="00414281">
        <w:t>”</w:t>
      </w:r>
    </w:p>
    <w:p w14:paraId="0D19AC25" w14:textId="61C7E604" w:rsidR="00E918AF" w:rsidRDefault="00C84D4A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Khá:</w:t>
      </w:r>
      <w:r>
        <w:t xml:space="preserve"> </w:t>
      </w:r>
      <w:r w:rsidR="00414281">
        <w:t>“</w:t>
      </w:r>
      <w:r>
        <w:t xml:space="preserve">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, 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  <w:r w:rsidR="00414281">
        <w:t>”</w:t>
      </w:r>
    </w:p>
    <w:p w14:paraId="2CEDB466" w14:textId="2BFB3DBC" w:rsidR="00E918AF" w:rsidRDefault="00C84D4A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Tốt:</w:t>
      </w:r>
      <w:r>
        <w:t xml:space="preserve"> </w:t>
      </w:r>
      <w:r w:rsidR="00414281">
        <w:t>“</w:t>
      </w:r>
      <w:r>
        <w:t xml:space="preserve">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sảo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,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>.</w:t>
      </w:r>
      <w:r w:rsidR="00414281">
        <w:t>”</w:t>
      </w:r>
    </w:p>
    <w:p w14:paraId="362E864C" w14:textId="77777777" w:rsidR="00E918AF" w:rsidRDefault="00C84D4A">
      <w:r>
        <w:br w:type="page"/>
      </w:r>
    </w:p>
    <w:p w14:paraId="31E2D1E6" w14:textId="77777777" w:rsidR="00E918AF" w:rsidRDefault="00C84D4A">
      <w:pPr>
        <w:keepNext/>
        <w:spacing w:before="200"/>
        <w:jc w:val="left"/>
      </w:pPr>
      <w:r>
        <w:rPr>
          <w:b/>
          <w:sz w:val="28"/>
        </w:rPr>
        <w:t xml:space="preserve">PL12.4.5. </w:t>
      </w:r>
      <w:proofErr w:type="spellStart"/>
      <w:r>
        <w:rPr>
          <w:b/>
          <w:sz w:val="28"/>
        </w:rPr>
        <w:t>Ghi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chú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chuyên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môn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căn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cứ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lưu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sư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phạm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dạy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659B388C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GV</w:t>
      </w:r>
    </w:p>
    <w:p w14:paraId="0ED54474" w14:textId="77777777" w:rsidR="00E918AF" w:rsidRDefault="00C84D4A">
      <w:pPr>
        <w:pStyle w:val="ListBullet"/>
      </w:pPr>
      <w:r>
        <w:rPr>
          <w:b/>
        </w:rPr>
        <w:t xml:space="preserve">AI (Trí </w:t>
      </w:r>
      <w:proofErr w:type="spellStart"/>
      <w:r>
        <w:rPr>
          <w:b/>
        </w:rPr>
        <w:t>tuệ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tạo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con </w:t>
      </w:r>
      <w:proofErr w:type="spellStart"/>
      <w:r>
        <w:t>người</w:t>
      </w:r>
      <w:proofErr w:type="spellEnd"/>
      <w:r>
        <w:t xml:space="preserve">,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14:paraId="26AFD7B4" w14:textId="77777777" w:rsidR="00E918AF" w:rsidRDefault="00C84D4A">
      <w:pPr>
        <w:pStyle w:val="ListBullet"/>
      </w:pP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>:</w:t>
      </w:r>
      <w:r>
        <w:t xml:space="preserve"> Thông tin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14:paraId="42F2EBC2" w14:textId="77777777" w:rsidR="00E918AF" w:rsidRDefault="00C84D4A">
      <w:pPr>
        <w:pStyle w:val="ListBullet"/>
      </w:pPr>
      <w:r>
        <w:rPr>
          <w:b/>
        </w:rPr>
        <w:t xml:space="preserve">Quyền </w:t>
      </w:r>
      <w:proofErr w:type="spellStart"/>
      <w:r>
        <w:rPr>
          <w:b/>
        </w:rPr>
        <w:t>truy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cập</w:t>
      </w:r>
      <w:proofErr w:type="spellEnd"/>
      <w:r>
        <w:rPr>
          <w:b/>
        </w:rPr>
        <w:t>:</w:t>
      </w:r>
      <w:r>
        <w:t xml:space="preserve"> Quyền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truy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>.</w:t>
      </w:r>
    </w:p>
    <w:p w14:paraId="7C4B435F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Căn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</w:p>
    <w:p w14:paraId="6E6481CE" w14:textId="77777777" w:rsidR="00E918AF" w:rsidRDefault="00C84D4A">
      <w:pPr>
        <w:pStyle w:val="ListBullet"/>
      </w:pPr>
      <w:r>
        <w:rPr>
          <w:b/>
        </w:rPr>
        <w:t xml:space="preserve">Công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5588/BGDĐT-GDPT:</w:t>
      </w:r>
      <w:r>
        <w:t xml:space="preserve"> Hướng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>.</w:t>
      </w:r>
    </w:p>
    <w:p w14:paraId="20D4A410" w14:textId="77777777" w:rsidR="00E918AF" w:rsidRDefault="00C84D4A">
      <w:pPr>
        <w:pStyle w:val="ListBullet"/>
      </w:pPr>
      <w:proofErr w:type="spellStart"/>
      <w:r>
        <w:rPr>
          <w:b/>
        </w:rPr>
        <w:t>Luật</w:t>
      </w:r>
      <w:proofErr w:type="spellEnd"/>
      <w:r>
        <w:rPr>
          <w:b/>
        </w:rPr>
        <w:t xml:space="preserve"> Bảo </w:t>
      </w: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số</w:t>
      </w:r>
      <w:proofErr w:type="spellEnd"/>
      <w:r>
        <w:rPr>
          <w:b/>
        </w:rPr>
        <w:t xml:space="preserve"> 91/2025/QH15:</w:t>
      </w:r>
      <w:r>
        <w:t xml:space="preserve"> Quy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18 </w:t>
      </w:r>
      <w:proofErr w:type="spellStart"/>
      <w:r>
        <w:t>tuổi</w:t>
      </w:r>
      <w:proofErr w:type="spellEnd"/>
      <w:r>
        <w:t xml:space="preserve">. Học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18A6C6C4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3. Các </w:t>
      </w: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GV </w:t>
      </w:r>
      <w:proofErr w:type="spellStart"/>
      <w:r>
        <w:rPr>
          <w:b/>
        </w:rPr>
        <w:t>tháo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</w:p>
    <w:p w14:paraId="51241595" w14:textId="77777777" w:rsidR="00E918AF" w:rsidRDefault="00C84D4A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1:</w:t>
      </w:r>
      <w:r>
        <w:t xml:space="preserve"> </w:t>
      </w:r>
      <w:proofErr w:type="spellStart"/>
      <w:r>
        <w:t>Nghĩ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>.</w:t>
      </w:r>
    </w:p>
    <w:p w14:paraId="705CE0CC" w14:textId="7423434D" w:rsidR="00E918AF" w:rsidRDefault="00C84D4A">
      <w:pPr>
        <w:pStyle w:val="ListBullet"/>
      </w:pPr>
      <w:proofErr w:type="spellStart"/>
      <w:r>
        <w:rPr>
          <w:i/>
        </w:rPr>
        <w:t>Câu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hỏi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gợi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mở</w:t>
      </w:r>
      <w:proofErr w:type="spellEnd"/>
      <w:r>
        <w:rPr>
          <w:i/>
        </w:rPr>
        <w:t>:</w:t>
      </w:r>
      <w:r>
        <w:t xml:space="preserve"> </w:t>
      </w:r>
      <w:r w:rsidR="00414281">
        <w:t>“</w:t>
      </w:r>
      <w:proofErr w:type="spellStart"/>
      <w:r>
        <w:t>Nếu</w:t>
      </w:r>
      <w:proofErr w:type="spellEnd"/>
      <w:r>
        <w:t xml:space="preserve"> AI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, ai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>?</w:t>
      </w:r>
      <w:r w:rsidR="00414281">
        <w:t>”</w:t>
      </w:r>
    </w:p>
    <w:p w14:paraId="3628F2FD" w14:textId="77777777" w:rsidR="00E918AF" w:rsidRDefault="00C84D4A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2:</w:t>
      </w:r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khai</w:t>
      </w:r>
      <w:proofErr w:type="spellEnd"/>
      <w:r>
        <w:t>.</w:t>
      </w:r>
    </w:p>
    <w:p w14:paraId="5BFE9792" w14:textId="3AFF0AC8" w:rsidR="00E918AF" w:rsidRDefault="00C84D4A">
      <w:pPr>
        <w:pStyle w:val="ListBullet"/>
      </w:pPr>
      <w:proofErr w:type="spellStart"/>
      <w:r>
        <w:rPr>
          <w:i/>
        </w:rPr>
        <w:t>Câu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hỏi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gợi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mở</w:t>
      </w:r>
      <w:proofErr w:type="spellEnd"/>
      <w:r>
        <w:rPr>
          <w:i/>
        </w:rPr>
        <w:t>:</w:t>
      </w:r>
      <w:r>
        <w:t xml:space="preserve"> </w:t>
      </w:r>
      <w:r w:rsidR="00414281">
        <w:t>“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nhạy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>?</w:t>
      </w:r>
      <w:r w:rsidR="00414281">
        <w:t>”</w:t>
      </w:r>
    </w:p>
    <w:p w14:paraId="510996B4" w14:textId="77777777" w:rsidR="00E918AF" w:rsidRDefault="00C84D4A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3:</w:t>
      </w:r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AI.</w:t>
      </w:r>
    </w:p>
    <w:p w14:paraId="77E748FC" w14:textId="09F576C9" w:rsidR="00E918AF" w:rsidRDefault="00C84D4A">
      <w:pPr>
        <w:pStyle w:val="ListBullet"/>
      </w:pPr>
      <w:proofErr w:type="spellStart"/>
      <w:r>
        <w:rPr>
          <w:i/>
        </w:rPr>
        <w:t>Câu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hỏi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gợi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mở</w:t>
      </w:r>
      <w:proofErr w:type="spellEnd"/>
      <w:r>
        <w:rPr>
          <w:i/>
        </w:rPr>
        <w:t>:</w:t>
      </w:r>
      <w:r>
        <w:t xml:space="preserve"> </w:t>
      </w:r>
      <w:r w:rsidR="00414281">
        <w:t>“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>?</w:t>
      </w:r>
      <w:r w:rsidR="00414281">
        <w:t>”</w:t>
      </w:r>
    </w:p>
    <w:p w14:paraId="7EE7E454" w14:textId="77777777" w:rsidR="00E918AF" w:rsidRDefault="00C84D4A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</w:p>
    <w:p w14:paraId="212F633A" w14:textId="77777777" w:rsidR="00E918AF" w:rsidRDefault="00C84D4A">
      <w:pPr>
        <w:pStyle w:val="ListBullet"/>
      </w:pP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AI.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AI.</w:t>
      </w:r>
    </w:p>
    <w:p w14:paraId="31FE7386" w14:textId="77777777" w:rsidR="00E918AF" w:rsidRDefault="00C84D4A">
      <w:pPr>
        <w:pStyle w:val="ListBullet"/>
      </w:pP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GV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>/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chốt</w:t>
      </w:r>
      <w:proofErr w:type="spellEnd"/>
      <w:r>
        <w:t xml:space="preserve"> ở </w:t>
      </w:r>
      <w:proofErr w:type="spellStart"/>
      <w:r>
        <w:t>Tiết</w:t>
      </w:r>
      <w:proofErr w:type="spellEnd"/>
      <w:r>
        <w:t xml:space="preserve"> 1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2.</w:t>
      </w:r>
    </w:p>
    <w:p w14:paraId="09A2B227" w14:textId="77777777" w:rsidR="00E918AF" w:rsidRDefault="00C84D4A">
      <w:pPr>
        <w:pStyle w:val="ListBullet"/>
      </w:pP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>).</w:t>
      </w:r>
    </w:p>
    <w:sectPr w:rsidR="00E918AF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4684761">
    <w:abstractNumId w:val="8"/>
  </w:num>
  <w:num w:numId="2" w16cid:durableId="827096597">
    <w:abstractNumId w:val="6"/>
  </w:num>
  <w:num w:numId="3" w16cid:durableId="407507355">
    <w:abstractNumId w:val="5"/>
  </w:num>
  <w:num w:numId="4" w16cid:durableId="1570073234">
    <w:abstractNumId w:val="4"/>
  </w:num>
  <w:num w:numId="5" w16cid:durableId="1910378418">
    <w:abstractNumId w:val="7"/>
  </w:num>
  <w:num w:numId="6" w16cid:durableId="1939436360">
    <w:abstractNumId w:val="3"/>
  </w:num>
  <w:num w:numId="7" w16cid:durableId="238709729">
    <w:abstractNumId w:val="2"/>
  </w:num>
  <w:num w:numId="8" w16cid:durableId="990019141">
    <w:abstractNumId w:val="1"/>
  </w:num>
  <w:num w:numId="9" w16cid:durableId="1687563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64BF"/>
    <w:rsid w:val="0015074B"/>
    <w:rsid w:val="00171113"/>
    <w:rsid w:val="0029639D"/>
    <w:rsid w:val="00326F90"/>
    <w:rsid w:val="003413C5"/>
    <w:rsid w:val="00414281"/>
    <w:rsid w:val="004F673A"/>
    <w:rsid w:val="00787C26"/>
    <w:rsid w:val="00951E0E"/>
    <w:rsid w:val="00AA1D8D"/>
    <w:rsid w:val="00B47730"/>
    <w:rsid w:val="00C84D4A"/>
    <w:rsid w:val="00CA6A0C"/>
    <w:rsid w:val="00CB0664"/>
    <w:rsid w:val="00D842E1"/>
    <w:rsid w:val="00E918AF"/>
    <w:rsid w:val="00EE55A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E4C201"/>
  <w14:defaultImageDpi w14:val="300"/>
  <w15:docId w15:val="{7AAF85D9-3263-45F5-8EE5-650086AD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Nguyen Hai</cp:lastModifiedBy>
  <cp:revision>6</cp:revision>
  <dcterms:created xsi:type="dcterms:W3CDTF">2013-12-23T23:15:00Z</dcterms:created>
  <dcterms:modified xsi:type="dcterms:W3CDTF">2026-11-01T20:41:00Z</dcterms:modified>
  <cp:category/>
</cp:coreProperties>
</file>