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C7821" w14:textId="77777777" w:rsidR="00C26AD3" w:rsidRDefault="00000000">
      <w:pPr>
        <w:keepNext/>
        <w:spacing w:after="60" w:line="264" w:lineRule="auto"/>
        <w:jc w:val="center"/>
        <w:rPr>
          <w:b/>
          <w:lang w:val="en-US"/>
        </w:rPr>
      </w:pPr>
      <w:r>
        <w:rPr>
          <w:b/>
        </w:rPr>
        <w:t>PHỤ LỤC CỦA KẾ HOẠCH BÀI DẠY BÀI 7 – LỚP 11</w:t>
      </w:r>
    </w:p>
    <w:p w14:paraId="730BD0BC" w14:textId="0934EA0C" w:rsidR="00A51027" w:rsidRPr="00A51027" w:rsidRDefault="00A51027">
      <w:pPr>
        <w:keepNext/>
        <w:spacing w:after="60" w:line="264" w:lineRule="auto"/>
        <w:jc w:val="center"/>
        <w:rPr>
          <w:lang w:val="en-US"/>
        </w:rPr>
      </w:pPr>
      <w:r>
        <w:rPr>
          <w:b/>
          <w:lang w:val="en-US"/>
        </w:rPr>
        <w:t xml:space="preserve">TÊN BÀI: </w:t>
      </w:r>
      <w:r>
        <w:rPr>
          <w:b/>
        </w:rPr>
        <w:t>THIẾT KẾ TỔNG THỂ MỘT HỆ THỐNG AI</w:t>
      </w:r>
    </w:p>
    <w:p w14:paraId="4E7967A6" w14:textId="77777777" w:rsidR="00C26AD3" w:rsidRDefault="00000000">
      <w:pPr>
        <w:tabs>
          <w:tab w:val="left" w:pos="425"/>
        </w:tabs>
        <w:spacing w:after="60" w:line="264" w:lineRule="auto"/>
        <w:ind w:left="425" w:hanging="227"/>
        <w:jc w:val="both"/>
      </w:pPr>
      <w:r>
        <w:t>Quy ước đánh số để không trùng với phụ lục của các kế hoạch bài dạy khác: phụ lục ghi “PL11.7.x”, phiếu học tập ghi “Phiếu học tập 11.7.x” (lớp 11, bài 7, số thứ tự).</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394"/>
        <w:gridCol w:w="1560"/>
        <w:gridCol w:w="1732"/>
      </w:tblGrid>
      <w:tr w:rsidR="00C26AD3" w14:paraId="43846480" w14:textId="77777777" w:rsidTr="00A51027">
        <w:trPr>
          <w:tblHeader/>
        </w:trPr>
        <w:tc>
          <w:tcPr>
            <w:tcW w:w="1384" w:type="dxa"/>
          </w:tcPr>
          <w:p w14:paraId="228A2718" w14:textId="77777777" w:rsidR="00C26AD3" w:rsidRDefault="00000000">
            <w:pPr>
              <w:tabs>
                <w:tab w:val="left" w:pos="425"/>
              </w:tabs>
              <w:spacing w:after="60" w:line="264" w:lineRule="auto"/>
              <w:ind w:left="425" w:hanging="227"/>
              <w:jc w:val="both"/>
            </w:pPr>
            <w:r>
              <w:rPr>
                <w:b/>
              </w:rPr>
              <w:t>Mã</w:t>
            </w:r>
          </w:p>
        </w:tc>
        <w:tc>
          <w:tcPr>
            <w:tcW w:w="4394" w:type="dxa"/>
          </w:tcPr>
          <w:p w14:paraId="290A8AC1" w14:textId="77777777" w:rsidR="00C26AD3" w:rsidRDefault="00000000">
            <w:pPr>
              <w:tabs>
                <w:tab w:val="left" w:pos="425"/>
              </w:tabs>
              <w:spacing w:after="60" w:line="264" w:lineRule="auto"/>
              <w:ind w:left="425" w:hanging="227"/>
              <w:jc w:val="both"/>
            </w:pPr>
            <w:r>
              <w:rPr>
                <w:b/>
              </w:rPr>
              <w:t>Tên</w:t>
            </w:r>
          </w:p>
        </w:tc>
        <w:tc>
          <w:tcPr>
            <w:tcW w:w="1560" w:type="dxa"/>
          </w:tcPr>
          <w:p w14:paraId="1479C916" w14:textId="77777777" w:rsidR="00C26AD3" w:rsidRDefault="00000000">
            <w:pPr>
              <w:tabs>
                <w:tab w:val="left" w:pos="425"/>
              </w:tabs>
              <w:spacing w:after="60" w:line="264" w:lineRule="auto"/>
              <w:ind w:left="425" w:hanging="227"/>
              <w:jc w:val="both"/>
            </w:pPr>
            <w:r>
              <w:rPr>
                <w:b/>
              </w:rPr>
              <w:t>Dành cho</w:t>
            </w:r>
          </w:p>
        </w:tc>
        <w:tc>
          <w:tcPr>
            <w:tcW w:w="1732" w:type="dxa"/>
          </w:tcPr>
          <w:p w14:paraId="1F240299" w14:textId="77777777" w:rsidR="00C26AD3" w:rsidRDefault="00000000">
            <w:pPr>
              <w:tabs>
                <w:tab w:val="left" w:pos="425"/>
              </w:tabs>
              <w:spacing w:after="60" w:line="264" w:lineRule="auto"/>
              <w:ind w:left="425" w:hanging="227"/>
              <w:jc w:val="both"/>
            </w:pPr>
            <w:r>
              <w:rPr>
                <w:b/>
              </w:rPr>
              <w:t>Dùng ở</w:t>
            </w:r>
          </w:p>
        </w:tc>
      </w:tr>
      <w:tr w:rsidR="00C26AD3" w14:paraId="674A342D" w14:textId="77777777" w:rsidTr="00A51027">
        <w:tc>
          <w:tcPr>
            <w:tcW w:w="1384" w:type="dxa"/>
          </w:tcPr>
          <w:p w14:paraId="49104FD3" w14:textId="77777777" w:rsidR="00C26AD3" w:rsidRDefault="00000000" w:rsidP="00A51027">
            <w:pPr>
              <w:tabs>
                <w:tab w:val="left" w:pos="425"/>
              </w:tabs>
              <w:spacing w:after="60" w:line="264" w:lineRule="auto"/>
            </w:pPr>
            <w:r>
              <w:t>PL11.7.1</w:t>
            </w:r>
          </w:p>
        </w:tc>
        <w:tc>
          <w:tcPr>
            <w:tcW w:w="4394" w:type="dxa"/>
          </w:tcPr>
          <w:p w14:paraId="11D33CE1" w14:textId="77777777" w:rsidR="00C26AD3" w:rsidRDefault="00000000" w:rsidP="00A51027">
            <w:pPr>
              <w:tabs>
                <w:tab w:val="left" w:pos="425"/>
              </w:tabs>
              <w:spacing w:after="60" w:line="264" w:lineRule="auto"/>
            </w:pPr>
            <w:r>
              <w:t>Phiếu học tập</w:t>
            </w:r>
          </w:p>
        </w:tc>
        <w:tc>
          <w:tcPr>
            <w:tcW w:w="1560" w:type="dxa"/>
          </w:tcPr>
          <w:p w14:paraId="6FD33470" w14:textId="77777777" w:rsidR="00C26AD3" w:rsidRDefault="00000000" w:rsidP="00A51027">
            <w:pPr>
              <w:tabs>
                <w:tab w:val="left" w:pos="425"/>
              </w:tabs>
              <w:spacing w:after="60" w:line="264" w:lineRule="auto"/>
            </w:pPr>
            <w:r>
              <w:t>Nhóm</w:t>
            </w:r>
          </w:p>
        </w:tc>
        <w:tc>
          <w:tcPr>
            <w:tcW w:w="1732" w:type="dxa"/>
          </w:tcPr>
          <w:p w14:paraId="148FAF71" w14:textId="77777777" w:rsidR="00C26AD3" w:rsidRDefault="00000000" w:rsidP="00A51027">
            <w:pPr>
              <w:tabs>
                <w:tab w:val="left" w:pos="425"/>
              </w:tabs>
              <w:spacing w:after="60" w:line="264" w:lineRule="auto"/>
            </w:pPr>
            <w:r>
              <w:t>HĐ 2, 3, 4</w:t>
            </w:r>
          </w:p>
        </w:tc>
      </w:tr>
      <w:tr w:rsidR="00C26AD3" w14:paraId="0DEFF2AC" w14:textId="77777777" w:rsidTr="00A51027">
        <w:tc>
          <w:tcPr>
            <w:tcW w:w="1384" w:type="dxa"/>
          </w:tcPr>
          <w:p w14:paraId="24C0900B" w14:textId="77777777" w:rsidR="00C26AD3" w:rsidRDefault="00000000" w:rsidP="00A51027">
            <w:pPr>
              <w:tabs>
                <w:tab w:val="left" w:pos="425"/>
              </w:tabs>
              <w:spacing w:after="60" w:line="264" w:lineRule="auto"/>
            </w:pPr>
            <w:r>
              <w:t>PL11.7.2</w:t>
            </w:r>
          </w:p>
        </w:tc>
        <w:tc>
          <w:tcPr>
            <w:tcW w:w="4394" w:type="dxa"/>
          </w:tcPr>
          <w:p w14:paraId="0A62CCD7" w14:textId="77777777" w:rsidR="00C26AD3" w:rsidRDefault="00000000" w:rsidP="00A51027">
            <w:pPr>
              <w:tabs>
                <w:tab w:val="left" w:pos="425"/>
              </w:tabs>
              <w:spacing w:after="60" w:line="264" w:lineRule="auto"/>
            </w:pPr>
            <w:r>
              <w:t>Sơ đồ quy trình thiết kế bốn bước và ví dụ mẫu</w:t>
            </w:r>
          </w:p>
        </w:tc>
        <w:tc>
          <w:tcPr>
            <w:tcW w:w="1560" w:type="dxa"/>
          </w:tcPr>
          <w:p w14:paraId="0B591B97" w14:textId="77777777" w:rsidR="00C26AD3" w:rsidRDefault="00000000" w:rsidP="00A51027">
            <w:pPr>
              <w:tabs>
                <w:tab w:val="left" w:pos="425"/>
              </w:tabs>
              <w:spacing w:after="60" w:line="264" w:lineRule="auto"/>
            </w:pPr>
            <w:r>
              <w:t>Nhóm</w:t>
            </w:r>
          </w:p>
        </w:tc>
        <w:tc>
          <w:tcPr>
            <w:tcW w:w="1732" w:type="dxa"/>
          </w:tcPr>
          <w:p w14:paraId="74842E45" w14:textId="77777777" w:rsidR="00C26AD3" w:rsidRDefault="00000000" w:rsidP="00A51027">
            <w:pPr>
              <w:tabs>
                <w:tab w:val="left" w:pos="425"/>
              </w:tabs>
              <w:spacing w:after="60" w:line="264" w:lineRule="auto"/>
            </w:pPr>
            <w:r>
              <w:t>HĐ 2</w:t>
            </w:r>
          </w:p>
        </w:tc>
      </w:tr>
      <w:tr w:rsidR="00C26AD3" w14:paraId="326E2219" w14:textId="77777777" w:rsidTr="00A51027">
        <w:tc>
          <w:tcPr>
            <w:tcW w:w="1384" w:type="dxa"/>
          </w:tcPr>
          <w:p w14:paraId="493D6FA6" w14:textId="77777777" w:rsidR="00C26AD3" w:rsidRDefault="00000000" w:rsidP="00A51027">
            <w:pPr>
              <w:tabs>
                <w:tab w:val="left" w:pos="425"/>
              </w:tabs>
              <w:spacing w:after="60" w:line="264" w:lineRule="auto"/>
            </w:pPr>
            <w:r>
              <w:t>PL11.7.3</w:t>
            </w:r>
          </w:p>
        </w:tc>
        <w:tc>
          <w:tcPr>
            <w:tcW w:w="4394" w:type="dxa"/>
          </w:tcPr>
          <w:p w14:paraId="54F111DD" w14:textId="77777777" w:rsidR="00C26AD3" w:rsidRDefault="00000000" w:rsidP="00A51027">
            <w:pPr>
              <w:tabs>
                <w:tab w:val="left" w:pos="425"/>
              </w:tabs>
              <w:spacing w:after="60" w:line="264" w:lineRule="auto"/>
            </w:pPr>
            <w:r>
              <w:t>Sáu thẻ tình huống (Hoạt động 3)</w:t>
            </w:r>
          </w:p>
        </w:tc>
        <w:tc>
          <w:tcPr>
            <w:tcW w:w="1560" w:type="dxa"/>
          </w:tcPr>
          <w:p w14:paraId="3F472DF7" w14:textId="77777777" w:rsidR="00C26AD3" w:rsidRDefault="00000000" w:rsidP="00A51027">
            <w:pPr>
              <w:tabs>
                <w:tab w:val="left" w:pos="425"/>
              </w:tabs>
              <w:spacing w:after="60" w:line="264" w:lineRule="auto"/>
            </w:pPr>
            <w:r>
              <w:t>Nhóm</w:t>
            </w:r>
          </w:p>
        </w:tc>
        <w:tc>
          <w:tcPr>
            <w:tcW w:w="1732" w:type="dxa"/>
          </w:tcPr>
          <w:p w14:paraId="28BB3F0A" w14:textId="77777777" w:rsidR="00C26AD3" w:rsidRDefault="00000000" w:rsidP="00A51027">
            <w:pPr>
              <w:tabs>
                <w:tab w:val="left" w:pos="425"/>
              </w:tabs>
              <w:spacing w:after="60" w:line="264" w:lineRule="auto"/>
            </w:pPr>
            <w:r>
              <w:t>HĐ 3</w:t>
            </w:r>
          </w:p>
        </w:tc>
      </w:tr>
      <w:tr w:rsidR="00C26AD3" w14:paraId="4874CE08" w14:textId="77777777" w:rsidTr="00A51027">
        <w:tc>
          <w:tcPr>
            <w:tcW w:w="1384" w:type="dxa"/>
          </w:tcPr>
          <w:p w14:paraId="461EED27" w14:textId="77777777" w:rsidR="00C26AD3" w:rsidRDefault="00000000" w:rsidP="00A51027">
            <w:pPr>
              <w:tabs>
                <w:tab w:val="left" w:pos="425"/>
              </w:tabs>
              <w:spacing w:after="60" w:line="264" w:lineRule="auto"/>
            </w:pPr>
            <w:r>
              <w:t>PL11.7.4</w:t>
            </w:r>
          </w:p>
        </w:tc>
        <w:tc>
          <w:tcPr>
            <w:tcW w:w="4394" w:type="dxa"/>
          </w:tcPr>
          <w:p w14:paraId="2B7CC35E" w14:textId="77777777" w:rsidR="00C26AD3" w:rsidRDefault="00000000" w:rsidP="00A51027">
            <w:pPr>
              <w:tabs>
                <w:tab w:val="left" w:pos="425"/>
              </w:tabs>
              <w:spacing w:after="60" w:line="264" w:lineRule="auto"/>
            </w:pPr>
            <w:r>
              <w:t>Bảng kiểm tra đồng đẳng (Hoạt động 3)</w:t>
            </w:r>
          </w:p>
        </w:tc>
        <w:tc>
          <w:tcPr>
            <w:tcW w:w="1560" w:type="dxa"/>
          </w:tcPr>
          <w:p w14:paraId="6C5FAA96" w14:textId="77777777" w:rsidR="00C26AD3" w:rsidRDefault="00000000" w:rsidP="00A51027">
            <w:pPr>
              <w:tabs>
                <w:tab w:val="left" w:pos="425"/>
              </w:tabs>
              <w:spacing w:after="60" w:line="264" w:lineRule="auto"/>
            </w:pPr>
            <w:r>
              <w:t>Nhóm</w:t>
            </w:r>
          </w:p>
        </w:tc>
        <w:tc>
          <w:tcPr>
            <w:tcW w:w="1732" w:type="dxa"/>
          </w:tcPr>
          <w:p w14:paraId="2D203A99" w14:textId="77777777" w:rsidR="00C26AD3" w:rsidRDefault="00000000" w:rsidP="00A51027">
            <w:pPr>
              <w:tabs>
                <w:tab w:val="left" w:pos="425"/>
              </w:tabs>
              <w:spacing w:after="60" w:line="264" w:lineRule="auto"/>
            </w:pPr>
            <w:r>
              <w:t>HĐ 3</w:t>
            </w:r>
          </w:p>
        </w:tc>
      </w:tr>
      <w:tr w:rsidR="00C26AD3" w14:paraId="77E4D435" w14:textId="77777777" w:rsidTr="00A51027">
        <w:tc>
          <w:tcPr>
            <w:tcW w:w="1384" w:type="dxa"/>
          </w:tcPr>
          <w:p w14:paraId="4410E990" w14:textId="77777777" w:rsidR="00C26AD3" w:rsidRDefault="00000000" w:rsidP="00A51027">
            <w:pPr>
              <w:tabs>
                <w:tab w:val="left" w:pos="425"/>
              </w:tabs>
              <w:spacing w:after="60" w:line="264" w:lineRule="auto"/>
            </w:pPr>
            <w:r>
              <w:t>PL11.7.5</w:t>
            </w:r>
          </w:p>
        </w:tc>
        <w:tc>
          <w:tcPr>
            <w:tcW w:w="4394" w:type="dxa"/>
          </w:tcPr>
          <w:p w14:paraId="57DD1F4A" w14:textId="77777777" w:rsidR="00C26AD3" w:rsidRDefault="00000000" w:rsidP="00A51027">
            <w:pPr>
              <w:tabs>
                <w:tab w:val="left" w:pos="425"/>
              </w:tabs>
              <w:spacing w:after="60" w:line="264" w:lineRule="auto"/>
            </w:pPr>
            <w:r>
              <w:t>Phiếu vận dụng cá nhân (Hoạt động 4)</w:t>
            </w:r>
          </w:p>
        </w:tc>
        <w:tc>
          <w:tcPr>
            <w:tcW w:w="1560" w:type="dxa"/>
          </w:tcPr>
          <w:p w14:paraId="59063BE3" w14:textId="77777777" w:rsidR="00C26AD3" w:rsidRDefault="00000000" w:rsidP="00A51027">
            <w:pPr>
              <w:tabs>
                <w:tab w:val="left" w:pos="425"/>
              </w:tabs>
              <w:spacing w:after="60" w:line="264" w:lineRule="auto"/>
            </w:pPr>
            <w:r>
              <w:t>Nhóm</w:t>
            </w:r>
          </w:p>
        </w:tc>
        <w:tc>
          <w:tcPr>
            <w:tcW w:w="1732" w:type="dxa"/>
          </w:tcPr>
          <w:p w14:paraId="5F3463C8" w14:textId="77777777" w:rsidR="00C26AD3" w:rsidRDefault="00000000" w:rsidP="00A51027">
            <w:pPr>
              <w:tabs>
                <w:tab w:val="left" w:pos="425"/>
              </w:tabs>
              <w:spacing w:after="60" w:line="264" w:lineRule="auto"/>
            </w:pPr>
            <w:r>
              <w:t>HĐ 4</w:t>
            </w:r>
          </w:p>
        </w:tc>
      </w:tr>
      <w:tr w:rsidR="00C26AD3" w14:paraId="07E17368" w14:textId="77777777" w:rsidTr="00A51027">
        <w:tc>
          <w:tcPr>
            <w:tcW w:w="1384" w:type="dxa"/>
          </w:tcPr>
          <w:p w14:paraId="20ADEC51" w14:textId="77777777" w:rsidR="00C26AD3" w:rsidRDefault="00000000" w:rsidP="00A51027">
            <w:pPr>
              <w:tabs>
                <w:tab w:val="left" w:pos="425"/>
              </w:tabs>
              <w:spacing w:after="60" w:line="264" w:lineRule="auto"/>
            </w:pPr>
            <w:r>
              <w:t>PL11.7.6</w:t>
            </w:r>
          </w:p>
        </w:tc>
        <w:tc>
          <w:tcPr>
            <w:tcW w:w="4394" w:type="dxa"/>
          </w:tcPr>
          <w:p w14:paraId="4B4FAB07" w14:textId="77777777" w:rsidR="00C26AD3" w:rsidRDefault="00000000" w:rsidP="00A51027">
            <w:pPr>
              <w:tabs>
                <w:tab w:val="left" w:pos="425"/>
              </w:tabs>
              <w:spacing w:after="60" w:line="264" w:lineRule="auto"/>
            </w:pPr>
            <w:r>
              <w:t>Ghi chú chuyên môn, nguồn tư liệu và lưu ý khi dạy (dành cho GV)</w:t>
            </w:r>
          </w:p>
        </w:tc>
        <w:tc>
          <w:tcPr>
            <w:tcW w:w="1560" w:type="dxa"/>
          </w:tcPr>
          <w:p w14:paraId="4A610FF2" w14:textId="77777777" w:rsidR="00C26AD3" w:rsidRDefault="00000000" w:rsidP="00A51027">
            <w:pPr>
              <w:tabs>
                <w:tab w:val="left" w:pos="425"/>
              </w:tabs>
              <w:spacing w:after="60" w:line="264" w:lineRule="auto"/>
            </w:pPr>
            <w:r>
              <w:t>GV</w:t>
            </w:r>
          </w:p>
        </w:tc>
        <w:tc>
          <w:tcPr>
            <w:tcW w:w="1732" w:type="dxa"/>
          </w:tcPr>
          <w:p w14:paraId="08ADA00B" w14:textId="77777777" w:rsidR="00C26AD3" w:rsidRDefault="00000000" w:rsidP="00A51027">
            <w:pPr>
              <w:tabs>
                <w:tab w:val="left" w:pos="425"/>
              </w:tabs>
              <w:spacing w:after="60" w:line="264" w:lineRule="auto"/>
            </w:pPr>
            <w:r>
              <w:t>Trước giờ dạy</w:t>
            </w:r>
          </w:p>
        </w:tc>
      </w:tr>
      <w:tr w:rsidR="00C26AD3" w14:paraId="1F311A9B" w14:textId="77777777" w:rsidTr="00A51027">
        <w:tc>
          <w:tcPr>
            <w:tcW w:w="1384" w:type="dxa"/>
          </w:tcPr>
          <w:p w14:paraId="6F15131A" w14:textId="77777777" w:rsidR="00C26AD3" w:rsidRDefault="00000000" w:rsidP="00A51027">
            <w:pPr>
              <w:tabs>
                <w:tab w:val="left" w:pos="425"/>
              </w:tabs>
              <w:spacing w:after="60" w:line="264" w:lineRule="auto"/>
            </w:pPr>
            <w:r>
              <w:t>PL11.7.7</w:t>
            </w:r>
          </w:p>
        </w:tc>
        <w:tc>
          <w:tcPr>
            <w:tcW w:w="4394" w:type="dxa"/>
          </w:tcPr>
          <w:p w14:paraId="168AC0BD" w14:textId="77777777" w:rsidR="00C26AD3" w:rsidRDefault="00000000" w:rsidP="00A51027">
            <w:pPr>
              <w:tabs>
                <w:tab w:val="left" w:pos="425"/>
              </w:tabs>
              <w:spacing w:after="60" w:line="264" w:lineRule="auto"/>
            </w:pPr>
            <w:r>
              <w:t>Mô tả mức đánh giá của bài và mẫu câu nhận xét</w:t>
            </w:r>
          </w:p>
        </w:tc>
        <w:tc>
          <w:tcPr>
            <w:tcW w:w="1560" w:type="dxa"/>
          </w:tcPr>
          <w:p w14:paraId="6410C28A" w14:textId="77777777" w:rsidR="00C26AD3" w:rsidRDefault="00000000" w:rsidP="00A51027">
            <w:pPr>
              <w:tabs>
                <w:tab w:val="left" w:pos="425"/>
              </w:tabs>
              <w:spacing w:after="60" w:line="264" w:lineRule="auto"/>
            </w:pPr>
            <w:r>
              <w:t>GV</w:t>
            </w:r>
          </w:p>
        </w:tc>
        <w:tc>
          <w:tcPr>
            <w:tcW w:w="1732" w:type="dxa"/>
          </w:tcPr>
          <w:p w14:paraId="72040497" w14:textId="77777777" w:rsidR="00C26AD3" w:rsidRDefault="00000000" w:rsidP="00A51027">
            <w:pPr>
              <w:tabs>
                <w:tab w:val="left" w:pos="425"/>
              </w:tabs>
              <w:spacing w:after="60" w:line="264" w:lineRule="auto"/>
            </w:pPr>
            <w:r>
              <w:t>mục IV</w:t>
            </w:r>
          </w:p>
        </w:tc>
      </w:tr>
      <w:tr w:rsidR="00C26AD3" w14:paraId="5CA88635" w14:textId="77777777" w:rsidTr="00A51027">
        <w:tc>
          <w:tcPr>
            <w:tcW w:w="1384" w:type="dxa"/>
          </w:tcPr>
          <w:p w14:paraId="39D668A0" w14:textId="77777777" w:rsidR="00C26AD3" w:rsidRDefault="00000000" w:rsidP="00A51027">
            <w:pPr>
              <w:tabs>
                <w:tab w:val="left" w:pos="425"/>
              </w:tabs>
              <w:spacing w:after="60" w:line="264" w:lineRule="auto"/>
            </w:pPr>
            <w:r>
              <w:t>PL11.7.8</w:t>
            </w:r>
          </w:p>
        </w:tc>
        <w:tc>
          <w:tcPr>
            <w:tcW w:w="4394" w:type="dxa"/>
          </w:tcPr>
          <w:p w14:paraId="7178A46E" w14:textId="77777777" w:rsidR="00C26AD3" w:rsidRDefault="00000000" w:rsidP="00A51027">
            <w:pPr>
              <w:tabs>
                <w:tab w:val="left" w:pos="425"/>
              </w:tabs>
              <w:spacing w:after="60" w:line="264" w:lineRule="auto"/>
            </w:pPr>
            <w:r>
              <w:t>Bảng kiểm an toàn và trách nhiệm của bài</w:t>
            </w:r>
          </w:p>
        </w:tc>
        <w:tc>
          <w:tcPr>
            <w:tcW w:w="1560" w:type="dxa"/>
          </w:tcPr>
          <w:p w14:paraId="3C48F5CA" w14:textId="77777777" w:rsidR="00C26AD3" w:rsidRDefault="00000000" w:rsidP="00A51027">
            <w:pPr>
              <w:tabs>
                <w:tab w:val="left" w:pos="425"/>
              </w:tabs>
              <w:spacing w:after="60" w:line="264" w:lineRule="auto"/>
            </w:pPr>
            <w:r>
              <w:t>GV</w:t>
            </w:r>
          </w:p>
        </w:tc>
        <w:tc>
          <w:tcPr>
            <w:tcW w:w="1732" w:type="dxa"/>
          </w:tcPr>
          <w:p w14:paraId="560A1A87" w14:textId="77777777" w:rsidR="00C26AD3" w:rsidRDefault="00000000" w:rsidP="00A51027">
            <w:pPr>
              <w:tabs>
                <w:tab w:val="left" w:pos="425"/>
              </w:tabs>
              <w:spacing w:after="60" w:line="264" w:lineRule="auto"/>
            </w:pPr>
            <w:r>
              <w:t>Trước giờ dạy</w:t>
            </w:r>
          </w:p>
        </w:tc>
      </w:tr>
      <w:tr w:rsidR="00C26AD3" w14:paraId="6C727238" w14:textId="77777777" w:rsidTr="00A51027">
        <w:tc>
          <w:tcPr>
            <w:tcW w:w="1384" w:type="dxa"/>
          </w:tcPr>
          <w:p w14:paraId="48317EF0" w14:textId="77777777" w:rsidR="00C26AD3" w:rsidRDefault="00000000" w:rsidP="00A51027">
            <w:pPr>
              <w:tabs>
                <w:tab w:val="left" w:pos="425"/>
              </w:tabs>
              <w:spacing w:after="60" w:line="264" w:lineRule="auto"/>
            </w:pPr>
            <w:r>
              <w:t>PL11.7.9</w:t>
            </w:r>
          </w:p>
        </w:tc>
        <w:tc>
          <w:tcPr>
            <w:tcW w:w="4394" w:type="dxa"/>
          </w:tcPr>
          <w:p w14:paraId="2DDF954E" w14:textId="77777777" w:rsidR="00C26AD3" w:rsidRDefault="00000000" w:rsidP="00A51027">
            <w:pPr>
              <w:tabs>
                <w:tab w:val="left" w:pos="425"/>
              </w:tabs>
              <w:spacing w:after="60" w:line="264" w:lineRule="auto"/>
            </w:pPr>
            <w:r>
              <w:t>Lưu ý về đánh giá của bài</w:t>
            </w:r>
          </w:p>
        </w:tc>
        <w:tc>
          <w:tcPr>
            <w:tcW w:w="1560" w:type="dxa"/>
          </w:tcPr>
          <w:p w14:paraId="756F9C30" w14:textId="77777777" w:rsidR="00C26AD3" w:rsidRDefault="00000000" w:rsidP="00A51027">
            <w:pPr>
              <w:tabs>
                <w:tab w:val="left" w:pos="425"/>
              </w:tabs>
              <w:spacing w:after="60" w:line="264" w:lineRule="auto"/>
            </w:pPr>
            <w:r>
              <w:t>GV</w:t>
            </w:r>
          </w:p>
        </w:tc>
        <w:tc>
          <w:tcPr>
            <w:tcW w:w="1732" w:type="dxa"/>
          </w:tcPr>
          <w:p w14:paraId="55C7C8E2" w14:textId="77777777" w:rsidR="00C26AD3" w:rsidRDefault="00000000" w:rsidP="00A51027">
            <w:pPr>
              <w:tabs>
                <w:tab w:val="left" w:pos="425"/>
              </w:tabs>
              <w:spacing w:after="60" w:line="264" w:lineRule="auto"/>
            </w:pPr>
            <w:r>
              <w:t>mục IV</w:t>
            </w:r>
          </w:p>
        </w:tc>
      </w:tr>
      <w:tr w:rsidR="00C26AD3" w14:paraId="1ED89297" w14:textId="77777777" w:rsidTr="00A51027">
        <w:tc>
          <w:tcPr>
            <w:tcW w:w="1384" w:type="dxa"/>
          </w:tcPr>
          <w:p w14:paraId="7D94D2AA" w14:textId="77777777" w:rsidR="00C26AD3" w:rsidRDefault="00000000" w:rsidP="00A51027">
            <w:pPr>
              <w:tabs>
                <w:tab w:val="left" w:pos="425"/>
              </w:tabs>
              <w:spacing w:after="60" w:line="264" w:lineRule="auto"/>
            </w:pPr>
            <w:r>
              <w:t>PL11.7.10</w:t>
            </w:r>
          </w:p>
        </w:tc>
        <w:tc>
          <w:tcPr>
            <w:tcW w:w="4394" w:type="dxa"/>
          </w:tcPr>
          <w:p w14:paraId="5162BB91" w14:textId="77777777" w:rsidR="00C26AD3" w:rsidRDefault="00000000" w:rsidP="00A51027">
            <w:pPr>
              <w:tabs>
                <w:tab w:val="left" w:pos="425"/>
              </w:tabs>
              <w:spacing w:after="60" w:line="264" w:lineRule="auto"/>
            </w:pPr>
            <w:r>
              <w:t>Sản phẩm và gợi ý đáp án theo hoạt động</w:t>
            </w:r>
          </w:p>
        </w:tc>
        <w:tc>
          <w:tcPr>
            <w:tcW w:w="1560" w:type="dxa"/>
          </w:tcPr>
          <w:p w14:paraId="53C29499" w14:textId="77777777" w:rsidR="00C26AD3" w:rsidRDefault="00000000" w:rsidP="00A51027">
            <w:pPr>
              <w:tabs>
                <w:tab w:val="left" w:pos="425"/>
              </w:tabs>
              <w:spacing w:after="60" w:line="264" w:lineRule="auto"/>
            </w:pPr>
            <w:r>
              <w:t>GV</w:t>
            </w:r>
          </w:p>
        </w:tc>
        <w:tc>
          <w:tcPr>
            <w:tcW w:w="1732" w:type="dxa"/>
          </w:tcPr>
          <w:p w14:paraId="6ACB9323" w14:textId="77777777" w:rsidR="00C26AD3" w:rsidRDefault="00000000" w:rsidP="00A51027">
            <w:pPr>
              <w:tabs>
                <w:tab w:val="left" w:pos="425"/>
              </w:tabs>
              <w:spacing w:after="60" w:line="264" w:lineRule="auto"/>
            </w:pPr>
            <w:r>
              <w:t>Các hoạt động; mục IV</w:t>
            </w:r>
          </w:p>
        </w:tc>
      </w:tr>
    </w:tbl>
    <w:p w14:paraId="3ECE7977" w14:textId="77777777" w:rsidR="00C26AD3" w:rsidRDefault="00000000">
      <w:pPr>
        <w:keepNext/>
        <w:spacing w:before="80" w:after="60" w:line="264" w:lineRule="auto"/>
      </w:pPr>
      <w:r>
        <w:rPr>
          <w:b/>
        </w:rPr>
        <w:t>PL11.7.1. Phiếu học tập</w:t>
      </w:r>
    </w:p>
    <w:p w14:paraId="1216A6C5" w14:textId="77777777" w:rsidR="00C26AD3" w:rsidRDefault="00000000">
      <w:pPr>
        <w:tabs>
          <w:tab w:val="left" w:pos="425"/>
        </w:tabs>
        <w:spacing w:after="60" w:line="264" w:lineRule="auto"/>
        <w:ind w:left="425" w:hanging="227"/>
        <w:jc w:val="both"/>
      </w:pPr>
      <w:r>
        <w:t xml:space="preserve">- </w:t>
      </w:r>
      <w:r>
        <w:tab/>
        <w:t>Phiếu học tập 11.7.1: Bốn bước thiết kế áp dụng cho ca mẫu “Hệ thống AI gợi ý số suất ăn cho căng tin trường” (Hoạt động 2).</w:t>
      </w:r>
    </w:p>
    <w:p w14:paraId="0A08938F" w14:textId="77777777" w:rsidR="00C26AD3" w:rsidRDefault="00000000">
      <w:pPr>
        <w:tabs>
          <w:tab w:val="left" w:pos="425"/>
        </w:tabs>
        <w:spacing w:after="60" w:line="264" w:lineRule="auto"/>
        <w:ind w:left="425" w:hanging="227"/>
        <w:jc w:val="both"/>
      </w:pPr>
      <w:r>
        <w:t xml:space="preserve">- </w:t>
      </w:r>
      <w:r>
        <w:tab/>
        <w:t>Phiếu học tập 11.7.2: Bốn bước thiết kế áp dụng cho thẻ tình huống của nhóm (Hoạt động 3).</w:t>
      </w:r>
    </w:p>
    <w:p w14:paraId="06118D13" w14:textId="77777777" w:rsidR="00C26AD3" w:rsidRDefault="00000000">
      <w:pPr>
        <w:tabs>
          <w:tab w:val="left" w:pos="425"/>
        </w:tabs>
        <w:spacing w:after="60" w:line="264" w:lineRule="auto"/>
        <w:ind w:left="425" w:hanging="227"/>
        <w:jc w:val="both"/>
      </w:pPr>
      <w:r>
        <w:t xml:space="preserve">- </w:t>
      </w:r>
      <w:r>
        <w:tab/>
        <w:t>Phiếu vận dụng cá nhân (Hoạt động 4).</w:t>
      </w:r>
    </w:p>
    <w:p w14:paraId="6A5DC740" w14:textId="77777777" w:rsidR="00C26AD3" w:rsidRDefault="00000000">
      <w:pPr>
        <w:keepNext/>
        <w:spacing w:before="80" w:after="60" w:line="264" w:lineRule="auto"/>
      </w:pPr>
      <w:r>
        <w:rPr>
          <w:b/>
        </w:rPr>
        <w:t xml:space="preserve">PL11.7.2. Sơ đồ quy trình thiết kế bốn bước và </w:t>
      </w:r>
      <w:proofErr w:type="spellStart"/>
      <w:r>
        <w:rPr>
          <w:b/>
          <w:lang w:val="en-US"/>
        </w:rPr>
        <w:t>ví</w:t>
      </w:r>
      <w:proofErr w:type="spellEnd"/>
      <w:r>
        <w:rPr>
          <w:b/>
          <w:lang w:val="en-US"/>
        </w:rPr>
        <w:t xml:space="preserve"> </w:t>
      </w:r>
      <w:proofErr w:type="spellStart"/>
      <w:r>
        <w:rPr>
          <w:b/>
          <w:lang w:val="en-US"/>
        </w:rPr>
        <w:t>dụ</w:t>
      </w:r>
      <w:proofErr w:type="spellEnd"/>
      <w:r>
        <w:rPr>
          <w:b/>
        </w:rPr>
        <w:t xml:space="preserve"> mẫu</w:t>
      </w:r>
    </w:p>
    <w:p w14:paraId="2AB1C8AE" w14:textId="77777777" w:rsidR="00C26AD3" w:rsidRDefault="00000000">
      <w:pPr>
        <w:keepNext/>
        <w:spacing w:after="60" w:line="264" w:lineRule="auto"/>
        <w:jc w:val="both"/>
      </w:pPr>
      <w:r>
        <w:rPr>
          <w:b/>
        </w:rPr>
        <w:t>Sơ đồ quy trình thiết kế bốn bước:</w:t>
      </w:r>
    </w:p>
    <w:p w14:paraId="016C7A4E" w14:textId="77777777" w:rsidR="00C26AD3" w:rsidRDefault="00000000">
      <w:pPr>
        <w:tabs>
          <w:tab w:val="left" w:pos="425"/>
        </w:tabs>
        <w:spacing w:after="60" w:line="264" w:lineRule="auto"/>
        <w:ind w:left="425" w:hanging="227"/>
        <w:jc w:val="both"/>
      </w:pPr>
      <w:r>
        <w:t xml:space="preserve">- </w:t>
      </w:r>
      <w:r>
        <w:tab/>
        <w:t>Bước 1. Xác lập mục tiêu: vấn đề, người dùng, tiêu chí thành công.</w:t>
      </w:r>
    </w:p>
    <w:p w14:paraId="399CB391" w14:textId="77777777" w:rsidR="00C26AD3" w:rsidRDefault="00000000">
      <w:pPr>
        <w:tabs>
          <w:tab w:val="left" w:pos="425"/>
        </w:tabs>
        <w:spacing w:after="60" w:line="264" w:lineRule="auto"/>
        <w:ind w:left="425" w:hanging="227"/>
        <w:jc w:val="both"/>
      </w:pPr>
      <w:r>
        <w:t xml:space="preserve">- </w:t>
      </w:r>
      <w:r>
        <w:tab/>
        <w:t>Bước 2. Xác định dữ liệu và thành phần: dữ liệu, thuật toán/mô hình, đầu ra, phản hồi.</w:t>
      </w:r>
    </w:p>
    <w:p w14:paraId="4BA1821D" w14:textId="77777777" w:rsidR="00C26AD3" w:rsidRDefault="00000000">
      <w:pPr>
        <w:tabs>
          <w:tab w:val="left" w:pos="425"/>
        </w:tabs>
        <w:spacing w:after="60" w:line="264" w:lineRule="auto"/>
        <w:ind w:left="425" w:hanging="227"/>
        <w:jc w:val="both"/>
      </w:pPr>
      <w:r>
        <w:t xml:space="preserve">- </w:t>
      </w:r>
      <w:r>
        <w:tab/>
        <w:t>Bước 3. Sắp xếp quy trình vận hành: chu kì chạy, ai làm gì, khi nào cập nhật lại dữ liệu và mô hình.</w:t>
      </w:r>
    </w:p>
    <w:p w14:paraId="0E097FEF" w14:textId="77777777" w:rsidR="00C26AD3" w:rsidRDefault="00000000">
      <w:pPr>
        <w:tabs>
          <w:tab w:val="left" w:pos="425"/>
        </w:tabs>
        <w:spacing w:after="60" w:line="264" w:lineRule="auto"/>
        <w:ind w:left="425" w:hanging="227"/>
        <w:jc w:val="both"/>
      </w:pPr>
      <w:r>
        <w:t xml:space="preserve">- </w:t>
      </w:r>
      <w:r>
        <w:tab/>
        <w:t>Bước 4. Vẽ sơ đồ tổng thể và kiểm tra sự phù hợp: nối thành vòng khép kín; kiểm tra dữ liệu, đầu ra, điểm kiểm soát của con người.</w:t>
      </w:r>
    </w:p>
    <w:p w14:paraId="1D7DAECC" w14:textId="36221A6F" w:rsidR="00C26AD3" w:rsidRDefault="00A51027">
      <w:pPr>
        <w:spacing w:before="120" w:after="60" w:line="264" w:lineRule="auto"/>
        <w:jc w:val="center"/>
      </w:pPr>
      <w:r>
        <w:rPr>
          <w:noProof/>
        </w:rPr>
        <w:lastRenderedPageBreak/>
        <mc:AlternateContent>
          <mc:Choice Requires="wps">
            <w:drawing>
              <wp:anchor distT="0" distB="0" distL="114300" distR="114300" simplePos="0" relativeHeight="251660288" behindDoc="0" locked="0" layoutInCell="1" allowOverlap="1" wp14:anchorId="5FA1EE6A" wp14:editId="7D716CB9">
                <wp:simplePos x="0" y="0"/>
                <wp:positionH relativeFrom="column">
                  <wp:posOffset>1631315</wp:posOffset>
                </wp:positionH>
                <wp:positionV relativeFrom="paragraph">
                  <wp:posOffset>1170305</wp:posOffset>
                </wp:positionV>
                <wp:extent cx="0" cy="300037"/>
                <wp:effectExtent l="95250" t="38100" r="57150" b="24130"/>
                <wp:wrapNone/>
                <wp:docPr id="625403567" name="Straight Arrow Connector 30"/>
                <wp:cNvGraphicFramePr/>
                <a:graphic xmlns:a="http://schemas.openxmlformats.org/drawingml/2006/main">
                  <a:graphicData uri="http://schemas.microsoft.com/office/word/2010/wordprocessingShape">
                    <wps:wsp>
                      <wps:cNvCnPr/>
                      <wps:spPr>
                        <a:xfrm flipV="1">
                          <a:off x="0" y="0"/>
                          <a:ext cx="0" cy="300037"/>
                        </a:xfrm>
                        <a:prstGeom prst="straightConnector1">
                          <a:avLst/>
                        </a:prstGeom>
                        <a:ln w="12700">
                          <a:headEnd type="none" w="med" len="med"/>
                          <a:tailEnd type="arrow" w="med" len="med"/>
                        </a:ln>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CBC8C4B" id="_x0000_t32" coordsize="21600,21600" o:spt="32" o:oned="t" path="m,l21600,21600e" filled="f">
                <v:path arrowok="t" fillok="f" o:connecttype="none"/>
                <o:lock v:ext="edit" shapetype="t"/>
              </v:shapetype>
              <v:shape id="Straight Arrow Connector 30" o:spid="_x0000_s1026" type="#_x0000_t32" style="position:absolute;margin-left:128.45pt;margin-top:92.15pt;width:0;height:23.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" strokecolor="black [3200]" strokeweight="1pt">
                <v:stroke endarrow="open"/>
              </v:shape>
            </w:pict>
          </mc:Fallback>
        </mc:AlternateContent>
      </w:r>
      <w:r>
        <w:rPr>
          <w:noProof/>
        </w:rPr>
        <mc:AlternateContent>
          <mc:Choice Requires="wps">
            <w:drawing>
              <wp:anchor distT="0" distB="0" distL="114300" distR="114300" simplePos="0" relativeHeight="251659264" behindDoc="0" locked="0" layoutInCell="1" allowOverlap="1" wp14:anchorId="7B2AA551" wp14:editId="5B721F4D">
                <wp:simplePos x="0" y="0"/>
                <wp:positionH relativeFrom="column">
                  <wp:posOffset>2712720</wp:posOffset>
                </wp:positionH>
                <wp:positionV relativeFrom="paragraph">
                  <wp:posOffset>2075498</wp:posOffset>
                </wp:positionV>
                <wp:extent cx="313055" cy="0"/>
                <wp:effectExtent l="38100" t="76200" r="0" b="114300"/>
                <wp:wrapNone/>
                <wp:docPr id="1756031955" name="Straight Arrow Connector 29"/>
                <wp:cNvGraphicFramePr/>
                <a:graphic xmlns:a="http://schemas.openxmlformats.org/drawingml/2006/main">
                  <a:graphicData uri="http://schemas.microsoft.com/office/word/2010/wordprocessingShape">
                    <wps:wsp>
                      <wps:cNvCnPr/>
                      <wps:spPr>
                        <a:xfrm flipH="1" flipV="1">
                          <a:off x="0" y="0"/>
                          <a:ext cx="313055" cy="0"/>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V relativeFrom="margin">
                  <wp14:pctHeight>0</wp14:pctHeight>
                </wp14:sizeRelV>
              </wp:anchor>
            </w:drawing>
          </mc:Choice>
          <mc:Fallback>
            <w:pict>
              <v:shape w14:anchorId="7087520B" id="Straight Arrow Connector 29" o:spid="_x0000_s1026" type="#_x0000_t32" style="position:absolute;margin-left:213.6pt;margin-top:163.45pt;width:24.65pt;height:0;flip:x 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" strokecolor="black [3200]" strokeweight="1.5pt">
                <v:stroke endarrow="open"/>
              </v:shape>
            </w:pict>
          </mc:Fallback>
        </mc:AlternateContent>
      </w:r>
      <w:r w:rsidR="00000000">
        <w:rPr>
          <w:noProof/>
        </w:rPr>
        <mc:AlternateContent>
          <mc:Choice Requires="wpg">
            <w:drawing>
              <wp:inline distT="0" distB="0" distL="0" distR="0" wp14:anchorId="3FAFAD93" wp14:editId="592C9643">
                <wp:extent cx="5049525" cy="3432000"/>
                <wp:effectExtent l="0" t="0" r="17780" b="16510"/>
                <wp:docPr id="9001" name="Hình 1 – Quy trình thiết kế bốn bước" descr="Hình 1 – Quy trình thiết kế bốn bước"/>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049525" cy="3432000"/>
                          <a:chOff x="350475" y="360000"/>
                          <a:chExt cx="5049525" cy="3432000"/>
                        </a:xfrm>
                      </wpg:grpSpPr>
                      <wps:wsp>
                        <wps:cNvPr id="241272122" name="Rectangle: Rounded Corners 241272122"/>
                        <wps:cNvSpPr/>
                        <wps:spPr>
                          <a:xfrm>
                            <a:off x="360000" y="360000"/>
                            <a:ext cx="2352000" cy="1128000"/>
                          </a:xfrm>
                          <a:prstGeom prst="roundRect">
                            <a:avLst>
                              <a:gd name="adj" fmla="val 8000"/>
                            </a:avLst>
                          </a:prstGeom>
                          <a:solidFill>
                            <a:srgbClr val="E3EEF8"/>
                          </a:solidFill>
                          <a:ln w="12000">
                            <a:solidFill>
                              <a:srgbClr val="2E75B6"/>
                            </a:solidFill>
                          </a:ln>
                        </wps:spPr>
                        <wps:txbx>
                          <w:txbxContent>
                            <w:p w14:paraId="2130E055" w14:textId="77777777" w:rsidR="00C26AD3" w:rsidRDefault="00000000">
                              <w:pPr>
                                <w:spacing w:after="0" w:line="240" w:lineRule="auto"/>
                                <w:jc w:val="center"/>
                              </w:pPr>
                              <w:r>
                                <w:rPr>
                                  <w:b/>
                                  <w:sz w:val="17"/>
                                  <w:szCs w:val="17"/>
                                </w:rPr>
                                <w:t>Bước 1. Xác lập mục tiêu</w:t>
                              </w:r>
                            </w:p>
                            <w:p w14:paraId="6B1AEFD2" w14:textId="77777777" w:rsidR="00C26AD3" w:rsidRDefault="00C26AD3">
                              <w:pPr>
                                <w:spacing w:after="0" w:line="240" w:lineRule="auto"/>
                                <w:jc w:val="center"/>
                              </w:pPr>
                            </w:p>
                            <w:p w14:paraId="036F4E6B" w14:textId="77777777" w:rsidR="00C26AD3" w:rsidRDefault="00000000">
                              <w:pPr>
                                <w:spacing w:after="0" w:line="240" w:lineRule="auto"/>
                                <w:jc w:val="center"/>
                              </w:pPr>
                              <w:r>
                                <w:rPr>
                                  <w:sz w:val="17"/>
                                  <w:szCs w:val="17"/>
                                </w:rPr>
                                <w:t>vấn đề cần giải quyết; ai là người dùng;</w:t>
                              </w:r>
                            </w:p>
                            <w:p w14:paraId="60200D8D" w14:textId="77777777" w:rsidR="00C26AD3" w:rsidRDefault="00000000">
                              <w:pPr>
                                <w:spacing w:after="0" w:line="240" w:lineRule="auto"/>
                                <w:jc w:val="center"/>
                              </w:pPr>
                              <w:r>
                                <w:rPr>
                                  <w:sz w:val="17"/>
                                  <w:szCs w:val="17"/>
                                </w:rPr>
                                <w:t>tiêu chí thành công đo được</w:t>
                              </w:r>
                            </w:p>
                          </w:txbxContent>
                        </wps:txbx>
                        <wps:bodyPr lIns="45720" tIns="22860" rIns="45720" bIns="22860" anchor="ctr">
                          <a:noAutofit/>
                        </wps:bodyPr>
                      </wps:wsp>
                      <wps:wsp>
                        <wps:cNvPr id="348223548" name="Rectangle: Rounded Corners 348223548"/>
                        <wps:cNvSpPr/>
                        <wps:spPr>
                          <a:xfrm>
                            <a:off x="3048000" y="360000"/>
                            <a:ext cx="2352000" cy="1128000"/>
                          </a:xfrm>
                          <a:prstGeom prst="roundRect">
                            <a:avLst>
                              <a:gd name="adj" fmla="val 8000"/>
                            </a:avLst>
                          </a:prstGeom>
                          <a:solidFill>
                            <a:srgbClr val="E3EEF8"/>
                          </a:solidFill>
                          <a:ln w="12000">
                            <a:solidFill>
                              <a:srgbClr val="2E75B6"/>
                            </a:solidFill>
                          </a:ln>
                        </wps:spPr>
                        <wps:txbx>
                          <w:txbxContent>
                            <w:p w14:paraId="3D6A125D" w14:textId="77777777" w:rsidR="00C26AD3" w:rsidRDefault="00000000">
                              <w:pPr>
                                <w:spacing w:after="0" w:line="240" w:lineRule="auto"/>
                                <w:jc w:val="center"/>
                              </w:pPr>
                              <w:r>
                                <w:rPr>
                                  <w:b/>
                                  <w:sz w:val="17"/>
                                  <w:szCs w:val="17"/>
                                </w:rPr>
                                <w:t xml:space="preserve">Bước </w:t>
                              </w:r>
                              <w:r>
                                <w:rPr>
                                  <w:b/>
                                  <w:sz w:val="17"/>
                                  <w:szCs w:val="17"/>
                                </w:rPr>
                                <w:t>2. Xác định dữ liệu và thành phần</w:t>
                              </w:r>
                            </w:p>
                            <w:p w14:paraId="294F40BE" w14:textId="77777777" w:rsidR="00C26AD3" w:rsidRDefault="00C26AD3">
                              <w:pPr>
                                <w:spacing w:after="0" w:line="240" w:lineRule="auto"/>
                                <w:jc w:val="center"/>
                              </w:pPr>
                            </w:p>
                            <w:p w14:paraId="60739363" w14:textId="77777777" w:rsidR="00C26AD3" w:rsidRDefault="00000000">
                              <w:pPr>
                                <w:spacing w:after="0" w:line="240" w:lineRule="auto"/>
                                <w:jc w:val="center"/>
                              </w:pPr>
                              <w:r>
                                <w:rPr>
                                  <w:sz w:val="17"/>
                                  <w:szCs w:val="17"/>
                                </w:rPr>
                                <w:t>dữ liệu cần có; thuật toán, mô hình;</w:t>
                              </w:r>
                            </w:p>
                            <w:p w14:paraId="4CEA190D" w14:textId="77777777" w:rsidR="00C26AD3" w:rsidRDefault="00000000">
                              <w:pPr>
                                <w:spacing w:after="0" w:line="240" w:lineRule="auto"/>
                                <w:jc w:val="center"/>
                              </w:pPr>
                              <w:r>
                                <w:rPr>
                                  <w:sz w:val="17"/>
                                  <w:szCs w:val="17"/>
                                </w:rPr>
                                <w:t>đầu ra; cách thu thập phản hồi</w:t>
                              </w:r>
                            </w:p>
                          </w:txbxContent>
                        </wps:txbx>
                        <wps:bodyPr lIns="45720" tIns="22860" rIns="45720" bIns="22860" anchor="ctr">
                          <a:noAutofit/>
                        </wps:bodyPr>
                      </wps:wsp>
                      <wps:wsp>
                        <wps:cNvPr id="1953197286" name="Rectangle: Rounded Corners 1953197286"/>
                        <wps:cNvSpPr/>
                        <wps:spPr>
                          <a:xfrm>
                            <a:off x="3048000" y="1824000"/>
                            <a:ext cx="2352000" cy="1128000"/>
                          </a:xfrm>
                          <a:prstGeom prst="roundRect">
                            <a:avLst>
                              <a:gd name="adj" fmla="val 8000"/>
                            </a:avLst>
                          </a:prstGeom>
                          <a:solidFill>
                            <a:srgbClr val="E3EEF8"/>
                          </a:solidFill>
                          <a:ln w="12000">
                            <a:solidFill>
                              <a:srgbClr val="2E75B6"/>
                            </a:solidFill>
                          </a:ln>
                        </wps:spPr>
                        <wps:txbx>
                          <w:txbxContent>
                            <w:p w14:paraId="0F4C03B6" w14:textId="77777777" w:rsidR="00C26AD3" w:rsidRDefault="00000000">
                              <w:pPr>
                                <w:spacing w:after="0" w:line="240" w:lineRule="auto"/>
                                <w:jc w:val="center"/>
                              </w:pPr>
                              <w:r>
                                <w:rPr>
                                  <w:b/>
                                  <w:sz w:val="17"/>
                                  <w:szCs w:val="17"/>
                                </w:rPr>
                                <w:t xml:space="preserve">Bước </w:t>
                              </w:r>
                              <w:r>
                                <w:rPr>
                                  <w:b/>
                                  <w:sz w:val="17"/>
                                  <w:szCs w:val="17"/>
                                </w:rPr>
                                <w:t>3. Sắp xếp quy trình vận hành</w:t>
                              </w:r>
                            </w:p>
                            <w:p w14:paraId="72370BF2" w14:textId="77777777" w:rsidR="00C26AD3" w:rsidRDefault="00C26AD3">
                              <w:pPr>
                                <w:spacing w:after="0" w:line="240" w:lineRule="auto"/>
                                <w:jc w:val="center"/>
                              </w:pPr>
                            </w:p>
                            <w:p w14:paraId="44D247E9" w14:textId="77777777" w:rsidR="00C26AD3" w:rsidRDefault="00000000">
                              <w:pPr>
                                <w:spacing w:after="0" w:line="240" w:lineRule="auto"/>
                                <w:jc w:val="center"/>
                              </w:pPr>
                              <w:r>
                                <w:rPr>
                                  <w:sz w:val="17"/>
                                  <w:szCs w:val="17"/>
                                </w:rPr>
                                <w:t>hệ thống chạy theo chu kì nào; ai làm gì ở</w:t>
                              </w:r>
                            </w:p>
                            <w:p w14:paraId="521D9F5E" w14:textId="77777777" w:rsidR="00C26AD3" w:rsidRDefault="00000000">
                              <w:pPr>
                                <w:spacing w:after="0" w:line="240" w:lineRule="auto"/>
                                <w:jc w:val="center"/>
                              </w:pPr>
                              <w:r>
                                <w:rPr>
                                  <w:sz w:val="17"/>
                                  <w:szCs w:val="17"/>
                                </w:rPr>
                                <w:t>từng bước; khi nào cập nhật dữ liệu, mô hình</w:t>
                              </w:r>
                            </w:p>
                          </w:txbxContent>
                        </wps:txbx>
                        <wps:bodyPr lIns="45720" tIns="22860" rIns="45720" bIns="22860" anchor="ctr">
                          <a:noAutofit/>
                        </wps:bodyPr>
                      </wps:wsp>
                      <wps:wsp>
                        <wps:cNvPr id="2066356767" name="Rectangle: Rounded Corners 2066356767"/>
                        <wps:cNvSpPr/>
                        <wps:spPr>
                          <a:xfrm>
                            <a:off x="350475" y="1819237"/>
                            <a:ext cx="2352000" cy="1128000"/>
                          </a:xfrm>
                          <a:prstGeom prst="roundRect">
                            <a:avLst>
                              <a:gd name="adj" fmla="val 8000"/>
                            </a:avLst>
                          </a:prstGeom>
                          <a:solidFill>
                            <a:srgbClr val="E9F4E6"/>
                          </a:solidFill>
                          <a:ln w="12000">
                            <a:solidFill>
                              <a:srgbClr val="376937"/>
                            </a:solidFill>
                          </a:ln>
                        </wps:spPr>
                        <wps:txbx>
                          <w:txbxContent>
                            <w:p w14:paraId="57405402" w14:textId="77777777" w:rsidR="00C26AD3" w:rsidRDefault="00000000">
                              <w:pPr>
                                <w:spacing w:after="0" w:line="240" w:lineRule="auto"/>
                                <w:jc w:val="center"/>
                              </w:pPr>
                              <w:r>
                                <w:rPr>
                                  <w:b/>
                                  <w:sz w:val="17"/>
                                  <w:szCs w:val="17"/>
                                </w:rPr>
                                <w:t xml:space="preserve">Bước </w:t>
                              </w:r>
                              <w:r>
                                <w:rPr>
                                  <w:b/>
                                  <w:sz w:val="17"/>
                                  <w:szCs w:val="17"/>
                                </w:rPr>
                                <w:t>4. Vẽ sơ đồ tổng thể và kiểm tra</w:t>
                              </w:r>
                            </w:p>
                            <w:p w14:paraId="59E3B128" w14:textId="77777777" w:rsidR="00C26AD3" w:rsidRDefault="00C26AD3">
                              <w:pPr>
                                <w:spacing w:after="0" w:line="240" w:lineRule="auto"/>
                                <w:jc w:val="center"/>
                              </w:pPr>
                            </w:p>
                            <w:p w14:paraId="0F1042F8" w14:textId="77777777" w:rsidR="00C26AD3" w:rsidRDefault="00000000">
                              <w:pPr>
                                <w:spacing w:after="0" w:line="240" w:lineRule="auto"/>
                                <w:jc w:val="center"/>
                              </w:pPr>
                              <w:r>
                                <w:rPr>
                                  <w:sz w:val="17"/>
                                  <w:szCs w:val="17"/>
                                </w:rPr>
                                <w:t>nối mục tiêu, dữ liệu, thành phần, đầu ra,</w:t>
                              </w:r>
                            </w:p>
                            <w:p w14:paraId="7DE5EC19" w14:textId="77777777" w:rsidR="00C26AD3" w:rsidRDefault="00000000">
                              <w:pPr>
                                <w:spacing w:after="0" w:line="240" w:lineRule="auto"/>
                                <w:jc w:val="center"/>
                              </w:pPr>
                              <w:r>
                                <w:rPr>
                                  <w:sz w:val="17"/>
                                  <w:szCs w:val="17"/>
                                </w:rPr>
                                <w:t>phản hồi thành một vòng khép kín</w:t>
                              </w:r>
                            </w:p>
                          </w:txbxContent>
                        </wps:txbx>
                        <wps:bodyPr lIns="45720" tIns="22860" rIns="45720" bIns="22860" anchor="ctr">
                          <a:noAutofit/>
                        </wps:bodyPr>
                      </wps:wsp>
                      <wps:wsp>
                        <wps:cNvPr id="1765940806" name="Straight Connector 1765940806"/>
                        <wps:cNvCnPr/>
                        <wps:spPr>
                          <a:xfrm>
                            <a:off x="2712000" y="924000"/>
                            <a:ext cx="336000" cy="1"/>
                          </a:xfrm>
                          <a:prstGeom prst="line">
                            <a:avLst/>
                          </a:prstGeom>
                          <a:ln w="14400">
                            <a:solidFill>
                              <a:srgbClr val="222222"/>
                            </a:solidFill>
                            <a:tailEnd type="arrow" w="med" len="med"/>
                          </a:ln>
                        </wps:spPr>
                        <wps:bodyPr/>
                      </wps:wsp>
                      <wps:wsp>
                        <wps:cNvPr id="398111861" name="Straight Connector 398111861"/>
                        <wps:cNvCnPr/>
                        <wps:spPr>
                          <a:xfrm>
                            <a:off x="4224000" y="1488000"/>
                            <a:ext cx="1" cy="336000"/>
                          </a:xfrm>
                          <a:prstGeom prst="line">
                            <a:avLst/>
                          </a:prstGeom>
                          <a:ln w="14400">
                            <a:solidFill>
                              <a:srgbClr val="222222"/>
                            </a:solidFill>
                            <a:tailEnd type="arrow" w="med" len="med"/>
                          </a:ln>
                        </wps:spPr>
                        <wps:bodyPr/>
                      </wps:wsp>
                      <wps:wsp>
                        <wps:cNvPr id="569071715" name="Straight Connector 569071715"/>
                        <wps:cNvCnPr/>
                        <wps:spPr>
                          <a:xfrm flipH="1">
                            <a:off x="3048000" y="2388000"/>
                            <a:ext cx="1" cy="1"/>
                          </a:xfrm>
                          <a:prstGeom prst="line">
                            <a:avLst/>
                          </a:prstGeom>
                          <a:ln w="14400">
                            <a:solidFill>
                              <a:srgbClr val="222222"/>
                            </a:solidFill>
                            <a:tailEnd type="arrow" w="med" len="med"/>
                          </a:ln>
                        </wps:spPr>
                        <wps:bodyPr/>
                      </wps:wsp>
                      <wps:wsp>
                        <wps:cNvPr id="112391700" name="Straight Connector 112391700"/>
                        <wps:cNvCnPr/>
                        <wps:spPr>
                          <a:xfrm flipV="1">
                            <a:off x="1536000" y="1824000"/>
                            <a:ext cx="1" cy="1"/>
                          </a:xfrm>
                          <a:prstGeom prst="line">
                            <a:avLst/>
                          </a:prstGeom>
                          <a:ln w="12000">
                            <a:solidFill>
                              <a:srgbClr val="222222"/>
                            </a:solidFill>
                            <a:prstDash val="dash"/>
                            <a:tailEnd type="arrow" w="med" len="med"/>
                          </a:ln>
                        </wps:spPr>
                        <wps:bodyPr/>
                      </wps:wsp>
                      <wps:wsp>
                        <wps:cNvPr id="1390173945" name="Rectangle: Rounded Corners 1390173945"/>
                        <wps:cNvSpPr/>
                        <wps:spPr>
                          <a:xfrm>
                            <a:off x="359966" y="1554507"/>
                            <a:ext cx="1328468" cy="280289"/>
                          </a:xfrm>
                          <a:prstGeom prst="roundRect">
                            <a:avLst>
                              <a:gd name="adj" fmla="val 8000"/>
                            </a:avLst>
                          </a:prstGeom>
                          <a:noFill/>
                          <a:ln w="0">
                            <a:noFill/>
                          </a:ln>
                        </wps:spPr>
                        <wps:txbx>
                          <w:txbxContent>
                            <w:p w14:paraId="69185915" w14:textId="77777777" w:rsidR="00C26AD3" w:rsidRDefault="00000000">
                              <w:pPr>
                                <w:spacing w:after="0" w:line="240" w:lineRule="auto"/>
                                <w:jc w:val="right"/>
                              </w:pPr>
                              <w:r>
                                <w:rPr>
                                  <w:sz w:val="16"/>
                                  <w:szCs w:val="16"/>
                                </w:rPr>
                                <w:t xml:space="preserve">chưa </w:t>
                              </w:r>
                              <w:r>
                                <w:rPr>
                                  <w:sz w:val="16"/>
                                  <w:szCs w:val="16"/>
                                </w:rPr>
                                <w:t>đủ thì quay lại bước 1</w:t>
                              </w:r>
                            </w:p>
                          </w:txbxContent>
                        </wps:txbx>
                        <wps:bodyPr lIns="45720" tIns="22860" rIns="45720" bIns="22860" anchor="ctr">
                          <a:noAutofit/>
                        </wps:bodyPr>
                      </wps:wsp>
                      <wps:wsp>
                        <wps:cNvPr id="1708053023" name="Rectangle: Rounded Corners 1708053023"/>
                        <wps:cNvSpPr/>
                        <wps:spPr>
                          <a:xfrm>
                            <a:off x="360000" y="3192000"/>
                            <a:ext cx="5040000" cy="600000"/>
                          </a:xfrm>
                          <a:prstGeom prst="roundRect">
                            <a:avLst>
                              <a:gd name="adj" fmla="val 8000"/>
                            </a:avLst>
                          </a:prstGeom>
                          <a:solidFill>
                            <a:srgbClr val="FBF7E8"/>
                          </a:solidFill>
                          <a:ln w="9600">
                            <a:solidFill>
                              <a:srgbClr val="222222"/>
                            </a:solidFill>
                          </a:ln>
                        </wps:spPr>
                        <wps:txbx>
                          <w:txbxContent>
                            <w:p w14:paraId="4CC7B007" w14:textId="77777777" w:rsidR="00C26AD3" w:rsidRDefault="00000000">
                              <w:pPr>
                                <w:spacing w:after="0" w:line="240" w:lineRule="auto"/>
                                <w:jc w:val="center"/>
                              </w:pPr>
                              <w:r>
                                <w:rPr>
                                  <w:b/>
                                  <w:sz w:val="17"/>
                                  <w:szCs w:val="17"/>
                                </w:rPr>
                                <w:t xml:space="preserve">Ba </w:t>
                              </w:r>
                              <w:r>
                                <w:rPr>
                                  <w:b/>
                                  <w:sz w:val="17"/>
                                  <w:szCs w:val="17"/>
                                </w:rPr>
                                <w:t>câu hỏi kiểm tra ở bước 4: Dữ liệu có đủ để đạt mục tiêu không? Đầu ra có đúng dạng</w:t>
                              </w:r>
                            </w:p>
                            <w:p w14:paraId="23B8D6AF" w14:textId="77777777" w:rsidR="00C26AD3" w:rsidRDefault="00000000">
                              <w:pPr>
                                <w:spacing w:after="0" w:line="240" w:lineRule="auto"/>
                                <w:jc w:val="center"/>
                              </w:pPr>
                              <w:r>
                                <w:rPr>
                                  <w:sz w:val="17"/>
                                  <w:szCs w:val="17"/>
                                </w:rPr>
                                <w:t>người dùng cần không? Đã có điểm kiểm soát của con người chưa?</w:t>
                              </w:r>
                            </w:p>
                          </w:txbxContent>
                        </wps:txbx>
                        <wps:bodyPr lIns="45720" tIns="22860" rIns="45720" bIns="22860" anchor="ctr">
                          <a:noAutofit/>
                        </wps:bodyPr>
                      </wps:wsp>
                    </wpg:wgp>
                  </a:graphicData>
                </a:graphic>
              </wp:inline>
            </w:drawing>
          </mc:Choice>
          <mc:Fallback>
            <w:pict>
              <v:group w14:anchorId="3FAFAD93" id="Hình 1 – Quy trình thiết kế bốn bước" o:spid="_x0000_s1026" alt="Hình 1 – Quy trình thiết kế bốn bước" style="width:397.6pt;height:270.25pt;mso-position-horizontal-relative:char;mso-position-vertical-relative:line" coordorigin="3504,3600" coordsize="50495,3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">
                <o:lock v:ext="edit" aspectratio="t"/>
                <v:roundrect id="Rectangle: Rounded Corners 241272122" o:spid="_x0000_s1027" style="position:absolute;left:3600;top:3600;width:23520;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" fillcolor="#e3eef8" strokecolor="#2e75b6" strokeweight=".33333mm">
                  <v:textbox inset="3.6pt,1.8pt,3.6pt,1.8pt">
                    <w:txbxContent>
                      <w:p w14:paraId="2130E055" w14:textId="77777777" w:rsidR="00C26AD3" w:rsidRDefault="00000000">
                        <w:pPr>
                          <w:spacing w:after="0" w:line="240" w:lineRule="auto"/>
                          <w:jc w:val="center"/>
                        </w:pPr>
                        <w:r>
                          <w:rPr>
                            <w:b/>
                            <w:sz w:val="17"/>
                            <w:szCs w:val="17"/>
                          </w:rPr>
                          <w:t>Bước 1. Xác lập mục tiêu</w:t>
                        </w:r>
                      </w:p>
                      <w:p w14:paraId="6B1AEFD2" w14:textId="77777777" w:rsidR="00C26AD3" w:rsidRDefault="00C26AD3">
                        <w:pPr>
                          <w:spacing w:after="0" w:line="240" w:lineRule="auto"/>
                          <w:jc w:val="center"/>
                        </w:pPr>
                      </w:p>
                      <w:p w14:paraId="036F4E6B" w14:textId="77777777" w:rsidR="00C26AD3" w:rsidRDefault="00000000">
                        <w:pPr>
                          <w:spacing w:after="0" w:line="240" w:lineRule="auto"/>
                          <w:jc w:val="center"/>
                        </w:pPr>
                        <w:r>
                          <w:rPr>
                            <w:sz w:val="17"/>
                            <w:szCs w:val="17"/>
                          </w:rPr>
                          <w:t>vấn đề cần giải quyết; ai là người dùng;</w:t>
                        </w:r>
                      </w:p>
                      <w:p w14:paraId="60200D8D" w14:textId="77777777" w:rsidR="00C26AD3" w:rsidRDefault="00000000">
                        <w:pPr>
                          <w:spacing w:after="0" w:line="240" w:lineRule="auto"/>
                          <w:jc w:val="center"/>
                        </w:pPr>
                        <w:r>
                          <w:rPr>
                            <w:sz w:val="17"/>
                            <w:szCs w:val="17"/>
                          </w:rPr>
                          <w:t>tiêu chí thành công đo được</w:t>
                        </w:r>
                      </w:p>
                    </w:txbxContent>
                  </v:textbox>
                </v:roundrect>
                <v:roundrect id="Rectangle: Rounded Corners 348223548" o:spid="_x0000_s1028" style="position:absolute;left:30480;top:3600;width:23520;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" fillcolor="#e3eef8" strokecolor="#2e75b6" strokeweight=".33333mm">
                  <v:textbox inset="3.6pt,1.8pt,3.6pt,1.8pt">
                    <w:txbxContent>
                      <w:p w14:paraId="3D6A125D" w14:textId="77777777" w:rsidR="00C26AD3" w:rsidRDefault="00000000">
                        <w:pPr>
                          <w:spacing w:after="0" w:line="240" w:lineRule="auto"/>
                          <w:jc w:val="center"/>
                        </w:pPr>
                        <w:r>
                          <w:rPr>
                            <w:b/>
                            <w:sz w:val="17"/>
                            <w:szCs w:val="17"/>
                          </w:rPr>
                          <w:t xml:space="preserve">Bước </w:t>
                        </w:r>
                        <w:r>
                          <w:rPr>
                            <w:b/>
                            <w:sz w:val="17"/>
                            <w:szCs w:val="17"/>
                          </w:rPr>
                          <w:t>2. Xác định dữ liệu và thành phần</w:t>
                        </w:r>
                      </w:p>
                      <w:p w14:paraId="294F40BE" w14:textId="77777777" w:rsidR="00C26AD3" w:rsidRDefault="00C26AD3">
                        <w:pPr>
                          <w:spacing w:after="0" w:line="240" w:lineRule="auto"/>
                          <w:jc w:val="center"/>
                        </w:pPr>
                      </w:p>
                      <w:p w14:paraId="60739363" w14:textId="77777777" w:rsidR="00C26AD3" w:rsidRDefault="00000000">
                        <w:pPr>
                          <w:spacing w:after="0" w:line="240" w:lineRule="auto"/>
                          <w:jc w:val="center"/>
                        </w:pPr>
                        <w:r>
                          <w:rPr>
                            <w:sz w:val="17"/>
                            <w:szCs w:val="17"/>
                          </w:rPr>
                          <w:t>dữ liệu cần có; thuật toán, mô hình;</w:t>
                        </w:r>
                      </w:p>
                      <w:p w14:paraId="4CEA190D" w14:textId="77777777" w:rsidR="00C26AD3" w:rsidRDefault="00000000">
                        <w:pPr>
                          <w:spacing w:after="0" w:line="240" w:lineRule="auto"/>
                          <w:jc w:val="center"/>
                        </w:pPr>
                        <w:r>
                          <w:rPr>
                            <w:sz w:val="17"/>
                            <w:szCs w:val="17"/>
                          </w:rPr>
                          <w:t>đầu ra; cách thu thập phản hồi</w:t>
                        </w:r>
                      </w:p>
                    </w:txbxContent>
                  </v:textbox>
                </v:roundrect>
                <v:roundrect id="Rectangle: Rounded Corners 1953197286" o:spid="_x0000_s1029" style="position:absolute;left:30480;top:18240;width:23520;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" fillcolor="#e3eef8" strokecolor="#2e75b6" strokeweight=".33333mm">
                  <v:textbox inset="3.6pt,1.8pt,3.6pt,1.8pt">
                    <w:txbxContent>
                      <w:p w14:paraId="0F4C03B6" w14:textId="77777777" w:rsidR="00C26AD3" w:rsidRDefault="00000000">
                        <w:pPr>
                          <w:spacing w:after="0" w:line="240" w:lineRule="auto"/>
                          <w:jc w:val="center"/>
                        </w:pPr>
                        <w:r>
                          <w:rPr>
                            <w:b/>
                            <w:sz w:val="17"/>
                            <w:szCs w:val="17"/>
                          </w:rPr>
                          <w:t xml:space="preserve">Bước </w:t>
                        </w:r>
                        <w:r>
                          <w:rPr>
                            <w:b/>
                            <w:sz w:val="17"/>
                            <w:szCs w:val="17"/>
                          </w:rPr>
                          <w:t>3. Sắp xếp quy trình vận hành</w:t>
                        </w:r>
                      </w:p>
                      <w:p w14:paraId="72370BF2" w14:textId="77777777" w:rsidR="00C26AD3" w:rsidRDefault="00C26AD3">
                        <w:pPr>
                          <w:spacing w:after="0" w:line="240" w:lineRule="auto"/>
                          <w:jc w:val="center"/>
                        </w:pPr>
                      </w:p>
                      <w:p w14:paraId="44D247E9" w14:textId="77777777" w:rsidR="00C26AD3" w:rsidRDefault="00000000">
                        <w:pPr>
                          <w:spacing w:after="0" w:line="240" w:lineRule="auto"/>
                          <w:jc w:val="center"/>
                        </w:pPr>
                        <w:r>
                          <w:rPr>
                            <w:sz w:val="17"/>
                            <w:szCs w:val="17"/>
                          </w:rPr>
                          <w:t>hệ thống chạy theo chu kì nào; ai làm gì ở</w:t>
                        </w:r>
                      </w:p>
                      <w:p w14:paraId="521D9F5E" w14:textId="77777777" w:rsidR="00C26AD3" w:rsidRDefault="00000000">
                        <w:pPr>
                          <w:spacing w:after="0" w:line="240" w:lineRule="auto"/>
                          <w:jc w:val="center"/>
                        </w:pPr>
                        <w:r>
                          <w:rPr>
                            <w:sz w:val="17"/>
                            <w:szCs w:val="17"/>
                          </w:rPr>
                          <w:t>từng bước; khi nào cập nhật dữ liệu, mô hình</w:t>
                        </w:r>
                      </w:p>
                    </w:txbxContent>
                  </v:textbox>
                </v:roundrect>
                <v:roundrect id="Rectangle: Rounded Corners 2066356767" o:spid="_x0000_s1030" style="position:absolute;left:3504;top:18192;width:23520;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" fillcolor="#e9f4e6" strokecolor="#376937" strokeweight=".33333mm">
                  <v:textbox inset="3.6pt,1.8pt,3.6pt,1.8pt">
                    <w:txbxContent>
                      <w:p w14:paraId="57405402" w14:textId="77777777" w:rsidR="00C26AD3" w:rsidRDefault="00000000">
                        <w:pPr>
                          <w:spacing w:after="0" w:line="240" w:lineRule="auto"/>
                          <w:jc w:val="center"/>
                        </w:pPr>
                        <w:r>
                          <w:rPr>
                            <w:b/>
                            <w:sz w:val="17"/>
                            <w:szCs w:val="17"/>
                          </w:rPr>
                          <w:t xml:space="preserve">Bước </w:t>
                        </w:r>
                        <w:r>
                          <w:rPr>
                            <w:b/>
                            <w:sz w:val="17"/>
                            <w:szCs w:val="17"/>
                          </w:rPr>
                          <w:t>4. Vẽ sơ đồ tổng thể và kiểm tra</w:t>
                        </w:r>
                      </w:p>
                      <w:p w14:paraId="59E3B128" w14:textId="77777777" w:rsidR="00C26AD3" w:rsidRDefault="00C26AD3">
                        <w:pPr>
                          <w:spacing w:after="0" w:line="240" w:lineRule="auto"/>
                          <w:jc w:val="center"/>
                        </w:pPr>
                      </w:p>
                      <w:p w14:paraId="0F1042F8" w14:textId="77777777" w:rsidR="00C26AD3" w:rsidRDefault="00000000">
                        <w:pPr>
                          <w:spacing w:after="0" w:line="240" w:lineRule="auto"/>
                          <w:jc w:val="center"/>
                        </w:pPr>
                        <w:r>
                          <w:rPr>
                            <w:sz w:val="17"/>
                            <w:szCs w:val="17"/>
                          </w:rPr>
                          <w:t>nối mục tiêu, dữ liệu, thành phần, đầu ra,</w:t>
                        </w:r>
                      </w:p>
                      <w:p w14:paraId="7DE5EC19" w14:textId="77777777" w:rsidR="00C26AD3" w:rsidRDefault="00000000">
                        <w:pPr>
                          <w:spacing w:after="0" w:line="240" w:lineRule="auto"/>
                          <w:jc w:val="center"/>
                        </w:pPr>
                        <w:r>
                          <w:rPr>
                            <w:sz w:val="17"/>
                            <w:szCs w:val="17"/>
                          </w:rPr>
                          <w:t>phản hồi thành một vòng khép kín</w:t>
                        </w:r>
                      </w:p>
                    </w:txbxContent>
                  </v:textbox>
                </v:roundrect>
                <v:line id="Straight Connector 1765940806" o:spid="_x0000_s1031" style="position:absolute;visibility:visible;mso-wrap-style:square" from="27120,9240" to="30480,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" strokecolor="#222" strokeweight=".4mm">
                  <v:stroke endarrow="open"/>
                </v:line>
                <v:line id="Straight Connector 398111861" o:spid="_x0000_s1032" style="position:absolute;visibility:visible;mso-wrap-style:square" from="42240,14880" to="42240,1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" strokecolor="#222" strokeweight=".4mm">
                  <v:stroke endarrow="open"/>
                </v:line>
                <v:line id="Straight Connector 569071715" o:spid="_x0000_s1033" style="position:absolute;flip:x;visibility:visible;mso-wrap-style:square" from="30480,23880" to="30480,2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" strokecolor="#222" strokeweight=".4mm">
                  <v:stroke endarrow="open"/>
                </v:line>
                <v:line id="Straight Connector 112391700" o:spid="_x0000_s1034" style="position:absolute;flip:y;visibility:visible;mso-wrap-style:square" from="15360,18240" to="15360,1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" strokecolor="#222" strokeweight=".33333mm">
                  <v:stroke dashstyle="dash" endarrow="open"/>
                </v:line>
                <v:roundrect id="Rectangle: Rounded Corners 1390173945" o:spid="_x0000_s1035" style="position:absolute;left:3599;top:15545;width:13285;height:2802;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" filled="f" stroked="f" strokeweight="0">
                  <v:textbox inset="3.6pt,1.8pt,3.6pt,1.8pt">
                    <w:txbxContent>
                      <w:p w14:paraId="69185915" w14:textId="77777777" w:rsidR="00C26AD3" w:rsidRDefault="00000000">
                        <w:pPr>
                          <w:spacing w:after="0" w:line="240" w:lineRule="auto"/>
                          <w:jc w:val="right"/>
                        </w:pPr>
                        <w:r>
                          <w:rPr>
                            <w:sz w:val="16"/>
                            <w:szCs w:val="16"/>
                          </w:rPr>
                          <w:t xml:space="preserve">chưa </w:t>
                        </w:r>
                        <w:r>
                          <w:rPr>
                            <w:sz w:val="16"/>
                            <w:szCs w:val="16"/>
                          </w:rPr>
                          <w:t>đủ thì quay lại bước 1</w:t>
                        </w:r>
                      </w:p>
                    </w:txbxContent>
                  </v:textbox>
                </v:roundrect>
                <v:roundrect id="Rectangle: Rounded Corners 1708053023" o:spid="_x0000_s1036" style="position:absolute;left:3600;top:31920;width:50400;height:60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" fillcolor="#fbf7e8" strokecolor="#222" strokeweight=".26667mm">
                  <v:textbox inset="3.6pt,1.8pt,3.6pt,1.8pt">
                    <w:txbxContent>
                      <w:p w14:paraId="4CC7B007" w14:textId="77777777" w:rsidR="00C26AD3" w:rsidRDefault="00000000">
                        <w:pPr>
                          <w:spacing w:after="0" w:line="240" w:lineRule="auto"/>
                          <w:jc w:val="center"/>
                        </w:pPr>
                        <w:r>
                          <w:rPr>
                            <w:b/>
                            <w:sz w:val="17"/>
                            <w:szCs w:val="17"/>
                          </w:rPr>
                          <w:t xml:space="preserve">Ba </w:t>
                        </w:r>
                        <w:r>
                          <w:rPr>
                            <w:b/>
                            <w:sz w:val="17"/>
                            <w:szCs w:val="17"/>
                          </w:rPr>
                          <w:t>câu hỏi kiểm tra ở bước 4: Dữ liệu có đủ để đạt mục tiêu không? Đầu ra có đúng dạng</w:t>
                        </w:r>
                      </w:p>
                      <w:p w14:paraId="23B8D6AF" w14:textId="77777777" w:rsidR="00C26AD3" w:rsidRDefault="00000000">
                        <w:pPr>
                          <w:spacing w:after="0" w:line="240" w:lineRule="auto"/>
                          <w:jc w:val="center"/>
                        </w:pPr>
                        <w:r>
                          <w:rPr>
                            <w:sz w:val="17"/>
                            <w:szCs w:val="17"/>
                          </w:rPr>
                          <w:t>người dùng cần không? Đã có điểm kiểm soát của con người chưa?</w:t>
                        </w:r>
                      </w:p>
                    </w:txbxContent>
                  </v:textbox>
                </v:roundrect>
                <w10:anchorlock/>
              </v:group>
            </w:pict>
          </mc:Fallback>
        </mc:AlternateContent>
      </w:r>
    </w:p>
    <w:p w14:paraId="0510BEC3" w14:textId="77777777" w:rsidR="00C26AD3" w:rsidRDefault="00000000">
      <w:pPr>
        <w:spacing w:after="60" w:line="264" w:lineRule="auto"/>
        <w:jc w:val="center"/>
      </w:pPr>
      <w:r>
        <w:rPr>
          <w:i/>
          <w:iCs/>
          <w:sz w:val="18"/>
          <w:szCs w:val="18"/>
        </w:rPr>
        <w:t>Hình 1. Quy trình thiết kế bốn bước: xác lập mục tiêu; xác định dữ liệu và thành phần; sắp xếp quy trình vận hành; vẽ sơ đồ tổng thể và kiểm tra sự phù hợp.</w:t>
      </w:r>
    </w:p>
    <w:p w14:paraId="6E72E161" w14:textId="77777777" w:rsidR="00C26AD3" w:rsidRDefault="00000000">
      <w:pPr>
        <w:spacing w:after="60" w:line="264" w:lineRule="auto"/>
        <w:jc w:val="center"/>
      </w:pPr>
      <w:r>
        <w:rPr>
          <w:i/>
          <w:iCs/>
          <w:sz w:val="17"/>
          <w:szCs w:val="17"/>
        </w:rPr>
        <w:t>Tệp ảnh kèm theo: Kho ảnh sơ đồ - Bài 7 Lớp 11/ (bản PNG để chiếu hoặc in rời).</w:t>
      </w:r>
    </w:p>
    <w:p w14:paraId="483D3C53" w14:textId="77777777" w:rsidR="00C26AD3" w:rsidRDefault="00000000">
      <w:pPr>
        <w:keepNext/>
        <w:spacing w:after="60" w:line="264" w:lineRule="auto"/>
        <w:jc w:val="both"/>
      </w:pPr>
      <w:r>
        <w:rPr>
          <w:b/>
        </w:rPr>
        <w:t xml:space="preserve">Sơ đồ tổng thể </w:t>
      </w:r>
      <w:proofErr w:type="spellStart"/>
      <w:r>
        <w:rPr>
          <w:b/>
          <w:lang w:val="en-US"/>
        </w:rPr>
        <w:t>ví</w:t>
      </w:r>
      <w:proofErr w:type="spellEnd"/>
      <w:r>
        <w:rPr>
          <w:b/>
          <w:lang w:val="en-US"/>
        </w:rPr>
        <w:t xml:space="preserve"> </w:t>
      </w:r>
      <w:proofErr w:type="spellStart"/>
      <w:r>
        <w:rPr>
          <w:b/>
          <w:lang w:val="en-US"/>
        </w:rPr>
        <w:t>dụ</w:t>
      </w:r>
      <w:proofErr w:type="spellEnd"/>
      <w:r>
        <w:rPr>
          <w:b/>
        </w:rPr>
        <w:t xml:space="preserve"> mẫu “Hệ thống AI gợi ý số suất ăn cho căng tin trường”: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85"/>
        <w:gridCol w:w="7086"/>
      </w:tblGrid>
      <w:tr w:rsidR="00C26AD3" w14:paraId="3C4C9896" w14:textId="77777777" w:rsidTr="00E6166A">
        <w:trPr>
          <w:cantSplit/>
          <w:tblHeader/>
          <w:jc w:val="center"/>
        </w:trPr>
        <w:tc>
          <w:tcPr>
            <w:tcW w:w="1985" w:type="dxa"/>
            <w:vAlign w:val="center"/>
          </w:tcPr>
          <w:p w14:paraId="7040202E" w14:textId="77777777" w:rsidR="00C26AD3" w:rsidRDefault="00000000">
            <w:pPr>
              <w:spacing w:after="0" w:line="240" w:lineRule="auto"/>
              <w:jc w:val="center"/>
            </w:pPr>
            <w:r>
              <w:rPr>
                <w:b/>
                <w:sz w:val="22"/>
                <w:szCs w:val="22"/>
              </w:rPr>
              <w:t>Thành phần</w:t>
            </w:r>
          </w:p>
        </w:tc>
        <w:tc>
          <w:tcPr>
            <w:tcW w:w="7086" w:type="dxa"/>
            <w:vAlign w:val="center"/>
          </w:tcPr>
          <w:p w14:paraId="671F715B" w14:textId="77777777" w:rsidR="00C26AD3" w:rsidRDefault="00000000">
            <w:pPr>
              <w:spacing w:after="0" w:line="240" w:lineRule="auto"/>
              <w:jc w:val="center"/>
            </w:pPr>
            <w:r>
              <w:rPr>
                <w:b/>
                <w:sz w:val="22"/>
                <w:szCs w:val="22"/>
              </w:rPr>
              <w:t>Nội dung trong ca mẫu</w:t>
            </w:r>
          </w:p>
        </w:tc>
      </w:tr>
      <w:tr w:rsidR="00C26AD3" w14:paraId="466704D6" w14:textId="77777777" w:rsidTr="00E6166A">
        <w:trPr>
          <w:cantSplit/>
          <w:jc w:val="center"/>
        </w:trPr>
        <w:tc>
          <w:tcPr>
            <w:tcW w:w="1985" w:type="dxa"/>
            <w:vAlign w:val="center"/>
          </w:tcPr>
          <w:p w14:paraId="618674E0" w14:textId="77777777" w:rsidR="00C26AD3" w:rsidRDefault="00000000">
            <w:pPr>
              <w:spacing w:after="0" w:line="240" w:lineRule="auto"/>
              <w:jc w:val="center"/>
            </w:pPr>
            <w:r>
              <w:rPr>
                <w:b/>
                <w:sz w:val="22"/>
                <w:szCs w:val="22"/>
              </w:rPr>
              <w:t>Mục tiêu</w:t>
            </w:r>
          </w:p>
        </w:tc>
        <w:tc>
          <w:tcPr>
            <w:tcW w:w="7086" w:type="dxa"/>
          </w:tcPr>
          <w:p w14:paraId="7E3EB307" w14:textId="77777777" w:rsidR="00C26AD3" w:rsidRDefault="00000000">
            <w:pPr>
              <w:spacing w:after="0" w:line="240" w:lineRule="auto"/>
            </w:pPr>
            <w:r>
              <w:rPr>
                <w:sz w:val="22"/>
                <w:szCs w:val="22"/>
              </w:rPr>
              <w:t>Tổ căng tin biết trước nên chuẩn bị bao nhiêu suất ăn mỗi ngày, đỡ thừa hoặc thiếu.</w:t>
            </w:r>
          </w:p>
        </w:tc>
      </w:tr>
      <w:tr w:rsidR="00C26AD3" w14:paraId="67B87E21" w14:textId="77777777" w:rsidTr="00E6166A">
        <w:trPr>
          <w:cantSplit/>
          <w:jc w:val="center"/>
        </w:trPr>
        <w:tc>
          <w:tcPr>
            <w:tcW w:w="1985" w:type="dxa"/>
            <w:vAlign w:val="center"/>
          </w:tcPr>
          <w:p w14:paraId="793151CB" w14:textId="77777777" w:rsidR="00C26AD3" w:rsidRDefault="00000000">
            <w:pPr>
              <w:spacing w:after="0" w:line="240" w:lineRule="auto"/>
              <w:jc w:val="center"/>
            </w:pPr>
            <w:r>
              <w:rPr>
                <w:b/>
                <w:sz w:val="22"/>
                <w:szCs w:val="22"/>
              </w:rPr>
              <w:t>Người dùng</w:t>
            </w:r>
          </w:p>
        </w:tc>
        <w:tc>
          <w:tcPr>
            <w:tcW w:w="7086" w:type="dxa"/>
          </w:tcPr>
          <w:p w14:paraId="741BC098" w14:textId="77777777" w:rsidR="00C26AD3" w:rsidRDefault="00000000">
            <w:pPr>
              <w:spacing w:after="0" w:line="240" w:lineRule="auto"/>
            </w:pPr>
            <w:r>
              <w:rPr>
                <w:sz w:val="22"/>
                <w:szCs w:val="22"/>
              </w:rPr>
              <w:t>Cô, chú phụ trách căng tin.</w:t>
            </w:r>
          </w:p>
        </w:tc>
      </w:tr>
      <w:tr w:rsidR="00C26AD3" w14:paraId="09E7D176" w14:textId="77777777" w:rsidTr="00E6166A">
        <w:trPr>
          <w:cantSplit/>
          <w:jc w:val="center"/>
        </w:trPr>
        <w:tc>
          <w:tcPr>
            <w:tcW w:w="1985" w:type="dxa"/>
            <w:vAlign w:val="center"/>
          </w:tcPr>
          <w:p w14:paraId="2BCB9C05" w14:textId="77777777" w:rsidR="00C26AD3" w:rsidRDefault="00000000">
            <w:pPr>
              <w:spacing w:after="0" w:line="240" w:lineRule="auto"/>
              <w:jc w:val="center"/>
            </w:pPr>
            <w:r>
              <w:rPr>
                <w:b/>
                <w:sz w:val="22"/>
                <w:szCs w:val="22"/>
              </w:rPr>
              <w:t>Tiêu chí thành công</w:t>
            </w:r>
          </w:p>
        </w:tc>
        <w:tc>
          <w:tcPr>
            <w:tcW w:w="7086" w:type="dxa"/>
          </w:tcPr>
          <w:p w14:paraId="3D2D321A" w14:textId="77777777" w:rsidR="00C26AD3" w:rsidRDefault="00000000">
            <w:pPr>
              <w:spacing w:after="0" w:line="240" w:lineRule="auto"/>
            </w:pPr>
            <w:r>
              <w:rPr>
                <w:sz w:val="22"/>
                <w:szCs w:val="22"/>
              </w:rPr>
              <w:t>Số suất gợi ý lệch không quá 10% so với số suất bán thực tế trong ít nhất 8 trên 10 ngày kiểm thử.</w:t>
            </w:r>
          </w:p>
        </w:tc>
      </w:tr>
      <w:tr w:rsidR="00C26AD3" w14:paraId="5055318C" w14:textId="77777777" w:rsidTr="00E6166A">
        <w:trPr>
          <w:cantSplit/>
          <w:jc w:val="center"/>
        </w:trPr>
        <w:tc>
          <w:tcPr>
            <w:tcW w:w="1985" w:type="dxa"/>
            <w:vAlign w:val="center"/>
          </w:tcPr>
          <w:p w14:paraId="1D5B5052" w14:textId="77777777" w:rsidR="00C26AD3" w:rsidRDefault="00000000">
            <w:pPr>
              <w:spacing w:after="0" w:line="240" w:lineRule="auto"/>
              <w:jc w:val="center"/>
            </w:pPr>
            <w:r>
              <w:rPr>
                <w:b/>
                <w:sz w:val="22"/>
                <w:szCs w:val="22"/>
              </w:rPr>
              <w:t>Dữ liệu</w:t>
            </w:r>
          </w:p>
        </w:tc>
        <w:tc>
          <w:tcPr>
            <w:tcW w:w="7086" w:type="dxa"/>
          </w:tcPr>
          <w:p w14:paraId="532512F5" w14:textId="77777777" w:rsidR="00C26AD3" w:rsidRDefault="00000000">
            <w:pPr>
              <w:spacing w:after="0" w:line="240" w:lineRule="auto"/>
            </w:pPr>
            <w:r>
              <w:rPr>
                <w:sz w:val="22"/>
                <w:szCs w:val="22"/>
              </w:rPr>
              <w:t>Số suất đã bán các ngày trước; thứ trong tuần; có môn thi hoặc lịch đặc biệt không; thời tiết; món ăn hôm đó.</w:t>
            </w:r>
          </w:p>
        </w:tc>
      </w:tr>
      <w:tr w:rsidR="00C26AD3" w14:paraId="0C2A6F43" w14:textId="77777777" w:rsidTr="00E6166A">
        <w:trPr>
          <w:cantSplit/>
          <w:jc w:val="center"/>
        </w:trPr>
        <w:tc>
          <w:tcPr>
            <w:tcW w:w="1985" w:type="dxa"/>
            <w:vAlign w:val="center"/>
          </w:tcPr>
          <w:p w14:paraId="6F5A9AF4" w14:textId="77777777" w:rsidR="00C26AD3" w:rsidRDefault="00000000">
            <w:pPr>
              <w:spacing w:after="0" w:line="240" w:lineRule="auto"/>
              <w:jc w:val="center"/>
            </w:pPr>
            <w:r>
              <w:rPr>
                <w:b/>
                <w:sz w:val="22"/>
                <w:szCs w:val="22"/>
              </w:rPr>
              <w:t>Thành phần xử lí</w:t>
            </w:r>
          </w:p>
        </w:tc>
        <w:tc>
          <w:tcPr>
            <w:tcW w:w="7086" w:type="dxa"/>
          </w:tcPr>
          <w:p w14:paraId="01F76D58" w14:textId="77777777" w:rsidR="00C26AD3" w:rsidRDefault="00000000">
            <w:pPr>
              <w:spacing w:after="0" w:line="240" w:lineRule="auto"/>
            </w:pPr>
            <w:r>
              <w:rPr>
                <w:sz w:val="22"/>
                <w:szCs w:val="22"/>
              </w:rPr>
              <w:t>Mô hình dự đoán học từ dữ liệu lịch sử bán hàng và các yếu tố liên quan.</w:t>
            </w:r>
          </w:p>
        </w:tc>
      </w:tr>
      <w:tr w:rsidR="00C26AD3" w14:paraId="6D2BB26C" w14:textId="77777777" w:rsidTr="00E6166A">
        <w:trPr>
          <w:cantSplit/>
          <w:jc w:val="center"/>
        </w:trPr>
        <w:tc>
          <w:tcPr>
            <w:tcW w:w="1985" w:type="dxa"/>
            <w:vAlign w:val="center"/>
          </w:tcPr>
          <w:p w14:paraId="52FB09D9" w14:textId="77777777" w:rsidR="00C26AD3" w:rsidRDefault="00000000">
            <w:pPr>
              <w:spacing w:after="0" w:line="240" w:lineRule="auto"/>
              <w:jc w:val="center"/>
            </w:pPr>
            <w:r>
              <w:rPr>
                <w:b/>
                <w:sz w:val="22"/>
                <w:szCs w:val="22"/>
              </w:rPr>
              <w:t>Đầu ra</w:t>
            </w:r>
          </w:p>
        </w:tc>
        <w:tc>
          <w:tcPr>
            <w:tcW w:w="7086" w:type="dxa"/>
          </w:tcPr>
          <w:p w14:paraId="03B5B69F" w14:textId="77777777" w:rsidR="00C26AD3" w:rsidRDefault="00000000">
            <w:pPr>
              <w:spacing w:after="0" w:line="240" w:lineRule="auto"/>
            </w:pPr>
            <w:r>
              <w:rPr>
                <w:sz w:val="22"/>
                <w:szCs w:val="22"/>
              </w:rPr>
              <w:t>Số suất ăn gợi ý chuẩn bị cho ngày hôm sau.</w:t>
            </w:r>
          </w:p>
        </w:tc>
      </w:tr>
      <w:tr w:rsidR="00C26AD3" w14:paraId="62E30138" w14:textId="77777777" w:rsidTr="00E6166A">
        <w:trPr>
          <w:cantSplit/>
          <w:jc w:val="center"/>
        </w:trPr>
        <w:tc>
          <w:tcPr>
            <w:tcW w:w="1985" w:type="dxa"/>
            <w:vAlign w:val="center"/>
          </w:tcPr>
          <w:p w14:paraId="4068D012" w14:textId="77777777" w:rsidR="00C26AD3" w:rsidRDefault="00000000">
            <w:pPr>
              <w:spacing w:after="0" w:line="240" w:lineRule="auto"/>
              <w:jc w:val="center"/>
            </w:pPr>
            <w:r>
              <w:rPr>
                <w:b/>
                <w:sz w:val="22"/>
                <w:szCs w:val="22"/>
              </w:rPr>
              <w:t>Phản hồi</w:t>
            </w:r>
          </w:p>
        </w:tc>
        <w:tc>
          <w:tcPr>
            <w:tcW w:w="7086" w:type="dxa"/>
          </w:tcPr>
          <w:p w14:paraId="10031FAE" w14:textId="77777777" w:rsidR="00C26AD3" w:rsidRDefault="00000000">
            <w:pPr>
              <w:spacing w:after="0" w:line="240" w:lineRule="auto"/>
            </w:pPr>
            <w:r>
              <w:rPr>
                <w:sz w:val="22"/>
                <w:szCs w:val="22"/>
              </w:rPr>
              <w:t>Số suất ăn thực tế bán được cuối ngày, dùng để cập nhật dữ liệu cho lần dự đoán sau.</w:t>
            </w:r>
          </w:p>
        </w:tc>
      </w:tr>
      <w:tr w:rsidR="00C26AD3" w14:paraId="6B8E851F" w14:textId="77777777" w:rsidTr="00E6166A">
        <w:trPr>
          <w:cantSplit/>
          <w:jc w:val="center"/>
        </w:trPr>
        <w:tc>
          <w:tcPr>
            <w:tcW w:w="1985" w:type="dxa"/>
            <w:vAlign w:val="center"/>
          </w:tcPr>
          <w:p w14:paraId="39B2A539" w14:textId="77777777" w:rsidR="00C26AD3" w:rsidRDefault="00000000">
            <w:pPr>
              <w:spacing w:after="0" w:line="240" w:lineRule="auto"/>
              <w:jc w:val="center"/>
            </w:pPr>
            <w:r>
              <w:rPr>
                <w:b/>
                <w:sz w:val="22"/>
                <w:szCs w:val="22"/>
              </w:rPr>
              <w:t>Quy trình vận hành</w:t>
            </w:r>
          </w:p>
        </w:tc>
        <w:tc>
          <w:tcPr>
            <w:tcW w:w="7086" w:type="dxa"/>
          </w:tcPr>
          <w:p w14:paraId="15795A6B" w14:textId="77777777" w:rsidR="00C26AD3" w:rsidRDefault="00000000">
            <w:pPr>
              <w:spacing w:after="0" w:line="240" w:lineRule="auto"/>
            </w:pPr>
            <w:r>
              <w:rPr>
                <w:sz w:val="22"/>
                <w:szCs w:val="22"/>
              </w:rPr>
              <w:t>Mỗi buổi chiều, hệ thống đưa ra số gợi ý cho ngày hôm sau; cô chú căng tin xem, có thể điều chỉnh theo kinh nghiệm rồi mới nấu; cuối ngày ghi nhận số bán thực tế để hệ thống học tiếp.</w:t>
            </w:r>
          </w:p>
        </w:tc>
      </w:tr>
      <w:tr w:rsidR="00C26AD3" w14:paraId="402AE8B9" w14:textId="77777777" w:rsidTr="00E6166A">
        <w:trPr>
          <w:cantSplit/>
          <w:jc w:val="center"/>
        </w:trPr>
        <w:tc>
          <w:tcPr>
            <w:tcW w:w="1985" w:type="dxa"/>
            <w:vAlign w:val="center"/>
          </w:tcPr>
          <w:p w14:paraId="5595F6B0" w14:textId="77777777" w:rsidR="00C26AD3" w:rsidRDefault="00000000">
            <w:pPr>
              <w:spacing w:after="0" w:line="240" w:lineRule="auto"/>
              <w:jc w:val="center"/>
            </w:pPr>
            <w:r>
              <w:rPr>
                <w:b/>
                <w:sz w:val="22"/>
                <w:szCs w:val="22"/>
              </w:rPr>
              <w:t>Điểm kiểm soát của con người</w:t>
            </w:r>
          </w:p>
        </w:tc>
        <w:tc>
          <w:tcPr>
            <w:tcW w:w="7086" w:type="dxa"/>
          </w:tcPr>
          <w:p w14:paraId="7525A4A9" w14:textId="77777777" w:rsidR="00C26AD3" w:rsidRDefault="00000000">
            <w:pPr>
              <w:spacing w:after="0" w:line="240" w:lineRule="auto"/>
            </w:pPr>
            <w:r>
              <w:rPr>
                <w:sz w:val="22"/>
                <w:szCs w:val="22"/>
              </w:rPr>
              <w:t>Cô chú căng tin luôn có quyền điều chỉnh số gợi ý cuối cùng; nếu số gợi ý bất thường (ví dụ gần bằng 0), phải kiểm tra lại trước khi dùng.</w:t>
            </w:r>
          </w:p>
        </w:tc>
      </w:tr>
    </w:tbl>
    <w:p w14:paraId="492EC877" w14:textId="77777777" w:rsidR="00C26AD3" w:rsidRDefault="00000000">
      <w:pPr>
        <w:spacing w:before="120" w:after="60" w:line="264" w:lineRule="auto"/>
        <w:jc w:val="center"/>
      </w:pPr>
      <w:r>
        <w:rPr>
          <w:noProof/>
        </w:rPr>
        <mc:AlternateContent>
          <mc:Choice Requires="wpg">
            <w:drawing>
              <wp:inline distT="0" distB="0" distL="0" distR="0" wp14:anchorId="51A2BCCA" wp14:editId="16D32DD7">
                <wp:extent cx="5568001" cy="3672000"/>
                <wp:effectExtent l="19050" t="0" r="0" b="24130"/>
                <wp:docPr id="9002" name="Hình 2 – Sơ đồ tổng thể ca mẫu gợi ý số suất ăn căng tin" descr="Hình 2 – Sơ đồ tổng thể ca mẫu gợi ý số suất ăn căng tin"/>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568001" cy="3672000"/>
                          <a:chOff x="96000" y="264000"/>
                          <a:chExt cx="5568001" cy="3672000"/>
                        </a:xfrm>
                      </wpg:grpSpPr>
                      <wps:wsp>
                        <wps:cNvPr id="1028298414" name="Rectangle: Rounded Corners 1028298414"/>
                        <wps:cNvSpPr/>
                        <wps:spPr>
                          <a:xfrm>
                            <a:off x="2160000" y="264000"/>
                            <a:ext cx="3240000" cy="648000"/>
                          </a:xfrm>
                          <a:prstGeom prst="roundRect">
                            <a:avLst>
                              <a:gd name="adj" fmla="val 8000"/>
                            </a:avLst>
                          </a:prstGeom>
                          <a:noFill/>
                          <a:ln w="9600">
                            <a:solidFill>
                              <a:srgbClr val="222222"/>
                            </a:solidFill>
                            <a:prstDash val="dash"/>
                          </a:ln>
                        </wps:spPr>
                        <wps:txbx>
                          <w:txbxContent>
                            <w:p w14:paraId="482F308C" w14:textId="77777777" w:rsidR="00C26AD3" w:rsidRDefault="00000000">
                              <w:pPr>
                                <w:spacing w:after="0" w:line="240" w:lineRule="auto"/>
                                <w:jc w:val="center"/>
                              </w:pPr>
                              <w:r>
                                <w:rPr>
                                  <w:b/>
                                  <w:sz w:val="17"/>
                                  <w:szCs w:val="17"/>
                                </w:rPr>
                                <w:t xml:space="preserve">Điểm </w:t>
                              </w:r>
                              <w:r>
                                <w:rPr>
                                  <w:b/>
                                  <w:sz w:val="17"/>
                                  <w:szCs w:val="17"/>
                                </w:rPr>
                                <w:t>kiểm soát của con người</w:t>
                              </w:r>
                            </w:p>
                            <w:p w14:paraId="556653FC" w14:textId="77777777" w:rsidR="00C26AD3" w:rsidRDefault="00000000">
                              <w:pPr>
                                <w:spacing w:after="0" w:line="240" w:lineRule="auto"/>
                                <w:jc w:val="center"/>
                              </w:pPr>
                              <w:r>
                                <w:rPr>
                                  <w:sz w:val="17"/>
                                  <w:szCs w:val="17"/>
                                </w:rPr>
                                <w:t>Cô chú căng tin xem số gợi ý, có thể điều chỉnh</w:t>
                              </w:r>
                            </w:p>
                            <w:p w14:paraId="51B0BE51" w14:textId="77777777" w:rsidR="00C26AD3" w:rsidRDefault="00000000">
                              <w:pPr>
                                <w:spacing w:after="0" w:line="240" w:lineRule="auto"/>
                                <w:jc w:val="center"/>
                              </w:pPr>
                              <w:r>
                                <w:rPr>
                                  <w:sz w:val="17"/>
                                  <w:szCs w:val="17"/>
                                </w:rPr>
                                <w:t>theo kinh nghiệm rồi mới nấu; số gợi ý bất thường</w:t>
                              </w:r>
                            </w:p>
                            <w:p w14:paraId="0482061E" w14:textId="77777777" w:rsidR="00C26AD3" w:rsidRDefault="00000000">
                              <w:pPr>
                                <w:spacing w:after="0" w:line="240" w:lineRule="auto"/>
                                <w:jc w:val="center"/>
                              </w:pPr>
                              <w:r>
                                <w:rPr>
                                  <w:sz w:val="17"/>
                                  <w:szCs w:val="17"/>
                                </w:rPr>
                                <w:t>phải kiểm tra lại trước khi dùng.</w:t>
                              </w:r>
                            </w:p>
                          </w:txbxContent>
                        </wps:txbx>
                        <wps:bodyPr lIns="45720" tIns="22860" rIns="45720" bIns="22860" anchor="ctr">
                          <a:noAutofit/>
                        </wps:bodyPr>
                      </wps:wsp>
                      <wps:wsp>
                        <wps:cNvPr id="372986363" name="Rectangle: Rounded Corners 372986363"/>
                        <wps:cNvSpPr/>
                        <wps:spPr>
                          <a:xfrm>
                            <a:off x="180000" y="1680000"/>
                            <a:ext cx="1185600" cy="1128000"/>
                          </a:xfrm>
                          <a:prstGeom prst="roundRect">
                            <a:avLst>
                              <a:gd name="adj" fmla="val 8000"/>
                            </a:avLst>
                          </a:prstGeom>
                          <a:solidFill>
                            <a:srgbClr val="F0F0F0"/>
                          </a:solidFill>
                          <a:ln w="12000">
                            <a:solidFill>
                              <a:srgbClr val="222222"/>
                            </a:solidFill>
                          </a:ln>
                        </wps:spPr>
                        <wps:txbx>
                          <w:txbxContent>
                            <w:p w14:paraId="5DA453A2" w14:textId="77777777" w:rsidR="00C26AD3" w:rsidRDefault="00000000">
                              <w:pPr>
                                <w:spacing w:after="0" w:line="240" w:lineRule="auto"/>
                                <w:jc w:val="center"/>
                              </w:pPr>
                              <w:r>
                                <w:rPr>
                                  <w:b/>
                                  <w:sz w:val="16"/>
                                  <w:szCs w:val="16"/>
                                </w:rPr>
                                <w:t xml:space="preserve">(1) </w:t>
                              </w:r>
                              <w:r>
                                <w:rPr>
                                  <w:b/>
                                  <w:sz w:val="16"/>
                                  <w:szCs w:val="16"/>
                                </w:rPr>
                                <w:t>Dữ liệu</w:t>
                              </w:r>
                            </w:p>
                            <w:p w14:paraId="04294D64" w14:textId="77777777" w:rsidR="00C26AD3" w:rsidRDefault="00C26AD3">
                              <w:pPr>
                                <w:spacing w:after="0" w:line="240" w:lineRule="auto"/>
                                <w:jc w:val="center"/>
                              </w:pPr>
                            </w:p>
                            <w:p w14:paraId="3F8A9925" w14:textId="77777777" w:rsidR="00C26AD3" w:rsidRDefault="00000000">
                              <w:pPr>
                                <w:spacing w:after="0" w:line="240" w:lineRule="auto"/>
                                <w:jc w:val="center"/>
                              </w:pPr>
                              <w:r>
                                <w:rPr>
                                  <w:sz w:val="16"/>
                                  <w:szCs w:val="16"/>
                                </w:rPr>
                                <w:t>số suất đã bán</w:t>
                              </w:r>
                            </w:p>
                            <w:p w14:paraId="4321F389" w14:textId="77777777" w:rsidR="00C26AD3" w:rsidRDefault="00000000">
                              <w:pPr>
                                <w:spacing w:after="0" w:line="240" w:lineRule="auto"/>
                                <w:jc w:val="center"/>
                              </w:pPr>
                              <w:r>
                                <w:rPr>
                                  <w:sz w:val="16"/>
                                  <w:szCs w:val="16"/>
                                </w:rPr>
                                <w:t>các ngày trước;</w:t>
                              </w:r>
                            </w:p>
                            <w:p w14:paraId="0888B979" w14:textId="77777777" w:rsidR="00C26AD3" w:rsidRDefault="00000000">
                              <w:pPr>
                                <w:spacing w:after="0" w:line="240" w:lineRule="auto"/>
                                <w:jc w:val="center"/>
                              </w:pPr>
                              <w:r>
                                <w:rPr>
                                  <w:sz w:val="16"/>
                                  <w:szCs w:val="16"/>
                                </w:rPr>
                                <w:t>thứ trong tuần,</w:t>
                              </w:r>
                            </w:p>
                            <w:p w14:paraId="003FFD40" w14:textId="77777777" w:rsidR="00C26AD3" w:rsidRDefault="00000000">
                              <w:pPr>
                                <w:spacing w:after="0" w:line="240" w:lineRule="auto"/>
                                <w:jc w:val="center"/>
                              </w:pPr>
                              <w:r>
                                <w:rPr>
                                  <w:sz w:val="16"/>
                                  <w:szCs w:val="16"/>
                                </w:rPr>
                                <w:t>lịch thi, thời tiết,</w:t>
                              </w:r>
                            </w:p>
                            <w:p w14:paraId="31E32CC2" w14:textId="77777777" w:rsidR="00C26AD3" w:rsidRDefault="00000000">
                              <w:pPr>
                                <w:spacing w:after="0" w:line="240" w:lineRule="auto"/>
                                <w:jc w:val="center"/>
                              </w:pPr>
                              <w:r>
                                <w:rPr>
                                  <w:sz w:val="16"/>
                                  <w:szCs w:val="16"/>
                                </w:rPr>
                                <w:t>món ăn hôm đó</w:t>
                              </w:r>
                            </w:p>
                          </w:txbxContent>
                        </wps:txbx>
                        <wps:bodyPr lIns="45720" tIns="22860" rIns="45720" bIns="22860" anchor="ctr">
                          <a:noAutofit/>
                        </wps:bodyPr>
                      </wps:wsp>
                      <wps:wsp>
                        <wps:cNvPr id="241810086" name="Rectangle: Rounded Corners 241810086"/>
                        <wps:cNvSpPr/>
                        <wps:spPr>
                          <a:xfrm>
                            <a:off x="1584000" y="1680000"/>
                            <a:ext cx="1185600" cy="1128000"/>
                          </a:xfrm>
                          <a:prstGeom prst="roundRect">
                            <a:avLst>
                              <a:gd name="adj" fmla="val 8000"/>
                            </a:avLst>
                          </a:prstGeom>
                          <a:solidFill>
                            <a:srgbClr val="F0F0F0"/>
                          </a:solidFill>
                          <a:ln w="12000">
                            <a:solidFill>
                              <a:srgbClr val="222222"/>
                            </a:solidFill>
                          </a:ln>
                        </wps:spPr>
                        <wps:txbx>
                          <w:txbxContent>
                            <w:p w14:paraId="79C3528B" w14:textId="77777777" w:rsidR="00C26AD3" w:rsidRDefault="00000000">
                              <w:pPr>
                                <w:spacing w:after="0" w:line="240" w:lineRule="auto"/>
                                <w:jc w:val="center"/>
                              </w:pPr>
                              <w:r>
                                <w:rPr>
                                  <w:b/>
                                  <w:sz w:val="16"/>
                                  <w:szCs w:val="16"/>
                                </w:rPr>
                                <w:t xml:space="preserve">(2) </w:t>
                              </w:r>
                              <w:r>
                                <w:rPr>
                                  <w:b/>
                                  <w:sz w:val="16"/>
                                  <w:szCs w:val="16"/>
                                </w:rPr>
                                <w:t>Mô hình dự đoán</w:t>
                              </w:r>
                            </w:p>
                            <w:p w14:paraId="55428D3D" w14:textId="77777777" w:rsidR="00C26AD3" w:rsidRDefault="00C26AD3">
                              <w:pPr>
                                <w:spacing w:after="0" w:line="240" w:lineRule="auto"/>
                                <w:jc w:val="center"/>
                              </w:pPr>
                            </w:p>
                            <w:p w14:paraId="753148FB" w14:textId="77777777" w:rsidR="00C26AD3" w:rsidRDefault="00000000">
                              <w:pPr>
                                <w:spacing w:after="0" w:line="240" w:lineRule="auto"/>
                                <w:jc w:val="center"/>
                              </w:pPr>
                              <w:r>
                                <w:rPr>
                                  <w:sz w:val="16"/>
                                  <w:szCs w:val="16"/>
                                </w:rPr>
                                <w:t>học từ dữ liệu</w:t>
                              </w:r>
                            </w:p>
                            <w:p w14:paraId="7EC9ADA1" w14:textId="77777777" w:rsidR="00C26AD3" w:rsidRDefault="00000000">
                              <w:pPr>
                                <w:spacing w:after="0" w:line="240" w:lineRule="auto"/>
                                <w:jc w:val="center"/>
                              </w:pPr>
                              <w:r>
                                <w:rPr>
                                  <w:sz w:val="16"/>
                                  <w:szCs w:val="16"/>
                                </w:rPr>
                                <w:t>lịch sử bán hàng</w:t>
                              </w:r>
                            </w:p>
                            <w:p w14:paraId="1A1701C9" w14:textId="77777777" w:rsidR="00C26AD3" w:rsidRDefault="00000000">
                              <w:pPr>
                                <w:spacing w:after="0" w:line="240" w:lineRule="auto"/>
                                <w:jc w:val="center"/>
                              </w:pPr>
                              <w:r>
                                <w:rPr>
                                  <w:sz w:val="16"/>
                                  <w:szCs w:val="16"/>
                                </w:rPr>
                                <w:t>và các yếu tố</w:t>
                              </w:r>
                            </w:p>
                            <w:p w14:paraId="7FAC3F14" w14:textId="77777777" w:rsidR="00C26AD3" w:rsidRDefault="00000000">
                              <w:pPr>
                                <w:spacing w:after="0" w:line="240" w:lineRule="auto"/>
                                <w:jc w:val="center"/>
                              </w:pPr>
                              <w:r>
                                <w:rPr>
                                  <w:sz w:val="16"/>
                                  <w:szCs w:val="16"/>
                                </w:rPr>
                                <w:t>liên quan</w:t>
                              </w:r>
                            </w:p>
                          </w:txbxContent>
                        </wps:txbx>
                        <wps:bodyPr lIns="45720" tIns="22860" rIns="45720" bIns="22860" anchor="ctr">
                          <a:noAutofit/>
                        </wps:bodyPr>
                      </wps:wsp>
                      <wps:wsp>
                        <wps:cNvPr id="527336080" name="Rectangle: Rounded Corners 527336080"/>
                        <wps:cNvSpPr/>
                        <wps:spPr>
                          <a:xfrm>
                            <a:off x="2988000" y="1680000"/>
                            <a:ext cx="1185600" cy="1128000"/>
                          </a:xfrm>
                          <a:prstGeom prst="roundRect">
                            <a:avLst>
                              <a:gd name="adj" fmla="val 8000"/>
                            </a:avLst>
                          </a:prstGeom>
                          <a:solidFill>
                            <a:srgbClr val="F0F0F0"/>
                          </a:solidFill>
                          <a:ln w="12000">
                            <a:solidFill>
                              <a:srgbClr val="222222"/>
                            </a:solidFill>
                          </a:ln>
                        </wps:spPr>
                        <wps:txbx>
                          <w:txbxContent>
                            <w:p w14:paraId="21594B00" w14:textId="77777777" w:rsidR="00C26AD3" w:rsidRDefault="00000000">
                              <w:pPr>
                                <w:spacing w:after="0" w:line="240" w:lineRule="auto"/>
                                <w:jc w:val="center"/>
                              </w:pPr>
                              <w:r>
                                <w:rPr>
                                  <w:b/>
                                  <w:sz w:val="16"/>
                                  <w:szCs w:val="16"/>
                                </w:rPr>
                                <w:t xml:space="preserve">(3) </w:t>
                              </w:r>
                              <w:r>
                                <w:rPr>
                                  <w:b/>
                                  <w:sz w:val="16"/>
                                  <w:szCs w:val="16"/>
                                </w:rPr>
                                <w:t>Đầu ra</w:t>
                              </w:r>
                            </w:p>
                            <w:p w14:paraId="799EFEE9" w14:textId="77777777" w:rsidR="00C26AD3" w:rsidRDefault="00C26AD3">
                              <w:pPr>
                                <w:spacing w:after="0" w:line="240" w:lineRule="auto"/>
                                <w:jc w:val="center"/>
                              </w:pPr>
                            </w:p>
                            <w:p w14:paraId="63A62E86" w14:textId="77777777" w:rsidR="00C26AD3" w:rsidRDefault="00000000">
                              <w:pPr>
                                <w:spacing w:after="0" w:line="240" w:lineRule="auto"/>
                                <w:jc w:val="center"/>
                              </w:pPr>
                              <w:r>
                                <w:rPr>
                                  <w:sz w:val="16"/>
                                  <w:szCs w:val="16"/>
                                </w:rPr>
                                <w:t>số suất ăn gợi ý</w:t>
                              </w:r>
                            </w:p>
                            <w:p w14:paraId="7953AA83" w14:textId="77777777" w:rsidR="00C26AD3" w:rsidRDefault="00000000">
                              <w:pPr>
                                <w:spacing w:after="0" w:line="240" w:lineRule="auto"/>
                                <w:jc w:val="center"/>
                              </w:pPr>
                              <w:r>
                                <w:rPr>
                                  <w:sz w:val="16"/>
                                  <w:szCs w:val="16"/>
                                </w:rPr>
                                <w:t>chuẩn bị cho</w:t>
                              </w:r>
                            </w:p>
                            <w:p w14:paraId="19C149A5" w14:textId="77777777" w:rsidR="00C26AD3" w:rsidRDefault="00000000">
                              <w:pPr>
                                <w:spacing w:after="0" w:line="240" w:lineRule="auto"/>
                                <w:jc w:val="center"/>
                              </w:pPr>
                              <w:r>
                                <w:rPr>
                                  <w:sz w:val="16"/>
                                  <w:szCs w:val="16"/>
                                </w:rPr>
                                <w:t>ngày hôm sau</w:t>
                              </w:r>
                            </w:p>
                          </w:txbxContent>
                        </wps:txbx>
                        <wps:bodyPr lIns="45720" tIns="22860" rIns="45720" bIns="22860" anchor="ctr">
                          <a:noAutofit/>
                        </wps:bodyPr>
                      </wps:wsp>
                      <wps:wsp>
                        <wps:cNvPr id="1714513722" name="Rectangle: Rounded Corners 1714513722"/>
                        <wps:cNvSpPr/>
                        <wps:spPr>
                          <a:xfrm>
                            <a:off x="4392000" y="1680000"/>
                            <a:ext cx="1185600" cy="1128000"/>
                          </a:xfrm>
                          <a:prstGeom prst="roundRect">
                            <a:avLst>
                              <a:gd name="adj" fmla="val 8000"/>
                            </a:avLst>
                          </a:prstGeom>
                          <a:solidFill>
                            <a:srgbClr val="F0F0F0"/>
                          </a:solidFill>
                          <a:ln w="12000">
                            <a:solidFill>
                              <a:srgbClr val="222222"/>
                            </a:solidFill>
                          </a:ln>
                        </wps:spPr>
                        <wps:txbx>
                          <w:txbxContent>
                            <w:p w14:paraId="0EBF4396" w14:textId="77777777" w:rsidR="00C26AD3" w:rsidRDefault="00000000">
                              <w:pPr>
                                <w:spacing w:after="0" w:line="240" w:lineRule="auto"/>
                                <w:jc w:val="center"/>
                              </w:pPr>
                              <w:r>
                                <w:rPr>
                                  <w:b/>
                                  <w:sz w:val="16"/>
                                  <w:szCs w:val="16"/>
                                </w:rPr>
                                <w:t xml:space="preserve">(4) </w:t>
                              </w:r>
                              <w:r>
                                <w:rPr>
                                  <w:b/>
                                  <w:sz w:val="16"/>
                                  <w:szCs w:val="16"/>
                                </w:rPr>
                                <w:t>Phản hồi</w:t>
                              </w:r>
                            </w:p>
                            <w:p w14:paraId="5A907921" w14:textId="77777777" w:rsidR="00C26AD3" w:rsidRDefault="00C26AD3">
                              <w:pPr>
                                <w:spacing w:after="0" w:line="240" w:lineRule="auto"/>
                                <w:jc w:val="center"/>
                              </w:pPr>
                            </w:p>
                            <w:p w14:paraId="7383C432" w14:textId="77777777" w:rsidR="00C26AD3" w:rsidRDefault="00000000">
                              <w:pPr>
                                <w:spacing w:after="0" w:line="240" w:lineRule="auto"/>
                                <w:jc w:val="center"/>
                              </w:pPr>
                              <w:r>
                                <w:rPr>
                                  <w:sz w:val="16"/>
                                  <w:szCs w:val="16"/>
                                </w:rPr>
                                <w:t>số suất bán thực tế</w:t>
                              </w:r>
                            </w:p>
                            <w:p w14:paraId="210AB0DF" w14:textId="77777777" w:rsidR="00C26AD3" w:rsidRDefault="00000000">
                              <w:pPr>
                                <w:spacing w:after="0" w:line="240" w:lineRule="auto"/>
                                <w:jc w:val="center"/>
                              </w:pPr>
                              <w:r>
                                <w:rPr>
                                  <w:sz w:val="16"/>
                                  <w:szCs w:val="16"/>
                                </w:rPr>
                                <w:t>cuối ngày, dùng để</w:t>
                              </w:r>
                            </w:p>
                            <w:p w14:paraId="3230147C" w14:textId="77777777" w:rsidR="00C26AD3" w:rsidRDefault="00000000">
                              <w:pPr>
                                <w:spacing w:after="0" w:line="240" w:lineRule="auto"/>
                                <w:jc w:val="center"/>
                              </w:pPr>
                              <w:r>
                                <w:rPr>
                                  <w:sz w:val="16"/>
                                  <w:szCs w:val="16"/>
                                </w:rPr>
                                <w:t>cập nhật dữ liệu</w:t>
                              </w:r>
                            </w:p>
                            <w:p w14:paraId="798E98BC" w14:textId="77777777" w:rsidR="00C26AD3" w:rsidRDefault="00000000">
                              <w:pPr>
                                <w:spacing w:after="0" w:line="240" w:lineRule="auto"/>
                                <w:jc w:val="center"/>
                              </w:pPr>
                              <w:r>
                                <w:rPr>
                                  <w:sz w:val="16"/>
                                  <w:szCs w:val="16"/>
                                </w:rPr>
                                <w:t>cho lần sau</w:t>
                              </w:r>
                            </w:p>
                          </w:txbxContent>
                        </wps:txbx>
                        <wps:bodyPr lIns="45720" tIns="22860" rIns="45720" bIns="22860" anchor="ctr">
                          <a:noAutofit/>
                        </wps:bodyPr>
                      </wps:wsp>
                      <wps:wsp>
                        <wps:cNvPr id="531905286" name="Straight Connector 531905286"/>
                        <wps:cNvCnPr/>
                        <wps:spPr>
                          <a:xfrm>
                            <a:off x="1365600" y="2244000"/>
                            <a:ext cx="218400" cy="1"/>
                          </a:xfrm>
                          <a:prstGeom prst="line">
                            <a:avLst/>
                          </a:prstGeom>
                          <a:ln w="14400">
                            <a:solidFill>
                              <a:srgbClr val="222222"/>
                            </a:solidFill>
                            <a:tailEnd type="arrow" w="med" len="med"/>
                          </a:ln>
                        </wps:spPr>
                        <wps:bodyPr/>
                      </wps:wsp>
                      <wps:wsp>
                        <wps:cNvPr id="1297137629" name="Straight Connector 1297137629"/>
                        <wps:cNvCnPr/>
                        <wps:spPr>
                          <a:xfrm>
                            <a:off x="2769600" y="2244000"/>
                            <a:ext cx="218400" cy="1"/>
                          </a:xfrm>
                          <a:prstGeom prst="line">
                            <a:avLst/>
                          </a:prstGeom>
                          <a:ln w="14400">
                            <a:solidFill>
                              <a:srgbClr val="222222"/>
                            </a:solidFill>
                            <a:tailEnd type="arrow" w="med" len="med"/>
                          </a:ln>
                        </wps:spPr>
                        <wps:bodyPr/>
                      </wps:wsp>
                      <wps:wsp>
                        <wps:cNvPr id="1728119346" name="Straight Connector 1728119346"/>
                        <wps:cNvCnPr/>
                        <wps:spPr>
                          <a:xfrm>
                            <a:off x="4173600" y="2244000"/>
                            <a:ext cx="218400" cy="1"/>
                          </a:xfrm>
                          <a:prstGeom prst="line">
                            <a:avLst/>
                          </a:prstGeom>
                          <a:ln w="14400">
                            <a:solidFill>
                              <a:srgbClr val="222222"/>
                            </a:solidFill>
                            <a:tailEnd type="arrow" w="med" len="med"/>
                          </a:ln>
                        </wps:spPr>
                        <wps:bodyPr/>
                      </wps:wsp>
                      <wps:wsp>
                        <wps:cNvPr id="1141065479" name="Straight Connector 1141065479"/>
                        <wps:cNvCnPr/>
                        <wps:spPr>
                          <a:xfrm flipV="1">
                            <a:off x="3580800" y="1680000"/>
                            <a:ext cx="1" cy="1"/>
                          </a:xfrm>
                          <a:prstGeom prst="line">
                            <a:avLst/>
                          </a:prstGeom>
                          <a:ln w="9600">
                            <a:solidFill>
                              <a:srgbClr val="222222"/>
                            </a:solidFill>
                            <a:prstDash val="dash"/>
                            <a:tailEnd type="arrow" w="med" len="med"/>
                          </a:ln>
                        </wps:spPr>
                        <wps:bodyPr/>
                      </wps:wsp>
                      <wps:wsp>
                        <wps:cNvPr id="967017597" name="Straight Connector 967017597"/>
                        <wps:cNvCnPr/>
                        <wps:spPr>
                          <a:xfrm flipV="1">
                            <a:off x="5664000" y="1680000"/>
                            <a:ext cx="1" cy="1"/>
                          </a:xfrm>
                          <a:prstGeom prst="line">
                            <a:avLst/>
                          </a:prstGeom>
                          <a:ln w="9600">
                            <a:solidFill>
                              <a:srgbClr val="222222"/>
                            </a:solidFill>
                          </a:ln>
                        </wps:spPr>
                        <wps:bodyPr/>
                      </wps:wsp>
                      <wps:wsp>
                        <wps:cNvPr id="2102941156" name="Straight Connector 2102941156"/>
                        <wps:cNvCnPr/>
                        <wps:spPr>
                          <a:xfrm flipH="1">
                            <a:off x="5664000" y="1176000"/>
                            <a:ext cx="1" cy="1"/>
                          </a:xfrm>
                          <a:prstGeom prst="line">
                            <a:avLst/>
                          </a:prstGeom>
                          <a:ln w="9600">
                            <a:solidFill>
                              <a:srgbClr val="222222"/>
                            </a:solidFill>
                          </a:ln>
                        </wps:spPr>
                        <wps:bodyPr/>
                      </wps:wsp>
                      <wps:wsp>
                        <wps:cNvPr id="1800797407" name="Straight Connector 1800797407"/>
                        <wps:cNvCnPr/>
                        <wps:spPr>
                          <a:xfrm>
                            <a:off x="96000" y="1176000"/>
                            <a:ext cx="1" cy="1068000"/>
                          </a:xfrm>
                          <a:prstGeom prst="line">
                            <a:avLst/>
                          </a:prstGeom>
                          <a:ln w="9600">
                            <a:solidFill>
                              <a:srgbClr val="222222"/>
                            </a:solidFill>
                          </a:ln>
                        </wps:spPr>
                        <wps:bodyPr/>
                      </wps:wsp>
                      <wps:wsp>
                        <wps:cNvPr id="444898357" name="Straight Connector 444898357"/>
                        <wps:cNvCnPr/>
                        <wps:spPr>
                          <a:xfrm>
                            <a:off x="96000" y="2244000"/>
                            <a:ext cx="72000" cy="1"/>
                          </a:xfrm>
                          <a:prstGeom prst="line">
                            <a:avLst/>
                          </a:prstGeom>
                          <a:ln w="9600">
                            <a:solidFill>
                              <a:srgbClr val="222222"/>
                            </a:solidFill>
                            <a:tailEnd type="arrow" w="med" len="med"/>
                          </a:ln>
                        </wps:spPr>
                        <wps:bodyPr/>
                      </wps:wsp>
                      <wps:wsp>
                        <wps:cNvPr id="103373517" name="Rectangle: Rounded Corners 103373517"/>
                        <wps:cNvSpPr/>
                        <wps:spPr>
                          <a:xfrm>
                            <a:off x="623940" y="1112808"/>
                            <a:ext cx="3360000" cy="238263"/>
                          </a:xfrm>
                          <a:prstGeom prst="roundRect">
                            <a:avLst>
                              <a:gd name="adj" fmla="val 8000"/>
                            </a:avLst>
                          </a:prstGeom>
                          <a:noFill/>
                          <a:ln w="0">
                            <a:noFill/>
                          </a:ln>
                        </wps:spPr>
                        <wps:txbx>
                          <w:txbxContent>
                            <w:p w14:paraId="47CA9B37" w14:textId="77777777" w:rsidR="00C26AD3" w:rsidRDefault="00000000">
                              <w:pPr>
                                <w:spacing w:after="0" w:line="240" w:lineRule="auto"/>
                                <w:jc w:val="center"/>
                              </w:pPr>
                              <w:r>
                                <w:rPr>
                                  <w:sz w:val="16"/>
                                  <w:szCs w:val="16"/>
                                </w:rPr>
                                <w:t xml:space="preserve">ghi </w:t>
                              </w:r>
                              <w:r>
                                <w:rPr>
                                  <w:sz w:val="16"/>
                                  <w:szCs w:val="16"/>
                                </w:rPr>
                                <w:t>nhận số bán thực tế rồi cập nhật dữ liệu cho lần dự đoán sau</w:t>
                              </w:r>
                            </w:p>
                          </w:txbxContent>
                        </wps:txbx>
                        <wps:bodyPr lIns="45720" tIns="22860" rIns="45720" bIns="22860" anchor="ctr">
                          <a:noAutofit/>
                        </wps:bodyPr>
                      </wps:wsp>
                      <wps:wsp>
                        <wps:cNvPr id="244213386" name="Rectangle: Rounded Corners 244213386"/>
                        <wps:cNvSpPr/>
                        <wps:spPr>
                          <a:xfrm>
                            <a:off x="360000" y="3168000"/>
                            <a:ext cx="5040000" cy="768000"/>
                          </a:xfrm>
                          <a:prstGeom prst="roundRect">
                            <a:avLst>
                              <a:gd name="adj" fmla="val 8000"/>
                            </a:avLst>
                          </a:prstGeom>
                          <a:noFill/>
                          <a:ln w="9600">
                            <a:solidFill>
                              <a:srgbClr val="222222"/>
                            </a:solidFill>
                            <a:prstDash val="dash"/>
                          </a:ln>
                        </wps:spPr>
                        <wps:txbx>
                          <w:txbxContent>
                            <w:p w14:paraId="0EAD2215" w14:textId="77777777" w:rsidR="00C26AD3" w:rsidRDefault="00000000">
                              <w:pPr>
                                <w:spacing w:after="0" w:line="240" w:lineRule="auto"/>
                                <w:jc w:val="center"/>
                              </w:pPr>
                              <w:r>
                                <w:rPr>
                                  <w:b/>
                                  <w:sz w:val="17"/>
                                  <w:szCs w:val="17"/>
                                </w:rPr>
                                <w:t xml:space="preserve">Mục </w:t>
                              </w:r>
                              <w:r>
                                <w:rPr>
                                  <w:b/>
                                  <w:sz w:val="17"/>
                                  <w:szCs w:val="17"/>
                                </w:rPr>
                                <w:t>tiêu và tiêu chí thành công (do con người đặt)</w:t>
                              </w:r>
                            </w:p>
                            <w:p w14:paraId="23014324" w14:textId="77777777" w:rsidR="00C26AD3" w:rsidRDefault="00000000">
                              <w:pPr>
                                <w:spacing w:after="0" w:line="240" w:lineRule="auto"/>
                                <w:jc w:val="center"/>
                              </w:pPr>
                              <w:r>
                                <w:rPr>
                                  <w:sz w:val="17"/>
                                  <w:szCs w:val="17"/>
                                </w:rPr>
                                <w:t>Tổ căng tin biết trước nên chuẩn bị bao nhiêu suất ăn mỗi ngày, đỡ thừa hoặc thiếu.</w:t>
                              </w:r>
                            </w:p>
                            <w:p w14:paraId="027988CF" w14:textId="77777777" w:rsidR="00C26AD3" w:rsidRDefault="00000000">
                              <w:pPr>
                                <w:spacing w:after="0" w:line="240" w:lineRule="auto"/>
                                <w:jc w:val="center"/>
                              </w:pPr>
                              <w:r>
                                <w:rPr>
                                  <w:sz w:val="17"/>
                                  <w:szCs w:val="17"/>
                                </w:rPr>
                                <w:t>Số suất gợi ý lệch không quá 10% so với số bán thực tế, ít nhất 8 trên 10 ngày kiểm thử.</w:t>
                              </w:r>
                            </w:p>
                            <w:p w14:paraId="0B8220AE" w14:textId="77777777" w:rsidR="00C26AD3" w:rsidRDefault="00000000">
                              <w:pPr>
                                <w:spacing w:after="0" w:line="240" w:lineRule="auto"/>
                                <w:jc w:val="center"/>
                              </w:pPr>
                              <w:r>
                                <w:rPr>
                                  <w:sz w:val="17"/>
                                  <w:szCs w:val="17"/>
                                </w:rPr>
                                <w:t>Người dùng: cô, chú phụ trách căng tin.</w:t>
                              </w:r>
                            </w:p>
                          </w:txbxContent>
                        </wps:txbx>
                        <wps:bodyPr lIns="45720" tIns="22860" rIns="45720" bIns="22860" anchor="ctr">
                          <a:noAutofit/>
                        </wps:bodyPr>
                      </wps:wsp>
                      <wps:wsp>
                        <wps:cNvPr id="338595844" name="Straight Connector 338595844"/>
                        <wps:cNvCnPr/>
                        <wps:spPr>
                          <a:xfrm flipH="1" flipV="1">
                            <a:off x="1200000" y="3168000"/>
                            <a:ext cx="1" cy="1"/>
                          </a:xfrm>
                          <a:prstGeom prst="line">
                            <a:avLst/>
                          </a:prstGeom>
                          <a:ln w="9600">
                            <a:solidFill>
                              <a:srgbClr val="222222"/>
                            </a:solidFill>
                            <a:prstDash val="dash"/>
                            <a:tailEnd type="arrow" w="med" len="med"/>
                          </a:ln>
                        </wps:spPr>
                        <wps:bodyPr/>
                      </wps:wsp>
                      <wps:wsp>
                        <wps:cNvPr id="1127722872" name="Straight Connector 1127722872"/>
                        <wps:cNvCnPr/>
                        <wps:spPr>
                          <a:xfrm flipH="1" flipV="1">
                            <a:off x="3888000" y="3168000"/>
                            <a:ext cx="1" cy="1"/>
                          </a:xfrm>
                          <a:prstGeom prst="line">
                            <a:avLst/>
                          </a:prstGeom>
                          <a:ln w="9600">
                            <a:solidFill>
                              <a:srgbClr val="222222"/>
                            </a:solidFill>
                            <a:prstDash val="dash"/>
                            <a:tailEnd type="arrow" w="med" len="med"/>
                          </a:ln>
                        </wps:spPr>
                        <wps:bodyPr/>
                      </wps:wsp>
                      <wps:wsp>
                        <wps:cNvPr id="416268465" name="Rectangle: Rounded Corners 416268465"/>
                        <wps:cNvSpPr/>
                        <wps:spPr>
                          <a:xfrm>
                            <a:off x="359985" y="2807702"/>
                            <a:ext cx="1464000" cy="247171"/>
                          </a:xfrm>
                          <a:prstGeom prst="roundRect">
                            <a:avLst>
                              <a:gd name="adj" fmla="val 8000"/>
                            </a:avLst>
                          </a:prstGeom>
                          <a:noFill/>
                          <a:ln w="0">
                            <a:noFill/>
                          </a:ln>
                        </wps:spPr>
                        <wps:txbx>
                          <w:txbxContent>
                            <w:p w14:paraId="4748234D" w14:textId="77777777" w:rsidR="00C26AD3" w:rsidRDefault="00000000">
                              <w:pPr>
                                <w:spacing w:after="0" w:line="240" w:lineRule="auto"/>
                              </w:pPr>
                              <w:r>
                                <w:rPr>
                                  <w:sz w:val="16"/>
                                  <w:szCs w:val="16"/>
                                </w:rPr>
                                <w:t xml:space="preserve">xác </w:t>
                              </w:r>
                              <w:r>
                                <w:rPr>
                                  <w:sz w:val="16"/>
                                  <w:szCs w:val="16"/>
                                </w:rPr>
                                <w:t>định dữ liệu cần có</w:t>
                              </w:r>
                            </w:p>
                          </w:txbxContent>
                        </wps:txbx>
                        <wps:bodyPr lIns="45720" tIns="22860" rIns="45720" bIns="22860" anchor="ctr">
                          <a:noAutofit/>
                        </wps:bodyPr>
                      </wps:wsp>
                      <wps:wsp>
                        <wps:cNvPr id="822451027" name="Rectangle: Rounded Corners 822451027"/>
                        <wps:cNvSpPr/>
                        <wps:spPr>
                          <a:xfrm>
                            <a:off x="4175765" y="2757034"/>
                            <a:ext cx="1224000" cy="297839"/>
                          </a:xfrm>
                          <a:prstGeom prst="roundRect">
                            <a:avLst>
                              <a:gd name="adj" fmla="val 8000"/>
                            </a:avLst>
                          </a:prstGeom>
                          <a:noFill/>
                          <a:ln w="0">
                            <a:noFill/>
                          </a:ln>
                        </wps:spPr>
                        <wps:txbx>
                          <w:txbxContent>
                            <w:p w14:paraId="3E6EEE76" w14:textId="77777777" w:rsidR="00C26AD3" w:rsidRDefault="00000000">
                              <w:pPr>
                                <w:spacing w:after="0" w:line="240" w:lineRule="auto"/>
                              </w:pPr>
                              <w:r>
                                <w:rPr>
                                  <w:sz w:val="16"/>
                                  <w:szCs w:val="16"/>
                                </w:rPr>
                                <w:t xml:space="preserve">xác </w:t>
                              </w:r>
                              <w:r>
                                <w:rPr>
                                  <w:sz w:val="16"/>
                                  <w:szCs w:val="16"/>
                                </w:rPr>
                                <w:t>định đầu ra cần có</w:t>
                              </w:r>
                            </w:p>
                          </w:txbxContent>
                        </wps:txbx>
                        <wps:bodyPr lIns="45720" tIns="22860" rIns="45720" bIns="22860" anchor="ctr">
                          <a:noAutofit/>
                        </wps:bodyPr>
                      </wps:wsp>
                    </wpg:wgp>
                  </a:graphicData>
                </a:graphic>
              </wp:inline>
            </w:drawing>
          </mc:Choice>
          <mc:Fallback>
            <w:pict>
              <v:group w14:anchorId="51A2BCCA" id="Hình 2 – Sơ đồ tổng thể ca mẫu gợi ý số suất ăn căng tin" o:spid="_x0000_s1037" alt="Hình 2 – Sơ đồ tổng thể ca mẫu gợi ý số suất ăn căng tin" style="width:438.45pt;height:289.15pt;mso-position-horizontal-relative:char;mso-position-vertical-relative:line" coordorigin="960,2640" coordsize="55680,36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">
                <o:lock v:ext="edit" aspectratio="t"/>
                <v:roundrect id="Rectangle: Rounded Corners 1028298414" o:spid="_x0000_s1038" style="position:absolute;left:21600;top:2640;width:32400;height:64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" filled="f" strokecolor="#222" strokeweight=".26667mm">
                  <v:stroke dashstyle="dash"/>
                  <v:textbox inset="3.6pt,1.8pt,3.6pt,1.8pt">
                    <w:txbxContent>
                      <w:p w14:paraId="482F308C" w14:textId="77777777" w:rsidR="00C26AD3" w:rsidRDefault="00000000">
                        <w:pPr>
                          <w:spacing w:after="0" w:line="240" w:lineRule="auto"/>
                          <w:jc w:val="center"/>
                        </w:pPr>
                        <w:r>
                          <w:rPr>
                            <w:b/>
                            <w:sz w:val="17"/>
                            <w:szCs w:val="17"/>
                          </w:rPr>
                          <w:t xml:space="preserve">Điểm </w:t>
                        </w:r>
                        <w:r>
                          <w:rPr>
                            <w:b/>
                            <w:sz w:val="17"/>
                            <w:szCs w:val="17"/>
                          </w:rPr>
                          <w:t>kiểm soát của con người</w:t>
                        </w:r>
                      </w:p>
                      <w:p w14:paraId="556653FC" w14:textId="77777777" w:rsidR="00C26AD3" w:rsidRDefault="00000000">
                        <w:pPr>
                          <w:spacing w:after="0" w:line="240" w:lineRule="auto"/>
                          <w:jc w:val="center"/>
                        </w:pPr>
                        <w:r>
                          <w:rPr>
                            <w:sz w:val="17"/>
                            <w:szCs w:val="17"/>
                          </w:rPr>
                          <w:t>Cô chú căng tin xem số gợi ý, có thể điều chỉnh</w:t>
                        </w:r>
                      </w:p>
                      <w:p w14:paraId="51B0BE51" w14:textId="77777777" w:rsidR="00C26AD3" w:rsidRDefault="00000000">
                        <w:pPr>
                          <w:spacing w:after="0" w:line="240" w:lineRule="auto"/>
                          <w:jc w:val="center"/>
                        </w:pPr>
                        <w:r>
                          <w:rPr>
                            <w:sz w:val="17"/>
                            <w:szCs w:val="17"/>
                          </w:rPr>
                          <w:t>theo kinh nghiệm rồi mới nấu; số gợi ý bất thường</w:t>
                        </w:r>
                      </w:p>
                      <w:p w14:paraId="0482061E" w14:textId="77777777" w:rsidR="00C26AD3" w:rsidRDefault="00000000">
                        <w:pPr>
                          <w:spacing w:after="0" w:line="240" w:lineRule="auto"/>
                          <w:jc w:val="center"/>
                        </w:pPr>
                        <w:r>
                          <w:rPr>
                            <w:sz w:val="17"/>
                            <w:szCs w:val="17"/>
                          </w:rPr>
                          <w:t>phải kiểm tra lại trước khi dùng.</w:t>
                        </w:r>
                      </w:p>
                    </w:txbxContent>
                  </v:textbox>
                </v:roundrect>
                <v:roundrect id="Rectangle: Rounded Corners 372986363" o:spid="_x0000_s1039" style="position:absolute;left:1800;top:16800;width:11856;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" fillcolor="#f0f0f0" strokecolor="#222" strokeweight=".33333mm">
                  <v:textbox inset="3.6pt,1.8pt,3.6pt,1.8pt">
                    <w:txbxContent>
                      <w:p w14:paraId="5DA453A2" w14:textId="77777777" w:rsidR="00C26AD3" w:rsidRDefault="00000000">
                        <w:pPr>
                          <w:spacing w:after="0" w:line="240" w:lineRule="auto"/>
                          <w:jc w:val="center"/>
                        </w:pPr>
                        <w:r>
                          <w:rPr>
                            <w:b/>
                            <w:sz w:val="16"/>
                            <w:szCs w:val="16"/>
                          </w:rPr>
                          <w:t xml:space="preserve">(1) </w:t>
                        </w:r>
                        <w:r>
                          <w:rPr>
                            <w:b/>
                            <w:sz w:val="16"/>
                            <w:szCs w:val="16"/>
                          </w:rPr>
                          <w:t>Dữ liệu</w:t>
                        </w:r>
                      </w:p>
                      <w:p w14:paraId="04294D64" w14:textId="77777777" w:rsidR="00C26AD3" w:rsidRDefault="00C26AD3">
                        <w:pPr>
                          <w:spacing w:after="0" w:line="240" w:lineRule="auto"/>
                          <w:jc w:val="center"/>
                        </w:pPr>
                      </w:p>
                      <w:p w14:paraId="3F8A9925" w14:textId="77777777" w:rsidR="00C26AD3" w:rsidRDefault="00000000">
                        <w:pPr>
                          <w:spacing w:after="0" w:line="240" w:lineRule="auto"/>
                          <w:jc w:val="center"/>
                        </w:pPr>
                        <w:r>
                          <w:rPr>
                            <w:sz w:val="16"/>
                            <w:szCs w:val="16"/>
                          </w:rPr>
                          <w:t>số suất đã bán</w:t>
                        </w:r>
                      </w:p>
                      <w:p w14:paraId="4321F389" w14:textId="77777777" w:rsidR="00C26AD3" w:rsidRDefault="00000000">
                        <w:pPr>
                          <w:spacing w:after="0" w:line="240" w:lineRule="auto"/>
                          <w:jc w:val="center"/>
                        </w:pPr>
                        <w:r>
                          <w:rPr>
                            <w:sz w:val="16"/>
                            <w:szCs w:val="16"/>
                          </w:rPr>
                          <w:t>các ngày trước;</w:t>
                        </w:r>
                      </w:p>
                      <w:p w14:paraId="0888B979" w14:textId="77777777" w:rsidR="00C26AD3" w:rsidRDefault="00000000">
                        <w:pPr>
                          <w:spacing w:after="0" w:line="240" w:lineRule="auto"/>
                          <w:jc w:val="center"/>
                        </w:pPr>
                        <w:r>
                          <w:rPr>
                            <w:sz w:val="16"/>
                            <w:szCs w:val="16"/>
                          </w:rPr>
                          <w:t>thứ trong tuần,</w:t>
                        </w:r>
                      </w:p>
                      <w:p w14:paraId="003FFD40" w14:textId="77777777" w:rsidR="00C26AD3" w:rsidRDefault="00000000">
                        <w:pPr>
                          <w:spacing w:after="0" w:line="240" w:lineRule="auto"/>
                          <w:jc w:val="center"/>
                        </w:pPr>
                        <w:r>
                          <w:rPr>
                            <w:sz w:val="16"/>
                            <w:szCs w:val="16"/>
                          </w:rPr>
                          <w:t>lịch thi, thời tiết,</w:t>
                        </w:r>
                      </w:p>
                      <w:p w14:paraId="31E32CC2" w14:textId="77777777" w:rsidR="00C26AD3" w:rsidRDefault="00000000">
                        <w:pPr>
                          <w:spacing w:after="0" w:line="240" w:lineRule="auto"/>
                          <w:jc w:val="center"/>
                        </w:pPr>
                        <w:r>
                          <w:rPr>
                            <w:sz w:val="16"/>
                            <w:szCs w:val="16"/>
                          </w:rPr>
                          <w:t>món ăn hôm đó</w:t>
                        </w:r>
                      </w:p>
                    </w:txbxContent>
                  </v:textbox>
                </v:roundrect>
                <v:roundrect id="Rectangle: Rounded Corners 241810086" o:spid="_x0000_s1040" style="position:absolute;left:15840;top:16800;width:11856;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" fillcolor="#f0f0f0" strokecolor="#222" strokeweight=".33333mm">
                  <v:textbox inset="3.6pt,1.8pt,3.6pt,1.8pt">
                    <w:txbxContent>
                      <w:p w14:paraId="79C3528B" w14:textId="77777777" w:rsidR="00C26AD3" w:rsidRDefault="00000000">
                        <w:pPr>
                          <w:spacing w:after="0" w:line="240" w:lineRule="auto"/>
                          <w:jc w:val="center"/>
                        </w:pPr>
                        <w:r>
                          <w:rPr>
                            <w:b/>
                            <w:sz w:val="16"/>
                            <w:szCs w:val="16"/>
                          </w:rPr>
                          <w:t xml:space="preserve">(2) </w:t>
                        </w:r>
                        <w:r>
                          <w:rPr>
                            <w:b/>
                            <w:sz w:val="16"/>
                            <w:szCs w:val="16"/>
                          </w:rPr>
                          <w:t>Mô hình dự đoán</w:t>
                        </w:r>
                      </w:p>
                      <w:p w14:paraId="55428D3D" w14:textId="77777777" w:rsidR="00C26AD3" w:rsidRDefault="00C26AD3">
                        <w:pPr>
                          <w:spacing w:after="0" w:line="240" w:lineRule="auto"/>
                          <w:jc w:val="center"/>
                        </w:pPr>
                      </w:p>
                      <w:p w14:paraId="753148FB" w14:textId="77777777" w:rsidR="00C26AD3" w:rsidRDefault="00000000">
                        <w:pPr>
                          <w:spacing w:after="0" w:line="240" w:lineRule="auto"/>
                          <w:jc w:val="center"/>
                        </w:pPr>
                        <w:r>
                          <w:rPr>
                            <w:sz w:val="16"/>
                            <w:szCs w:val="16"/>
                          </w:rPr>
                          <w:t>học từ dữ liệu</w:t>
                        </w:r>
                      </w:p>
                      <w:p w14:paraId="7EC9ADA1" w14:textId="77777777" w:rsidR="00C26AD3" w:rsidRDefault="00000000">
                        <w:pPr>
                          <w:spacing w:after="0" w:line="240" w:lineRule="auto"/>
                          <w:jc w:val="center"/>
                        </w:pPr>
                        <w:r>
                          <w:rPr>
                            <w:sz w:val="16"/>
                            <w:szCs w:val="16"/>
                          </w:rPr>
                          <w:t>lịch sử bán hàng</w:t>
                        </w:r>
                      </w:p>
                      <w:p w14:paraId="1A1701C9" w14:textId="77777777" w:rsidR="00C26AD3" w:rsidRDefault="00000000">
                        <w:pPr>
                          <w:spacing w:after="0" w:line="240" w:lineRule="auto"/>
                          <w:jc w:val="center"/>
                        </w:pPr>
                        <w:r>
                          <w:rPr>
                            <w:sz w:val="16"/>
                            <w:szCs w:val="16"/>
                          </w:rPr>
                          <w:t>và các yếu tố</w:t>
                        </w:r>
                      </w:p>
                      <w:p w14:paraId="7FAC3F14" w14:textId="77777777" w:rsidR="00C26AD3" w:rsidRDefault="00000000">
                        <w:pPr>
                          <w:spacing w:after="0" w:line="240" w:lineRule="auto"/>
                          <w:jc w:val="center"/>
                        </w:pPr>
                        <w:r>
                          <w:rPr>
                            <w:sz w:val="16"/>
                            <w:szCs w:val="16"/>
                          </w:rPr>
                          <w:t>liên quan</w:t>
                        </w:r>
                      </w:p>
                    </w:txbxContent>
                  </v:textbox>
                </v:roundrect>
                <v:roundrect id="Rectangle: Rounded Corners 527336080" o:spid="_x0000_s1041" style="position:absolute;left:29880;top:16800;width:11856;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" fillcolor="#f0f0f0" strokecolor="#222" strokeweight=".33333mm">
                  <v:textbox inset="3.6pt,1.8pt,3.6pt,1.8pt">
                    <w:txbxContent>
                      <w:p w14:paraId="21594B00" w14:textId="77777777" w:rsidR="00C26AD3" w:rsidRDefault="00000000">
                        <w:pPr>
                          <w:spacing w:after="0" w:line="240" w:lineRule="auto"/>
                          <w:jc w:val="center"/>
                        </w:pPr>
                        <w:r>
                          <w:rPr>
                            <w:b/>
                            <w:sz w:val="16"/>
                            <w:szCs w:val="16"/>
                          </w:rPr>
                          <w:t xml:space="preserve">(3) </w:t>
                        </w:r>
                        <w:r>
                          <w:rPr>
                            <w:b/>
                            <w:sz w:val="16"/>
                            <w:szCs w:val="16"/>
                          </w:rPr>
                          <w:t>Đầu ra</w:t>
                        </w:r>
                      </w:p>
                      <w:p w14:paraId="799EFEE9" w14:textId="77777777" w:rsidR="00C26AD3" w:rsidRDefault="00C26AD3">
                        <w:pPr>
                          <w:spacing w:after="0" w:line="240" w:lineRule="auto"/>
                          <w:jc w:val="center"/>
                        </w:pPr>
                      </w:p>
                      <w:p w14:paraId="63A62E86" w14:textId="77777777" w:rsidR="00C26AD3" w:rsidRDefault="00000000">
                        <w:pPr>
                          <w:spacing w:after="0" w:line="240" w:lineRule="auto"/>
                          <w:jc w:val="center"/>
                        </w:pPr>
                        <w:r>
                          <w:rPr>
                            <w:sz w:val="16"/>
                            <w:szCs w:val="16"/>
                          </w:rPr>
                          <w:t>số suất ăn gợi ý</w:t>
                        </w:r>
                      </w:p>
                      <w:p w14:paraId="7953AA83" w14:textId="77777777" w:rsidR="00C26AD3" w:rsidRDefault="00000000">
                        <w:pPr>
                          <w:spacing w:after="0" w:line="240" w:lineRule="auto"/>
                          <w:jc w:val="center"/>
                        </w:pPr>
                        <w:r>
                          <w:rPr>
                            <w:sz w:val="16"/>
                            <w:szCs w:val="16"/>
                          </w:rPr>
                          <w:t>chuẩn bị cho</w:t>
                        </w:r>
                      </w:p>
                      <w:p w14:paraId="19C149A5" w14:textId="77777777" w:rsidR="00C26AD3" w:rsidRDefault="00000000">
                        <w:pPr>
                          <w:spacing w:after="0" w:line="240" w:lineRule="auto"/>
                          <w:jc w:val="center"/>
                        </w:pPr>
                        <w:r>
                          <w:rPr>
                            <w:sz w:val="16"/>
                            <w:szCs w:val="16"/>
                          </w:rPr>
                          <w:t>ngày hôm sau</w:t>
                        </w:r>
                      </w:p>
                    </w:txbxContent>
                  </v:textbox>
                </v:roundrect>
                <v:roundrect id="Rectangle: Rounded Corners 1714513722" o:spid="_x0000_s1042" style="position:absolute;left:43920;top:16800;width:11856;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" fillcolor="#f0f0f0" strokecolor="#222" strokeweight=".33333mm">
                  <v:textbox inset="3.6pt,1.8pt,3.6pt,1.8pt">
                    <w:txbxContent>
                      <w:p w14:paraId="0EBF4396" w14:textId="77777777" w:rsidR="00C26AD3" w:rsidRDefault="00000000">
                        <w:pPr>
                          <w:spacing w:after="0" w:line="240" w:lineRule="auto"/>
                          <w:jc w:val="center"/>
                        </w:pPr>
                        <w:r>
                          <w:rPr>
                            <w:b/>
                            <w:sz w:val="16"/>
                            <w:szCs w:val="16"/>
                          </w:rPr>
                          <w:t xml:space="preserve">(4) </w:t>
                        </w:r>
                        <w:r>
                          <w:rPr>
                            <w:b/>
                            <w:sz w:val="16"/>
                            <w:szCs w:val="16"/>
                          </w:rPr>
                          <w:t>Phản hồi</w:t>
                        </w:r>
                      </w:p>
                      <w:p w14:paraId="5A907921" w14:textId="77777777" w:rsidR="00C26AD3" w:rsidRDefault="00C26AD3">
                        <w:pPr>
                          <w:spacing w:after="0" w:line="240" w:lineRule="auto"/>
                          <w:jc w:val="center"/>
                        </w:pPr>
                      </w:p>
                      <w:p w14:paraId="7383C432" w14:textId="77777777" w:rsidR="00C26AD3" w:rsidRDefault="00000000">
                        <w:pPr>
                          <w:spacing w:after="0" w:line="240" w:lineRule="auto"/>
                          <w:jc w:val="center"/>
                        </w:pPr>
                        <w:r>
                          <w:rPr>
                            <w:sz w:val="16"/>
                            <w:szCs w:val="16"/>
                          </w:rPr>
                          <w:t>số suất bán thực tế</w:t>
                        </w:r>
                      </w:p>
                      <w:p w14:paraId="210AB0DF" w14:textId="77777777" w:rsidR="00C26AD3" w:rsidRDefault="00000000">
                        <w:pPr>
                          <w:spacing w:after="0" w:line="240" w:lineRule="auto"/>
                          <w:jc w:val="center"/>
                        </w:pPr>
                        <w:r>
                          <w:rPr>
                            <w:sz w:val="16"/>
                            <w:szCs w:val="16"/>
                          </w:rPr>
                          <w:t>cuối ngày, dùng để</w:t>
                        </w:r>
                      </w:p>
                      <w:p w14:paraId="3230147C" w14:textId="77777777" w:rsidR="00C26AD3" w:rsidRDefault="00000000">
                        <w:pPr>
                          <w:spacing w:after="0" w:line="240" w:lineRule="auto"/>
                          <w:jc w:val="center"/>
                        </w:pPr>
                        <w:r>
                          <w:rPr>
                            <w:sz w:val="16"/>
                            <w:szCs w:val="16"/>
                          </w:rPr>
                          <w:t>cập nhật dữ liệu</w:t>
                        </w:r>
                      </w:p>
                      <w:p w14:paraId="798E98BC" w14:textId="77777777" w:rsidR="00C26AD3" w:rsidRDefault="00000000">
                        <w:pPr>
                          <w:spacing w:after="0" w:line="240" w:lineRule="auto"/>
                          <w:jc w:val="center"/>
                        </w:pPr>
                        <w:r>
                          <w:rPr>
                            <w:sz w:val="16"/>
                            <w:szCs w:val="16"/>
                          </w:rPr>
                          <w:t>cho lần sau</w:t>
                        </w:r>
                      </w:p>
                    </w:txbxContent>
                  </v:textbox>
                </v:roundrect>
                <v:line id="Straight Connector 531905286" o:spid="_x0000_s1043" style="position:absolute;visibility:visible;mso-wrap-style:square" from="13656,22440" to="15840,22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" strokecolor="#222" strokeweight=".4mm">
                  <v:stroke endarrow="open"/>
                </v:line>
                <v:line id="Straight Connector 1297137629" o:spid="_x0000_s1044" style="position:absolute;visibility:visible;mso-wrap-style:square" from="27696,22440" to="29880,22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" strokecolor="#222" strokeweight=".4mm">
                  <v:stroke endarrow="open"/>
                </v:line>
                <v:line id="Straight Connector 1728119346" o:spid="_x0000_s1045" style="position:absolute;visibility:visible;mso-wrap-style:square" from="41736,22440" to="43920,22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" strokecolor="#222" strokeweight=".4mm">
                  <v:stroke endarrow="open"/>
                </v:line>
                <v:line id="Straight Connector 1141065479" o:spid="_x0000_s1046" style="position:absolute;flip:y;visibility:visible;mso-wrap-style:square" from="35808,16800" to="35808,16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" strokecolor="#222" strokeweight=".26667mm">
                  <v:stroke dashstyle="dash" endarrow="open"/>
                </v:line>
                <v:line id="Straight Connector 967017597" o:spid="_x0000_s1047" style="position:absolute;flip:y;visibility:visible;mso-wrap-style:square" from="56640,16800" to="56640,16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" strokecolor="#222" strokeweight=".26667mm"/>
                <v:line id="Straight Connector 2102941156" o:spid="_x0000_s1048" style="position:absolute;flip:x;visibility:visible;mso-wrap-style:square" from="56640,11760" to="56640,11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" strokecolor="#222" strokeweight=".26667mm"/>
                <v:line id="Straight Connector 1800797407" o:spid="_x0000_s1049" style="position:absolute;visibility:visible;mso-wrap-style:square" from="960,11760" to="960,22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" strokecolor="#222" strokeweight=".26667mm"/>
                <v:line id="Straight Connector 444898357" o:spid="_x0000_s1050" style="position:absolute;visibility:visible;mso-wrap-style:square" from="960,22440" to="1680,22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" strokecolor="#222" strokeweight=".26667mm">
                  <v:stroke endarrow="open"/>
                </v:line>
                <v:roundrect id="Rectangle: Rounded Corners 103373517" o:spid="_x0000_s1051" style="position:absolute;left:6239;top:11128;width:33600;height:2382;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" filled="f" stroked="f" strokeweight="0">
                  <v:textbox inset="3.6pt,1.8pt,3.6pt,1.8pt">
                    <w:txbxContent>
                      <w:p w14:paraId="47CA9B37" w14:textId="77777777" w:rsidR="00C26AD3" w:rsidRDefault="00000000">
                        <w:pPr>
                          <w:spacing w:after="0" w:line="240" w:lineRule="auto"/>
                          <w:jc w:val="center"/>
                        </w:pPr>
                        <w:r>
                          <w:rPr>
                            <w:sz w:val="16"/>
                            <w:szCs w:val="16"/>
                          </w:rPr>
                          <w:t xml:space="preserve">ghi </w:t>
                        </w:r>
                        <w:r>
                          <w:rPr>
                            <w:sz w:val="16"/>
                            <w:szCs w:val="16"/>
                          </w:rPr>
                          <w:t>nhận số bán thực tế rồi cập nhật dữ liệu cho lần dự đoán sau</w:t>
                        </w:r>
                      </w:p>
                    </w:txbxContent>
                  </v:textbox>
                </v:roundrect>
                <v:roundrect id="Rectangle: Rounded Corners 244213386" o:spid="_x0000_s1052" style="position:absolute;left:3600;top:31680;width:50400;height:76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" filled="f" strokecolor="#222" strokeweight=".26667mm">
                  <v:stroke dashstyle="dash"/>
                  <v:textbox inset="3.6pt,1.8pt,3.6pt,1.8pt">
                    <w:txbxContent>
                      <w:p w14:paraId="0EAD2215" w14:textId="77777777" w:rsidR="00C26AD3" w:rsidRDefault="00000000">
                        <w:pPr>
                          <w:spacing w:after="0" w:line="240" w:lineRule="auto"/>
                          <w:jc w:val="center"/>
                        </w:pPr>
                        <w:r>
                          <w:rPr>
                            <w:b/>
                            <w:sz w:val="17"/>
                            <w:szCs w:val="17"/>
                          </w:rPr>
                          <w:t xml:space="preserve">Mục </w:t>
                        </w:r>
                        <w:r>
                          <w:rPr>
                            <w:b/>
                            <w:sz w:val="17"/>
                            <w:szCs w:val="17"/>
                          </w:rPr>
                          <w:t>tiêu và tiêu chí thành công (do con người đặt)</w:t>
                        </w:r>
                      </w:p>
                      <w:p w14:paraId="23014324" w14:textId="77777777" w:rsidR="00C26AD3" w:rsidRDefault="00000000">
                        <w:pPr>
                          <w:spacing w:after="0" w:line="240" w:lineRule="auto"/>
                          <w:jc w:val="center"/>
                        </w:pPr>
                        <w:r>
                          <w:rPr>
                            <w:sz w:val="17"/>
                            <w:szCs w:val="17"/>
                          </w:rPr>
                          <w:t>Tổ căng tin biết trước nên chuẩn bị bao nhiêu suất ăn mỗi ngày, đỡ thừa hoặc thiếu.</w:t>
                        </w:r>
                      </w:p>
                      <w:p w14:paraId="027988CF" w14:textId="77777777" w:rsidR="00C26AD3" w:rsidRDefault="00000000">
                        <w:pPr>
                          <w:spacing w:after="0" w:line="240" w:lineRule="auto"/>
                          <w:jc w:val="center"/>
                        </w:pPr>
                        <w:r>
                          <w:rPr>
                            <w:sz w:val="17"/>
                            <w:szCs w:val="17"/>
                          </w:rPr>
                          <w:t>Số suất gợi ý lệch không quá 10% so với số bán thực tế, ít nhất 8 trên 10 ngày kiểm thử.</w:t>
                        </w:r>
                      </w:p>
                      <w:p w14:paraId="0B8220AE" w14:textId="77777777" w:rsidR="00C26AD3" w:rsidRDefault="00000000">
                        <w:pPr>
                          <w:spacing w:after="0" w:line="240" w:lineRule="auto"/>
                          <w:jc w:val="center"/>
                        </w:pPr>
                        <w:r>
                          <w:rPr>
                            <w:sz w:val="17"/>
                            <w:szCs w:val="17"/>
                          </w:rPr>
                          <w:t>Người dùng: cô, chú phụ trách căng tin.</w:t>
                        </w:r>
                      </w:p>
                    </w:txbxContent>
                  </v:textbox>
                </v:roundrect>
                <v:line id="Straight Connector 338595844" o:spid="_x0000_s1053" style="position:absolute;flip:x y;visibility:visible;mso-wrap-style:square" from="12000,31680" to="12000,31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" strokecolor="#222" strokeweight=".26667mm">
                  <v:stroke dashstyle="dash" endarrow="open"/>
                </v:line>
                <v:line id="Straight Connector 1127722872" o:spid="_x0000_s1054" style="position:absolute;flip:x y;visibility:visible;mso-wrap-style:square" from="38880,31680" to="38880,31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" strokecolor="#222" strokeweight=".26667mm">
                  <v:stroke dashstyle="dash" endarrow="open"/>
                </v:line>
                <v:roundrect id="Rectangle: Rounded Corners 416268465" o:spid="_x0000_s1055" style="position:absolute;left:3599;top:28077;width:14640;height:2471;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" filled="f" stroked="f" strokeweight="0">
                  <v:textbox inset="3.6pt,1.8pt,3.6pt,1.8pt">
                    <w:txbxContent>
                      <w:p w14:paraId="4748234D" w14:textId="77777777" w:rsidR="00C26AD3" w:rsidRDefault="00000000">
                        <w:pPr>
                          <w:spacing w:after="0" w:line="240" w:lineRule="auto"/>
                        </w:pPr>
                        <w:r>
                          <w:rPr>
                            <w:sz w:val="16"/>
                            <w:szCs w:val="16"/>
                          </w:rPr>
                          <w:t xml:space="preserve">xác </w:t>
                        </w:r>
                        <w:r>
                          <w:rPr>
                            <w:sz w:val="16"/>
                            <w:szCs w:val="16"/>
                          </w:rPr>
                          <w:t>định dữ liệu cần có</w:t>
                        </w:r>
                      </w:p>
                    </w:txbxContent>
                  </v:textbox>
                </v:roundrect>
                <v:roundrect id="Rectangle: Rounded Corners 822451027" o:spid="_x0000_s1056" style="position:absolute;left:41757;top:27570;width:12240;height:2978;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" filled="f" stroked="f" strokeweight="0">
                  <v:textbox inset="3.6pt,1.8pt,3.6pt,1.8pt">
                    <w:txbxContent>
                      <w:p w14:paraId="3E6EEE76" w14:textId="77777777" w:rsidR="00C26AD3" w:rsidRDefault="00000000">
                        <w:pPr>
                          <w:spacing w:after="0" w:line="240" w:lineRule="auto"/>
                        </w:pPr>
                        <w:r>
                          <w:rPr>
                            <w:sz w:val="16"/>
                            <w:szCs w:val="16"/>
                          </w:rPr>
                          <w:t xml:space="preserve">xác </w:t>
                        </w:r>
                        <w:r>
                          <w:rPr>
                            <w:sz w:val="16"/>
                            <w:szCs w:val="16"/>
                          </w:rPr>
                          <w:t>định đầu ra cần có</w:t>
                        </w:r>
                      </w:p>
                    </w:txbxContent>
                  </v:textbox>
                </v:roundrect>
                <w10:anchorlock/>
              </v:group>
            </w:pict>
          </mc:Fallback>
        </mc:AlternateContent>
      </w:r>
    </w:p>
    <w:p w14:paraId="40BF0261" w14:textId="77777777" w:rsidR="00C26AD3" w:rsidRDefault="00000000">
      <w:pPr>
        <w:spacing w:after="60" w:line="264" w:lineRule="auto"/>
        <w:jc w:val="center"/>
      </w:pPr>
      <w:r>
        <w:rPr>
          <w:i/>
          <w:iCs/>
          <w:sz w:val="18"/>
          <w:szCs w:val="18"/>
        </w:rPr>
        <w:t>Hình 2. Sơ đồ tổng thể ca mẫu “Hệ thống AI gợi ý số suất ăn cho căng tin trường”: dữ liệu → mô hình dự đoán → đầu ra → phản hồi, nối thành vòng khép kín; mục tiêu và tiêu chí do con người đặt; cô chú căng tin giữ quyền điều chỉnh số gợi ý.</w:t>
      </w:r>
    </w:p>
    <w:p w14:paraId="7ACB1116" w14:textId="77777777" w:rsidR="00C26AD3" w:rsidRDefault="00000000">
      <w:pPr>
        <w:spacing w:after="60" w:line="264" w:lineRule="auto"/>
        <w:jc w:val="center"/>
      </w:pPr>
      <w:r>
        <w:rPr>
          <w:i/>
          <w:iCs/>
          <w:sz w:val="17"/>
          <w:szCs w:val="17"/>
        </w:rPr>
        <w:t>Tệp ảnh kèm theo: Kho ảnh sơ đồ - Bài 7 Lớp 11/ (bản PNG để chiếu hoặc in rời).</w:t>
      </w:r>
    </w:p>
    <w:p w14:paraId="5B5B6EA1" w14:textId="77777777" w:rsidR="00C26AD3" w:rsidRDefault="00000000">
      <w:pPr>
        <w:keepNext/>
        <w:spacing w:before="80" w:after="60" w:line="264" w:lineRule="auto"/>
      </w:pPr>
      <w:r>
        <w:rPr>
          <w:b/>
        </w:rPr>
        <w:t>PL11.7.3. Sáu thẻ tình huống (Hoạt động 3)</w:t>
      </w:r>
    </w:p>
    <w:p w14:paraId="5DAFF738" w14:textId="77777777" w:rsidR="00C26AD3" w:rsidRDefault="00000000">
      <w:pPr>
        <w:spacing w:after="60" w:line="264" w:lineRule="auto"/>
        <w:ind w:left="425" w:hanging="227"/>
        <w:jc w:val="both"/>
      </w:pPr>
      <w:r>
        <w:t>Thẻ 1. Hệ thống AI gợi ý giờ trống để đặt phòng tập thể thao của trường, tránh trùng giờ giữa các lớp.</w:t>
      </w:r>
    </w:p>
    <w:p w14:paraId="42AC0C4A" w14:textId="77777777" w:rsidR="00C26AD3" w:rsidRDefault="00000000">
      <w:pPr>
        <w:spacing w:after="60" w:line="264" w:lineRule="auto"/>
        <w:ind w:left="425" w:hanging="227"/>
        <w:jc w:val="both"/>
      </w:pPr>
      <w:r>
        <w:t>Thẻ 2. Hệ thống AI nhắc lịch ôn tập cá nhân hoá cho học sinh cuối cấp, dựa trên kết quả các bài kiểm tra trước và lịch thi sắp tới.</w:t>
      </w:r>
    </w:p>
    <w:p w14:paraId="5D6050C4" w14:textId="77777777" w:rsidR="00C26AD3" w:rsidRDefault="00000000">
      <w:pPr>
        <w:spacing w:after="60" w:line="264" w:lineRule="auto"/>
        <w:ind w:left="425" w:hanging="227"/>
        <w:jc w:val="both"/>
      </w:pPr>
      <w:r>
        <w:t>Thẻ 3. Hệ thống AI gợi ý đầu sách thư viện trường nên nhập thêm, dựa trên lượt mượn và xu hướng đọc của học sinh.</w:t>
      </w:r>
    </w:p>
    <w:p w14:paraId="53075FE5" w14:textId="77777777" w:rsidR="00C26AD3" w:rsidRDefault="00000000">
      <w:pPr>
        <w:spacing w:after="60" w:line="264" w:lineRule="auto"/>
        <w:ind w:left="425" w:hanging="227"/>
        <w:jc w:val="both"/>
      </w:pPr>
      <w:r>
        <w:t>Thẻ 4. Hệ thống AI nhắc học sinh phân loại rác đúng thùng ở căng tin, dùng camera nhận diện loại rác.</w:t>
      </w:r>
    </w:p>
    <w:p w14:paraId="5CF6B539" w14:textId="77777777" w:rsidR="00C26AD3" w:rsidRDefault="00000000">
      <w:pPr>
        <w:spacing w:after="60" w:line="264" w:lineRule="auto"/>
        <w:ind w:left="425" w:hanging="227"/>
        <w:jc w:val="both"/>
      </w:pPr>
      <w:r>
        <w:t>Thẻ 5. Hệ thống AI gợi ý thời điểm tưới cây cho vườn trường, dựa trên độ ẩm đất và dự báo thời tiết.</w:t>
      </w:r>
    </w:p>
    <w:p w14:paraId="7F932E29" w14:textId="77777777" w:rsidR="00C26AD3" w:rsidRDefault="00000000">
      <w:pPr>
        <w:spacing w:after="60" w:line="264" w:lineRule="auto"/>
        <w:ind w:left="425" w:hanging="227"/>
        <w:jc w:val="both"/>
      </w:pPr>
      <w:r>
        <w:t>Thẻ 6. Vấn đề do nhóm tự đề xuất, được GV đồng ý.</w:t>
      </w:r>
    </w:p>
    <w:p w14:paraId="4C5ECEA9" w14:textId="77777777" w:rsidR="00C26AD3" w:rsidRDefault="00000000">
      <w:pPr>
        <w:keepNext/>
        <w:spacing w:before="80" w:after="60" w:line="264" w:lineRule="auto"/>
      </w:pPr>
      <w:r>
        <w:rPr>
          <w:b/>
        </w:rPr>
        <w:t>PL11.7.4. Bảng kiểm tra đồng đẳng (Hoạt động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819"/>
        <w:gridCol w:w="737"/>
        <w:gridCol w:w="823"/>
        <w:gridCol w:w="2692"/>
      </w:tblGrid>
      <w:tr w:rsidR="00C26AD3" w14:paraId="12629C34" w14:textId="77777777">
        <w:trPr>
          <w:cantSplit/>
          <w:tblHeader/>
          <w:jc w:val="center"/>
        </w:trPr>
        <w:tc>
          <w:tcPr>
            <w:tcW w:w="4819" w:type="dxa"/>
            <w:vAlign w:val="center"/>
          </w:tcPr>
          <w:p w14:paraId="6C2AF54B" w14:textId="77777777" w:rsidR="00C26AD3" w:rsidRDefault="00000000">
            <w:pPr>
              <w:spacing w:after="0" w:line="240" w:lineRule="auto"/>
              <w:jc w:val="center"/>
            </w:pPr>
            <w:r>
              <w:rPr>
                <w:b/>
                <w:sz w:val="22"/>
                <w:szCs w:val="22"/>
              </w:rPr>
              <w:t>Tiêu chí</w:t>
            </w:r>
          </w:p>
        </w:tc>
        <w:tc>
          <w:tcPr>
            <w:tcW w:w="737" w:type="dxa"/>
            <w:vAlign w:val="center"/>
          </w:tcPr>
          <w:p w14:paraId="47113E86" w14:textId="77777777" w:rsidR="00C26AD3" w:rsidRDefault="00000000">
            <w:pPr>
              <w:spacing w:after="0" w:line="240" w:lineRule="auto"/>
              <w:jc w:val="center"/>
            </w:pPr>
            <w:r>
              <w:rPr>
                <w:b/>
                <w:sz w:val="22"/>
                <w:szCs w:val="22"/>
              </w:rPr>
              <w:t>Có</w:t>
            </w:r>
          </w:p>
        </w:tc>
        <w:tc>
          <w:tcPr>
            <w:tcW w:w="823" w:type="dxa"/>
            <w:vAlign w:val="center"/>
          </w:tcPr>
          <w:p w14:paraId="7B987351" w14:textId="77777777" w:rsidR="00C26AD3" w:rsidRDefault="00000000">
            <w:pPr>
              <w:spacing w:after="0" w:line="240" w:lineRule="auto"/>
              <w:jc w:val="center"/>
            </w:pPr>
            <w:r>
              <w:rPr>
                <w:b/>
                <w:sz w:val="22"/>
                <w:szCs w:val="22"/>
              </w:rPr>
              <w:t>Chưa</w:t>
            </w:r>
          </w:p>
        </w:tc>
        <w:tc>
          <w:tcPr>
            <w:tcW w:w="2692" w:type="dxa"/>
            <w:vAlign w:val="center"/>
          </w:tcPr>
          <w:p w14:paraId="228CE60F" w14:textId="77777777" w:rsidR="00C26AD3" w:rsidRDefault="00000000">
            <w:pPr>
              <w:spacing w:after="0" w:line="240" w:lineRule="auto"/>
              <w:jc w:val="center"/>
            </w:pPr>
            <w:r>
              <w:rPr>
                <w:b/>
                <w:sz w:val="22"/>
                <w:szCs w:val="22"/>
              </w:rPr>
              <w:t>Góp ý cụ thể</w:t>
            </w:r>
          </w:p>
        </w:tc>
      </w:tr>
      <w:tr w:rsidR="00C26AD3" w14:paraId="66FEE83F" w14:textId="77777777">
        <w:trPr>
          <w:cantSplit/>
          <w:jc w:val="center"/>
        </w:trPr>
        <w:tc>
          <w:tcPr>
            <w:tcW w:w="4819" w:type="dxa"/>
          </w:tcPr>
          <w:p w14:paraId="6C0F26B1" w14:textId="77777777" w:rsidR="00C26AD3" w:rsidRDefault="00000000">
            <w:pPr>
              <w:spacing w:after="0" w:line="240" w:lineRule="auto"/>
            </w:pPr>
            <w:r>
              <w:rPr>
                <w:sz w:val="22"/>
                <w:szCs w:val="22"/>
              </w:rPr>
              <w:t>1. Mục tiêu, người dùng và tiêu chí thành công rõ ràng, đo được.</w:t>
            </w:r>
          </w:p>
        </w:tc>
        <w:tc>
          <w:tcPr>
            <w:tcW w:w="737" w:type="dxa"/>
            <w:vAlign w:val="center"/>
          </w:tcPr>
          <w:p w14:paraId="1C4C5029" w14:textId="77777777" w:rsidR="00C26AD3" w:rsidRDefault="00000000">
            <w:pPr>
              <w:spacing w:after="0" w:line="240" w:lineRule="auto"/>
              <w:jc w:val="center"/>
            </w:pPr>
            <w:r>
              <w:rPr>
                <w:sz w:val="22"/>
                <w:szCs w:val="22"/>
              </w:rPr>
              <w:t>☐</w:t>
            </w:r>
          </w:p>
        </w:tc>
        <w:tc>
          <w:tcPr>
            <w:tcW w:w="823" w:type="dxa"/>
            <w:vAlign w:val="center"/>
          </w:tcPr>
          <w:p w14:paraId="36ABF21D" w14:textId="77777777" w:rsidR="00C26AD3" w:rsidRDefault="00000000">
            <w:pPr>
              <w:spacing w:after="0" w:line="240" w:lineRule="auto"/>
              <w:jc w:val="center"/>
            </w:pPr>
            <w:r>
              <w:rPr>
                <w:sz w:val="22"/>
                <w:szCs w:val="22"/>
              </w:rPr>
              <w:t>☐</w:t>
            </w:r>
          </w:p>
        </w:tc>
        <w:tc>
          <w:tcPr>
            <w:tcW w:w="2692" w:type="dxa"/>
          </w:tcPr>
          <w:p w14:paraId="7D74055E" w14:textId="77777777" w:rsidR="00C26AD3" w:rsidRDefault="00C26AD3">
            <w:pPr>
              <w:spacing w:after="0" w:line="264" w:lineRule="auto"/>
            </w:pPr>
          </w:p>
        </w:tc>
      </w:tr>
      <w:tr w:rsidR="00C26AD3" w14:paraId="6DD91584" w14:textId="77777777">
        <w:trPr>
          <w:cantSplit/>
          <w:jc w:val="center"/>
        </w:trPr>
        <w:tc>
          <w:tcPr>
            <w:tcW w:w="4819" w:type="dxa"/>
          </w:tcPr>
          <w:p w14:paraId="5C20B7E4" w14:textId="77777777" w:rsidR="00C26AD3" w:rsidRDefault="00000000">
            <w:pPr>
              <w:spacing w:after="0" w:line="240" w:lineRule="auto"/>
            </w:pPr>
            <w:r>
              <w:rPr>
                <w:sz w:val="22"/>
                <w:szCs w:val="22"/>
              </w:rPr>
              <w:t>2. Dữ liệu và thành phần phù hợp với mục tiêu.</w:t>
            </w:r>
          </w:p>
        </w:tc>
        <w:tc>
          <w:tcPr>
            <w:tcW w:w="737" w:type="dxa"/>
            <w:vAlign w:val="center"/>
          </w:tcPr>
          <w:p w14:paraId="6E3B7B18" w14:textId="77777777" w:rsidR="00C26AD3" w:rsidRDefault="00000000">
            <w:pPr>
              <w:spacing w:after="0" w:line="240" w:lineRule="auto"/>
              <w:jc w:val="center"/>
            </w:pPr>
            <w:r>
              <w:rPr>
                <w:sz w:val="22"/>
                <w:szCs w:val="22"/>
              </w:rPr>
              <w:t>☐</w:t>
            </w:r>
          </w:p>
        </w:tc>
        <w:tc>
          <w:tcPr>
            <w:tcW w:w="823" w:type="dxa"/>
            <w:vAlign w:val="center"/>
          </w:tcPr>
          <w:p w14:paraId="7AEE3CAE" w14:textId="77777777" w:rsidR="00C26AD3" w:rsidRDefault="00000000">
            <w:pPr>
              <w:spacing w:after="0" w:line="240" w:lineRule="auto"/>
              <w:jc w:val="center"/>
            </w:pPr>
            <w:r>
              <w:rPr>
                <w:sz w:val="22"/>
                <w:szCs w:val="22"/>
              </w:rPr>
              <w:t>☐</w:t>
            </w:r>
          </w:p>
        </w:tc>
        <w:tc>
          <w:tcPr>
            <w:tcW w:w="2692" w:type="dxa"/>
          </w:tcPr>
          <w:p w14:paraId="209ACDE2" w14:textId="77777777" w:rsidR="00C26AD3" w:rsidRDefault="00C26AD3">
            <w:pPr>
              <w:spacing w:after="0" w:line="264" w:lineRule="auto"/>
            </w:pPr>
          </w:p>
        </w:tc>
      </w:tr>
      <w:tr w:rsidR="00C26AD3" w14:paraId="01FF581B" w14:textId="77777777">
        <w:trPr>
          <w:cantSplit/>
          <w:jc w:val="center"/>
        </w:trPr>
        <w:tc>
          <w:tcPr>
            <w:tcW w:w="4819" w:type="dxa"/>
          </w:tcPr>
          <w:p w14:paraId="3C1B4E8E" w14:textId="77777777" w:rsidR="00C26AD3" w:rsidRDefault="00000000">
            <w:pPr>
              <w:spacing w:after="0" w:line="240" w:lineRule="auto"/>
            </w:pPr>
            <w:r>
              <w:rPr>
                <w:sz w:val="22"/>
                <w:szCs w:val="22"/>
              </w:rPr>
              <w:t>3. Sơ đồ nối thành vòng khép kín: mục tiêu, dữ liệu, thành phần, đầu ra, phản hồi.</w:t>
            </w:r>
          </w:p>
        </w:tc>
        <w:tc>
          <w:tcPr>
            <w:tcW w:w="737" w:type="dxa"/>
            <w:vAlign w:val="center"/>
          </w:tcPr>
          <w:p w14:paraId="7EA1831C" w14:textId="77777777" w:rsidR="00C26AD3" w:rsidRDefault="00000000">
            <w:pPr>
              <w:spacing w:after="0" w:line="240" w:lineRule="auto"/>
              <w:jc w:val="center"/>
            </w:pPr>
            <w:r>
              <w:rPr>
                <w:sz w:val="22"/>
                <w:szCs w:val="22"/>
              </w:rPr>
              <w:t>☐</w:t>
            </w:r>
          </w:p>
        </w:tc>
        <w:tc>
          <w:tcPr>
            <w:tcW w:w="823" w:type="dxa"/>
            <w:vAlign w:val="center"/>
          </w:tcPr>
          <w:p w14:paraId="152FCE19" w14:textId="77777777" w:rsidR="00C26AD3" w:rsidRDefault="00000000">
            <w:pPr>
              <w:spacing w:after="0" w:line="240" w:lineRule="auto"/>
              <w:jc w:val="center"/>
            </w:pPr>
            <w:r>
              <w:rPr>
                <w:sz w:val="22"/>
                <w:szCs w:val="22"/>
              </w:rPr>
              <w:t>☐</w:t>
            </w:r>
          </w:p>
        </w:tc>
        <w:tc>
          <w:tcPr>
            <w:tcW w:w="2692" w:type="dxa"/>
          </w:tcPr>
          <w:p w14:paraId="6602518C" w14:textId="77777777" w:rsidR="00C26AD3" w:rsidRDefault="00C26AD3">
            <w:pPr>
              <w:spacing w:after="0" w:line="264" w:lineRule="auto"/>
            </w:pPr>
          </w:p>
        </w:tc>
      </w:tr>
      <w:tr w:rsidR="00C26AD3" w14:paraId="13765D2F" w14:textId="77777777">
        <w:trPr>
          <w:cantSplit/>
          <w:jc w:val="center"/>
        </w:trPr>
        <w:tc>
          <w:tcPr>
            <w:tcW w:w="4819" w:type="dxa"/>
          </w:tcPr>
          <w:p w14:paraId="3BE3BB08" w14:textId="77777777" w:rsidR="00C26AD3" w:rsidRDefault="00000000">
            <w:pPr>
              <w:spacing w:after="0" w:line="240" w:lineRule="auto"/>
            </w:pPr>
            <w:r>
              <w:rPr>
                <w:sz w:val="22"/>
                <w:szCs w:val="22"/>
              </w:rPr>
              <w:t>4. Quy trình vận hành hợp lí, nêu rõ ai làm gì, khi nào cập nhật dữ liệu.</w:t>
            </w:r>
          </w:p>
        </w:tc>
        <w:tc>
          <w:tcPr>
            <w:tcW w:w="737" w:type="dxa"/>
            <w:vAlign w:val="center"/>
          </w:tcPr>
          <w:p w14:paraId="2A8AF6BB" w14:textId="77777777" w:rsidR="00C26AD3" w:rsidRDefault="00000000">
            <w:pPr>
              <w:spacing w:after="0" w:line="240" w:lineRule="auto"/>
              <w:jc w:val="center"/>
            </w:pPr>
            <w:r>
              <w:rPr>
                <w:sz w:val="22"/>
                <w:szCs w:val="22"/>
              </w:rPr>
              <w:t>☐</w:t>
            </w:r>
          </w:p>
        </w:tc>
        <w:tc>
          <w:tcPr>
            <w:tcW w:w="823" w:type="dxa"/>
            <w:vAlign w:val="center"/>
          </w:tcPr>
          <w:p w14:paraId="30281FBA" w14:textId="77777777" w:rsidR="00C26AD3" w:rsidRDefault="00000000">
            <w:pPr>
              <w:spacing w:after="0" w:line="240" w:lineRule="auto"/>
              <w:jc w:val="center"/>
            </w:pPr>
            <w:r>
              <w:rPr>
                <w:sz w:val="22"/>
                <w:szCs w:val="22"/>
              </w:rPr>
              <w:t>☐</w:t>
            </w:r>
          </w:p>
        </w:tc>
        <w:tc>
          <w:tcPr>
            <w:tcW w:w="2692" w:type="dxa"/>
          </w:tcPr>
          <w:p w14:paraId="0E55FA77" w14:textId="77777777" w:rsidR="00C26AD3" w:rsidRDefault="00C26AD3">
            <w:pPr>
              <w:spacing w:after="0" w:line="264" w:lineRule="auto"/>
            </w:pPr>
          </w:p>
        </w:tc>
      </w:tr>
      <w:tr w:rsidR="00C26AD3" w14:paraId="3DC25A5B" w14:textId="77777777">
        <w:trPr>
          <w:cantSplit/>
          <w:jc w:val="center"/>
        </w:trPr>
        <w:tc>
          <w:tcPr>
            <w:tcW w:w="4819" w:type="dxa"/>
          </w:tcPr>
          <w:p w14:paraId="3EE17F29" w14:textId="77777777" w:rsidR="00C26AD3" w:rsidRDefault="00000000">
            <w:pPr>
              <w:spacing w:after="0" w:line="240" w:lineRule="auto"/>
            </w:pPr>
            <w:r>
              <w:rPr>
                <w:sz w:val="22"/>
                <w:szCs w:val="22"/>
              </w:rPr>
              <w:t>5. Có ít nhất một điểm kiểm soát của con người, ghi rõ ai thực hiện.</w:t>
            </w:r>
          </w:p>
        </w:tc>
        <w:tc>
          <w:tcPr>
            <w:tcW w:w="737" w:type="dxa"/>
            <w:vAlign w:val="center"/>
          </w:tcPr>
          <w:p w14:paraId="6BD80C60" w14:textId="77777777" w:rsidR="00C26AD3" w:rsidRDefault="00000000">
            <w:pPr>
              <w:spacing w:after="0" w:line="240" w:lineRule="auto"/>
              <w:jc w:val="center"/>
            </w:pPr>
            <w:r>
              <w:rPr>
                <w:sz w:val="22"/>
                <w:szCs w:val="22"/>
              </w:rPr>
              <w:t>☐</w:t>
            </w:r>
          </w:p>
        </w:tc>
        <w:tc>
          <w:tcPr>
            <w:tcW w:w="823" w:type="dxa"/>
            <w:vAlign w:val="center"/>
          </w:tcPr>
          <w:p w14:paraId="5A5FBFD3" w14:textId="77777777" w:rsidR="00C26AD3" w:rsidRDefault="00000000">
            <w:pPr>
              <w:spacing w:after="0" w:line="240" w:lineRule="auto"/>
              <w:jc w:val="center"/>
            </w:pPr>
            <w:r>
              <w:rPr>
                <w:sz w:val="22"/>
                <w:szCs w:val="22"/>
              </w:rPr>
              <w:t>☐</w:t>
            </w:r>
          </w:p>
        </w:tc>
        <w:tc>
          <w:tcPr>
            <w:tcW w:w="2692" w:type="dxa"/>
          </w:tcPr>
          <w:p w14:paraId="264EF2B9" w14:textId="77777777" w:rsidR="00C26AD3" w:rsidRDefault="00C26AD3">
            <w:pPr>
              <w:spacing w:after="0" w:line="264" w:lineRule="auto"/>
            </w:pPr>
          </w:p>
        </w:tc>
      </w:tr>
    </w:tbl>
    <w:p w14:paraId="641122E8" w14:textId="77777777" w:rsidR="00C26AD3" w:rsidRDefault="00000000">
      <w:pPr>
        <w:keepNext/>
        <w:spacing w:before="80" w:after="60" w:line="264" w:lineRule="auto"/>
      </w:pPr>
      <w:r>
        <w:rPr>
          <w:b/>
        </w:rPr>
        <w:t>PL11.7.5. Phiếu vận dụng cá nhân (Hoạt động 4)</w:t>
      </w:r>
    </w:p>
    <w:p w14:paraId="007513EC" w14:textId="77777777" w:rsidR="00C26AD3" w:rsidRDefault="00000000">
      <w:pPr>
        <w:spacing w:after="60" w:line="264" w:lineRule="auto"/>
        <w:jc w:val="both"/>
      </w:pPr>
      <w:r>
        <w:t>Họ tên: ……………………</w:t>
      </w:r>
      <w:r>
        <w:tab/>
        <w:t>Lớp: ……………</w:t>
      </w:r>
    </w:p>
    <w:p w14:paraId="2689FEF5" w14:textId="77777777" w:rsidR="00C26AD3" w:rsidRDefault="00000000">
      <w:pPr>
        <w:tabs>
          <w:tab w:val="left" w:pos="425"/>
        </w:tabs>
        <w:spacing w:after="60" w:line="264" w:lineRule="auto"/>
        <w:ind w:left="425" w:hanging="227"/>
        <w:jc w:val="both"/>
      </w:pPr>
      <w:r>
        <w:t>-</w:t>
      </w:r>
      <w:r>
        <w:tab/>
        <w:t>1. Hệ thống AI em chọn: ……………………………………</w:t>
      </w:r>
    </w:p>
    <w:p w14:paraId="1706B5A7" w14:textId="77777777" w:rsidR="00C26AD3" w:rsidRDefault="00000000">
      <w:pPr>
        <w:tabs>
          <w:tab w:val="left" w:pos="425"/>
        </w:tabs>
        <w:spacing w:after="60" w:line="264" w:lineRule="auto"/>
        <w:ind w:left="425" w:hanging="227"/>
        <w:jc w:val="both"/>
      </w:pPr>
      <w:r>
        <w:t>-</w:t>
      </w:r>
      <w:r>
        <w:tab/>
        <w:t>2. Mục tiêu và tiêu chí thành công: ……………………………………</w:t>
      </w:r>
    </w:p>
    <w:p w14:paraId="777392EE" w14:textId="77777777" w:rsidR="00C26AD3" w:rsidRDefault="00000000">
      <w:pPr>
        <w:tabs>
          <w:tab w:val="left" w:pos="425"/>
        </w:tabs>
        <w:spacing w:after="60" w:line="264" w:lineRule="auto"/>
        <w:ind w:left="425" w:hanging="227"/>
        <w:jc w:val="both"/>
      </w:pPr>
      <w:r>
        <w:t>-</w:t>
      </w:r>
      <w:r>
        <w:tab/>
        <w:t>3. Dữ liệu cần có: ……………………………………</w:t>
      </w:r>
    </w:p>
    <w:p w14:paraId="27D8B30E" w14:textId="77777777" w:rsidR="00C26AD3" w:rsidRDefault="00000000">
      <w:pPr>
        <w:tabs>
          <w:tab w:val="left" w:pos="425"/>
        </w:tabs>
        <w:spacing w:after="60" w:line="264" w:lineRule="auto"/>
        <w:ind w:left="425" w:hanging="227"/>
        <w:jc w:val="both"/>
      </w:pPr>
      <w:r>
        <w:t>-</w:t>
      </w:r>
      <w:r>
        <w:tab/>
        <w:t>4. Ai làm gì trong quy trình vận hành: ……………………………………</w:t>
      </w:r>
    </w:p>
    <w:p w14:paraId="3F59E23F" w14:textId="77777777" w:rsidR="00C26AD3" w:rsidRDefault="00000000">
      <w:pPr>
        <w:tabs>
          <w:tab w:val="left" w:pos="425"/>
        </w:tabs>
        <w:spacing w:after="60" w:line="264" w:lineRule="auto"/>
        <w:ind w:left="425" w:hanging="227"/>
        <w:jc w:val="both"/>
      </w:pPr>
      <w:r>
        <w:t>-</w:t>
      </w:r>
      <w:r>
        <w:tab/>
        <w:t>5. Một điểm con người cần kiểm soát: ……………………………………</w:t>
      </w:r>
    </w:p>
    <w:p w14:paraId="764973A2" w14:textId="77777777" w:rsidR="00C26AD3" w:rsidRDefault="00000000">
      <w:pPr>
        <w:keepNext/>
        <w:spacing w:before="80" w:after="60" w:line="264" w:lineRule="auto"/>
      </w:pPr>
      <w:r>
        <w:rPr>
          <w:b/>
        </w:rPr>
        <w:t>F. Gợi ý đáp án dành cho GV (tóm tắt theo từng thẻ)</w:t>
      </w:r>
    </w:p>
    <w:p w14:paraId="7AE60B81" w14:textId="77777777" w:rsidR="00C26AD3" w:rsidRDefault="00000000">
      <w:pPr>
        <w:tabs>
          <w:tab w:val="left" w:pos="425"/>
        </w:tabs>
        <w:spacing w:after="60" w:line="264" w:lineRule="auto"/>
        <w:ind w:left="425" w:hanging="227"/>
        <w:jc w:val="both"/>
      </w:pPr>
      <w:r>
        <w:t xml:space="preserve">- </w:t>
      </w:r>
      <w:r>
        <w:tab/>
      </w:r>
      <w:r>
        <w:rPr>
          <w:b/>
        </w:rPr>
        <w:t>Thẻ 1 (phòng tập):</w:t>
      </w:r>
      <w:r>
        <w:t xml:space="preserve"> Mục tiêu: tránh trùng giờ, dùng hết công suất phòng. Dữ liệu: lịch học các lớp, lịch đăng kí mượn phòng trước đó. Đầu ra: bảng giờ trống gợi ý. Điểm kiểm soát: GV phụ trách cơ sở vật chất duyệt trước khi xác nhận.</w:t>
      </w:r>
    </w:p>
    <w:p w14:paraId="6654453A" w14:textId="77777777" w:rsidR="00C26AD3" w:rsidRDefault="00000000">
      <w:pPr>
        <w:tabs>
          <w:tab w:val="left" w:pos="425"/>
        </w:tabs>
        <w:spacing w:after="60" w:line="264" w:lineRule="auto"/>
        <w:ind w:left="425" w:hanging="227"/>
        <w:jc w:val="both"/>
      </w:pPr>
      <w:r>
        <w:t xml:space="preserve">- </w:t>
      </w:r>
      <w:r>
        <w:tab/>
      </w:r>
      <w:r>
        <w:rPr>
          <w:b/>
        </w:rPr>
        <w:t>Thẻ 2 (ôn tập):</w:t>
      </w:r>
      <w:r>
        <w:t xml:space="preserve"> Mục tiêu: học sinh ôn đúng phần còn yếu trước kì thi. Dữ liệu: điểm các bài kiểm tra, lịch thi. Đầu ra: danh sách nội dung nên ôn theo từng học sinh. Điểm kiểm soát: giáo viên bộ môn xác nhận trước khi gửi học sinh.</w:t>
      </w:r>
    </w:p>
    <w:p w14:paraId="49F0BB87" w14:textId="77777777" w:rsidR="00C26AD3" w:rsidRDefault="00000000">
      <w:pPr>
        <w:tabs>
          <w:tab w:val="left" w:pos="425"/>
        </w:tabs>
        <w:spacing w:after="60" w:line="264" w:lineRule="auto"/>
        <w:ind w:left="425" w:hanging="227"/>
        <w:jc w:val="both"/>
      </w:pPr>
      <w:r>
        <w:t xml:space="preserve">- </w:t>
      </w:r>
      <w:r>
        <w:tab/>
      </w:r>
      <w:r>
        <w:rPr>
          <w:b/>
        </w:rPr>
        <w:t>Thẻ 3 (thư viện):</w:t>
      </w:r>
      <w:r>
        <w:t xml:space="preserve"> Mục tiêu: nhập đúng sách học sinh muốn đọc, tránh tồn kho. Dữ liệu: lượt mượn, thể loại được mượn nhiều. Đầu ra: danh sách sách gợi ý nhập thêm. Điểm kiểm soát: thủ thư quyết định số lượng và ngân sách thực tế.</w:t>
      </w:r>
    </w:p>
    <w:p w14:paraId="335714BE" w14:textId="77777777" w:rsidR="00C26AD3" w:rsidRDefault="00000000">
      <w:pPr>
        <w:tabs>
          <w:tab w:val="left" w:pos="425"/>
        </w:tabs>
        <w:spacing w:after="60" w:line="264" w:lineRule="auto"/>
        <w:ind w:left="425" w:hanging="227"/>
        <w:jc w:val="both"/>
      </w:pPr>
      <w:r>
        <w:t xml:space="preserve">- </w:t>
      </w:r>
      <w:r>
        <w:tab/>
      </w:r>
      <w:r>
        <w:rPr>
          <w:b/>
        </w:rPr>
        <w:t>Thẻ 4 (phân loại rác):</w:t>
      </w:r>
      <w:r>
        <w:t xml:space="preserve"> Mục tiêu: giảm rác bỏ sai thùng. Dữ liệu: ảnh rác từ camera, nhãn loại rác. Đầu ra: lời nhắc loại thùng đúng. Điểm kiểm soát: không ghi hình khuôn mặt học sinh, chỉ nhận diện vật thể trong tay; GV giám thị xử lí nếu có tranh cãi.</w:t>
      </w:r>
    </w:p>
    <w:p w14:paraId="2EC389AD" w14:textId="77777777" w:rsidR="00C26AD3" w:rsidRDefault="00000000">
      <w:pPr>
        <w:tabs>
          <w:tab w:val="left" w:pos="425"/>
        </w:tabs>
        <w:spacing w:after="60" w:line="264" w:lineRule="auto"/>
        <w:ind w:left="425" w:hanging="227"/>
        <w:jc w:val="both"/>
      </w:pPr>
      <w:r>
        <w:t xml:space="preserve">- </w:t>
      </w:r>
      <w:r>
        <w:tab/>
      </w:r>
      <w:r>
        <w:rPr>
          <w:b/>
        </w:rPr>
        <w:t>Thẻ 5 (tưới cây):</w:t>
      </w:r>
      <w:r>
        <w:t xml:space="preserve"> Mục tiêu: cây đủ nước, tiết kiệm nước tưới. Dữ liệu: độ ẩm đất, dự báo thời tiết. Đầu ra: thời điểm và lượng nước nên tưới. Điểm kiểm soát: bác bảo vệ hoặc người phụ trách vườn trường xác nhận trước khi hệ thống tưới tự động vận hành.</w:t>
      </w:r>
    </w:p>
    <w:p w14:paraId="1E8584B9" w14:textId="77777777" w:rsidR="00C26AD3" w:rsidRDefault="00000000">
      <w:pPr>
        <w:spacing w:after="60" w:line="264" w:lineRule="auto"/>
        <w:jc w:val="both"/>
      </w:pPr>
      <w:r>
        <w:rPr>
          <w:i/>
          <w:sz w:val="24"/>
        </w:rPr>
        <w:t>Lưu ý khi chấm: chấp nhận cách diễn đạt khác nếu nhóm nêu đúng bản chất bốn bước và sơ đồ nối thành vòng khép kín; không bắt buộc đúng từng chữ như gợi ý trên.</w:t>
      </w:r>
    </w:p>
    <w:p w14:paraId="03415CA4" w14:textId="77777777" w:rsidR="00C26AD3" w:rsidRDefault="00000000">
      <w:pPr>
        <w:keepNext/>
        <w:spacing w:before="160" w:after="60" w:line="264" w:lineRule="auto"/>
      </w:pPr>
      <w:r>
        <w:rPr>
          <w:b/>
        </w:rPr>
        <w:t>PL11.7.6. Ghi chú chuyên môn, nguồn tư liệu và lưu ý khi dạy (dành cho GV)</w:t>
      </w:r>
    </w:p>
    <w:p w14:paraId="7D8BB23A" w14:textId="77777777" w:rsidR="00C26AD3" w:rsidRDefault="00000000">
      <w:pPr>
        <w:spacing w:after="60" w:line="264" w:lineRule="auto"/>
        <w:jc w:val="both"/>
      </w:pPr>
      <w:r>
        <w:rPr>
          <w:sz w:val="24"/>
        </w:rPr>
        <w:t>- Nội dung chuẩn hoá, gợi ý đáp án và những nhầm lẫn thường gặp: xem mục F của Phụ lục (dành cho GV).</w:t>
      </w:r>
    </w:p>
    <w:p w14:paraId="7341532E" w14:textId="77777777" w:rsidR="00C26AD3" w:rsidRDefault="00000000">
      <w:pPr>
        <w:spacing w:after="60" w:line="264" w:lineRule="auto"/>
        <w:jc w:val="both"/>
      </w:pPr>
      <w:r>
        <w:rPr>
          <w:sz w:val="24"/>
        </w:rPr>
        <w:t>- Kiến thức nền và cách xử lí khi lớp chưa học bài trước: xem hàng HS ở mục II.</w:t>
      </w:r>
    </w:p>
    <w:p w14:paraId="2C210313" w14:textId="77777777" w:rsidR="00C26AD3" w:rsidRDefault="00000000">
      <w:pPr>
        <w:spacing w:after="60" w:line="264" w:lineRule="auto"/>
        <w:jc w:val="both"/>
      </w:pPr>
      <w:r>
        <w:rPr>
          <w:sz w:val="24"/>
        </w:rPr>
        <w:t>- Tham chiếu tài liệu tập huấn giáo viên triển khai nội dung giáo dục AI: Phần II, mục A.1 (AI và hệ thống AI; dữ liệu, thuật toán, mô hình và đầu ra); mục A.4 (Vòng đời hệ thống AI và vai trò của con người ở từng giai đoạn); Phần IV, mục 9.1 (Hướng dẫn tổ chức các chuyên đề giáo dục AI).</w:t>
      </w:r>
    </w:p>
    <w:p w14:paraId="097FB105" w14:textId="77777777" w:rsidR="00C26AD3" w:rsidRDefault="00000000">
      <w:pPr>
        <w:spacing w:after="60" w:line="264" w:lineRule="auto"/>
        <w:jc w:val="both"/>
      </w:pPr>
      <w:r>
        <w:rPr>
          <w:i/>
          <w:sz w:val="24"/>
        </w:rPr>
        <w:t>Gợi ý theo dõi: số nhóm trình bày đủ bốn bước thiết kế; chất lượng sơ đồ tổng thể; thời lượng thực tế của phần vẽ sơ đồ so với dự kiến.</w:t>
      </w:r>
    </w:p>
    <w:p w14:paraId="02B6BA60" w14:textId="77777777" w:rsidR="00C26AD3" w:rsidRDefault="00000000">
      <w:pPr>
        <w:keepNext/>
        <w:spacing w:before="80" w:after="60" w:line="264" w:lineRule="auto"/>
      </w:pPr>
      <w:r>
        <w:rPr>
          <w:b/>
        </w:rPr>
        <w:t>PL11.7.7. Mô tả mức đánh giá của bài và mẫu câu nhận xét</w:t>
      </w:r>
    </w:p>
    <w:p w14:paraId="3718B923" w14:textId="77777777" w:rsidR="00C26AD3" w:rsidRDefault="00000000">
      <w:pPr>
        <w:spacing w:after="60" w:line="264" w:lineRule="auto"/>
        <w:jc w:val="both"/>
      </w:pPr>
      <w:r>
        <w:rPr>
          <w:i/>
          <w:sz w:val="24"/>
        </w:rPr>
        <w:t>Rubric chung cho sản phẩm học tập giáo dục AI: Tài liệu tập huấn cấp trung học phổ thông, Bảng 8.4. Mô tả mức Khá, Tốt riêng của bài và mẫu câu nhận xét ghi dưới đây.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2381"/>
        <w:gridCol w:w="2381"/>
        <w:gridCol w:w="2381"/>
      </w:tblGrid>
      <w:tr w:rsidR="00C26AD3" w14:paraId="0FFCA19F" w14:textId="77777777">
        <w:trPr>
          <w:cantSplit/>
          <w:tblHeader/>
          <w:jc w:val="center"/>
        </w:trPr>
        <w:tc>
          <w:tcPr>
            <w:tcW w:w="1928" w:type="dxa"/>
            <w:vAlign w:val="center"/>
          </w:tcPr>
          <w:p w14:paraId="4A833966" w14:textId="77777777" w:rsidR="00C26AD3" w:rsidRDefault="00000000">
            <w:pPr>
              <w:spacing w:after="0" w:line="240" w:lineRule="auto"/>
              <w:jc w:val="center"/>
            </w:pPr>
            <w:r>
              <w:rPr>
                <w:b/>
                <w:sz w:val="22"/>
                <w:szCs w:val="22"/>
              </w:rPr>
              <w:t>Tiêu chí</w:t>
            </w:r>
          </w:p>
        </w:tc>
        <w:tc>
          <w:tcPr>
            <w:tcW w:w="2381" w:type="dxa"/>
            <w:vAlign w:val="center"/>
          </w:tcPr>
          <w:p w14:paraId="273DEC0D" w14:textId="77777777" w:rsidR="00C26AD3" w:rsidRDefault="00000000">
            <w:pPr>
              <w:spacing w:after="0" w:line="240" w:lineRule="auto"/>
              <w:jc w:val="center"/>
            </w:pPr>
            <w:r>
              <w:rPr>
                <w:b/>
                <w:sz w:val="22"/>
                <w:szCs w:val="22"/>
              </w:rPr>
              <w:t>Đạt</w:t>
            </w:r>
          </w:p>
        </w:tc>
        <w:tc>
          <w:tcPr>
            <w:tcW w:w="2381" w:type="dxa"/>
            <w:vAlign w:val="center"/>
          </w:tcPr>
          <w:p w14:paraId="0D957B14" w14:textId="77777777" w:rsidR="00C26AD3" w:rsidRDefault="00000000">
            <w:pPr>
              <w:spacing w:after="0" w:line="240" w:lineRule="auto"/>
              <w:jc w:val="center"/>
            </w:pPr>
            <w:r>
              <w:rPr>
                <w:b/>
                <w:sz w:val="22"/>
                <w:szCs w:val="22"/>
              </w:rPr>
              <w:t>Khá</w:t>
            </w:r>
          </w:p>
        </w:tc>
        <w:tc>
          <w:tcPr>
            <w:tcW w:w="2381" w:type="dxa"/>
            <w:vAlign w:val="center"/>
          </w:tcPr>
          <w:p w14:paraId="3A9F6543" w14:textId="77777777" w:rsidR="00C26AD3" w:rsidRDefault="00000000">
            <w:pPr>
              <w:spacing w:after="0" w:line="240" w:lineRule="auto"/>
              <w:jc w:val="center"/>
            </w:pPr>
            <w:r>
              <w:rPr>
                <w:b/>
                <w:sz w:val="22"/>
                <w:szCs w:val="22"/>
              </w:rPr>
              <w:t>Tốt</w:t>
            </w:r>
          </w:p>
        </w:tc>
      </w:tr>
      <w:tr w:rsidR="00C26AD3" w14:paraId="2D533B10" w14:textId="77777777">
        <w:trPr>
          <w:jc w:val="center"/>
        </w:trPr>
        <w:tc>
          <w:tcPr>
            <w:tcW w:w="1928" w:type="dxa"/>
          </w:tcPr>
          <w:p w14:paraId="69D101EA" w14:textId="77777777" w:rsidR="00C26AD3" w:rsidRDefault="00000000">
            <w:pPr>
              <w:spacing w:after="0" w:line="240" w:lineRule="auto"/>
            </w:pPr>
            <w:r>
              <w:rPr>
                <w:sz w:val="22"/>
                <w:szCs w:val="22"/>
              </w:rPr>
              <w:t>1. Đáp ứng nhiệm vụ YCCĐ</w:t>
            </w:r>
          </w:p>
        </w:tc>
        <w:tc>
          <w:tcPr>
            <w:tcW w:w="2381" w:type="dxa"/>
          </w:tcPr>
          <w:p w14:paraId="12434DD8" w14:textId="77777777" w:rsidR="00C26AD3" w:rsidRDefault="00000000">
            <w:pPr>
              <w:spacing w:after="0" w:line="240" w:lineRule="auto"/>
            </w:pPr>
            <w:r>
              <w:rPr>
                <w:sz w:val="22"/>
                <w:szCs w:val="22"/>
              </w:rPr>
              <w:t>Nêu được vấn đề và người dùng; tiêu chí thành công còn chung chung; nêu được một vài loại dữ liệu cần có nhưng chưa gắn rõ với mục tiêu.</w:t>
            </w:r>
          </w:p>
        </w:tc>
        <w:tc>
          <w:tcPr>
            <w:tcW w:w="2381" w:type="dxa"/>
          </w:tcPr>
          <w:p w14:paraId="3B0E1729" w14:textId="77777777" w:rsidR="00C26AD3" w:rsidRDefault="00000000">
            <w:pPr>
              <w:spacing w:after="0" w:line="240" w:lineRule="auto"/>
            </w:pPr>
            <w:r>
              <w:rPr>
                <w:sz w:val="22"/>
                <w:szCs w:val="22"/>
              </w:rPr>
              <w:t>Đủ mục tiêu, người dùng và tiêu chí thành công đo được; dữ liệu và thành phần phù hợp với mục tiêu, còn thiếu một chi tiết nhỏ.</w:t>
            </w:r>
          </w:p>
        </w:tc>
        <w:tc>
          <w:tcPr>
            <w:tcW w:w="2381" w:type="dxa"/>
          </w:tcPr>
          <w:p w14:paraId="269B4282" w14:textId="77777777" w:rsidR="00C26AD3" w:rsidRDefault="00000000">
            <w:pPr>
              <w:spacing w:after="0" w:line="240" w:lineRule="auto"/>
            </w:pPr>
            <w:r>
              <w:rPr>
                <w:sz w:val="22"/>
                <w:szCs w:val="22"/>
              </w:rPr>
              <w:t>Đủ các ý trên; tiêu chí thành công đo được và có cách kiểm tra cụ thể; dữ liệu và thành phần đầy đủ, giải thích rõ vì sao cần từng loại dữ liệu.</w:t>
            </w:r>
          </w:p>
        </w:tc>
      </w:tr>
      <w:tr w:rsidR="00C26AD3" w14:paraId="69FFAF81" w14:textId="77777777">
        <w:trPr>
          <w:jc w:val="center"/>
        </w:trPr>
        <w:tc>
          <w:tcPr>
            <w:tcW w:w="1928" w:type="dxa"/>
          </w:tcPr>
          <w:p w14:paraId="6D0D9360" w14:textId="77777777" w:rsidR="00C26AD3" w:rsidRDefault="00000000">
            <w:pPr>
              <w:spacing w:after="0" w:line="240" w:lineRule="auto"/>
            </w:pPr>
            <w:r>
              <w:rPr>
                <w:sz w:val="22"/>
                <w:szCs w:val="22"/>
              </w:rPr>
              <w:t>2. Kiểm chứng và tư duy phản biện</w:t>
            </w:r>
          </w:p>
        </w:tc>
        <w:tc>
          <w:tcPr>
            <w:tcW w:w="2381" w:type="dxa"/>
          </w:tcPr>
          <w:p w14:paraId="3CDBBD6A" w14:textId="77777777" w:rsidR="00C26AD3" w:rsidRDefault="00000000">
            <w:pPr>
              <w:spacing w:after="0" w:line="240" w:lineRule="auto"/>
            </w:pPr>
            <w:r>
              <w:rPr>
                <w:sz w:val="22"/>
                <w:szCs w:val="22"/>
              </w:rPr>
              <w:t>Sơ đồ nối được các phần chính theo đúng trình tự nhưng chưa kiểm tra được dữ liệu đầu vào có phù hợp với mục tiêu hay không.</w:t>
            </w:r>
          </w:p>
        </w:tc>
        <w:tc>
          <w:tcPr>
            <w:tcW w:w="2381" w:type="dxa"/>
          </w:tcPr>
          <w:p w14:paraId="54FE68F1" w14:textId="77777777" w:rsidR="00C26AD3" w:rsidRDefault="00000000">
            <w:pPr>
              <w:spacing w:after="0" w:line="240" w:lineRule="auto"/>
            </w:pPr>
            <w:r>
              <w:rPr>
                <w:sz w:val="22"/>
                <w:szCs w:val="22"/>
              </w:rPr>
              <w:t>Sơ đồ thể hiện được vòng khép kín mục tiêu, dữ liệu, thành phần, đầu ra và phản hồi; mới kiểm tra được dữ liệu ở một khâu.</w:t>
            </w:r>
          </w:p>
        </w:tc>
        <w:tc>
          <w:tcPr>
            <w:tcW w:w="2381" w:type="dxa"/>
          </w:tcPr>
          <w:p w14:paraId="3F0CD2CC" w14:textId="77777777" w:rsidR="00C26AD3" w:rsidRDefault="00000000">
            <w:pPr>
              <w:spacing w:after="0" w:line="240" w:lineRule="auto"/>
            </w:pPr>
            <w:r>
              <w:rPr>
                <w:sz w:val="22"/>
                <w:szCs w:val="22"/>
              </w:rPr>
              <w:t>Sơ đồ rõ ràng, mạch lạc; giải thích được quy trình vận hành theo chu kì cụ thể; nêu được cách kiểm tra dữ liệu ở từng khâu và cách xử lí khi đầu ra không đúng.</w:t>
            </w:r>
          </w:p>
        </w:tc>
      </w:tr>
      <w:tr w:rsidR="00C26AD3" w14:paraId="54856117" w14:textId="77777777">
        <w:trPr>
          <w:cantSplit/>
          <w:jc w:val="center"/>
        </w:trPr>
        <w:tc>
          <w:tcPr>
            <w:tcW w:w="1928" w:type="dxa"/>
          </w:tcPr>
          <w:p w14:paraId="10FCC813" w14:textId="77777777" w:rsidR="00C26AD3" w:rsidRDefault="00000000">
            <w:pPr>
              <w:spacing w:after="0" w:line="240" w:lineRule="auto"/>
            </w:pPr>
            <w:r>
              <w:rPr>
                <w:sz w:val="22"/>
                <w:szCs w:val="22"/>
              </w:rPr>
              <w:t>3. An toàn, đạo đức, trách nhiệm</w:t>
            </w:r>
          </w:p>
        </w:tc>
        <w:tc>
          <w:tcPr>
            <w:tcW w:w="2381" w:type="dxa"/>
          </w:tcPr>
          <w:p w14:paraId="4C943D12" w14:textId="77777777" w:rsidR="00C26AD3" w:rsidRDefault="00000000">
            <w:pPr>
              <w:spacing w:after="0" w:line="240" w:lineRule="auto"/>
            </w:pPr>
            <w:r>
              <w:rPr>
                <w:sz w:val="22"/>
                <w:szCs w:val="22"/>
              </w:rPr>
              <w:t>Có ít nhất một điểm kiểm soát của con người nhưng chưa nêu ai thực hiện.</w:t>
            </w:r>
          </w:p>
        </w:tc>
        <w:tc>
          <w:tcPr>
            <w:tcW w:w="2381" w:type="dxa"/>
          </w:tcPr>
          <w:p w14:paraId="6DF7AFE8" w14:textId="77777777" w:rsidR="00C26AD3" w:rsidRDefault="00000000">
            <w:pPr>
              <w:spacing w:after="0" w:line="240" w:lineRule="auto"/>
            </w:pPr>
            <w:r>
              <w:rPr>
                <w:sz w:val="22"/>
                <w:szCs w:val="22"/>
              </w:rPr>
              <w:t>Có điểm kiểm soát đặt đúng khâu và nêu được ai thực hiện.</w:t>
            </w:r>
          </w:p>
        </w:tc>
        <w:tc>
          <w:tcPr>
            <w:tcW w:w="2381" w:type="dxa"/>
          </w:tcPr>
          <w:p w14:paraId="5224455A" w14:textId="77777777" w:rsidR="00C26AD3" w:rsidRDefault="00000000">
            <w:pPr>
              <w:spacing w:after="0" w:line="240" w:lineRule="auto"/>
            </w:pPr>
            <w:r>
              <w:rPr>
                <w:sz w:val="22"/>
                <w:szCs w:val="22"/>
              </w:rPr>
              <w:t>Điểm kiểm soát hợp lí ở khâu quan trọng nhất; giải thích được vì sao cần ở đó; nêu được nguyên tắc bảo vệ dữ liệu khi hệ thống xử lí thông tin của người dùng.</w:t>
            </w:r>
          </w:p>
        </w:tc>
      </w:tr>
      <w:tr w:rsidR="00C26AD3" w14:paraId="6AA8F0E1" w14:textId="77777777">
        <w:trPr>
          <w:cantSplit/>
          <w:jc w:val="center"/>
        </w:trPr>
        <w:tc>
          <w:tcPr>
            <w:tcW w:w="1928" w:type="dxa"/>
          </w:tcPr>
          <w:p w14:paraId="1BEA8F91" w14:textId="77777777" w:rsidR="00C26AD3" w:rsidRDefault="00000000">
            <w:pPr>
              <w:spacing w:after="0" w:line="240" w:lineRule="auto"/>
            </w:pPr>
            <w:r>
              <w:rPr>
                <w:sz w:val="22"/>
                <w:szCs w:val="22"/>
              </w:rPr>
              <w:t>4. Hợp tác và trình bày</w:t>
            </w:r>
          </w:p>
        </w:tc>
        <w:tc>
          <w:tcPr>
            <w:tcW w:w="2381" w:type="dxa"/>
          </w:tcPr>
          <w:p w14:paraId="109269D9" w14:textId="77777777" w:rsidR="00C26AD3" w:rsidRDefault="00000000">
            <w:pPr>
              <w:spacing w:after="0" w:line="240" w:lineRule="auto"/>
            </w:pPr>
            <w:r>
              <w:rPr>
                <w:sz w:val="22"/>
                <w:szCs w:val="22"/>
              </w:rPr>
              <w:t>Hoàn thành phần việc được giao; trình bày được kết quả chính.</w:t>
            </w:r>
          </w:p>
        </w:tc>
        <w:tc>
          <w:tcPr>
            <w:tcW w:w="2381" w:type="dxa"/>
          </w:tcPr>
          <w:p w14:paraId="5BF357D6" w14:textId="77777777" w:rsidR="00C26AD3" w:rsidRDefault="00000000">
            <w:pPr>
              <w:spacing w:after="0" w:line="240" w:lineRule="auto"/>
            </w:pPr>
            <w:r>
              <w:rPr>
                <w:sz w:val="22"/>
                <w:szCs w:val="22"/>
              </w:rPr>
              <w:t>Phối hợp và phản hồi phù hợp; trình bày rõ sơ đồ và lí do lựa chọn.</w:t>
            </w:r>
          </w:p>
        </w:tc>
        <w:tc>
          <w:tcPr>
            <w:tcW w:w="2381" w:type="dxa"/>
          </w:tcPr>
          <w:p w14:paraId="217D9AD0" w14:textId="77777777" w:rsidR="00C26AD3" w:rsidRDefault="00000000">
            <w:pPr>
              <w:spacing w:after="0" w:line="240" w:lineRule="auto"/>
            </w:pPr>
            <w:r>
              <w:rPr>
                <w:sz w:val="22"/>
                <w:szCs w:val="22"/>
              </w:rPr>
              <w:t>Phân công rõ phần việc theo vai trò; tiếp thu góp ý để sửa sơ đồ; trình bày thuyết phục và trả lời tốt câu hỏi phản biện.</w:t>
            </w:r>
          </w:p>
        </w:tc>
      </w:tr>
    </w:tbl>
    <w:p w14:paraId="6E2DE757" w14:textId="77777777" w:rsidR="00C26AD3" w:rsidRDefault="00000000">
      <w:pPr>
        <w:spacing w:before="120" w:after="60" w:line="264" w:lineRule="auto"/>
        <w:jc w:val="both"/>
      </w:pPr>
      <w:r>
        <w:rPr>
          <w:sz w:val="24"/>
        </w:rPr>
        <w:t>Mẫu câu nhận xét (GV điều chỉnh theo bài làm của từng HS, dùng khi ghi nhận xét gửi GV chủ nhiệm):</w:t>
      </w:r>
    </w:p>
    <w:p w14:paraId="7210DB41" w14:textId="77777777" w:rsidR="00C26AD3" w:rsidRDefault="00000000">
      <w:pPr>
        <w:spacing w:after="60" w:line="264" w:lineRule="auto"/>
        <w:jc w:val="both"/>
      </w:pPr>
      <w:r>
        <w:rPr>
          <w:sz w:val="24"/>
        </w:rPr>
        <w:t>- Mức Đạt: “Em nêu được vấn đề và người dùng của hệ thống; em cần viết tiêu chí thành công đo được và gắn dữ liệu với mục tiêu.”</w:t>
      </w:r>
    </w:p>
    <w:p w14:paraId="0BB84720" w14:textId="77777777" w:rsidR="00C26AD3" w:rsidRDefault="00000000">
      <w:pPr>
        <w:spacing w:after="60" w:line="264" w:lineRule="auto"/>
        <w:jc w:val="both"/>
      </w:pPr>
      <w:r>
        <w:rPr>
          <w:sz w:val="24"/>
        </w:rPr>
        <w:t>- Mức Khá: “Em nêu đủ mục tiêu, người dùng, tiêu chí thành công đo được; dữ liệu và thành phần phù hợp với mục tiêu.”</w:t>
      </w:r>
    </w:p>
    <w:p w14:paraId="378D4981" w14:textId="77777777" w:rsidR="00C26AD3" w:rsidRDefault="00000000">
      <w:pPr>
        <w:spacing w:after="60" w:line="264" w:lineRule="auto"/>
        <w:jc w:val="both"/>
      </w:pPr>
      <w:r>
        <w:rPr>
          <w:sz w:val="24"/>
        </w:rPr>
        <w:t>- Mức Tốt: “Em có tiêu chí thành công kèm cách kiểm tra cụ thể và giải thích rõ vì sao cần từng loại dữ liệu.”</w:t>
      </w:r>
    </w:p>
    <w:p w14:paraId="42499A27" w14:textId="77777777" w:rsidR="00C26AD3" w:rsidRDefault="00000000">
      <w:pPr>
        <w:keepNext/>
        <w:spacing w:before="80" w:after="60" w:line="264" w:lineRule="auto"/>
      </w:pPr>
      <w:r>
        <w:rPr>
          <w:b/>
        </w:rPr>
        <w:t>PL11.7.8. Bảng kiểm an toàn và trách nhiệm của bài</w:t>
      </w:r>
    </w:p>
    <w:p w14:paraId="1CAB9E2A" w14:textId="77777777" w:rsidR="00C26AD3" w:rsidRDefault="00000000">
      <w:pPr>
        <w:keepNext/>
        <w:spacing w:before="80" w:after="60" w:line="264" w:lineRule="auto"/>
      </w:pPr>
      <w: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680"/>
        <w:gridCol w:w="680"/>
        <w:gridCol w:w="907"/>
        <w:gridCol w:w="6804"/>
      </w:tblGrid>
      <w:tr w:rsidR="00C26AD3" w14:paraId="4F2E4A0B" w14:textId="77777777">
        <w:trPr>
          <w:cantSplit/>
          <w:tblHeader/>
          <w:jc w:val="center"/>
        </w:trPr>
        <w:tc>
          <w:tcPr>
            <w:tcW w:w="680" w:type="dxa"/>
            <w:vAlign w:val="center"/>
          </w:tcPr>
          <w:p w14:paraId="7EDF7C7B" w14:textId="77777777" w:rsidR="00C26AD3" w:rsidRDefault="00000000">
            <w:pPr>
              <w:spacing w:after="0" w:line="240" w:lineRule="auto"/>
              <w:jc w:val="center"/>
            </w:pPr>
            <w:r>
              <w:rPr>
                <w:b/>
                <w:sz w:val="22"/>
                <w:szCs w:val="22"/>
              </w:rPr>
              <w:t>Dòng</w:t>
            </w:r>
          </w:p>
        </w:tc>
        <w:tc>
          <w:tcPr>
            <w:tcW w:w="680" w:type="dxa"/>
            <w:vAlign w:val="center"/>
          </w:tcPr>
          <w:p w14:paraId="5EB788F9" w14:textId="77777777" w:rsidR="00C26AD3" w:rsidRDefault="00000000">
            <w:pPr>
              <w:spacing w:after="0" w:line="240" w:lineRule="auto"/>
              <w:jc w:val="center"/>
            </w:pPr>
            <w:r>
              <w:rPr>
                <w:b/>
                <w:sz w:val="22"/>
                <w:szCs w:val="22"/>
              </w:rPr>
              <w:t>Có</w:t>
            </w:r>
          </w:p>
        </w:tc>
        <w:tc>
          <w:tcPr>
            <w:tcW w:w="907" w:type="dxa"/>
            <w:vAlign w:val="center"/>
          </w:tcPr>
          <w:p w14:paraId="420E8FE6" w14:textId="77777777" w:rsidR="00C26AD3" w:rsidRDefault="00000000">
            <w:pPr>
              <w:spacing w:after="0" w:line="240" w:lineRule="auto"/>
              <w:jc w:val="center"/>
            </w:pPr>
            <w:r>
              <w:rPr>
                <w:b/>
                <w:sz w:val="22"/>
                <w:szCs w:val="22"/>
              </w:rPr>
              <w:t>Không áp dụng</w:t>
            </w:r>
          </w:p>
        </w:tc>
        <w:tc>
          <w:tcPr>
            <w:tcW w:w="6804" w:type="dxa"/>
            <w:vAlign w:val="center"/>
          </w:tcPr>
          <w:p w14:paraId="43B3436B" w14:textId="77777777" w:rsidR="00C26AD3" w:rsidRDefault="00000000">
            <w:pPr>
              <w:spacing w:after="0" w:line="240" w:lineRule="auto"/>
              <w:jc w:val="center"/>
            </w:pPr>
            <w:r>
              <w:rPr>
                <w:b/>
                <w:sz w:val="22"/>
                <w:szCs w:val="22"/>
              </w:rPr>
              <w:t>Minh chứng, ghi chú</w:t>
            </w:r>
          </w:p>
        </w:tc>
      </w:tr>
      <w:tr w:rsidR="00C26AD3" w14:paraId="3452041A" w14:textId="77777777">
        <w:trPr>
          <w:cantSplit/>
          <w:jc w:val="center"/>
        </w:trPr>
        <w:tc>
          <w:tcPr>
            <w:tcW w:w="680" w:type="dxa"/>
          </w:tcPr>
          <w:p w14:paraId="3DDB7099" w14:textId="77777777" w:rsidR="00C26AD3" w:rsidRDefault="00000000">
            <w:pPr>
              <w:spacing w:after="0" w:line="240" w:lineRule="auto"/>
            </w:pPr>
            <w:r>
              <w:rPr>
                <w:sz w:val="22"/>
                <w:szCs w:val="22"/>
              </w:rPr>
              <w:t>1</w:t>
            </w:r>
          </w:p>
        </w:tc>
        <w:tc>
          <w:tcPr>
            <w:tcW w:w="680" w:type="dxa"/>
            <w:vAlign w:val="center"/>
          </w:tcPr>
          <w:p w14:paraId="267B66F0" w14:textId="77777777" w:rsidR="00C26AD3" w:rsidRDefault="00000000">
            <w:pPr>
              <w:spacing w:after="0" w:line="240" w:lineRule="auto"/>
              <w:jc w:val="center"/>
            </w:pPr>
            <w:r>
              <w:rPr>
                <w:sz w:val="22"/>
                <w:szCs w:val="22"/>
              </w:rPr>
              <w:t>□</w:t>
            </w:r>
          </w:p>
        </w:tc>
        <w:tc>
          <w:tcPr>
            <w:tcW w:w="907" w:type="dxa"/>
            <w:vAlign w:val="center"/>
          </w:tcPr>
          <w:p w14:paraId="6728D85B" w14:textId="77777777" w:rsidR="00C26AD3" w:rsidRDefault="00000000">
            <w:pPr>
              <w:spacing w:after="0" w:line="240" w:lineRule="auto"/>
              <w:jc w:val="center"/>
            </w:pPr>
            <w:r>
              <w:rPr>
                <w:sz w:val="22"/>
                <w:szCs w:val="22"/>
              </w:rPr>
              <w:t>□</w:t>
            </w:r>
          </w:p>
        </w:tc>
        <w:tc>
          <w:tcPr>
            <w:tcW w:w="6804" w:type="dxa"/>
          </w:tcPr>
          <w:p w14:paraId="25010CBA" w14:textId="77777777" w:rsidR="00C26AD3" w:rsidRDefault="00000000">
            <w:pPr>
              <w:spacing w:after="0" w:line="240" w:lineRule="auto"/>
            </w:pPr>
            <w:r>
              <w:rPr>
                <w:sz w:val="22"/>
                <w:szCs w:val="22"/>
              </w:rPr>
              <w:t>Tiết này không dùng công cụ AI.</w:t>
            </w:r>
          </w:p>
        </w:tc>
      </w:tr>
      <w:tr w:rsidR="00C26AD3" w14:paraId="772A83D2" w14:textId="77777777">
        <w:trPr>
          <w:cantSplit/>
          <w:jc w:val="center"/>
        </w:trPr>
        <w:tc>
          <w:tcPr>
            <w:tcW w:w="680" w:type="dxa"/>
          </w:tcPr>
          <w:p w14:paraId="49742CB1" w14:textId="77777777" w:rsidR="00C26AD3" w:rsidRDefault="00000000">
            <w:pPr>
              <w:spacing w:after="0" w:line="240" w:lineRule="auto"/>
            </w:pPr>
            <w:r>
              <w:rPr>
                <w:sz w:val="22"/>
                <w:szCs w:val="22"/>
              </w:rPr>
              <w:t>2</w:t>
            </w:r>
          </w:p>
        </w:tc>
        <w:tc>
          <w:tcPr>
            <w:tcW w:w="680" w:type="dxa"/>
            <w:vAlign w:val="center"/>
          </w:tcPr>
          <w:p w14:paraId="08E35493" w14:textId="77777777" w:rsidR="00C26AD3" w:rsidRDefault="00000000">
            <w:pPr>
              <w:spacing w:after="0" w:line="240" w:lineRule="auto"/>
              <w:jc w:val="center"/>
            </w:pPr>
            <w:r>
              <w:rPr>
                <w:sz w:val="22"/>
                <w:szCs w:val="22"/>
              </w:rPr>
              <w:t>□</w:t>
            </w:r>
          </w:p>
        </w:tc>
        <w:tc>
          <w:tcPr>
            <w:tcW w:w="907" w:type="dxa"/>
            <w:vAlign w:val="center"/>
          </w:tcPr>
          <w:p w14:paraId="14304FD1" w14:textId="77777777" w:rsidR="00C26AD3" w:rsidRDefault="00000000">
            <w:pPr>
              <w:spacing w:after="0" w:line="240" w:lineRule="auto"/>
              <w:jc w:val="center"/>
            </w:pPr>
            <w:r>
              <w:rPr>
                <w:sz w:val="22"/>
                <w:szCs w:val="22"/>
              </w:rPr>
              <w:t>□</w:t>
            </w:r>
          </w:p>
        </w:tc>
        <w:tc>
          <w:tcPr>
            <w:tcW w:w="6804" w:type="dxa"/>
          </w:tcPr>
          <w:p w14:paraId="1C72B22F" w14:textId="77777777" w:rsidR="00C26AD3" w:rsidRDefault="00000000">
            <w:pPr>
              <w:spacing w:after="0" w:line="240" w:lineRule="auto"/>
            </w:pPr>
            <w:r>
              <w:rPr>
                <w:sz w:val="22"/>
                <w:szCs w:val="22"/>
              </w:rPr>
              <w:t>Toàn bộ nhiệm vụ thực hiện trên giấy.</w:t>
            </w:r>
          </w:p>
        </w:tc>
      </w:tr>
      <w:tr w:rsidR="00C26AD3" w14:paraId="293C0DE4" w14:textId="77777777">
        <w:trPr>
          <w:cantSplit/>
          <w:jc w:val="center"/>
        </w:trPr>
        <w:tc>
          <w:tcPr>
            <w:tcW w:w="680" w:type="dxa"/>
          </w:tcPr>
          <w:p w14:paraId="35100BD2" w14:textId="77777777" w:rsidR="00C26AD3" w:rsidRDefault="00000000">
            <w:pPr>
              <w:spacing w:after="0" w:line="240" w:lineRule="auto"/>
            </w:pPr>
            <w:r>
              <w:rPr>
                <w:sz w:val="22"/>
                <w:szCs w:val="22"/>
              </w:rPr>
              <w:t>3</w:t>
            </w:r>
          </w:p>
        </w:tc>
        <w:tc>
          <w:tcPr>
            <w:tcW w:w="680" w:type="dxa"/>
            <w:vAlign w:val="center"/>
          </w:tcPr>
          <w:p w14:paraId="43A24CEF" w14:textId="77777777" w:rsidR="00C26AD3" w:rsidRDefault="00000000">
            <w:pPr>
              <w:spacing w:after="0" w:line="240" w:lineRule="auto"/>
              <w:jc w:val="center"/>
            </w:pPr>
            <w:r>
              <w:rPr>
                <w:sz w:val="22"/>
                <w:szCs w:val="22"/>
              </w:rPr>
              <w:t>□</w:t>
            </w:r>
          </w:p>
        </w:tc>
        <w:tc>
          <w:tcPr>
            <w:tcW w:w="907" w:type="dxa"/>
            <w:vAlign w:val="center"/>
          </w:tcPr>
          <w:p w14:paraId="446E37E7" w14:textId="77777777" w:rsidR="00C26AD3" w:rsidRDefault="00000000">
            <w:pPr>
              <w:spacing w:after="0" w:line="240" w:lineRule="auto"/>
              <w:jc w:val="center"/>
            </w:pPr>
            <w:r>
              <w:rPr>
                <w:sz w:val="22"/>
                <w:szCs w:val="22"/>
              </w:rPr>
              <w:t>□</w:t>
            </w:r>
          </w:p>
        </w:tc>
        <w:tc>
          <w:tcPr>
            <w:tcW w:w="6804" w:type="dxa"/>
          </w:tcPr>
          <w:p w14:paraId="536372E8" w14:textId="77777777" w:rsidR="00C26AD3" w:rsidRDefault="00000000">
            <w:pPr>
              <w:spacing w:after="0" w:line="240" w:lineRule="auto"/>
            </w:pPr>
            <w:proofErr w:type="spellStart"/>
            <w:r>
              <w:rPr>
                <w:sz w:val="22"/>
                <w:szCs w:val="22"/>
                <w:lang w:val="en-US"/>
              </w:rPr>
              <w:t>Ví</w:t>
            </w:r>
            <w:proofErr w:type="spellEnd"/>
            <w:r>
              <w:rPr>
                <w:sz w:val="22"/>
                <w:szCs w:val="22"/>
                <w:lang w:val="en-US"/>
              </w:rPr>
              <w:t xml:space="preserve"> </w:t>
            </w:r>
            <w:proofErr w:type="spellStart"/>
            <w:r>
              <w:rPr>
                <w:sz w:val="22"/>
                <w:szCs w:val="22"/>
                <w:lang w:val="en-US"/>
              </w:rPr>
              <w:t>dụ</w:t>
            </w:r>
            <w:proofErr w:type="spellEnd"/>
            <w:r>
              <w:rPr>
                <w:sz w:val="22"/>
                <w:szCs w:val="22"/>
              </w:rPr>
              <w:t xml:space="preserve"> mẫu căng tin và các thẻ tình huống đều dùng dữ liệu giả lập.</w:t>
            </w:r>
          </w:p>
        </w:tc>
      </w:tr>
      <w:tr w:rsidR="00C26AD3" w14:paraId="27473148" w14:textId="77777777">
        <w:trPr>
          <w:cantSplit/>
          <w:jc w:val="center"/>
        </w:trPr>
        <w:tc>
          <w:tcPr>
            <w:tcW w:w="680" w:type="dxa"/>
          </w:tcPr>
          <w:p w14:paraId="7FEDB4F9" w14:textId="77777777" w:rsidR="00C26AD3" w:rsidRDefault="00000000">
            <w:pPr>
              <w:spacing w:after="0" w:line="240" w:lineRule="auto"/>
            </w:pPr>
            <w:r>
              <w:rPr>
                <w:sz w:val="22"/>
                <w:szCs w:val="22"/>
              </w:rPr>
              <w:t>4</w:t>
            </w:r>
          </w:p>
        </w:tc>
        <w:tc>
          <w:tcPr>
            <w:tcW w:w="680" w:type="dxa"/>
            <w:vAlign w:val="center"/>
          </w:tcPr>
          <w:p w14:paraId="5D44A9CB" w14:textId="77777777" w:rsidR="00C26AD3" w:rsidRDefault="00000000">
            <w:pPr>
              <w:spacing w:after="0" w:line="240" w:lineRule="auto"/>
              <w:jc w:val="center"/>
            </w:pPr>
            <w:r>
              <w:rPr>
                <w:sz w:val="22"/>
                <w:szCs w:val="22"/>
              </w:rPr>
              <w:t>□</w:t>
            </w:r>
          </w:p>
        </w:tc>
        <w:tc>
          <w:tcPr>
            <w:tcW w:w="907" w:type="dxa"/>
            <w:vAlign w:val="center"/>
          </w:tcPr>
          <w:p w14:paraId="2E32BBF8" w14:textId="77777777" w:rsidR="00C26AD3" w:rsidRDefault="00000000">
            <w:pPr>
              <w:spacing w:after="0" w:line="240" w:lineRule="auto"/>
              <w:jc w:val="center"/>
            </w:pPr>
            <w:r>
              <w:rPr>
                <w:sz w:val="22"/>
                <w:szCs w:val="22"/>
              </w:rPr>
              <w:t>□</w:t>
            </w:r>
          </w:p>
        </w:tc>
        <w:tc>
          <w:tcPr>
            <w:tcW w:w="6804" w:type="dxa"/>
          </w:tcPr>
          <w:p w14:paraId="6B61F028" w14:textId="77777777" w:rsidR="00C26AD3" w:rsidRDefault="00C26AD3">
            <w:pPr>
              <w:spacing w:after="0" w:line="264" w:lineRule="auto"/>
            </w:pPr>
          </w:p>
        </w:tc>
      </w:tr>
      <w:tr w:rsidR="00C26AD3" w14:paraId="2492033E" w14:textId="77777777">
        <w:trPr>
          <w:cantSplit/>
          <w:jc w:val="center"/>
        </w:trPr>
        <w:tc>
          <w:tcPr>
            <w:tcW w:w="680" w:type="dxa"/>
          </w:tcPr>
          <w:p w14:paraId="713A6FA5" w14:textId="77777777" w:rsidR="00C26AD3" w:rsidRDefault="00000000">
            <w:pPr>
              <w:spacing w:after="0" w:line="240" w:lineRule="auto"/>
            </w:pPr>
            <w:r>
              <w:rPr>
                <w:sz w:val="22"/>
                <w:szCs w:val="22"/>
              </w:rPr>
              <w:t>5</w:t>
            </w:r>
          </w:p>
        </w:tc>
        <w:tc>
          <w:tcPr>
            <w:tcW w:w="680" w:type="dxa"/>
            <w:vAlign w:val="center"/>
          </w:tcPr>
          <w:p w14:paraId="69D9FAA2" w14:textId="77777777" w:rsidR="00C26AD3" w:rsidRDefault="00000000">
            <w:pPr>
              <w:spacing w:after="0" w:line="240" w:lineRule="auto"/>
              <w:jc w:val="center"/>
            </w:pPr>
            <w:r>
              <w:rPr>
                <w:sz w:val="22"/>
                <w:szCs w:val="22"/>
              </w:rPr>
              <w:t>□</w:t>
            </w:r>
          </w:p>
        </w:tc>
        <w:tc>
          <w:tcPr>
            <w:tcW w:w="907" w:type="dxa"/>
            <w:vAlign w:val="center"/>
          </w:tcPr>
          <w:p w14:paraId="6A71160E" w14:textId="77777777" w:rsidR="00C26AD3" w:rsidRDefault="00000000">
            <w:pPr>
              <w:spacing w:after="0" w:line="240" w:lineRule="auto"/>
              <w:jc w:val="center"/>
            </w:pPr>
            <w:r>
              <w:rPr>
                <w:sz w:val="22"/>
                <w:szCs w:val="22"/>
              </w:rPr>
              <w:t>□</w:t>
            </w:r>
          </w:p>
        </w:tc>
        <w:tc>
          <w:tcPr>
            <w:tcW w:w="6804" w:type="dxa"/>
          </w:tcPr>
          <w:p w14:paraId="0F6804EF" w14:textId="77777777" w:rsidR="00C26AD3" w:rsidRDefault="00000000">
            <w:pPr>
              <w:spacing w:after="0" w:line="240" w:lineRule="auto"/>
            </w:pPr>
            <w:r>
              <w:rPr>
                <w:sz w:val="22"/>
                <w:szCs w:val="22"/>
              </w:rPr>
              <w:t>Yêu cầu bắt buộc ở bước 4 và sơ đồ tổng thể.</w:t>
            </w:r>
          </w:p>
        </w:tc>
      </w:tr>
      <w:tr w:rsidR="00C26AD3" w14:paraId="06854860" w14:textId="77777777">
        <w:trPr>
          <w:cantSplit/>
          <w:jc w:val="center"/>
        </w:trPr>
        <w:tc>
          <w:tcPr>
            <w:tcW w:w="680" w:type="dxa"/>
          </w:tcPr>
          <w:p w14:paraId="109320C4" w14:textId="77777777" w:rsidR="00C26AD3" w:rsidRDefault="00000000">
            <w:pPr>
              <w:spacing w:after="0" w:line="240" w:lineRule="auto"/>
            </w:pPr>
            <w:r>
              <w:rPr>
                <w:sz w:val="22"/>
                <w:szCs w:val="22"/>
              </w:rPr>
              <w:t>6</w:t>
            </w:r>
          </w:p>
        </w:tc>
        <w:tc>
          <w:tcPr>
            <w:tcW w:w="680" w:type="dxa"/>
            <w:vAlign w:val="center"/>
          </w:tcPr>
          <w:p w14:paraId="775CBE5D" w14:textId="77777777" w:rsidR="00C26AD3" w:rsidRDefault="00000000">
            <w:pPr>
              <w:spacing w:after="0" w:line="240" w:lineRule="auto"/>
              <w:jc w:val="center"/>
            </w:pPr>
            <w:r>
              <w:rPr>
                <w:sz w:val="22"/>
                <w:szCs w:val="22"/>
              </w:rPr>
              <w:t>□</w:t>
            </w:r>
          </w:p>
        </w:tc>
        <w:tc>
          <w:tcPr>
            <w:tcW w:w="907" w:type="dxa"/>
            <w:vAlign w:val="center"/>
          </w:tcPr>
          <w:p w14:paraId="3BFFFAB5" w14:textId="77777777" w:rsidR="00C26AD3" w:rsidRDefault="00000000">
            <w:pPr>
              <w:spacing w:after="0" w:line="240" w:lineRule="auto"/>
              <w:jc w:val="center"/>
            </w:pPr>
            <w:r>
              <w:rPr>
                <w:sz w:val="22"/>
                <w:szCs w:val="22"/>
              </w:rPr>
              <w:t>□</w:t>
            </w:r>
          </w:p>
        </w:tc>
        <w:tc>
          <w:tcPr>
            <w:tcW w:w="6804" w:type="dxa"/>
          </w:tcPr>
          <w:p w14:paraId="6641D495" w14:textId="77777777" w:rsidR="00C26AD3" w:rsidRDefault="00C26AD3">
            <w:pPr>
              <w:spacing w:after="0" w:line="264" w:lineRule="auto"/>
            </w:pPr>
          </w:p>
        </w:tc>
      </w:tr>
      <w:tr w:rsidR="00C26AD3" w14:paraId="355D7CA0" w14:textId="77777777">
        <w:trPr>
          <w:cantSplit/>
          <w:jc w:val="center"/>
        </w:trPr>
        <w:tc>
          <w:tcPr>
            <w:tcW w:w="680" w:type="dxa"/>
          </w:tcPr>
          <w:p w14:paraId="42364219" w14:textId="77777777" w:rsidR="00C26AD3" w:rsidRDefault="00000000">
            <w:pPr>
              <w:spacing w:after="0" w:line="240" w:lineRule="auto"/>
            </w:pPr>
            <w:r>
              <w:rPr>
                <w:sz w:val="22"/>
                <w:szCs w:val="22"/>
              </w:rPr>
              <w:t>7</w:t>
            </w:r>
          </w:p>
        </w:tc>
        <w:tc>
          <w:tcPr>
            <w:tcW w:w="680" w:type="dxa"/>
            <w:vAlign w:val="center"/>
          </w:tcPr>
          <w:p w14:paraId="36928DE7" w14:textId="77777777" w:rsidR="00C26AD3" w:rsidRDefault="00000000">
            <w:pPr>
              <w:spacing w:after="0" w:line="240" w:lineRule="auto"/>
              <w:jc w:val="center"/>
            </w:pPr>
            <w:r>
              <w:rPr>
                <w:sz w:val="22"/>
                <w:szCs w:val="22"/>
              </w:rPr>
              <w:t>□</w:t>
            </w:r>
          </w:p>
        </w:tc>
        <w:tc>
          <w:tcPr>
            <w:tcW w:w="907" w:type="dxa"/>
            <w:vAlign w:val="center"/>
          </w:tcPr>
          <w:p w14:paraId="2F5AA213" w14:textId="77777777" w:rsidR="00C26AD3" w:rsidRDefault="00000000">
            <w:pPr>
              <w:spacing w:after="0" w:line="240" w:lineRule="auto"/>
              <w:jc w:val="center"/>
            </w:pPr>
            <w:r>
              <w:rPr>
                <w:sz w:val="22"/>
                <w:szCs w:val="22"/>
              </w:rPr>
              <w:t>□</w:t>
            </w:r>
          </w:p>
        </w:tc>
        <w:tc>
          <w:tcPr>
            <w:tcW w:w="6804" w:type="dxa"/>
          </w:tcPr>
          <w:p w14:paraId="43086D7F" w14:textId="77777777" w:rsidR="00C26AD3" w:rsidRDefault="00000000">
            <w:pPr>
              <w:spacing w:after="0" w:line="240" w:lineRule="auto"/>
            </w:pPr>
            <w:r>
              <w:rPr>
                <w:sz w:val="22"/>
                <w:szCs w:val="22"/>
              </w:rPr>
              <w:t>Khi mất điện hoặc mất mạng: chuyển sang bản in, vẽ sơ đồ lên bảng.</w:t>
            </w:r>
          </w:p>
        </w:tc>
      </w:tr>
    </w:tbl>
    <w:p w14:paraId="5E82D7A5" w14:textId="77777777" w:rsidR="00C26AD3" w:rsidRDefault="00000000">
      <w:pPr>
        <w:keepNext/>
        <w:spacing w:before="80" w:after="60" w:line="264" w:lineRule="auto"/>
      </w:pPr>
      <w:r>
        <w:rPr>
          <w:b/>
        </w:rPr>
        <w:t>PL11.7.9. Lưu ý về đánh giá của bài</w:t>
      </w:r>
    </w:p>
    <w:p w14:paraId="5C97C6C2" w14:textId="77777777" w:rsidR="00C26AD3" w:rsidRDefault="00000000">
      <w:pPr>
        <w:spacing w:after="60" w:line="264" w:lineRule="auto"/>
        <w:jc w:val="both"/>
      </w:pPr>
      <w:r>
        <w:rPr>
          <w:i/>
          <w:sz w:val="24"/>
        </w:rPr>
        <w:t>- Ba nguyên tắc chung (trọng tâm đánh giá, đóng góp của từng HS, công bằng trong tiếp cận) và căn cứ Công văn số 5588/BGDĐT-GDPT ngày 19/8/2026: xem Hướng dẫn chung của bộ kế hoạch bài dạy, mục I.</w:t>
      </w:r>
    </w:p>
    <w:p w14:paraId="45B0D6F2" w14:textId="77777777" w:rsidR="00C26AD3" w:rsidRDefault="00000000">
      <w:pPr>
        <w:tabs>
          <w:tab w:val="left" w:pos="425"/>
        </w:tabs>
        <w:spacing w:after="60" w:line="264" w:lineRule="auto"/>
        <w:ind w:left="425" w:hanging="227"/>
        <w:jc w:val="both"/>
      </w:pPr>
      <w:r>
        <w:t xml:space="preserve">- </w:t>
      </w:r>
      <w:r>
        <w:tab/>
      </w:r>
      <w:r>
        <w:rPr>
          <w:b/>
        </w:rPr>
        <w:t>Hướng dẫn và khai báo.</w:t>
      </w:r>
      <w:r>
        <w:t xml:space="preserve"> Trong tiết này GV không dùng công cụ AI. </w:t>
      </w:r>
      <w:proofErr w:type="spellStart"/>
      <w:r>
        <w:rPr>
          <w:lang w:val="en-US"/>
        </w:rPr>
        <w:t>Nếu</w:t>
      </w:r>
      <w:proofErr w:type="spellEnd"/>
      <w:r>
        <w:rPr>
          <w:lang w:val="en-US"/>
        </w:rPr>
        <w:t xml:space="preserve"> </w:t>
      </w:r>
      <w:proofErr w:type="spellStart"/>
      <w:r>
        <w:rPr>
          <w:lang w:val="en-US"/>
        </w:rPr>
        <w:t>một</w:t>
      </w:r>
      <w:proofErr w:type="spellEnd"/>
      <w:r>
        <w:t xml:space="preserve"> nhóm </w:t>
      </w:r>
      <w:proofErr w:type="spellStart"/>
      <w:r>
        <w:rPr>
          <w:lang w:val="en-US"/>
        </w:rPr>
        <w:t>mà</w:t>
      </w:r>
      <w:proofErr w:type="spellEnd"/>
      <w:r>
        <w:rPr>
          <w:lang w:val="en-US"/>
        </w:rPr>
        <w:t xml:space="preserve"> </w:t>
      </w:r>
      <w:r>
        <w:t xml:space="preserve">dùng công cụ AI </w:t>
      </w:r>
      <w:proofErr w:type="spellStart"/>
      <w:r>
        <w:rPr>
          <w:lang w:val="en-US"/>
        </w:rPr>
        <w:t>trong</w:t>
      </w:r>
      <w:proofErr w:type="spellEnd"/>
      <w:r>
        <w:rPr>
          <w:lang w:val="en-US"/>
        </w:rPr>
        <w:t xml:space="preserve"> </w:t>
      </w:r>
      <w:r>
        <w:t xml:space="preserve">khi hoàn thiện ở nhà </w:t>
      </w:r>
      <w:proofErr w:type="spellStart"/>
      <w:r>
        <w:rPr>
          <w:lang w:val="en-US"/>
        </w:rPr>
        <w:t>thì</w:t>
      </w:r>
      <w:proofErr w:type="spellEnd"/>
      <w:r>
        <w:rPr>
          <w:lang w:val="en-US"/>
        </w:rPr>
        <w:t xml:space="preserve"> </w:t>
      </w:r>
      <w:proofErr w:type="spellStart"/>
      <w:r>
        <w:rPr>
          <w:lang w:val="en-US"/>
        </w:rPr>
        <w:t>cần</w:t>
      </w:r>
      <w:proofErr w:type="spellEnd"/>
      <w:r>
        <w:rPr>
          <w:lang w:val="en-US"/>
        </w:rPr>
        <w:t xml:space="preserve"> </w:t>
      </w:r>
      <w:r>
        <w:t>khai báo năm ý: công cụ đã dùng; mục đích dùng; phần việc giao cho công cụ; cách kiểm tra lại kết quả; phần nhóm tự làm.</w:t>
      </w:r>
    </w:p>
    <w:p w14:paraId="2C32CCEB" w14:textId="77777777" w:rsidR="00C26AD3" w:rsidRDefault="00000000">
      <w:pPr>
        <w:spacing w:after="0" w:line="240" w:lineRule="auto"/>
      </w:pPr>
      <w:r>
        <w:rPr>
          <w:b/>
          <w:sz w:val="22"/>
          <w:szCs w:val="22"/>
        </w:rPr>
        <w:t>PL11.7.10. Sản phẩm và gợi ý đáp án theo hoạt động</w:t>
      </w:r>
    </w:p>
    <w:p w14:paraId="33EC2665" w14:textId="77777777" w:rsidR="00C26AD3" w:rsidRDefault="00000000">
      <w:pPr>
        <w:spacing w:after="0" w:line="240" w:lineRule="auto"/>
      </w:pPr>
      <w:r>
        <w:rPr>
          <w:b/>
          <w:sz w:val="22"/>
          <w:szCs w:val="22"/>
        </w:rPr>
        <w:t>Hoạt động 1. Mở đầu: “Bắt đầu từ đâu?” (5 phút)</w:t>
      </w:r>
    </w:p>
    <w:p w14:paraId="0589AE10" w14:textId="77777777" w:rsidR="00C26AD3" w:rsidRDefault="00000000">
      <w:pPr>
        <w:spacing w:after="0" w:line="240" w:lineRule="auto"/>
      </w:pPr>
      <w:r>
        <w:rPr>
          <w:sz w:val="22"/>
          <w:szCs w:val="22"/>
        </w:rPr>
        <w:t>Ý kiến của từng cặp HS ghi trên bảng hoặc phiếu dự đoán.</w:t>
      </w:r>
    </w:p>
    <w:p w14:paraId="0DE7463A" w14:textId="77777777" w:rsidR="00C26AD3" w:rsidRDefault="00000000">
      <w:pPr>
        <w:spacing w:after="0" w:line="240" w:lineRule="auto"/>
      </w:pPr>
      <w:r>
        <w:rPr>
          <w:b/>
          <w:sz w:val="22"/>
          <w:szCs w:val="22"/>
        </w:rPr>
        <w:t>Hoạt động 2. Hình thành kiến thức mới: Quy trình thiết kế bốn bước (20 phút)</w:t>
      </w:r>
    </w:p>
    <w:p w14:paraId="7C7DCB33" w14:textId="77777777" w:rsidR="00C26AD3" w:rsidRDefault="00000000">
      <w:pPr>
        <w:spacing w:after="0" w:line="240" w:lineRule="auto"/>
      </w:pPr>
      <w:r>
        <w:rPr>
          <w:sz w:val="22"/>
          <w:szCs w:val="22"/>
        </w:rPr>
        <w:t xml:space="preserve">Phiếu học tập 11.7.1 đã điền đủ bốn bước theo </w:t>
      </w:r>
      <w:proofErr w:type="spellStart"/>
      <w:r>
        <w:rPr>
          <w:sz w:val="22"/>
          <w:szCs w:val="22"/>
          <w:lang w:val="en-US"/>
        </w:rPr>
        <w:t>ví</w:t>
      </w:r>
      <w:proofErr w:type="spellEnd"/>
      <w:r>
        <w:rPr>
          <w:sz w:val="22"/>
          <w:szCs w:val="22"/>
          <w:lang w:val="en-US"/>
        </w:rPr>
        <w:t xml:space="preserve"> </w:t>
      </w:r>
      <w:proofErr w:type="spellStart"/>
      <w:r>
        <w:rPr>
          <w:sz w:val="22"/>
          <w:szCs w:val="22"/>
          <w:lang w:val="en-US"/>
        </w:rPr>
        <w:t>dụ</w:t>
      </w:r>
      <w:proofErr w:type="spellEnd"/>
      <w:r>
        <w:rPr>
          <w:sz w:val="22"/>
          <w:szCs w:val="22"/>
        </w:rPr>
        <w:t xml:space="preserve"> mẫu căng tin. Tiêu chí đánh giá: mỗi bước có nội dung cụ thể.</w:t>
      </w:r>
    </w:p>
    <w:p w14:paraId="00E96336" w14:textId="77777777" w:rsidR="00C26AD3" w:rsidRDefault="00000000">
      <w:pPr>
        <w:spacing w:after="0" w:line="240" w:lineRule="auto"/>
      </w:pPr>
      <w:r>
        <w:rPr>
          <w:b/>
          <w:sz w:val="22"/>
          <w:szCs w:val="22"/>
        </w:rPr>
        <w:t>Hoạt động 3. Luyện tập: “Nhóm thiết kế” (12 phút)</w:t>
      </w:r>
    </w:p>
    <w:p w14:paraId="148FAF84" w14:textId="77777777" w:rsidR="00C26AD3" w:rsidRDefault="00000000">
      <w:pPr>
        <w:spacing w:after="0" w:line="240" w:lineRule="auto"/>
      </w:pPr>
      <w:r>
        <w:rPr>
          <w:sz w:val="22"/>
          <w:szCs w:val="22"/>
        </w:rPr>
        <w:t>Phiếu học tập 11.7.2 đã điền; sơ đồ tổng thể trên giấy A3. Tiêu chí đánh giá: đủ bốn bước, sơ đồ nối được mục tiêu với dữ liệu, thành phần, đầu ra và phản hồi thành vòng khép kín, có ít nhất một điểm kiểm soát của con người.</w:t>
      </w:r>
    </w:p>
    <w:p w14:paraId="674D0476" w14:textId="77777777" w:rsidR="00C26AD3" w:rsidRDefault="00000000">
      <w:pPr>
        <w:spacing w:after="0" w:line="240" w:lineRule="auto"/>
      </w:pPr>
      <w:r>
        <w:rPr>
          <w:b/>
          <w:sz w:val="22"/>
          <w:szCs w:val="22"/>
        </w:rPr>
        <w:t>Hoạt động 4. Vận dụng, mở rộng (8 phút)</w:t>
      </w:r>
    </w:p>
    <w:p w14:paraId="10B12056" w14:textId="77777777" w:rsidR="00C26AD3" w:rsidRDefault="00000000">
      <w:pPr>
        <w:spacing w:after="0" w:line="240" w:lineRule="auto"/>
      </w:pPr>
      <w:r>
        <w:rPr>
          <w:sz w:val="22"/>
          <w:szCs w:val="22"/>
        </w:rPr>
        <w:t>Phiếu vận dụng cá nhân (đủ bốn bước, mỗi bước ít nhất một câu).</w:t>
      </w:r>
    </w:p>
    <w:sectPr w:rsidR="00C26AD3">
      <w:footerReference w:type="default" r:id="rId7"/>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6B853" w14:textId="77777777" w:rsidR="00764FB4" w:rsidRDefault="00764FB4">
      <w:pPr>
        <w:spacing w:after="0" w:line="240" w:lineRule="auto"/>
      </w:pPr>
    </w:p>
  </w:endnote>
  <w:endnote w:type="continuationSeparator" w:id="0">
    <w:p w14:paraId="75906B03" w14:textId="77777777" w:rsidR="00764FB4" w:rsidRDefault="00764F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A4991" w14:textId="77777777" w:rsidR="00C26AD3" w:rsidRDefault="00000000">
    <w:pPr>
      <w:pStyle w:val="Footer"/>
      <w:spacing w:line="264" w:lineRule="auto"/>
      <w:jc w:val="center"/>
    </w:pPr>
    <w:r>
      <w:rPr>
        <w:sz w:val="22"/>
      </w:rPr>
      <w:fldChar w:fldCharType="begin"/>
    </w:r>
    <w:r>
      <w:rPr>
        <w:sz w:val="22"/>
      </w:rPr>
      <w:instrText>PAGE</w:instrText>
    </w:r>
    <w:r>
      <w:rPr>
        <w:sz w:val="22"/>
      </w:rPr>
      <w:fldChar w:fldCharType="separate"/>
    </w:r>
    <w:r>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83EE0" w14:textId="77777777" w:rsidR="00764FB4" w:rsidRDefault="00764FB4">
      <w:pPr>
        <w:spacing w:after="0" w:line="240" w:lineRule="auto"/>
      </w:pPr>
    </w:p>
  </w:footnote>
  <w:footnote w:type="continuationSeparator" w:id="0">
    <w:p w14:paraId="4D0AD4B1" w14:textId="77777777" w:rsidR="00764FB4" w:rsidRDefault="00764FB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11180984">
    <w:abstractNumId w:val="8"/>
  </w:num>
  <w:num w:numId="2" w16cid:durableId="1452242466">
    <w:abstractNumId w:val="6"/>
  </w:num>
  <w:num w:numId="3" w16cid:durableId="776604001">
    <w:abstractNumId w:val="5"/>
  </w:num>
  <w:num w:numId="4" w16cid:durableId="388260466">
    <w:abstractNumId w:val="4"/>
  </w:num>
  <w:num w:numId="5" w16cid:durableId="1297183066">
    <w:abstractNumId w:val="7"/>
  </w:num>
  <w:num w:numId="6" w16cid:durableId="1193614921">
    <w:abstractNumId w:val="3"/>
  </w:num>
  <w:num w:numId="7" w16cid:durableId="486364362">
    <w:abstractNumId w:val="2"/>
  </w:num>
  <w:num w:numId="8" w16cid:durableId="1626620906">
    <w:abstractNumId w:val="1"/>
  </w:num>
  <w:num w:numId="9" w16cid:durableId="208802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6AD3"/>
    <w:rsid w:val="00385D15"/>
    <w:rsid w:val="0064515B"/>
    <w:rsid w:val="00764FB4"/>
    <w:rsid w:val="00A51027"/>
    <w:rsid w:val="00C26AD3"/>
    <w:rsid w:val="00E616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69E2C067-035E-4412-B5F6-38EDEF4CA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vision">
    <w:name w:val="Revision"/>
    <w:hidden/>
    <w:uiPriority w:val="99"/>
    <w:semiHidden/>
    <w:rsid w:val="0053061D"/>
    <w:pPr>
      <w:spacing w:after="0" w:line="240" w:lineRule="auto"/>
    </w:pPr>
    <w:rPr>
      <w:rFonts w:ascii="Times New Roman" w:eastAsia="Times New Roman" w:hAnsi="Times New Roman" w:cs="Times New Roman"/>
      <w:sz w:val="26"/>
      <w:szCs w:val="26"/>
    </w:rPr>
  </w:style>
  <w:style w:type="character" w:styleId="CommentReference">
    <w:name w:val="annotation reference"/>
    <w:basedOn w:val="DefaultParagraphFont"/>
    <w:uiPriority w:val="99"/>
    <w:semiHidden/>
    <w:unhideWhenUsed/>
    <w:rsid w:val="0053061D"/>
    <w:rPr>
      <w:sz w:val="16"/>
      <w:szCs w:val="16"/>
    </w:rPr>
  </w:style>
  <w:style w:type="paragraph" w:styleId="CommentText">
    <w:name w:val="annotation text"/>
    <w:basedOn w:val="Normal"/>
    <w:link w:val="CommentTextChar"/>
    <w:uiPriority w:val="99"/>
    <w:unhideWhenUsed/>
    <w:rsid w:val="0053061D"/>
    <w:pPr>
      <w:spacing w:line="240" w:lineRule="auto"/>
    </w:pPr>
    <w:rPr>
      <w:sz w:val="20"/>
      <w:szCs w:val="20"/>
    </w:rPr>
  </w:style>
  <w:style w:type="character" w:customStyle="1" w:styleId="CommentTextChar">
    <w:name w:val="Comment Text Char"/>
    <w:basedOn w:val="DefaultParagraphFont"/>
    <w:link w:val="CommentText"/>
    <w:uiPriority w:val="99"/>
    <w:rsid w:val="0053061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3061D"/>
    <w:rPr>
      <w:b/>
      <w:bCs/>
    </w:rPr>
  </w:style>
  <w:style w:type="character" w:customStyle="1" w:styleId="CommentSubjectChar">
    <w:name w:val="Comment Subject Char"/>
    <w:basedOn w:val="CommentTextChar"/>
    <w:link w:val="CommentSubject"/>
    <w:uiPriority w:val="99"/>
    <w:semiHidden/>
    <w:rsid w:val="0053061D"/>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1610</Words>
  <Characters>9179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4</cp:revision>
  <dcterms:created xsi:type="dcterms:W3CDTF">2026-11-01T13:11:00Z</dcterms:created>
  <dcterms:modified xsi:type="dcterms:W3CDTF">2026-11-01T13:18:00Z</dcterms:modified>
</cp:coreProperties>
</file>