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E9924" w14:textId="6D3A7697" w:rsidR="007A37CF" w:rsidRDefault="009923D4" w:rsidP="009923D4">
      <w:pPr>
        <w:keepNext/>
        <w:spacing w:after="60" w:line="264" w:lineRule="auto"/>
        <w:jc w:val="center"/>
        <w:rPr>
          <w:b/>
          <w:lang w:val="en-US"/>
        </w:rPr>
      </w:pPr>
      <w:r>
        <w:rPr>
          <w:b/>
        </w:rPr>
        <w:t>PHỤ LỤC CỦA KẾ HOẠCH BÀI DẠY BÀI 6 – LỚP 11</w:t>
      </w:r>
    </w:p>
    <w:p w14:paraId="4FA3FFA2" w14:textId="50FE1E26" w:rsidR="009923D4" w:rsidRPr="009923D4" w:rsidRDefault="009923D4" w:rsidP="009923D4">
      <w:pPr>
        <w:spacing w:after="60" w:line="264" w:lineRule="auto"/>
        <w:jc w:val="center"/>
        <w:rPr>
          <w:lang w:val="en-US"/>
        </w:rPr>
      </w:pPr>
      <w:r>
        <w:rPr>
          <w:b/>
          <w:lang w:val="en-US"/>
        </w:rPr>
        <w:t>TÊN BÀI:</w:t>
      </w:r>
      <w:r>
        <w:rPr>
          <w:b/>
          <w:sz w:val="24"/>
        </w:rPr>
        <w:t xml:space="preserve"> ỨNG DỤNG MẠNG NƠ-RON, PHÂN CỤM VÀ PHÂN LỚP</w:t>
      </w:r>
    </w:p>
    <w:p w14:paraId="1615E381" w14:textId="77777777" w:rsidR="007A37CF" w:rsidRDefault="00D93E1F">
      <w:pPr>
        <w:spacing w:after="60" w:line="264" w:lineRule="auto"/>
        <w:jc w:val="both"/>
      </w:pPr>
      <w:r>
        <w:rPr>
          <w:sz w:val="24"/>
        </w:rPr>
        <w:t>Quy ước đánh số để không trùng với phụ lục của các kế hoạch bài dạy khác: phụ lục ghi “PL11.6.x”, phiếu học tập ghi “Phiếu học tập 11.6.x” (lớp 11, bài 6, số thứ tự).</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4536"/>
        <w:gridCol w:w="1560"/>
        <w:gridCol w:w="1732"/>
      </w:tblGrid>
      <w:tr w:rsidR="007A37CF" w14:paraId="5F02161A" w14:textId="77777777" w:rsidTr="009923D4">
        <w:trPr>
          <w:tblHeader/>
        </w:trPr>
        <w:tc>
          <w:tcPr>
            <w:tcW w:w="1242" w:type="dxa"/>
          </w:tcPr>
          <w:p w14:paraId="60C59524" w14:textId="77777777" w:rsidR="007A37CF" w:rsidRDefault="00D93E1F">
            <w:pPr>
              <w:spacing w:after="60" w:line="264" w:lineRule="auto"/>
              <w:jc w:val="both"/>
            </w:pPr>
            <w:r>
              <w:rPr>
                <w:b/>
                <w:sz w:val="24"/>
              </w:rPr>
              <w:t>Mã</w:t>
            </w:r>
          </w:p>
        </w:tc>
        <w:tc>
          <w:tcPr>
            <w:tcW w:w="4536" w:type="dxa"/>
          </w:tcPr>
          <w:p w14:paraId="16F778A5" w14:textId="77777777" w:rsidR="007A37CF" w:rsidRDefault="00D93E1F">
            <w:pPr>
              <w:spacing w:after="60" w:line="264" w:lineRule="auto"/>
              <w:jc w:val="both"/>
            </w:pPr>
            <w:r>
              <w:rPr>
                <w:b/>
                <w:sz w:val="24"/>
              </w:rPr>
              <w:t>Tên</w:t>
            </w:r>
          </w:p>
        </w:tc>
        <w:tc>
          <w:tcPr>
            <w:tcW w:w="1560" w:type="dxa"/>
          </w:tcPr>
          <w:p w14:paraId="2EDC215E" w14:textId="77777777" w:rsidR="007A37CF" w:rsidRDefault="00D93E1F">
            <w:pPr>
              <w:spacing w:after="60" w:line="264" w:lineRule="auto"/>
              <w:jc w:val="both"/>
            </w:pPr>
            <w:r>
              <w:rPr>
                <w:b/>
                <w:sz w:val="24"/>
              </w:rPr>
              <w:t>Dành cho</w:t>
            </w:r>
          </w:p>
        </w:tc>
        <w:tc>
          <w:tcPr>
            <w:tcW w:w="1732" w:type="dxa"/>
          </w:tcPr>
          <w:p w14:paraId="4DF8DB4E" w14:textId="77777777" w:rsidR="007A37CF" w:rsidRDefault="00D93E1F">
            <w:pPr>
              <w:spacing w:after="60" w:line="264" w:lineRule="auto"/>
              <w:jc w:val="both"/>
            </w:pPr>
            <w:r>
              <w:rPr>
                <w:b/>
                <w:sz w:val="24"/>
              </w:rPr>
              <w:t>Dùng ở</w:t>
            </w:r>
          </w:p>
        </w:tc>
      </w:tr>
      <w:tr w:rsidR="007A37CF" w14:paraId="4E02785F" w14:textId="77777777" w:rsidTr="009923D4">
        <w:tc>
          <w:tcPr>
            <w:tcW w:w="1242" w:type="dxa"/>
          </w:tcPr>
          <w:p w14:paraId="6E16CA52" w14:textId="77777777" w:rsidR="007A37CF" w:rsidRDefault="00D93E1F">
            <w:pPr>
              <w:spacing w:after="60" w:line="264" w:lineRule="auto"/>
              <w:jc w:val="both"/>
            </w:pPr>
            <w:r>
              <w:rPr>
                <w:sz w:val="24"/>
              </w:rPr>
              <w:t>PL11.6.1</w:t>
            </w:r>
          </w:p>
        </w:tc>
        <w:tc>
          <w:tcPr>
            <w:tcW w:w="4536" w:type="dxa"/>
          </w:tcPr>
          <w:p w14:paraId="7B5C94AF" w14:textId="77777777" w:rsidR="007A37CF" w:rsidRDefault="00D93E1F">
            <w:pPr>
              <w:spacing w:after="60" w:line="264" w:lineRule="auto"/>
              <w:jc w:val="both"/>
            </w:pPr>
            <w:r>
              <w:rPr>
                <w:sz w:val="24"/>
              </w:rPr>
              <w:t>Phiếu học tập</w:t>
            </w:r>
          </w:p>
        </w:tc>
        <w:tc>
          <w:tcPr>
            <w:tcW w:w="1560" w:type="dxa"/>
          </w:tcPr>
          <w:p w14:paraId="29C1092B" w14:textId="77777777" w:rsidR="007A37CF" w:rsidRDefault="00D93E1F">
            <w:pPr>
              <w:spacing w:after="60" w:line="264" w:lineRule="auto"/>
              <w:jc w:val="both"/>
            </w:pPr>
            <w:r>
              <w:rPr>
                <w:sz w:val="24"/>
              </w:rPr>
              <w:t>Nhóm</w:t>
            </w:r>
          </w:p>
        </w:tc>
        <w:tc>
          <w:tcPr>
            <w:tcW w:w="1732" w:type="dxa"/>
          </w:tcPr>
          <w:p w14:paraId="6D897961" w14:textId="77777777" w:rsidR="007A37CF" w:rsidRDefault="00D93E1F">
            <w:pPr>
              <w:spacing w:after="60" w:line="264" w:lineRule="auto"/>
              <w:jc w:val="both"/>
            </w:pPr>
            <w:r>
              <w:rPr>
                <w:sz w:val="24"/>
              </w:rPr>
              <w:t>HĐ 2, 4</w:t>
            </w:r>
          </w:p>
        </w:tc>
      </w:tr>
      <w:tr w:rsidR="007A37CF" w14:paraId="313A82EF" w14:textId="77777777" w:rsidTr="009923D4">
        <w:tc>
          <w:tcPr>
            <w:tcW w:w="1242" w:type="dxa"/>
          </w:tcPr>
          <w:p w14:paraId="4FD0B159" w14:textId="77777777" w:rsidR="007A37CF" w:rsidRDefault="00D93E1F">
            <w:pPr>
              <w:spacing w:after="60" w:line="264" w:lineRule="auto"/>
              <w:jc w:val="both"/>
            </w:pPr>
            <w:r>
              <w:rPr>
                <w:sz w:val="24"/>
              </w:rPr>
              <w:t>PL11.6.2</w:t>
            </w:r>
          </w:p>
        </w:tc>
        <w:tc>
          <w:tcPr>
            <w:tcW w:w="4536" w:type="dxa"/>
          </w:tcPr>
          <w:p w14:paraId="14307F32" w14:textId="77777777" w:rsidR="007A37CF" w:rsidRDefault="00D93E1F">
            <w:pPr>
              <w:spacing w:after="60" w:line="264" w:lineRule="auto"/>
              <w:jc w:val="both"/>
            </w:pPr>
            <w:r>
              <w:rPr>
                <w:sz w:val="24"/>
              </w:rPr>
              <w:t>Sơ đồ minh hoạ</w:t>
            </w:r>
          </w:p>
        </w:tc>
        <w:tc>
          <w:tcPr>
            <w:tcW w:w="1560" w:type="dxa"/>
          </w:tcPr>
          <w:p w14:paraId="238C6F2B" w14:textId="77777777" w:rsidR="007A37CF" w:rsidRDefault="00D93E1F">
            <w:pPr>
              <w:spacing w:after="60" w:line="264" w:lineRule="auto"/>
              <w:jc w:val="both"/>
            </w:pPr>
            <w:r>
              <w:rPr>
                <w:sz w:val="24"/>
              </w:rPr>
              <w:t>Nhóm</w:t>
            </w:r>
          </w:p>
        </w:tc>
        <w:tc>
          <w:tcPr>
            <w:tcW w:w="1732" w:type="dxa"/>
          </w:tcPr>
          <w:p w14:paraId="5D917B78" w14:textId="77777777" w:rsidR="007A37CF" w:rsidRDefault="00D93E1F">
            <w:pPr>
              <w:spacing w:after="60" w:line="264" w:lineRule="auto"/>
              <w:jc w:val="both"/>
            </w:pPr>
            <w:r>
              <w:rPr>
                <w:sz w:val="24"/>
              </w:rPr>
              <w:t>HĐ 2, 3</w:t>
            </w:r>
          </w:p>
        </w:tc>
      </w:tr>
      <w:tr w:rsidR="007A37CF" w14:paraId="743ED9A2" w14:textId="77777777" w:rsidTr="009923D4">
        <w:tc>
          <w:tcPr>
            <w:tcW w:w="1242" w:type="dxa"/>
          </w:tcPr>
          <w:p w14:paraId="2CBDEA96" w14:textId="77777777" w:rsidR="007A37CF" w:rsidRDefault="00D93E1F">
            <w:pPr>
              <w:spacing w:after="60" w:line="264" w:lineRule="auto"/>
              <w:jc w:val="both"/>
            </w:pPr>
            <w:r>
              <w:rPr>
                <w:sz w:val="24"/>
              </w:rPr>
              <w:t>PL11.6.3</w:t>
            </w:r>
          </w:p>
        </w:tc>
        <w:tc>
          <w:tcPr>
            <w:tcW w:w="4536" w:type="dxa"/>
          </w:tcPr>
          <w:p w14:paraId="0CDD3537" w14:textId="77777777" w:rsidR="007A37CF" w:rsidRDefault="00D93E1F">
            <w:pPr>
              <w:spacing w:after="60" w:line="264" w:lineRule="auto"/>
              <w:jc w:val="both"/>
            </w:pPr>
            <w:r>
              <w:rPr>
                <w:sz w:val="24"/>
              </w:rPr>
              <w:t>Kho ảnh thẻ minh hoạ (12 thẻ)</w:t>
            </w:r>
          </w:p>
        </w:tc>
        <w:tc>
          <w:tcPr>
            <w:tcW w:w="1560" w:type="dxa"/>
          </w:tcPr>
          <w:p w14:paraId="1D4F45B7" w14:textId="77777777" w:rsidR="007A37CF" w:rsidRDefault="00D93E1F">
            <w:pPr>
              <w:spacing w:after="60" w:line="264" w:lineRule="auto"/>
              <w:jc w:val="both"/>
            </w:pPr>
            <w:r>
              <w:rPr>
                <w:sz w:val="24"/>
              </w:rPr>
              <w:t>Nhóm</w:t>
            </w:r>
          </w:p>
        </w:tc>
        <w:tc>
          <w:tcPr>
            <w:tcW w:w="1732" w:type="dxa"/>
          </w:tcPr>
          <w:p w14:paraId="053242F1" w14:textId="77777777" w:rsidR="007A37CF" w:rsidRDefault="00D93E1F">
            <w:pPr>
              <w:spacing w:after="60" w:line="264" w:lineRule="auto"/>
              <w:jc w:val="both"/>
            </w:pPr>
            <w:r>
              <w:rPr>
                <w:sz w:val="24"/>
              </w:rPr>
              <w:t>HĐ 3</w:t>
            </w:r>
          </w:p>
        </w:tc>
      </w:tr>
      <w:tr w:rsidR="007A37CF" w14:paraId="078A5573" w14:textId="77777777" w:rsidTr="009923D4">
        <w:tc>
          <w:tcPr>
            <w:tcW w:w="1242" w:type="dxa"/>
          </w:tcPr>
          <w:p w14:paraId="2A3023FF" w14:textId="77777777" w:rsidR="007A37CF" w:rsidRDefault="00D93E1F">
            <w:pPr>
              <w:spacing w:after="60" w:line="264" w:lineRule="auto"/>
              <w:jc w:val="both"/>
            </w:pPr>
            <w:r>
              <w:rPr>
                <w:sz w:val="24"/>
              </w:rPr>
              <w:t>PL11.6.4</w:t>
            </w:r>
          </w:p>
        </w:tc>
        <w:tc>
          <w:tcPr>
            <w:tcW w:w="4536" w:type="dxa"/>
          </w:tcPr>
          <w:p w14:paraId="13E1C921" w14:textId="77777777" w:rsidR="007A37CF" w:rsidRDefault="00D93E1F">
            <w:pPr>
              <w:spacing w:after="60" w:line="264" w:lineRule="auto"/>
              <w:jc w:val="both"/>
            </w:pPr>
            <w:r>
              <w:rPr>
                <w:sz w:val="24"/>
              </w:rPr>
              <w:t>Bảng kiểm tra đồng đẳng (Hoạt động 3, dùng khi hai nhóm trình bày chéo)</w:t>
            </w:r>
          </w:p>
        </w:tc>
        <w:tc>
          <w:tcPr>
            <w:tcW w:w="1560" w:type="dxa"/>
          </w:tcPr>
          <w:p w14:paraId="57EDA225" w14:textId="77777777" w:rsidR="007A37CF" w:rsidRDefault="00D93E1F">
            <w:pPr>
              <w:spacing w:after="60" w:line="264" w:lineRule="auto"/>
              <w:jc w:val="both"/>
            </w:pPr>
            <w:r>
              <w:rPr>
                <w:sz w:val="24"/>
              </w:rPr>
              <w:t>Nhóm</w:t>
            </w:r>
          </w:p>
        </w:tc>
        <w:tc>
          <w:tcPr>
            <w:tcW w:w="1732" w:type="dxa"/>
          </w:tcPr>
          <w:p w14:paraId="52725742" w14:textId="77777777" w:rsidR="007A37CF" w:rsidRDefault="00D93E1F">
            <w:pPr>
              <w:spacing w:after="60" w:line="264" w:lineRule="auto"/>
              <w:jc w:val="both"/>
            </w:pPr>
            <w:r>
              <w:rPr>
                <w:sz w:val="24"/>
              </w:rPr>
              <w:t>HĐ 3</w:t>
            </w:r>
          </w:p>
        </w:tc>
      </w:tr>
      <w:tr w:rsidR="007A37CF" w14:paraId="26BDE7DB" w14:textId="77777777" w:rsidTr="009923D4">
        <w:tc>
          <w:tcPr>
            <w:tcW w:w="1242" w:type="dxa"/>
          </w:tcPr>
          <w:p w14:paraId="60FCC16A" w14:textId="77777777" w:rsidR="007A37CF" w:rsidRDefault="00D93E1F">
            <w:pPr>
              <w:spacing w:after="60" w:line="264" w:lineRule="auto"/>
              <w:jc w:val="both"/>
            </w:pPr>
            <w:r>
              <w:rPr>
                <w:sz w:val="24"/>
              </w:rPr>
              <w:t>PL11.6.5</w:t>
            </w:r>
          </w:p>
        </w:tc>
        <w:tc>
          <w:tcPr>
            <w:tcW w:w="4536" w:type="dxa"/>
          </w:tcPr>
          <w:p w14:paraId="5B94F8E4" w14:textId="77777777" w:rsidR="007A37CF" w:rsidRDefault="00D93E1F">
            <w:pPr>
              <w:spacing w:after="60" w:line="264" w:lineRule="auto"/>
              <w:jc w:val="both"/>
            </w:pPr>
            <w:r>
              <w:rPr>
                <w:sz w:val="24"/>
              </w:rPr>
              <w:t>Gợi ý đáp án dành cho GV</w:t>
            </w:r>
          </w:p>
        </w:tc>
        <w:tc>
          <w:tcPr>
            <w:tcW w:w="1560" w:type="dxa"/>
          </w:tcPr>
          <w:p w14:paraId="7D1D268E" w14:textId="77777777" w:rsidR="007A37CF" w:rsidRDefault="00D93E1F">
            <w:pPr>
              <w:spacing w:after="60" w:line="264" w:lineRule="auto"/>
              <w:jc w:val="both"/>
            </w:pPr>
            <w:r>
              <w:rPr>
                <w:sz w:val="24"/>
              </w:rPr>
              <w:t>GV</w:t>
            </w:r>
          </w:p>
        </w:tc>
        <w:tc>
          <w:tcPr>
            <w:tcW w:w="1732" w:type="dxa"/>
          </w:tcPr>
          <w:p w14:paraId="625D0CB8" w14:textId="77777777" w:rsidR="007A37CF" w:rsidRDefault="00D93E1F">
            <w:pPr>
              <w:spacing w:after="60" w:line="264" w:lineRule="auto"/>
              <w:jc w:val="both"/>
            </w:pPr>
            <w:r>
              <w:rPr>
                <w:sz w:val="24"/>
              </w:rPr>
              <w:t>HĐ 2, 4</w:t>
            </w:r>
          </w:p>
        </w:tc>
      </w:tr>
      <w:tr w:rsidR="007A37CF" w14:paraId="168DFC19" w14:textId="77777777" w:rsidTr="009923D4">
        <w:tc>
          <w:tcPr>
            <w:tcW w:w="1242" w:type="dxa"/>
          </w:tcPr>
          <w:p w14:paraId="5E747D72" w14:textId="77777777" w:rsidR="007A37CF" w:rsidRDefault="00D93E1F">
            <w:pPr>
              <w:spacing w:after="60" w:line="264" w:lineRule="auto"/>
              <w:jc w:val="both"/>
            </w:pPr>
            <w:r>
              <w:rPr>
                <w:sz w:val="24"/>
              </w:rPr>
              <w:t>PL11.6.6</w:t>
            </w:r>
          </w:p>
        </w:tc>
        <w:tc>
          <w:tcPr>
            <w:tcW w:w="4536" w:type="dxa"/>
          </w:tcPr>
          <w:p w14:paraId="35FD63CB" w14:textId="77777777" w:rsidR="007A37CF" w:rsidRDefault="00D93E1F">
            <w:pPr>
              <w:spacing w:after="60" w:line="264" w:lineRule="auto"/>
              <w:jc w:val="both"/>
            </w:pPr>
            <w:r>
              <w:rPr>
                <w:sz w:val="24"/>
              </w:rPr>
              <w:t>Ghi chú chuyên môn, nguồn tư liệu và lưu ý khi dạy (dành cho GV)</w:t>
            </w:r>
          </w:p>
        </w:tc>
        <w:tc>
          <w:tcPr>
            <w:tcW w:w="1560" w:type="dxa"/>
          </w:tcPr>
          <w:p w14:paraId="54EA335E" w14:textId="77777777" w:rsidR="007A37CF" w:rsidRDefault="00D93E1F">
            <w:pPr>
              <w:spacing w:after="60" w:line="264" w:lineRule="auto"/>
              <w:jc w:val="both"/>
            </w:pPr>
            <w:r>
              <w:rPr>
                <w:sz w:val="24"/>
              </w:rPr>
              <w:t>GV</w:t>
            </w:r>
          </w:p>
        </w:tc>
        <w:tc>
          <w:tcPr>
            <w:tcW w:w="1732" w:type="dxa"/>
          </w:tcPr>
          <w:p w14:paraId="37C18812" w14:textId="77777777" w:rsidR="007A37CF" w:rsidRDefault="00D93E1F">
            <w:pPr>
              <w:spacing w:after="60" w:line="264" w:lineRule="auto"/>
              <w:jc w:val="both"/>
            </w:pPr>
            <w:r>
              <w:rPr>
                <w:sz w:val="24"/>
              </w:rPr>
              <w:t>Trước giờ dạy</w:t>
            </w:r>
          </w:p>
        </w:tc>
      </w:tr>
      <w:tr w:rsidR="007A37CF" w14:paraId="5A543A1D" w14:textId="77777777" w:rsidTr="009923D4">
        <w:tc>
          <w:tcPr>
            <w:tcW w:w="1242" w:type="dxa"/>
          </w:tcPr>
          <w:p w14:paraId="600D1197" w14:textId="77777777" w:rsidR="007A37CF" w:rsidRDefault="00D93E1F">
            <w:pPr>
              <w:spacing w:after="60" w:line="264" w:lineRule="auto"/>
              <w:jc w:val="both"/>
            </w:pPr>
            <w:r>
              <w:rPr>
                <w:sz w:val="24"/>
              </w:rPr>
              <w:t>PL11.6.7</w:t>
            </w:r>
          </w:p>
        </w:tc>
        <w:tc>
          <w:tcPr>
            <w:tcW w:w="4536" w:type="dxa"/>
          </w:tcPr>
          <w:p w14:paraId="7068A4C5" w14:textId="77777777" w:rsidR="007A37CF" w:rsidRDefault="00D93E1F">
            <w:pPr>
              <w:spacing w:after="60" w:line="264" w:lineRule="auto"/>
              <w:jc w:val="both"/>
            </w:pPr>
            <w:r>
              <w:rPr>
                <w:sz w:val="24"/>
              </w:rPr>
              <w:t>Mô tả mức đánh giá của bài và mẫu câu nhận xét</w:t>
            </w:r>
          </w:p>
        </w:tc>
        <w:tc>
          <w:tcPr>
            <w:tcW w:w="1560" w:type="dxa"/>
          </w:tcPr>
          <w:p w14:paraId="79860E60" w14:textId="77777777" w:rsidR="007A37CF" w:rsidRDefault="00D93E1F">
            <w:pPr>
              <w:spacing w:after="60" w:line="264" w:lineRule="auto"/>
              <w:jc w:val="both"/>
            </w:pPr>
            <w:r>
              <w:rPr>
                <w:sz w:val="24"/>
              </w:rPr>
              <w:t>GV</w:t>
            </w:r>
          </w:p>
        </w:tc>
        <w:tc>
          <w:tcPr>
            <w:tcW w:w="1732" w:type="dxa"/>
          </w:tcPr>
          <w:p w14:paraId="26E27FF9" w14:textId="77777777" w:rsidR="007A37CF" w:rsidRDefault="00D93E1F">
            <w:pPr>
              <w:spacing w:after="60" w:line="264" w:lineRule="auto"/>
              <w:jc w:val="both"/>
            </w:pPr>
            <w:r>
              <w:rPr>
                <w:sz w:val="24"/>
              </w:rPr>
              <w:t>mục IV</w:t>
            </w:r>
          </w:p>
        </w:tc>
      </w:tr>
      <w:tr w:rsidR="007A37CF" w14:paraId="43D6D635" w14:textId="77777777" w:rsidTr="009923D4">
        <w:tc>
          <w:tcPr>
            <w:tcW w:w="1242" w:type="dxa"/>
          </w:tcPr>
          <w:p w14:paraId="6C464F63" w14:textId="77777777" w:rsidR="007A37CF" w:rsidRDefault="00D93E1F">
            <w:pPr>
              <w:spacing w:after="60" w:line="264" w:lineRule="auto"/>
              <w:jc w:val="both"/>
            </w:pPr>
            <w:r>
              <w:rPr>
                <w:sz w:val="24"/>
              </w:rPr>
              <w:t>PL11.6.8</w:t>
            </w:r>
          </w:p>
        </w:tc>
        <w:tc>
          <w:tcPr>
            <w:tcW w:w="4536" w:type="dxa"/>
          </w:tcPr>
          <w:p w14:paraId="60607589" w14:textId="77777777" w:rsidR="007A37CF" w:rsidRDefault="00D93E1F">
            <w:pPr>
              <w:spacing w:after="60" w:line="264" w:lineRule="auto"/>
              <w:jc w:val="both"/>
            </w:pPr>
            <w:r>
              <w:rPr>
                <w:sz w:val="24"/>
              </w:rPr>
              <w:t>Bảng kiểm an toàn và trách nhiệm của bài</w:t>
            </w:r>
          </w:p>
        </w:tc>
        <w:tc>
          <w:tcPr>
            <w:tcW w:w="1560" w:type="dxa"/>
          </w:tcPr>
          <w:p w14:paraId="6F89EA40" w14:textId="77777777" w:rsidR="007A37CF" w:rsidRDefault="00D93E1F">
            <w:pPr>
              <w:spacing w:after="60" w:line="264" w:lineRule="auto"/>
              <w:jc w:val="both"/>
            </w:pPr>
            <w:r>
              <w:rPr>
                <w:sz w:val="24"/>
              </w:rPr>
              <w:t>GV</w:t>
            </w:r>
          </w:p>
        </w:tc>
        <w:tc>
          <w:tcPr>
            <w:tcW w:w="1732" w:type="dxa"/>
          </w:tcPr>
          <w:p w14:paraId="18EC7F28" w14:textId="77777777" w:rsidR="007A37CF" w:rsidRDefault="00D93E1F">
            <w:pPr>
              <w:spacing w:after="60" w:line="264" w:lineRule="auto"/>
              <w:jc w:val="both"/>
            </w:pPr>
            <w:r>
              <w:rPr>
                <w:sz w:val="24"/>
              </w:rPr>
              <w:t>Trước giờ dạy</w:t>
            </w:r>
          </w:p>
        </w:tc>
      </w:tr>
      <w:tr w:rsidR="007A37CF" w14:paraId="3F6CCE5C" w14:textId="77777777" w:rsidTr="009923D4">
        <w:tc>
          <w:tcPr>
            <w:tcW w:w="1242" w:type="dxa"/>
          </w:tcPr>
          <w:p w14:paraId="23E47D55" w14:textId="77777777" w:rsidR="007A37CF" w:rsidRDefault="00D93E1F">
            <w:pPr>
              <w:spacing w:after="60" w:line="264" w:lineRule="auto"/>
              <w:jc w:val="both"/>
            </w:pPr>
            <w:r>
              <w:rPr>
                <w:sz w:val="24"/>
              </w:rPr>
              <w:t>PL11.6.9</w:t>
            </w:r>
          </w:p>
        </w:tc>
        <w:tc>
          <w:tcPr>
            <w:tcW w:w="4536" w:type="dxa"/>
          </w:tcPr>
          <w:p w14:paraId="0FA8E3B3" w14:textId="77777777" w:rsidR="007A37CF" w:rsidRDefault="00D93E1F">
            <w:pPr>
              <w:spacing w:after="60" w:line="264" w:lineRule="auto"/>
              <w:jc w:val="both"/>
            </w:pPr>
            <w:r>
              <w:rPr>
                <w:sz w:val="24"/>
              </w:rPr>
              <w:t>Lưu ý về đánh giá của bài</w:t>
            </w:r>
          </w:p>
        </w:tc>
        <w:tc>
          <w:tcPr>
            <w:tcW w:w="1560" w:type="dxa"/>
          </w:tcPr>
          <w:p w14:paraId="5D33F7E2" w14:textId="77777777" w:rsidR="007A37CF" w:rsidRDefault="00D93E1F">
            <w:pPr>
              <w:spacing w:after="60" w:line="264" w:lineRule="auto"/>
              <w:jc w:val="both"/>
            </w:pPr>
            <w:r>
              <w:rPr>
                <w:sz w:val="24"/>
              </w:rPr>
              <w:t>GV</w:t>
            </w:r>
          </w:p>
        </w:tc>
        <w:tc>
          <w:tcPr>
            <w:tcW w:w="1732" w:type="dxa"/>
          </w:tcPr>
          <w:p w14:paraId="2DB9793C" w14:textId="77777777" w:rsidR="007A37CF" w:rsidRDefault="00D93E1F">
            <w:pPr>
              <w:spacing w:after="60" w:line="264" w:lineRule="auto"/>
              <w:jc w:val="both"/>
            </w:pPr>
            <w:r>
              <w:rPr>
                <w:sz w:val="24"/>
              </w:rPr>
              <w:t>mục IV</w:t>
            </w:r>
          </w:p>
        </w:tc>
      </w:tr>
      <w:tr w:rsidR="007A37CF" w14:paraId="76571EC1" w14:textId="77777777" w:rsidTr="009923D4">
        <w:tc>
          <w:tcPr>
            <w:tcW w:w="1242" w:type="dxa"/>
          </w:tcPr>
          <w:p w14:paraId="4C3577E9" w14:textId="77777777" w:rsidR="007A37CF" w:rsidRDefault="00D93E1F">
            <w:pPr>
              <w:spacing w:after="60" w:line="264" w:lineRule="auto"/>
              <w:jc w:val="both"/>
            </w:pPr>
            <w:r>
              <w:rPr>
                <w:sz w:val="24"/>
              </w:rPr>
              <w:t>PL11.6.10</w:t>
            </w:r>
          </w:p>
        </w:tc>
        <w:tc>
          <w:tcPr>
            <w:tcW w:w="4536" w:type="dxa"/>
          </w:tcPr>
          <w:p w14:paraId="3A461357" w14:textId="77777777" w:rsidR="007A37CF" w:rsidRDefault="00D93E1F">
            <w:pPr>
              <w:spacing w:after="60" w:line="264" w:lineRule="auto"/>
              <w:jc w:val="both"/>
            </w:pPr>
            <w:r>
              <w:rPr>
                <w:sz w:val="24"/>
              </w:rPr>
              <w:t>Sản phẩm và gợi ý đáp án theo hoạt động</w:t>
            </w:r>
          </w:p>
        </w:tc>
        <w:tc>
          <w:tcPr>
            <w:tcW w:w="1560" w:type="dxa"/>
          </w:tcPr>
          <w:p w14:paraId="2D60C773" w14:textId="77777777" w:rsidR="007A37CF" w:rsidRDefault="00D93E1F">
            <w:pPr>
              <w:spacing w:after="60" w:line="264" w:lineRule="auto"/>
              <w:jc w:val="both"/>
            </w:pPr>
            <w:r>
              <w:rPr>
                <w:sz w:val="24"/>
              </w:rPr>
              <w:t>GV</w:t>
            </w:r>
          </w:p>
        </w:tc>
        <w:tc>
          <w:tcPr>
            <w:tcW w:w="1732" w:type="dxa"/>
          </w:tcPr>
          <w:p w14:paraId="74D04E42" w14:textId="77777777" w:rsidR="007A37CF" w:rsidRDefault="00D93E1F">
            <w:pPr>
              <w:spacing w:after="60" w:line="264" w:lineRule="auto"/>
              <w:jc w:val="both"/>
            </w:pPr>
            <w:r>
              <w:rPr>
                <w:sz w:val="24"/>
              </w:rPr>
              <w:t>Các hoạt động; mục IV</w:t>
            </w:r>
          </w:p>
        </w:tc>
      </w:tr>
    </w:tbl>
    <w:p w14:paraId="4BEEACF4" w14:textId="77777777" w:rsidR="007A37CF" w:rsidRDefault="00D93E1F">
      <w:pPr>
        <w:keepNext/>
        <w:spacing w:before="80" w:after="60" w:line="264" w:lineRule="auto"/>
      </w:pPr>
      <w:r>
        <w:rPr>
          <w:b/>
        </w:rPr>
        <w:t>PL11.6.1. Phiếu học tập</w:t>
      </w:r>
    </w:p>
    <w:p w14:paraId="1E6DEE0D" w14:textId="77777777" w:rsidR="007A37CF" w:rsidRDefault="00D93E1F">
      <w:pPr>
        <w:tabs>
          <w:tab w:val="left" w:pos="425"/>
        </w:tabs>
        <w:spacing w:after="60" w:line="264" w:lineRule="auto"/>
        <w:ind w:left="425" w:hanging="227"/>
        <w:jc w:val="both"/>
      </w:pPr>
      <w:r>
        <w:t xml:space="preserve">- </w:t>
      </w:r>
      <w:r>
        <w:tab/>
      </w:r>
      <w:r>
        <w:t>Phiếu học tập 11.6.1: Bảng so sánh phân cụm/phân lớp (mục đích; có/không dùng nhãn; ví dụ; thuật toán gợi ý; dấu hiệu nhận biết).</w:t>
      </w:r>
    </w:p>
    <w:p w14:paraId="7A52214A" w14:textId="77777777" w:rsidR="007A37CF" w:rsidRDefault="00D93E1F">
      <w:pPr>
        <w:tabs>
          <w:tab w:val="left" w:pos="425"/>
        </w:tabs>
        <w:spacing w:after="60" w:line="264" w:lineRule="auto"/>
        <w:ind w:left="425" w:hanging="227"/>
        <w:jc w:val="both"/>
      </w:pPr>
      <w:r>
        <w:t xml:space="preserve">- </w:t>
      </w:r>
      <w:r>
        <w:tab/>
      </w:r>
      <w:r>
        <w:t>Phiếu học tập 11.6.2: Bảng ví dụ ứng dụng mạng nơ-ron (gồm năm cột: Ứng dụng, Lĩnh vực, Đầu vào, Đầu ra, Ví dụ cụ thể).</w:t>
      </w:r>
    </w:p>
    <w:p w14:paraId="3BD41968" w14:textId="77777777" w:rsidR="007A37CF" w:rsidRDefault="00D93E1F">
      <w:pPr>
        <w:tabs>
          <w:tab w:val="left" w:pos="425"/>
        </w:tabs>
        <w:spacing w:after="60" w:line="264" w:lineRule="auto"/>
        <w:ind w:left="425" w:hanging="227"/>
        <w:jc w:val="both"/>
      </w:pPr>
      <w:r>
        <w:t xml:space="preserve">- </w:t>
      </w:r>
      <w:r>
        <w:tab/>
      </w:r>
      <w:r>
        <w:t>Phiếu vận dụng cá nhân (Hoạt động 4).</w:t>
      </w:r>
    </w:p>
    <w:p w14:paraId="52DF78A2" w14:textId="77777777" w:rsidR="007A37CF" w:rsidRDefault="00D93E1F">
      <w:pPr>
        <w:keepNext/>
        <w:spacing w:before="80" w:after="60" w:line="264" w:lineRule="auto"/>
      </w:pPr>
      <w:r>
        <w:rPr>
          <w:b/>
        </w:rPr>
        <w:t>PL11.6.2. Sơ đồ minh hoạ</w:t>
      </w:r>
    </w:p>
    <w:p w14:paraId="6223AE20" w14:textId="77777777" w:rsidR="007A37CF" w:rsidRDefault="00D93E1F">
      <w:pPr>
        <w:spacing w:after="60" w:line="264" w:lineRule="auto"/>
        <w:jc w:val="both"/>
      </w:pPr>
      <w:r>
        <w:rPr>
          <w:b/>
        </w:rPr>
        <w:t>Sơ đồ 1, Bản đồ loại bài toán AI</w:t>
      </w:r>
      <w:r>
        <w:t xml:space="preserve"> (dùng cho Nhiệm vụ 2.1 và Hoạt động 3)</w:t>
      </w:r>
    </w:p>
    <w:p w14:paraId="0DDBE236" w14:textId="77777777" w:rsidR="007A37CF" w:rsidRDefault="00D93E1F">
      <w:pPr>
        <w:spacing w:after="60" w:line="264" w:lineRule="auto"/>
        <w:jc w:val="center"/>
      </w:pPr>
      <w:r>
        <w:rPr>
          <w:noProof/>
        </w:rPr>
        <mc:AlternateContent>
          <mc:Choice Requires="wpg">
            <w:drawing>
              <wp:inline distT="0" distB="0" distL="0" distR="0" wp14:anchorId="420A724F" wp14:editId="36EB7E56">
                <wp:extent cx="5424000" cy="2939415"/>
                <wp:effectExtent l="0" t="0" r="24765" b="0"/>
                <wp:docPr id="901" name="Sơ đồ 1 – Bản đồ loại bài toán AI" descr="Sơ đồ 1 – Bản đồ loại bài toán AI"/>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24000" cy="2939415"/>
                          <a:chOff x="144000" y="468000"/>
                          <a:chExt cx="5424000" cy="2939415"/>
                        </a:xfrm>
                      </wpg:grpSpPr>
                      <wps:wsp>
                        <wps:cNvPr id="413172913" name="Rectangle: Rounded Corners 413172913"/>
                        <wps:cNvSpPr/>
                        <wps:spPr>
                          <a:xfrm>
                            <a:off x="1008000" y="468000"/>
                            <a:ext cx="3744000" cy="504000"/>
                          </a:xfrm>
                          <a:prstGeom prst="roundRect">
                            <a:avLst>
                              <a:gd name="adj" fmla="val 8000"/>
                            </a:avLst>
                          </a:prstGeom>
                          <a:solidFill>
                            <a:srgbClr val="FBF7E8"/>
                          </a:solidFill>
                          <a:ln w="9600">
                            <a:solidFill>
                              <a:srgbClr val="222222"/>
                            </a:solidFill>
                          </a:ln>
                        </wps:spPr>
                        <wps:txbx>
                          <w:txbxContent>
                            <w:p w14:paraId="0D0B1310" w14:textId="77777777" w:rsidR="007A37CF" w:rsidRDefault="00D93E1F">
                              <w:pPr>
                                <w:spacing w:after="0" w:line="240" w:lineRule="auto"/>
                                <w:jc w:val="center"/>
                              </w:pPr>
                              <w:r>
                                <w:rPr>
                                  <w:b/>
                                  <w:sz w:val="19"/>
                                  <w:szCs w:val="19"/>
                                </w:rPr>
                                <w:t>MÁY CẦN LÀM GÌ VỚI DỮ LIỆU?</w:t>
                              </w:r>
                            </w:p>
                            <w:p w14:paraId="7CE70BD3" w14:textId="77777777" w:rsidR="007A37CF" w:rsidRDefault="00D93E1F">
                              <w:pPr>
                                <w:spacing w:after="0" w:line="240" w:lineRule="auto"/>
                                <w:jc w:val="center"/>
                              </w:pPr>
                              <w:r>
                                <w:rPr>
                                  <w:sz w:val="19"/>
                                  <w:szCs w:val="19"/>
                                </w:rPr>
                                <w:t>Trước hết cần biết: dữ liệu ĐÃ CÓ NHÃN sẵn hay CHƯA CÓ NHÃN?</w:t>
                              </w:r>
                            </w:p>
                          </w:txbxContent>
                        </wps:txbx>
                        <wps:bodyPr lIns="45720" tIns="22860" rIns="45720" bIns="22860" anchor="ctr">
                          <a:noAutofit/>
                        </wps:bodyPr>
                      </wps:wsp>
                      <wps:wsp>
                        <wps:cNvPr id="597718950" name="Straight Connector 597718950"/>
                        <wps:cNvCnPr/>
                        <wps:spPr>
                          <a:xfrm flipH="1">
                            <a:off x="2160000" y="972000"/>
                            <a:ext cx="1" cy="372000"/>
                          </a:xfrm>
                          <a:prstGeom prst="line">
                            <a:avLst/>
                          </a:prstGeom>
                          <a:ln w="12000">
                            <a:solidFill>
                              <a:srgbClr val="222222"/>
                            </a:solidFill>
                            <a:tailEnd type="arrow" w="med" len="med"/>
                          </a:ln>
                        </wps:spPr>
                        <wps:bodyPr/>
                      </wps:wsp>
                      <wps:wsp>
                        <wps:cNvPr id="1370143239" name="Straight Connector 1370143239"/>
                        <wps:cNvCnPr/>
                        <wps:spPr>
                          <a:xfrm>
                            <a:off x="3600000" y="972000"/>
                            <a:ext cx="624000" cy="372000"/>
                          </a:xfrm>
                          <a:prstGeom prst="line">
                            <a:avLst/>
                          </a:prstGeom>
                          <a:ln w="12000">
                            <a:solidFill>
                              <a:srgbClr val="222222"/>
                            </a:solidFill>
                            <a:tailEnd type="arrow" w="med" len="med"/>
                          </a:ln>
                        </wps:spPr>
                        <wps:bodyPr/>
                      </wps:wsp>
                      <wps:wsp>
                        <wps:cNvPr id="1081677767" name="Rectangle: Rounded Corners 1081677767"/>
                        <wps:cNvSpPr/>
                        <wps:spPr>
                          <a:xfrm>
                            <a:off x="1343872" y="947872"/>
                            <a:ext cx="1008000" cy="204033"/>
                          </a:xfrm>
                          <a:prstGeom prst="roundRect">
                            <a:avLst>
                              <a:gd name="adj" fmla="val 8000"/>
                            </a:avLst>
                          </a:prstGeom>
                          <a:noFill/>
                          <a:ln w="0">
                            <a:noFill/>
                          </a:ln>
                        </wps:spPr>
                        <wps:txbx>
                          <w:txbxContent>
                            <w:p w14:paraId="6FD04C45" w14:textId="77777777" w:rsidR="007A37CF" w:rsidRDefault="00D93E1F">
                              <w:pPr>
                                <w:spacing w:after="0" w:line="240" w:lineRule="auto"/>
                                <w:jc w:val="center"/>
                              </w:pPr>
                              <w:r>
                                <w:rPr>
                                  <w:sz w:val="16"/>
                                  <w:szCs w:val="16"/>
                                </w:rPr>
                                <w:t>có nhãn sẵn →</w:t>
                              </w:r>
                            </w:p>
                          </w:txbxContent>
                        </wps:txbx>
                        <wps:bodyPr lIns="45720" tIns="22860" rIns="45720" bIns="22860" anchor="ctr">
                          <a:noAutofit/>
                        </wps:bodyPr>
                      </wps:wsp>
                      <wps:wsp>
                        <wps:cNvPr id="402657497" name="Rectangle: Rounded Corners 402657497"/>
                        <wps:cNvSpPr/>
                        <wps:spPr>
                          <a:xfrm>
                            <a:off x="2803871" y="947903"/>
                            <a:ext cx="1008000" cy="244491"/>
                          </a:xfrm>
                          <a:prstGeom prst="roundRect">
                            <a:avLst>
                              <a:gd name="adj" fmla="val 8000"/>
                            </a:avLst>
                          </a:prstGeom>
                          <a:noFill/>
                          <a:ln w="0">
                            <a:noFill/>
                          </a:ln>
                        </wps:spPr>
                        <wps:txbx>
                          <w:txbxContent>
                            <w:p w14:paraId="141B7AEA" w14:textId="77777777" w:rsidR="007A37CF" w:rsidRDefault="00D93E1F">
                              <w:pPr>
                                <w:spacing w:after="0" w:line="240" w:lineRule="auto"/>
                                <w:jc w:val="center"/>
                              </w:pPr>
                              <w:r>
                                <w:rPr>
                                  <w:sz w:val="16"/>
                                  <w:szCs w:val="16"/>
                                </w:rPr>
                                <w:t>→ chưa có nhãn</w:t>
                              </w:r>
                            </w:p>
                          </w:txbxContent>
                        </wps:txbx>
                        <wps:bodyPr lIns="45720" tIns="22860" rIns="45720" bIns="22860" anchor="ctr">
                          <a:noAutofit/>
                        </wps:bodyPr>
                      </wps:wsp>
                      <wps:wsp>
                        <wps:cNvPr id="1662242987" name="Rectangle: Rounded Corners 1662242987"/>
                        <wps:cNvSpPr/>
                        <wps:spPr>
                          <a:xfrm>
                            <a:off x="192000" y="1344000"/>
                            <a:ext cx="2592000" cy="1056000"/>
                          </a:xfrm>
                          <a:prstGeom prst="roundRect">
                            <a:avLst>
                              <a:gd name="adj" fmla="val 8000"/>
                            </a:avLst>
                          </a:prstGeom>
                          <a:solidFill>
                            <a:srgbClr val="E9F4E6"/>
                          </a:solidFill>
                          <a:ln w="12000">
                            <a:solidFill>
                              <a:srgbClr val="376937"/>
                            </a:solidFill>
                          </a:ln>
                        </wps:spPr>
                        <wps:bodyPr/>
                      </wps:wsp>
                      <wps:wsp>
                        <wps:cNvPr id="177165481" name="Rectangle: Rounded Corners 177165481"/>
                        <wps:cNvSpPr/>
                        <wps:spPr>
                          <a:xfrm>
                            <a:off x="192000" y="1387200"/>
                            <a:ext cx="2592000" cy="612000"/>
                          </a:xfrm>
                          <a:prstGeom prst="roundRect">
                            <a:avLst>
                              <a:gd name="adj" fmla="val 8000"/>
                            </a:avLst>
                          </a:prstGeom>
                          <a:noFill/>
                          <a:ln w="0">
                            <a:noFill/>
                          </a:ln>
                        </wps:spPr>
                        <wps:txbx>
                          <w:txbxContent>
                            <w:p w14:paraId="3169C734" w14:textId="77777777" w:rsidR="007A37CF" w:rsidRDefault="00D93E1F">
                              <w:pPr>
                                <w:spacing w:after="0" w:line="240" w:lineRule="auto"/>
                                <w:jc w:val="center"/>
                              </w:pPr>
                              <w:r>
                                <w:rPr>
                                  <w:b/>
                                  <w:sz w:val="19"/>
                                  <w:szCs w:val="19"/>
                                </w:rPr>
                                <w:t>PHÂN LỚP  (classification)</w:t>
                              </w:r>
                            </w:p>
                            <w:p w14:paraId="420BF559" w14:textId="77777777" w:rsidR="007A37CF" w:rsidRDefault="00D93E1F">
                              <w:pPr>
                                <w:spacing w:after="0" w:line="240" w:lineRule="auto"/>
                                <w:jc w:val="center"/>
                              </w:pPr>
                              <w:r>
                                <w:rPr>
                                  <w:sz w:val="19"/>
                                  <w:szCs w:val="19"/>
                                </w:rPr>
                                <w:t>Dữ liệu đã gán nhãn sẵn</w:t>
                              </w:r>
                            </w:p>
                            <w:p w14:paraId="5FD040E8" w14:textId="77777777" w:rsidR="007A37CF" w:rsidRDefault="00D93E1F">
                              <w:pPr>
                                <w:spacing w:after="0" w:line="240" w:lineRule="auto"/>
                                <w:jc w:val="center"/>
                              </w:pPr>
                              <w:r>
                                <w:rPr>
                                  <w:sz w:val="19"/>
                                  <w:szCs w:val="19"/>
                                </w:rPr>
                                <w:t>Học từ mẫu có nhãn</w:t>
                              </w:r>
                            </w:p>
                            <w:p w14:paraId="5356DB7F" w14:textId="77777777" w:rsidR="007A37CF" w:rsidRDefault="00D93E1F">
                              <w:pPr>
                                <w:spacing w:after="0" w:line="240" w:lineRule="auto"/>
                                <w:jc w:val="center"/>
                              </w:pPr>
                              <w:r>
                                <w:rPr>
                                  <w:sz w:val="19"/>
                                  <w:szCs w:val="19"/>
                                </w:rPr>
                                <w:t>→ gán nhãn cho dữ liệu mới</w:t>
                              </w:r>
                            </w:p>
                          </w:txbxContent>
                        </wps:txbx>
                        <wps:bodyPr lIns="45720" tIns="22860" rIns="45720" bIns="22860" anchor="ctr">
                          <a:noAutofit/>
                        </wps:bodyPr>
                      </wps:wsp>
                      <wps:wsp>
                        <wps:cNvPr id="1150742421" name="Rectangle 1150742421"/>
                        <wps:cNvSpPr/>
                        <wps:spPr>
                          <a:xfrm>
                            <a:off x="192000" y="2028000"/>
                            <a:ext cx="480000" cy="240000"/>
                          </a:xfrm>
                          <a:prstGeom prst="rect">
                            <a:avLst/>
                          </a:prstGeom>
                          <a:blipFill>
                            <a:blip r:embed="rId7"/>
                            <a:srcRect/>
                            <a:stretch>
                              <a:fillRect/>
                            </a:stretch>
                          </a:blipFill>
                          <a:ln w="7200">
                            <a:solidFill>
                              <a:srgbClr val="376937"/>
                            </a:solidFill>
                          </a:ln>
                        </wps:spPr>
                        <wps:bodyPr/>
                      </wps:wsp>
                      <wps:wsp>
                        <wps:cNvPr id="366109588" name="Rectangle: Rounded Corners 366109588"/>
                        <wps:cNvSpPr/>
                        <wps:spPr>
                          <a:xfrm>
                            <a:off x="1017225" y="2027380"/>
                            <a:ext cx="544800" cy="316922"/>
                          </a:xfrm>
                          <a:prstGeom prst="roundRect">
                            <a:avLst>
                              <a:gd name="adj" fmla="val 8000"/>
                            </a:avLst>
                          </a:prstGeom>
                          <a:solidFill>
                            <a:srgbClr val="CFE6C6"/>
                          </a:solidFill>
                          <a:ln w="7200">
                            <a:solidFill>
                              <a:srgbClr val="376937"/>
                            </a:solidFill>
                          </a:ln>
                        </wps:spPr>
                        <wps:txbx>
                          <w:txbxContent>
                            <w:p w14:paraId="6885D31B" w14:textId="77777777" w:rsidR="007A37CF" w:rsidRDefault="00D93E1F">
                              <w:pPr>
                                <w:spacing w:after="0" w:line="240" w:lineRule="auto"/>
                                <w:jc w:val="center"/>
                              </w:pPr>
                              <w:r>
                                <w:rPr>
                                  <w:b/>
                                  <w:sz w:val="16"/>
                                  <w:szCs w:val="16"/>
                                </w:rPr>
                                <w:t>lọc thư rác</w:t>
                              </w:r>
                            </w:p>
                          </w:txbxContent>
                        </wps:txbx>
                        <wps:bodyPr lIns="45720" tIns="22860" rIns="45720" bIns="22860" anchor="ctr">
                          <a:noAutofit/>
                        </wps:bodyPr>
                      </wps:wsp>
                      <wps:wsp>
                        <wps:cNvPr id="1835108720" name="Rectangle: Rounded Corners 1835108720"/>
                        <wps:cNvSpPr/>
                        <wps:spPr>
                          <a:xfrm>
                            <a:off x="1610148" y="2027689"/>
                            <a:ext cx="876000" cy="340363"/>
                          </a:xfrm>
                          <a:prstGeom prst="roundRect">
                            <a:avLst>
                              <a:gd name="adj" fmla="val 8000"/>
                            </a:avLst>
                          </a:prstGeom>
                          <a:solidFill>
                            <a:srgbClr val="CFE6C6"/>
                          </a:solidFill>
                          <a:ln w="7200">
                            <a:solidFill>
                              <a:srgbClr val="376937"/>
                            </a:solidFill>
                          </a:ln>
                        </wps:spPr>
                        <wps:txbx>
                          <w:txbxContent>
                            <w:p w14:paraId="2A0CA3F2" w14:textId="77777777" w:rsidR="007A37CF" w:rsidRDefault="00D93E1F">
                              <w:pPr>
                                <w:spacing w:after="0" w:line="240" w:lineRule="auto"/>
                                <w:jc w:val="center"/>
                              </w:pPr>
                              <w:r>
                                <w:rPr>
                                  <w:b/>
                                  <w:sz w:val="16"/>
                                  <w:szCs w:val="16"/>
                                </w:rPr>
                                <w:t>nhận diện chữ viết</w:t>
                              </w:r>
                            </w:p>
                          </w:txbxContent>
                        </wps:txbx>
                        <wps:bodyPr lIns="45720" tIns="22860" rIns="45720" bIns="22860" anchor="ctr">
                          <a:noAutofit/>
                        </wps:bodyPr>
                      </wps:wsp>
                      <wps:wsp>
                        <wps:cNvPr id="1537380137" name="Rectangle: Rounded Corners 1537380137"/>
                        <wps:cNvSpPr/>
                        <wps:spPr>
                          <a:xfrm>
                            <a:off x="2976000" y="1344000"/>
                            <a:ext cx="2592000" cy="1056000"/>
                          </a:xfrm>
                          <a:prstGeom prst="roundRect">
                            <a:avLst>
                              <a:gd name="adj" fmla="val 8000"/>
                            </a:avLst>
                          </a:prstGeom>
                          <a:solidFill>
                            <a:srgbClr val="FCE9DC"/>
                          </a:solidFill>
                          <a:ln w="12000">
                            <a:solidFill>
                              <a:srgbClr val="B96018"/>
                            </a:solidFill>
                          </a:ln>
                        </wps:spPr>
                        <wps:bodyPr/>
                      </wps:wsp>
                      <wps:wsp>
                        <wps:cNvPr id="1754944613" name="Rectangle: Rounded Corners 1754944613"/>
                        <wps:cNvSpPr/>
                        <wps:spPr>
                          <a:xfrm>
                            <a:off x="2976000" y="1387200"/>
                            <a:ext cx="2592000" cy="612000"/>
                          </a:xfrm>
                          <a:prstGeom prst="roundRect">
                            <a:avLst>
                              <a:gd name="adj" fmla="val 8000"/>
                            </a:avLst>
                          </a:prstGeom>
                          <a:noFill/>
                          <a:ln w="0">
                            <a:noFill/>
                          </a:ln>
                        </wps:spPr>
                        <wps:txbx>
                          <w:txbxContent>
                            <w:p w14:paraId="193F8D61" w14:textId="77777777" w:rsidR="007A37CF" w:rsidRDefault="00D93E1F">
                              <w:pPr>
                                <w:spacing w:after="0" w:line="240" w:lineRule="auto"/>
                                <w:jc w:val="center"/>
                              </w:pPr>
                              <w:r>
                                <w:rPr>
                                  <w:b/>
                                  <w:sz w:val="19"/>
                                  <w:szCs w:val="19"/>
                                </w:rPr>
                                <w:t>PHÂN CỤM  (clustering)</w:t>
                              </w:r>
                            </w:p>
                            <w:p w14:paraId="361F7EB5" w14:textId="77777777" w:rsidR="007A37CF" w:rsidRDefault="00D93E1F">
                              <w:pPr>
                                <w:spacing w:after="0" w:line="240" w:lineRule="auto"/>
                                <w:jc w:val="center"/>
                              </w:pPr>
                              <w:r>
                                <w:rPr>
                                  <w:sz w:val="19"/>
                                  <w:szCs w:val="19"/>
                                </w:rPr>
                                <w:t>Dữ liệu chưa có nhãn</w:t>
                              </w:r>
                            </w:p>
                            <w:p w14:paraId="714CAFA1" w14:textId="77777777" w:rsidR="007A37CF" w:rsidRDefault="00D93E1F">
                              <w:pPr>
                                <w:spacing w:after="0" w:line="240" w:lineRule="auto"/>
                                <w:jc w:val="center"/>
                              </w:pPr>
                              <w:r>
                                <w:rPr>
                                  <w:sz w:val="19"/>
                                  <w:szCs w:val="19"/>
                                </w:rPr>
                                <w:t>Máy tự gom các mẫu giống nhau</w:t>
                              </w:r>
                            </w:p>
                            <w:p w14:paraId="25FAB770" w14:textId="77777777" w:rsidR="007A37CF" w:rsidRDefault="00D93E1F">
                              <w:pPr>
                                <w:spacing w:after="0" w:line="240" w:lineRule="auto"/>
                                <w:jc w:val="center"/>
                              </w:pPr>
                              <w:r>
                                <w:rPr>
                                  <w:sz w:val="19"/>
                                  <w:szCs w:val="19"/>
                                </w:rPr>
                                <w:t>thành các cụm</w:t>
                              </w:r>
                            </w:p>
                          </w:txbxContent>
                        </wps:txbx>
                        <wps:bodyPr lIns="45720" tIns="22860" rIns="45720" bIns="22860" anchor="ctr">
                          <a:noAutofit/>
                        </wps:bodyPr>
                      </wps:wsp>
                      <wps:wsp>
                        <wps:cNvPr id="934727941" name="Rectangle 934727941"/>
                        <wps:cNvSpPr/>
                        <wps:spPr>
                          <a:xfrm>
                            <a:off x="2976000" y="2028000"/>
                            <a:ext cx="240000" cy="240000"/>
                          </a:xfrm>
                          <a:prstGeom prst="rect">
                            <a:avLst/>
                          </a:prstGeom>
                          <a:blipFill>
                            <a:blip r:embed="rId8"/>
                            <a:srcRect/>
                            <a:stretch>
                              <a:fillRect/>
                            </a:stretch>
                          </a:blipFill>
                          <a:ln w="7200">
                            <a:solidFill>
                              <a:srgbClr val="B96018"/>
                            </a:solidFill>
                          </a:ln>
                        </wps:spPr>
                        <wps:bodyPr/>
                      </wps:wsp>
                      <wps:wsp>
                        <wps:cNvPr id="227183845" name="Rectangle: Rounded Corners 227183845"/>
                        <wps:cNvSpPr/>
                        <wps:spPr>
                          <a:xfrm>
                            <a:off x="3341452" y="2027689"/>
                            <a:ext cx="969600" cy="316612"/>
                          </a:xfrm>
                          <a:prstGeom prst="roundRect">
                            <a:avLst>
                              <a:gd name="adj" fmla="val 8000"/>
                            </a:avLst>
                          </a:prstGeom>
                          <a:solidFill>
                            <a:srgbClr val="F4DCC8"/>
                          </a:solidFill>
                          <a:ln w="7200">
                            <a:solidFill>
                              <a:srgbClr val="B96018"/>
                            </a:solidFill>
                          </a:ln>
                        </wps:spPr>
                        <wps:txbx>
                          <w:txbxContent>
                            <w:p w14:paraId="6A861A15" w14:textId="77777777" w:rsidR="007A37CF" w:rsidRDefault="00D93E1F">
                              <w:pPr>
                                <w:spacing w:after="0" w:line="240" w:lineRule="auto"/>
                                <w:jc w:val="center"/>
                              </w:pPr>
                              <w:r>
                                <w:rPr>
                                  <w:b/>
                                  <w:sz w:val="16"/>
                                  <w:szCs w:val="16"/>
                                </w:rPr>
                                <w:t>gom ảnh theo chủ đề</w:t>
                              </w:r>
                            </w:p>
                          </w:txbxContent>
                        </wps:txbx>
                        <wps:bodyPr lIns="45720" tIns="22860" rIns="45720" bIns="22860" anchor="ctr">
                          <a:noAutofit/>
                        </wps:bodyPr>
                      </wps:wsp>
                      <wps:wsp>
                        <wps:cNvPr id="939037867" name="Rectangle: Rounded Corners 939037867"/>
                        <wps:cNvSpPr/>
                        <wps:spPr>
                          <a:xfrm>
                            <a:off x="4358878" y="2027689"/>
                            <a:ext cx="1130400" cy="328487"/>
                          </a:xfrm>
                          <a:prstGeom prst="roundRect">
                            <a:avLst>
                              <a:gd name="adj" fmla="val 8000"/>
                            </a:avLst>
                          </a:prstGeom>
                          <a:solidFill>
                            <a:srgbClr val="F4DCC8"/>
                          </a:solidFill>
                          <a:ln w="7200">
                            <a:solidFill>
                              <a:srgbClr val="B96018"/>
                            </a:solidFill>
                          </a:ln>
                        </wps:spPr>
                        <wps:txbx>
                          <w:txbxContent>
                            <w:p w14:paraId="4CB72F29" w14:textId="77777777" w:rsidR="007A37CF" w:rsidRDefault="00D93E1F">
                              <w:pPr>
                                <w:spacing w:after="0" w:line="240" w:lineRule="auto"/>
                                <w:jc w:val="center"/>
                              </w:pPr>
                              <w:r>
                                <w:rPr>
                                  <w:b/>
                                  <w:sz w:val="16"/>
                                  <w:szCs w:val="16"/>
                                </w:rPr>
                                <w:t>nhóm CLB theo sở thích</w:t>
                              </w:r>
                            </w:p>
                          </w:txbxContent>
                        </wps:txbx>
                        <wps:bodyPr lIns="45720" tIns="22860" rIns="45720" bIns="22860" anchor="ctr">
                          <a:noAutofit/>
                        </wps:bodyPr>
                      </wps:wsp>
                      <wps:wsp>
                        <wps:cNvPr id="1611717730" name="Straight Connector 1611717730"/>
                        <wps:cNvCnPr/>
                        <wps:spPr>
                          <a:xfrm>
                            <a:off x="1488000" y="2400000"/>
                            <a:ext cx="336000" cy="144000"/>
                          </a:xfrm>
                          <a:prstGeom prst="line">
                            <a:avLst/>
                          </a:prstGeom>
                          <a:ln w="12000">
                            <a:solidFill>
                              <a:srgbClr val="222222"/>
                            </a:solidFill>
                            <a:tailEnd type="arrow" w="med" len="med"/>
                          </a:ln>
                        </wps:spPr>
                        <wps:bodyPr/>
                      </wps:wsp>
                      <wps:wsp>
                        <wps:cNvPr id="1812155715" name="Straight Connector 1812155715"/>
                        <wps:cNvCnPr/>
                        <wps:spPr>
                          <a:xfrm flipH="1">
                            <a:off x="4272000" y="2400000"/>
                            <a:ext cx="1" cy="144000"/>
                          </a:xfrm>
                          <a:prstGeom prst="line">
                            <a:avLst/>
                          </a:prstGeom>
                          <a:ln w="12000">
                            <a:solidFill>
                              <a:srgbClr val="222222"/>
                            </a:solidFill>
                            <a:tailEnd type="arrow" w="med" len="med"/>
                          </a:ln>
                        </wps:spPr>
                        <wps:bodyPr/>
                      </wps:wsp>
                      <wps:wsp>
                        <wps:cNvPr id="1459689799" name="Rectangle: Rounded Corners 1459689799"/>
                        <wps:cNvSpPr/>
                        <wps:spPr>
                          <a:xfrm>
                            <a:off x="336000" y="2544000"/>
                            <a:ext cx="5088000" cy="672000"/>
                          </a:xfrm>
                          <a:prstGeom prst="roundRect">
                            <a:avLst>
                              <a:gd name="adj" fmla="val 8000"/>
                            </a:avLst>
                          </a:prstGeom>
                          <a:solidFill>
                            <a:srgbClr val="E3EEF8"/>
                          </a:solidFill>
                          <a:ln w="12000">
                            <a:solidFill>
                              <a:srgbClr val="2E75B6"/>
                            </a:solidFill>
                          </a:ln>
                        </wps:spPr>
                        <wps:txbx>
                          <w:txbxContent>
                            <w:p w14:paraId="13DEFFAC" w14:textId="77777777" w:rsidR="007A37CF" w:rsidRDefault="00D93E1F">
                              <w:pPr>
                                <w:spacing w:after="0" w:line="240" w:lineRule="auto"/>
                                <w:jc w:val="center"/>
                              </w:pPr>
                              <w:r>
                                <w:rPr>
                                  <w:b/>
                                  <w:sz w:val="19"/>
                                  <w:szCs w:val="19"/>
                                </w:rPr>
                                <w:t>MẠNG NƠ-RON NHÂN TẠO – một kĩ thuật "học" mạnh</w:t>
                              </w:r>
                            </w:p>
                            <w:p w14:paraId="6D033037" w14:textId="77777777" w:rsidR="007A37CF" w:rsidRDefault="00D93E1F">
                              <w:pPr>
                                <w:spacing w:after="0" w:line="240" w:lineRule="auto"/>
                                <w:jc w:val="center"/>
                              </w:pPr>
                              <w:r>
                                <w:rPr>
                                  <w:sz w:val="19"/>
                                  <w:szCs w:val="19"/>
                                </w:rPr>
                                <w:t>Giải quyết nhiều bài toán: nhận dạng khuôn mặt, tiếng nói, chữ viết · dịch máy · dự đoán – khuyến nghị</w:t>
                              </w:r>
                            </w:p>
                            <w:p w14:paraId="2E5D99CE" w14:textId="77777777" w:rsidR="007A37CF" w:rsidRDefault="00D93E1F">
                              <w:pPr>
                                <w:spacing w:after="0" w:line="240" w:lineRule="auto"/>
                                <w:jc w:val="center"/>
                              </w:pPr>
                              <w:r>
                                <w:rPr>
                                  <w:sz w:val="19"/>
                                  <w:szCs w:val="19"/>
                                </w:rPr>
                                <w:t>Chỉ nêu ứng dụng ở mức nhận biết – không yêu cầu hiểu cơ chế toán học (chưa học trong chương trình)</w:t>
                              </w:r>
                            </w:p>
                          </w:txbxContent>
                        </wps:txbx>
                        <wps:bodyPr lIns="45720" tIns="22860" rIns="45720" bIns="22860" anchor="ctr">
                          <a:noAutofit/>
                        </wps:bodyPr>
                      </wps:wsp>
                      <wps:wsp>
                        <wps:cNvPr id="1011303764" name="Rectangle: Rounded Corners 1011303764"/>
                        <wps:cNvSpPr/>
                        <wps:spPr>
                          <a:xfrm>
                            <a:off x="144000" y="3187449"/>
                            <a:ext cx="3456000" cy="219966"/>
                          </a:xfrm>
                          <a:prstGeom prst="roundRect">
                            <a:avLst>
                              <a:gd name="adj" fmla="val 8000"/>
                            </a:avLst>
                          </a:prstGeom>
                          <a:noFill/>
                          <a:ln w="0">
                            <a:noFill/>
                          </a:ln>
                        </wps:spPr>
                        <wps:txbx>
                          <w:txbxContent>
                            <w:p w14:paraId="20048D42" w14:textId="77777777" w:rsidR="007A37CF" w:rsidRDefault="00D93E1F">
                              <w:pPr>
                                <w:spacing w:after="0" w:line="240" w:lineRule="auto"/>
                              </w:pPr>
                              <w:r>
                                <w:rPr>
                                  <w:sz w:val="16"/>
                                  <w:szCs w:val="16"/>
                                </w:rPr>
                                <w:t>nhãn = đáp án đúng được gán sẵn cho dữ liệu</w:t>
                              </w:r>
                            </w:p>
                          </w:txbxContent>
                        </wps:txbx>
                        <wps:bodyPr lIns="45720" tIns="22860" rIns="45720" bIns="22860" anchor="ctr">
                          <a:noAutofit/>
                        </wps:bodyPr>
                      </wps:wsp>
                    </wpg:wgp>
                  </a:graphicData>
                </a:graphic>
              </wp:inline>
            </w:drawing>
          </mc:Choice>
          <mc:Fallback>
            <w:pict>
              <v:group w14:anchorId="420A724F" id="Sơ đồ 1 – Bản đồ loại bài toán AI" o:spid="_x0000_s1026" alt="Sơ đồ 1 – Bản đồ loại bài toán AI" style="width:427.1pt;height:231.45pt;mso-position-horizontal-relative:char;mso-position-vertical-relative:line" coordorigin="1440,4680" coordsize="54240,2939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">
                <o:lock v:ext="edit" aspectratio="t"/>
                <v:roundrect id="Rectangle: Rounded Corners 413172913" o:spid="_x0000_s1027" style="position:absolute;left:10080;top:4680;width:37440;height:504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" fillcolor="#fbf7e8" strokecolor="#222" strokeweight=".26667mm">
                  <v:textbox inset="3.6pt,1.8pt,3.6pt,1.8pt">
                    <w:txbxContent>
                      <w:p w14:paraId="0D0B1310" w14:textId="77777777" w:rsidR="007A37CF" w:rsidRDefault="00D93E1F">
                        <w:pPr>
                          <w:spacing w:after="0" w:line="240" w:lineRule="auto"/>
                          <w:jc w:val="center"/>
                        </w:pPr>
                        <w:r>
                          <w:rPr>
                            <w:b/>
                            <w:sz w:val="19"/>
                            <w:szCs w:val="19"/>
                          </w:rPr>
                          <w:t>MÁY CẦN LÀM GÌ VỚI DỮ LIỆU?</w:t>
                        </w:r>
                      </w:p>
                      <w:p w14:paraId="7CE70BD3" w14:textId="77777777" w:rsidR="007A37CF" w:rsidRDefault="00D93E1F">
                        <w:pPr>
                          <w:spacing w:after="0" w:line="240" w:lineRule="auto"/>
                          <w:jc w:val="center"/>
                        </w:pPr>
                        <w:r>
                          <w:rPr>
                            <w:sz w:val="19"/>
                            <w:szCs w:val="19"/>
                          </w:rPr>
                          <w:t>Trước hết cần biết: dữ liệu ĐÃ CÓ NHÃN sẵn hay CHƯA CÓ NHÃN?</w:t>
                        </w:r>
                      </w:p>
                    </w:txbxContent>
                  </v:textbox>
                </v:roundrect>
                <v:line id="Straight Connector 597718950" o:spid="_x0000_s1028" style="position:absolute;flip:x;visibility:visible;mso-wrap-style:square" from="21600,9720" to="21600,13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" strokecolor="#222" strokeweight=".33333mm">
                  <v:stroke endarrow="open"/>
                </v:line>
                <v:line id="Straight Connector 1370143239" o:spid="_x0000_s1029" style="position:absolute;visibility:visible;mso-wrap-style:square" from="36000,9720" to="42240,13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" strokecolor="#222" strokeweight=".33333mm">
                  <v:stroke endarrow="open"/>
                </v:line>
                <v:roundrect id="Rectangle: Rounded Corners 1081677767" o:spid="_x0000_s1030" style="position:absolute;left:13438;top:9478;width:10080;height:2041;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" filled="f" stroked="f" strokeweight="0">
                  <v:textbox inset="3.6pt,1.8pt,3.6pt,1.8pt">
                    <w:txbxContent>
                      <w:p w14:paraId="6FD04C45" w14:textId="77777777" w:rsidR="007A37CF" w:rsidRDefault="00D93E1F">
                        <w:pPr>
                          <w:spacing w:after="0" w:line="240" w:lineRule="auto"/>
                          <w:jc w:val="center"/>
                        </w:pPr>
                        <w:r>
                          <w:rPr>
                            <w:sz w:val="16"/>
                            <w:szCs w:val="16"/>
                          </w:rPr>
                          <w:t>có nhãn sẵn →</w:t>
                        </w:r>
                      </w:p>
                    </w:txbxContent>
                  </v:textbox>
                </v:roundrect>
                <v:roundrect id="Rectangle: Rounded Corners 402657497" o:spid="_x0000_s1031" style="position:absolute;left:28038;top:9479;width:10080;height:2444;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" filled="f" stroked="f" strokeweight="0">
                  <v:textbox inset="3.6pt,1.8pt,3.6pt,1.8pt">
                    <w:txbxContent>
                      <w:p w14:paraId="141B7AEA" w14:textId="77777777" w:rsidR="007A37CF" w:rsidRDefault="00D93E1F">
                        <w:pPr>
                          <w:spacing w:after="0" w:line="240" w:lineRule="auto"/>
                          <w:jc w:val="center"/>
                        </w:pPr>
                        <w:r>
                          <w:rPr>
                            <w:sz w:val="16"/>
                            <w:szCs w:val="16"/>
                          </w:rPr>
                          <w:t>→ chưa có nhãn</w:t>
                        </w:r>
                      </w:p>
                    </w:txbxContent>
                  </v:textbox>
                </v:roundrect>
                <v:roundrect id="Rectangle: Rounded Corners 1662242987" o:spid="_x0000_s1032" style="position:absolute;left:1920;top:13440;width:25920;height:10560;visibility:visible;mso-wrap-style:square;v-text-anchor:top"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" fillcolor="#e9f4e6" strokecolor="#376937" strokeweight=".33333mm"/>
                <v:roundrect id="Rectangle: Rounded Corners 177165481" o:spid="_x0000_s1033" style="position:absolute;left:1920;top:13872;width:25920;height:612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" filled="f" stroked="f" strokeweight="0">
                  <v:textbox inset="3.6pt,1.8pt,3.6pt,1.8pt">
                    <w:txbxContent>
                      <w:p w14:paraId="3169C734" w14:textId="77777777" w:rsidR="007A37CF" w:rsidRDefault="00D93E1F">
                        <w:pPr>
                          <w:spacing w:after="0" w:line="240" w:lineRule="auto"/>
                          <w:jc w:val="center"/>
                        </w:pPr>
                        <w:r>
                          <w:rPr>
                            <w:b/>
                            <w:sz w:val="19"/>
                            <w:szCs w:val="19"/>
                          </w:rPr>
                          <w:t>PHÂN LỚP  (classification)</w:t>
                        </w:r>
                      </w:p>
                      <w:p w14:paraId="420BF559" w14:textId="77777777" w:rsidR="007A37CF" w:rsidRDefault="00D93E1F">
                        <w:pPr>
                          <w:spacing w:after="0" w:line="240" w:lineRule="auto"/>
                          <w:jc w:val="center"/>
                        </w:pPr>
                        <w:r>
                          <w:rPr>
                            <w:sz w:val="19"/>
                            <w:szCs w:val="19"/>
                          </w:rPr>
                          <w:t>Dữ liệu đã gán nhãn sẵn</w:t>
                        </w:r>
                      </w:p>
                      <w:p w14:paraId="5FD040E8" w14:textId="77777777" w:rsidR="007A37CF" w:rsidRDefault="00D93E1F">
                        <w:pPr>
                          <w:spacing w:after="0" w:line="240" w:lineRule="auto"/>
                          <w:jc w:val="center"/>
                        </w:pPr>
                        <w:r>
                          <w:rPr>
                            <w:sz w:val="19"/>
                            <w:szCs w:val="19"/>
                          </w:rPr>
                          <w:t>Học từ mẫu có nhãn</w:t>
                        </w:r>
                      </w:p>
                      <w:p w14:paraId="5356DB7F" w14:textId="77777777" w:rsidR="007A37CF" w:rsidRDefault="00D93E1F">
                        <w:pPr>
                          <w:spacing w:after="0" w:line="240" w:lineRule="auto"/>
                          <w:jc w:val="center"/>
                        </w:pPr>
                        <w:r>
                          <w:rPr>
                            <w:sz w:val="19"/>
                            <w:szCs w:val="19"/>
                          </w:rPr>
                          <w:t>→ gán nhãn cho dữ liệu mới</w:t>
                        </w:r>
                      </w:p>
                    </w:txbxContent>
                  </v:textbox>
                </v:roundrect>
                <v:rect id="Rectangle 1150742421" o:spid="_x0000_s1034" style="position:absolute;left:1920;top:20280;width:4800;height:2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" strokecolor="#376937" strokeweight=".2mm">
                  <v:fill r:id="rId9" o:title="" recolor="t" rotate="t" type="frame"/>
                </v:rect>
                <v:roundrect id="Rectangle: Rounded Corners 366109588" o:spid="_x0000_s1035" style="position:absolute;left:10172;top:20273;width:5448;height:317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" fillcolor="#cfe6c6" strokecolor="#376937" strokeweight=".2mm">
                  <v:textbox inset="3.6pt,1.8pt,3.6pt,1.8pt">
                    <w:txbxContent>
                      <w:p w14:paraId="6885D31B" w14:textId="77777777" w:rsidR="007A37CF" w:rsidRDefault="00D93E1F">
                        <w:pPr>
                          <w:spacing w:after="0" w:line="240" w:lineRule="auto"/>
                          <w:jc w:val="center"/>
                        </w:pPr>
                        <w:r>
                          <w:rPr>
                            <w:b/>
                            <w:sz w:val="16"/>
                            <w:szCs w:val="16"/>
                          </w:rPr>
                          <w:t>lọc thư rác</w:t>
                        </w:r>
                      </w:p>
                    </w:txbxContent>
                  </v:textbox>
                </v:roundrect>
                <v:roundrect id="Rectangle: Rounded Corners 1835108720" o:spid="_x0000_s1036" style="position:absolute;left:16101;top:20276;width:8760;height:3404;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" fillcolor="#cfe6c6" strokecolor="#376937" strokeweight=".2mm">
                  <v:textbox inset="3.6pt,1.8pt,3.6pt,1.8pt">
                    <w:txbxContent>
                      <w:p w14:paraId="2A0CA3F2" w14:textId="77777777" w:rsidR="007A37CF" w:rsidRDefault="00D93E1F">
                        <w:pPr>
                          <w:spacing w:after="0" w:line="240" w:lineRule="auto"/>
                          <w:jc w:val="center"/>
                        </w:pPr>
                        <w:r>
                          <w:rPr>
                            <w:b/>
                            <w:sz w:val="16"/>
                            <w:szCs w:val="16"/>
                          </w:rPr>
                          <w:t>nhận diện chữ viết</w:t>
                        </w:r>
                      </w:p>
                    </w:txbxContent>
                  </v:textbox>
                </v:roundrect>
                <v:roundrect id="Rectangle: Rounded Corners 1537380137" o:spid="_x0000_s1037" style="position:absolute;left:29760;top:13440;width:25920;height:10560;visibility:visible;mso-wrap-style:square;v-text-anchor:top"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" fillcolor="#fce9dc" strokecolor="#b96018" strokeweight=".33333mm"/>
                <v:roundrect id="Rectangle: Rounded Corners 1754944613" o:spid="_x0000_s1038" style="position:absolute;left:29760;top:13872;width:25920;height:612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" filled="f" stroked="f" strokeweight="0">
                  <v:textbox inset="3.6pt,1.8pt,3.6pt,1.8pt">
                    <w:txbxContent>
                      <w:p w14:paraId="193F8D61" w14:textId="77777777" w:rsidR="007A37CF" w:rsidRDefault="00D93E1F">
                        <w:pPr>
                          <w:spacing w:after="0" w:line="240" w:lineRule="auto"/>
                          <w:jc w:val="center"/>
                        </w:pPr>
                        <w:r>
                          <w:rPr>
                            <w:b/>
                            <w:sz w:val="19"/>
                            <w:szCs w:val="19"/>
                          </w:rPr>
                          <w:t>PHÂN CỤM  (clustering)</w:t>
                        </w:r>
                      </w:p>
                      <w:p w14:paraId="361F7EB5" w14:textId="77777777" w:rsidR="007A37CF" w:rsidRDefault="00D93E1F">
                        <w:pPr>
                          <w:spacing w:after="0" w:line="240" w:lineRule="auto"/>
                          <w:jc w:val="center"/>
                        </w:pPr>
                        <w:r>
                          <w:rPr>
                            <w:sz w:val="19"/>
                            <w:szCs w:val="19"/>
                          </w:rPr>
                          <w:t>Dữ liệu chưa có nhãn</w:t>
                        </w:r>
                      </w:p>
                      <w:p w14:paraId="714CAFA1" w14:textId="77777777" w:rsidR="007A37CF" w:rsidRDefault="00D93E1F">
                        <w:pPr>
                          <w:spacing w:after="0" w:line="240" w:lineRule="auto"/>
                          <w:jc w:val="center"/>
                        </w:pPr>
                        <w:r>
                          <w:rPr>
                            <w:sz w:val="19"/>
                            <w:szCs w:val="19"/>
                          </w:rPr>
                          <w:t>Máy tự gom các mẫu giống nhau</w:t>
                        </w:r>
                      </w:p>
                      <w:p w14:paraId="25FAB770" w14:textId="77777777" w:rsidR="007A37CF" w:rsidRDefault="00D93E1F">
                        <w:pPr>
                          <w:spacing w:after="0" w:line="240" w:lineRule="auto"/>
                          <w:jc w:val="center"/>
                        </w:pPr>
                        <w:r>
                          <w:rPr>
                            <w:sz w:val="19"/>
                            <w:szCs w:val="19"/>
                          </w:rPr>
                          <w:t>thành các cụm</w:t>
                        </w:r>
                      </w:p>
                    </w:txbxContent>
                  </v:textbox>
                </v:roundrect>
                <v:rect id="Rectangle 934727941" o:spid="_x0000_s1039" style="position:absolute;left:29760;top:20280;width:2400;height:2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" strokecolor="#b96018" strokeweight=".2mm">
                  <v:fill r:id="rId10" o:title="" recolor="t" rotate="t" type="frame"/>
                </v:rect>
                <v:roundrect id="Rectangle: Rounded Corners 227183845" o:spid="_x0000_s1040" style="position:absolute;left:33414;top:20276;width:9696;height:3167;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" fillcolor="#f4dcc8" strokecolor="#b96018" strokeweight=".2mm">
                  <v:textbox inset="3.6pt,1.8pt,3.6pt,1.8pt">
                    <w:txbxContent>
                      <w:p w14:paraId="6A861A15" w14:textId="77777777" w:rsidR="007A37CF" w:rsidRDefault="00D93E1F">
                        <w:pPr>
                          <w:spacing w:after="0" w:line="240" w:lineRule="auto"/>
                          <w:jc w:val="center"/>
                        </w:pPr>
                        <w:r>
                          <w:rPr>
                            <w:b/>
                            <w:sz w:val="16"/>
                            <w:szCs w:val="16"/>
                          </w:rPr>
                          <w:t>gom ảnh theo chủ đề</w:t>
                        </w:r>
                      </w:p>
                    </w:txbxContent>
                  </v:textbox>
                </v:roundrect>
                <v:roundrect id="Rectangle: Rounded Corners 939037867" o:spid="_x0000_s1041" style="position:absolute;left:43588;top:20276;width:11304;height:3285;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" fillcolor="#f4dcc8" strokecolor="#b96018" strokeweight=".2mm">
                  <v:textbox inset="3.6pt,1.8pt,3.6pt,1.8pt">
                    <w:txbxContent>
                      <w:p w14:paraId="4CB72F29" w14:textId="77777777" w:rsidR="007A37CF" w:rsidRDefault="00D93E1F">
                        <w:pPr>
                          <w:spacing w:after="0" w:line="240" w:lineRule="auto"/>
                          <w:jc w:val="center"/>
                        </w:pPr>
                        <w:r>
                          <w:rPr>
                            <w:b/>
                            <w:sz w:val="16"/>
                            <w:szCs w:val="16"/>
                          </w:rPr>
                          <w:t>nhóm CLB theo sở thích</w:t>
                        </w:r>
                      </w:p>
                    </w:txbxContent>
                  </v:textbox>
                </v:roundrect>
                <v:line id="Straight Connector 1611717730" o:spid="_x0000_s1042" style="position:absolute;visibility:visible;mso-wrap-style:square" from="14880,24000" to="18240,2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" strokecolor="#222" strokeweight=".33333mm">
                  <v:stroke endarrow="open"/>
                </v:line>
                <v:line id="Straight Connector 1812155715" o:spid="_x0000_s1043" style="position:absolute;flip:x;visibility:visible;mso-wrap-style:square" from="42720,24000" to="42720,2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" strokecolor="#222" strokeweight=".33333mm">
                  <v:stroke endarrow="open"/>
                </v:line>
                <v:roundrect id="Rectangle: Rounded Corners 1459689799" o:spid="_x0000_s1044" style="position:absolute;left:3360;top:25440;width:50880;height:672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" fillcolor="#e3eef8" strokecolor="#2e75b6" strokeweight=".33333mm">
                  <v:textbox inset="3.6pt,1.8pt,3.6pt,1.8pt">
                    <w:txbxContent>
                      <w:p w14:paraId="13DEFFAC" w14:textId="77777777" w:rsidR="007A37CF" w:rsidRDefault="00D93E1F">
                        <w:pPr>
                          <w:spacing w:after="0" w:line="240" w:lineRule="auto"/>
                          <w:jc w:val="center"/>
                        </w:pPr>
                        <w:r>
                          <w:rPr>
                            <w:b/>
                            <w:sz w:val="19"/>
                            <w:szCs w:val="19"/>
                          </w:rPr>
                          <w:t>MẠNG NƠ-RON NHÂN TẠO – một kĩ thuật "học" mạnh</w:t>
                        </w:r>
                      </w:p>
                      <w:p w14:paraId="6D033037" w14:textId="77777777" w:rsidR="007A37CF" w:rsidRDefault="00D93E1F">
                        <w:pPr>
                          <w:spacing w:after="0" w:line="240" w:lineRule="auto"/>
                          <w:jc w:val="center"/>
                        </w:pPr>
                        <w:r>
                          <w:rPr>
                            <w:sz w:val="19"/>
                            <w:szCs w:val="19"/>
                          </w:rPr>
                          <w:t>Giải quyết nhiều bài toán: nhận dạng khuôn mặt, tiếng nói, chữ viết · dịch máy · dự đoán – khuyến nghị</w:t>
                        </w:r>
                      </w:p>
                      <w:p w14:paraId="2E5D99CE" w14:textId="77777777" w:rsidR="007A37CF" w:rsidRDefault="00D93E1F">
                        <w:pPr>
                          <w:spacing w:after="0" w:line="240" w:lineRule="auto"/>
                          <w:jc w:val="center"/>
                        </w:pPr>
                        <w:r>
                          <w:rPr>
                            <w:sz w:val="19"/>
                            <w:szCs w:val="19"/>
                          </w:rPr>
                          <w:t>Chỉ nêu ứng dụng ở mức nhận biết – không yêu cầu hiểu cơ chế toán học (chưa học trong chương trình)</w:t>
                        </w:r>
                      </w:p>
                    </w:txbxContent>
                  </v:textbox>
                </v:roundrect>
                <v:roundrect id="Rectangle: Rounded Corners 1011303764" o:spid="_x0000_s1045" style="position:absolute;left:1440;top:31874;width:34560;height:22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" filled="f" stroked="f" strokeweight="0">
                  <v:textbox inset="3.6pt,1.8pt,3.6pt,1.8pt">
                    <w:txbxContent>
                      <w:p w14:paraId="20048D42" w14:textId="77777777" w:rsidR="007A37CF" w:rsidRDefault="00D93E1F">
                        <w:pPr>
                          <w:spacing w:after="0" w:line="240" w:lineRule="auto"/>
                        </w:pPr>
                        <w:r>
                          <w:rPr>
                            <w:sz w:val="16"/>
                            <w:szCs w:val="16"/>
                          </w:rPr>
                          <w:t>nhãn = đáp án đúng được gán sẵn cho dữ liệu</w:t>
                        </w:r>
                      </w:p>
                    </w:txbxContent>
                  </v:textbox>
                </v:roundrect>
                <w10:anchorlock/>
              </v:group>
            </w:pict>
          </mc:Fallback>
        </mc:AlternateContent>
      </w:r>
    </w:p>
    <w:p w14:paraId="69ABE7E7" w14:textId="77777777" w:rsidR="007A37CF" w:rsidRDefault="00D93E1F">
      <w:pPr>
        <w:spacing w:after="60" w:line="264" w:lineRule="auto"/>
        <w:jc w:val="both"/>
      </w:pPr>
      <w:r>
        <w:rPr>
          <w:b/>
          <w:i/>
          <w:sz w:val="24"/>
        </w:rPr>
        <w:lastRenderedPageBreak/>
        <w:t xml:space="preserve">Hình 1. </w:t>
      </w:r>
      <w:r>
        <w:rPr>
          <w:i/>
          <w:sz w:val="24"/>
        </w:rPr>
        <w:t>Bản đồ loại bài toán AI: có nhãn sẵn → phân lớp; chưa có nhãn → phân cụm; mạng nơ-ron nhân tạo là kĩ thuật “học” dùng để giải quyết nhiều bài toán nhận dạng, dự đoán, khuyến nghị.</w:t>
      </w:r>
    </w:p>
    <w:p w14:paraId="02EC7B56" w14:textId="77777777" w:rsidR="007A37CF" w:rsidRDefault="00D93E1F">
      <w:pPr>
        <w:spacing w:after="60" w:line="264" w:lineRule="auto"/>
        <w:jc w:val="both"/>
      </w:pPr>
      <w:r>
        <w:rPr>
          <w:b/>
        </w:rPr>
        <w:t>Sơ đồ 2, Mạng nơ-ron nhân tạo</w:t>
      </w:r>
      <w:r>
        <w:t xml:space="preserve"> (dùng cho Nhiệm vụ 2.2)</w:t>
      </w:r>
    </w:p>
    <w:p w14:paraId="454453BB" w14:textId="77777777" w:rsidR="007A37CF" w:rsidRDefault="00D93E1F">
      <w:pPr>
        <w:spacing w:after="60" w:line="264" w:lineRule="auto"/>
        <w:jc w:val="center"/>
      </w:pPr>
      <w:r>
        <w:rPr>
          <w:noProof/>
        </w:rPr>
        <mc:AlternateContent>
          <mc:Choice Requires="wpg">
            <w:drawing>
              <wp:inline distT="0" distB="0" distL="0" distR="0" wp14:anchorId="25D026C1" wp14:editId="630DD20A">
                <wp:extent cx="5719325" cy="2812212"/>
                <wp:effectExtent l="0" t="0" r="0" b="26670"/>
                <wp:docPr id="902" name="Sơ đồ 2 – Mạng nơ-ron nhân tạo" descr="Sơ đồ 2 – Mạng nơ-ron nhân tạo"/>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719325" cy="2812212"/>
                          <a:chOff x="63373" y="878265"/>
                          <a:chExt cx="5719325" cy="2812212"/>
                        </a:xfrm>
                      </wpg:grpSpPr>
                      <wps:wsp>
                        <wps:cNvPr id="761021257" name="Straight Connector 761021257"/>
                        <wps:cNvCnPr/>
                        <wps:spPr>
                          <a:xfrm flipV="1">
                            <a:off x="1209600" y="1200000"/>
                            <a:ext cx="1540800" cy="1"/>
                          </a:xfrm>
                          <a:prstGeom prst="line">
                            <a:avLst/>
                          </a:prstGeom>
                          <a:ln w="9525">
                            <a:solidFill>
                              <a:srgbClr val="CDCDCD"/>
                            </a:solidFill>
                          </a:ln>
                        </wps:spPr>
                        <wps:bodyPr/>
                      </wps:wsp>
                      <wps:wsp>
                        <wps:cNvPr id="2047772751" name="Straight Connector 2047772751"/>
                        <wps:cNvCnPr/>
                        <wps:spPr>
                          <a:xfrm>
                            <a:off x="1209600" y="1200000"/>
                            <a:ext cx="1540800" cy="216000"/>
                          </a:xfrm>
                          <a:prstGeom prst="line">
                            <a:avLst/>
                          </a:prstGeom>
                          <a:ln w="9525">
                            <a:solidFill>
                              <a:srgbClr val="CDCDCD"/>
                            </a:solidFill>
                          </a:ln>
                        </wps:spPr>
                        <wps:bodyPr/>
                      </wps:wsp>
                      <wps:wsp>
                        <wps:cNvPr id="1279565039" name="Straight Connector 1279565039"/>
                        <wps:cNvCnPr/>
                        <wps:spPr>
                          <a:xfrm>
                            <a:off x="1209600" y="1200000"/>
                            <a:ext cx="1540800" cy="624000"/>
                          </a:xfrm>
                          <a:prstGeom prst="line">
                            <a:avLst/>
                          </a:prstGeom>
                          <a:ln w="9525">
                            <a:solidFill>
                              <a:srgbClr val="CDCDCD"/>
                            </a:solidFill>
                          </a:ln>
                        </wps:spPr>
                        <wps:bodyPr/>
                      </wps:wsp>
                      <wps:wsp>
                        <wps:cNvPr id="209568825" name="Straight Connector 209568825"/>
                        <wps:cNvCnPr/>
                        <wps:spPr>
                          <a:xfrm>
                            <a:off x="1209600" y="1200000"/>
                            <a:ext cx="1540800" cy="1032000"/>
                          </a:xfrm>
                          <a:prstGeom prst="line">
                            <a:avLst/>
                          </a:prstGeom>
                          <a:ln w="9525">
                            <a:solidFill>
                              <a:srgbClr val="CDCDCD"/>
                            </a:solidFill>
                          </a:ln>
                        </wps:spPr>
                        <wps:bodyPr/>
                      </wps:wsp>
                      <wps:wsp>
                        <wps:cNvPr id="71176484" name="Straight Connector 71176484"/>
                        <wps:cNvCnPr/>
                        <wps:spPr>
                          <a:xfrm>
                            <a:off x="1209600" y="1200000"/>
                            <a:ext cx="1540800" cy="1440000"/>
                          </a:xfrm>
                          <a:prstGeom prst="line">
                            <a:avLst/>
                          </a:prstGeom>
                          <a:ln w="9525">
                            <a:solidFill>
                              <a:srgbClr val="CDCDCD"/>
                            </a:solidFill>
                          </a:ln>
                        </wps:spPr>
                        <wps:bodyPr/>
                      </wps:wsp>
                      <wps:wsp>
                        <wps:cNvPr id="547248784" name="Straight Connector 547248784"/>
                        <wps:cNvCnPr/>
                        <wps:spPr>
                          <a:xfrm flipV="1">
                            <a:off x="1209600" y="1680000"/>
                            <a:ext cx="1540800" cy="1"/>
                          </a:xfrm>
                          <a:prstGeom prst="line">
                            <a:avLst/>
                          </a:prstGeom>
                          <a:ln w="9525">
                            <a:solidFill>
                              <a:srgbClr val="CDCDCD"/>
                            </a:solidFill>
                          </a:ln>
                        </wps:spPr>
                        <wps:bodyPr/>
                      </wps:wsp>
                      <wps:wsp>
                        <wps:cNvPr id="802521656" name="Straight Connector 802521656"/>
                        <wps:cNvCnPr/>
                        <wps:spPr>
                          <a:xfrm flipV="1">
                            <a:off x="1209600" y="1680000"/>
                            <a:ext cx="1540800" cy="1"/>
                          </a:xfrm>
                          <a:prstGeom prst="line">
                            <a:avLst/>
                          </a:prstGeom>
                          <a:ln w="9525">
                            <a:solidFill>
                              <a:srgbClr val="CDCDCD"/>
                            </a:solidFill>
                          </a:ln>
                        </wps:spPr>
                        <wps:bodyPr/>
                      </wps:wsp>
                      <wps:wsp>
                        <wps:cNvPr id="1783446716" name="Straight Connector 1783446716"/>
                        <wps:cNvCnPr/>
                        <wps:spPr>
                          <a:xfrm>
                            <a:off x="1209600" y="1680000"/>
                            <a:ext cx="1540800" cy="144000"/>
                          </a:xfrm>
                          <a:prstGeom prst="line">
                            <a:avLst/>
                          </a:prstGeom>
                          <a:ln w="9525">
                            <a:solidFill>
                              <a:srgbClr val="CDCDCD"/>
                            </a:solidFill>
                          </a:ln>
                        </wps:spPr>
                        <wps:bodyPr/>
                      </wps:wsp>
                      <wps:wsp>
                        <wps:cNvPr id="2128908218" name="Straight Connector 2128908218"/>
                        <wps:cNvCnPr/>
                        <wps:spPr>
                          <a:xfrm>
                            <a:off x="1209600" y="1680000"/>
                            <a:ext cx="1540800" cy="552000"/>
                          </a:xfrm>
                          <a:prstGeom prst="line">
                            <a:avLst/>
                          </a:prstGeom>
                          <a:ln w="9525">
                            <a:solidFill>
                              <a:srgbClr val="CDCDCD"/>
                            </a:solidFill>
                          </a:ln>
                        </wps:spPr>
                        <wps:bodyPr/>
                      </wps:wsp>
                      <wps:wsp>
                        <wps:cNvPr id="541992341" name="Straight Connector 541992341"/>
                        <wps:cNvCnPr/>
                        <wps:spPr>
                          <a:xfrm>
                            <a:off x="1209600" y="1680000"/>
                            <a:ext cx="1540800" cy="960000"/>
                          </a:xfrm>
                          <a:prstGeom prst="line">
                            <a:avLst/>
                          </a:prstGeom>
                          <a:ln w="9525">
                            <a:solidFill>
                              <a:srgbClr val="CDCDCD"/>
                            </a:solidFill>
                          </a:ln>
                        </wps:spPr>
                        <wps:bodyPr/>
                      </wps:wsp>
                      <wps:wsp>
                        <wps:cNvPr id="703509101" name="Straight Connector 703509101"/>
                        <wps:cNvCnPr/>
                        <wps:spPr>
                          <a:xfrm flipV="1">
                            <a:off x="1209600" y="2160000"/>
                            <a:ext cx="1540800" cy="1"/>
                          </a:xfrm>
                          <a:prstGeom prst="line">
                            <a:avLst/>
                          </a:prstGeom>
                          <a:ln w="9525">
                            <a:solidFill>
                              <a:srgbClr val="CDCDCD"/>
                            </a:solidFill>
                          </a:ln>
                        </wps:spPr>
                        <wps:bodyPr/>
                      </wps:wsp>
                      <wps:wsp>
                        <wps:cNvPr id="1018322549" name="Straight Connector 1018322549"/>
                        <wps:cNvCnPr/>
                        <wps:spPr>
                          <a:xfrm flipV="1">
                            <a:off x="1209600" y="2160000"/>
                            <a:ext cx="1540800" cy="1"/>
                          </a:xfrm>
                          <a:prstGeom prst="line">
                            <a:avLst/>
                          </a:prstGeom>
                          <a:ln w="9525">
                            <a:solidFill>
                              <a:srgbClr val="CDCDCD"/>
                            </a:solidFill>
                          </a:ln>
                        </wps:spPr>
                        <wps:bodyPr/>
                      </wps:wsp>
                      <wps:wsp>
                        <wps:cNvPr id="170092856" name="Straight Connector 170092856"/>
                        <wps:cNvCnPr/>
                        <wps:spPr>
                          <a:xfrm flipV="1">
                            <a:off x="1209600" y="2160000"/>
                            <a:ext cx="1540800" cy="1"/>
                          </a:xfrm>
                          <a:prstGeom prst="line">
                            <a:avLst/>
                          </a:prstGeom>
                          <a:ln w="9525">
                            <a:solidFill>
                              <a:srgbClr val="CDCDCD"/>
                            </a:solidFill>
                          </a:ln>
                        </wps:spPr>
                        <wps:bodyPr/>
                      </wps:wsp>
                      <wps:wsp>
                        <wps:cNvPr id="953801137" name="Straight Connector 953801137"/>
                        <wps:cNvCnPr/>
                        <wps:spPr>
                          <a:xfrm>
                            <a:off x="1209600" y="2160000"/>
                            <a:ext cx="1540800" cy="72000"/>
                          </a:xfrm>
                          <a:prstGeom prst="line">
                            <a:avLst/>
                          </a:prstGeom>
                          <a:ln w="9525">
                            <a:solidFill>
                              <a:srgbClr val="CDCDCD"/>
                            </a:solidFill>
                          </a:ln>
                        </wps:spPr>
                        <wps:bodyPr/>
                      </wps:wsp>
                      <wps:wsp>
                        <wps:cNvPr id="1198117393" name="Straight Connector 1198117393"/>
                        <wps:cNvCnPr/>
                        <wps:spPr>
                          <a:xfrm>
                            <a:off x="1209600" y="2160000"/>
                            <a:ext cx="1540800" cy="480000"/>
                          </a:xfrm>
                          <a:prstGeom prst="line">
                            <a:avLst/>
                          </a:prstGeom>
                          <a:ln w="9525">
                            <a:solidFill>
                              <a:srgbClr val="CDCDCD"/>
                            </a:solidFill>
                          </a:ln>
                        </wps:spPr>
                        <wps:bodyPr/>
                      </wps:wsp>
                      <wps:wsp>
                        <wps:cNvPr id="2046873379" name="Straight Connector 2046873379"/>
                        <wps:cNvCnPr/>
                        <wps:spPr>
                          <a:xfrm flipV="1">
                            <a:off x="1209600" y="2640000"/>
                            <a:ext cx="1540800" cy="1"/>
                          </a:xfrm>
                          <a:prstGeom prst="line">
                            <a:avLst/>
                          </a:prstGeom>
                          <a:ln w="9525">
                            <a:solidFill>
                              <a:srgbClr val="CDCDCD"/>
                            </a:solidFill>
                          </a:ln>
                        </wps:spPr>
                        <wps:bodyPr/>
                      </wps:wsp>
                      <wps:wsp>
                        <wps:cNvPr id="1113808732" name="Straight Connector 1113808732"/>
                        <wps:cNvCnPr/>
                        <wps:spPr>
                          <a:xfrm flipV="1">
                            <a:off x="1209600" y="2640000"/>
                            <a:ext cx="1540800" cy="1"/>
                          </a:xfrm>
                          <a:prstGeom prst="line">
                            <a:avLst/>
                          </a:prstGeom>
                          <a:ln w="9525">
                            <a:solidFill>
                              <a:srgbClr val="CDCDCD"/>
                            </a:solidFill>
                          </a:ln>
                        </wps:spPr>
                        <wps:bodyPr/>
                      </wps:wsp>
                      <wps:wsp>
                        <wps:cNvPr id="1002796895" name="Straight Connector 1002796895"/>
                        <wps:cNvCnPr/>
                        <wps:spPr>
                          <a:xfrm flipV="1">
                            <a:off x="1209600" y="2640000"/>
                            <a:ext cx="1540800" cy="1"/>
                          </a:xfrm>
                          <a:prstGeom prst="line">
                            <a:avLst/>
                          </a:prstGeom>
                          <a:ln w="9525">
                            <a:solidFill>
                              <a:srgbClr val="CDCDCD"/>
                            </a:solidFill>
                          </a:ln>
                        </wps:spPr>
                        <wps:bodyPr/>
                      </wps:wsp>
                      <wps:wsp>
                        <wps:cNvPr id="1198247146" name="Straight Connector 1198247146"/>
                        <wps:cNvCnPr/>
                        <wps:spPr>
                          <a:xfrm flipV="1">
                            <a:off x="1209600" y="2640000"/>
                            <a:ext cx="1540800" cy="1"/>
                          </a:xfrm>
                          <a:prstGeom prst="line">
                            <a:avLst/>
                          </a:prstGeom>
                          <a:ln w="9525">
                            <a:solidFill>
                              <a:srgbClr val="CDCDCD"/>
                            </a:solidFill>
                          </a:ln>
                        </wps:spPr>
                        <wps:bodyPr/>
                      </wps:wsp>
                      <wps:wsp>
                        <wps:cNvPr id="801868949" name="Straight Connector 801868949"/>
                        <wps:cNvCnPr/>
                        <wps:spPr>
                          <a:xfrm>
                            <a:off x="1209600" y="2640000"/>
                            <a:ext cx="1540800" cy="1"/>
                          </a:xfrm>
                          <a:prstGeom prst="line">
                            <a:avLst/>
                          </a:prstGeom>
                          <a:ln w="9525">
                            <a:solidFill>
                              <a:srgbClr val="CDCDCD"/>
                            </a:solidFill>
                          </a:ln>
                        </wps:spPr>
                        <wps:bodyPr/>
                      </wps:wsp>
                      <wps:wsp>
                        <wps:cNvPr id="1769267934" name="Straight Connector 1769267934"/>
                        <wps:cNvCnPr/>
                        <wps:spPr>
                          <a:xfrm>
                            <a:off x="3009600" y="1008000"/>
                            <a:ext cx="1540800" cy="432000"/>
                          </a:xfrm>
                          <a:prstGeom prst="line">
                            <a:avLst/>
                          </a:prstGeom>
                          <a:ln w="9525">
                            <a:solidFill>
                              <a:srgbClr val="CDCDCD"/>
                            </a:solidFill>
                          </a:ln>
                        </wps:spPr>
                        <wps:bodyPr/>
                      </wps:wsp>
                      <wps:wsp>
                        <wps:cNvPr id="2136860570" name="Straight Connector 2136860570"/>
                        <wps:cNvCnPr/>
                        <wps:spPr>
                          <a:xfrm>
                            <a:off x="3009600" y="1008000"/>
                            <a:ext cx="1540800" cy="912000"/>
                          </a:xfrm>
                          <a:prstGeom prst="line">
                            <a:avLst/>
                          </a:prstGeom>
                          <a:ln w="9525">
                            <a:solidFill>
                              <a:srgbClr val="CDCDCD"/>
                            </a:solidFill>
                          </a:ln>
                        </wps:spPr>
                        <wps:bodyPr/>
                      </wps:wsp>
                      <wps:wsp>
                        <wps:cNvPr id="482840004" name="Straight Connector 482840004"/>
                        <wps:cNvCnPr/>
                        <wps:spPr>
                          <a:xfrm>
                            <a:off x="3009600" y="1008000"/>
                            <a:ext cx="1540800" cy="1392000"/>
                          </a:xfrm>
                          <a:prstGeom prst="line">
                            <a:avLst/>
                          </a:prstGeom>
                          <a:ln w="9525">
                            <a:solidFill>
                              <a:srgbClr val="CDCDCD"/>
                            </a:solidFill>
                          </a:ln>
                        </wps:spPr>
                        <wps:bodyPr/>
                      </wps:wsp>
                      <wps:wsp>
                        <wps:cNvPr id="1781337567" name="Straight Connector 1781337567"/>
                        <wps:cNvCnPr/>
                        <wps:spPr>
                          <a:xfrm>
                            <a:off x="3009600" y="1416000"/>
                            <a:ext cx="1540800" cy="24000"/>
                          </a:xfrm>
                          <a:prstGeom prst="line">
                            <a:avLst/>
                          </a:prstGeom>
                          <a:ln w="9525">
                            <a:solidFill>
                              <a:srgbClr val="CDCDCD"/>
                            </a:solidFill>
                          </a:ln>
                        </wps:spPr>
                        <wps:bodyPr/>
                      </wps:wsp>
                      <wps:wsp>
                        <wps:cNvPr id="2051050729" name="Straight Connector 2051050729"/>
                        <wps:cNvCnPr/>
                        <wps:spPr>
                          <a:xfrm>
                            <a:off x="3009600" y="1416000"/>
                            <a:ext cx="1540800" cy="504000"/>
                          </a:xfrm>
                          <a:prstGeom prst="line">
                            <a:avLst/>
                          </a:prstGeom>
                          <a:ln w="9525">
                            <a:solidFill>
                              <a:srgbClr val="CDCDCD"/>
                            </a:solidFill>
                          </a:ln>
                        </wps:spPr>
                        <wps:bodyPr/>
                      </wps:wsp>
                      <wps:wsp>
                        <wps:cNvPr id="700311886" name="Straight Connector 700311886"/>
                        <wps:cNvCnPr/>
                        <wps:spPr>
                          <a:xfrm>
                            <a:off x="3009600" y="1416000"/>
                            <a:ext cx="1540800" cy="984000"/>
                          </a:xfrm>
                          <a:prstGeom prst="line">
                            <a:avLst/>
                          </a:prstGeom>
                          <a:ln w="9525">
                            <a:solidFill>
                              <a:srgbClr val="CDCDCD"/>
                            </a:solidFill>
                          </a:ln>
                        </wps:spPr>
                        <wps:bodyPr/>
                      </wps:wsp>
                      <wps:wsp>
                        <wps:cNvPr id="585776095" name="Straight Connector 585776095"/>
                        <wps:cNvCnPr/>
                        <wps:spPr>
                          <a:xfrm flipV="1">
                            <a:off x="3009600" y="1824000"/>
                            <a:ext cx="1540800" cy="1"/>
                          </a:xfrm>
                          <a:prstGeom prst="line">
                            <a:avLst/>
                          </a:prstGeom>
                          <a:ln w="9525">
                            <a:solidFill>
                              <a:srgbClr val="CDCDCD"/>
                            </a:solidFill>
                          </a:ln>
                        </wps:spPr>
                        <wps:bodyPr/>
                      </wps:wsp>
                      <wps:wsp>
                        <wps:cNvPr id="507358858" name="Straight Connector 507358858"/>
                        <wps:cNvCnPr/>
                        <wps:spPr>
                          <a:xfrm>
                            <a:off x="3009600" y="1824000"/>
                            <a:ext cx="1540800" cy="96000"/>
                          </a:xfrm>
                          <a:prstGeom prst="line">
                            <a:avLst/>
                          </a:prstGeom>
                          <a:ln w="9525">
                            <a:solidFill>
                              <a:srgbClr val="CDCDCD"/>
                            </a:solidFill>
                          </a:ln>
                        </wps:spPr>
                        <wps:bodyPr/>
                      </wps:wsp>
                      <wps:wsp>
                        <wps:cNvPr id="1852591240" name="Straight Connector 1852591240"/>
                        <wps:cNvCnPr/>
                        <wps:spPr>
                          <a:xfrm>
                            <a:off x="3009600" y="1824000"/>
                            <a:ext cx="1540800" cy="576000"/>
                          </a:xfrm>
                          <a:prstGeom prst="line">
                            <a:avLst/>
                          </a:prstGeom>
                          <a:ln w="9525">
                            <a:solidFill>
                              <a:srgbClr val="CDCDCD"/>
                            </a:solidFill>
                          </a:ln>
                        </wps:spPr>
                        <wps:bodyPr/>
                      </wps:wsp>
                      <wps:wsp>
                        <wps:cNvPr id="1935384702" name="Straight Connector 1935384702"/>
                        <wps:cNvCnPr/>
                        <wps:spPr>
                          <a:xfrm flipV="1">
                            <a:off x="3009600" y="2232000"/>
                            <a:ext cx="1540800" cy="1"/>
                          </a:xfrm>
                          <a:prstGeom prst="line">
                            <a:avLst/>
                          </a:prstGeom>
                          <a:ln w="9525">
                            <a:solidFill>
                              <a:srgbClr val="CDCDCD"/>
                            </a:solidFill>
                          </a:ln>
                        </wps:spPr>
                        <wps:bodyPr/>
                      </wps:wsp>
                      <wps:wsp>
                        <wps:cNvPr id="989397829" name="Straight Connector 989397829"/>
                        <wps:cNvCnPr/>
                        <wps:spPr>
                          <a:xfrm flipV="1">
                            <a:off x="3009600" y="2232000"/>
                            <a:ext cx="1540800" cy="1"/>
                          </a:xfrm>
                          <a:prstGeom prst="line">
                            <a:avLst/>
                          </a:prstGeom>
                          <a:ln w="9525">
                            <a:solidFill>
                              <a:srgbClr val="CDCDCD"/>
                            </a:solidFill>
                          </a:ln>
                        </wps:spPr>
                        <wps:bodyPr/>
                      </wps:wsp>
                      <wps:wsp>
                        <wps:cNvPr id="1057094134" name="Straight Connector 1057094134"/>
                        <wps:cNvCnPr/>
                        <wps:spPr>
                          <a:xfrm>
                            <a:off x="3009600" y="2232000"/>
                            <a:ext cx="1540800" cy="168000"/>
                          </a:xfrm>
                          <a:prstGeom prst="line">
                            <a:avLst/>
                          </a:prstGeom>
                          <a:ln w="9525">
                            <a:solidFill>
                              <a:srgbClr val="CDCDCD"/>
                            </a:solidFill>
                          </a:ln>
                        </wps:spPr>
                        <wps:bodyPr/>
                      </wps:wsp>
                      <wps:wsp>
                        <wps:cNvPr id="1751901506" name="Straight Connector 1751901506"/>
                        <wps:cNvCnPr/>
                        <wps:spPr>
                          <a:xfrm flipV="1">
                            <a:off x="3009600" y="2640000"/>
                            <a:ext cx="1540800" cy="1"/>
                          </a:xfrm>
                          <a:prstGeom prst="line">
                            <a:avLst/>
                          </a:prstGeom>
                          <a:ln w="9525">
                            <a:solidFill>
                              <a:srgbClr val="CDCDCD"/>
                            </a:solidFill>
                          </a:ln>
                        </wps:spPr>
                        <wps:bodyPr/>
                      </wps:wsp>
                      <wps:wsp>
                        <wps:cNvPr id="877278759" name="Straight Connector 877278759"/>
                        <wps:cNvCnPr/>
                        <wps:spPr>
                          <a:xfrm flipV="1">
                            <a:off x="3009600" y="2640000"/>
                            <a:ext cx="1540800" cy="1"/>
                          </a:xfrm>
                          <a:prstGeom prst="line">
                            <a:avLst/>
                          </a:prstGeom>
                          <a:ln w="9525">
                            <a:solidFill>
                              <a:srgbClr val="CDCDCD"/>
                            </a:solidFill>
                          </a:ln>
                        </wps:spPr>
                        <wps:bodyPr/>
                      </wps:wsp>
                      <wps:wsp>
                        <wps:cNvPr id="1690926811" name="Straight Connector 1690926811"/>
                        <wps:cNvCnPr/>
                        <wps:spPr>
                          <a:xfrm flipV="1">
                            <a:off x="3009600" y="2640000"/>
                            <a:ext cx="1540800" cy="1"/>
                          </a:xfrm>
                          <a:prstGeom prst="line">
                            <a:avLst/>
                          </a:prstGeom>
                          <a:ln w="9525">
                            <a:solidFill>
                              <a:srgbClr val="CDCDCD"/>
                            </a:solidFill>
                          </a:ln>
                        </wps:spPr>
                        <wps:bodyPr/>
                      </wps:wsp>
                      <wps:wsp>
                        <wps:cNvPr id="1560229179" name="Oval 1560229179"/>
                        <wps:cNvSpPr/>
                        <wps:spPr>
                          <a:xfrm>
                            <a:off x="950400" y="1070400"/>
                            <a:ext cx="259200" cy="259200"/>
                          </a:xfrm>
                          <a:prstGeom prst="ellipse">
                            <a:avLst/>
                          </a:prstGeom>
                          <a:solidFill>
                            <a:srgbClr val="F0F0F0"/>
                          </a:solidFill>
                          <a:ln w="9600">
                            <a:solidFill>
                              <a:srgbClr val="222222"/>
                            </a:solidFill>
                          </a:ln>
                        </wps:spPr>
                        <wps:bodyPr/>
                      </wps:wsp>
                      <wps:wsp>
                        <wps:cNvPr id="1279912820" name="Oval 1279912820"/>
                        <wps:cNvSpPr/>
                        <wps:spPr>
                          <a:xfrm>
                            <a:off x="950400" y="1550400"/>
                            <a:ext cx="259200" cy="259200"/>
                          </a:xfrm>
                          <a:prstGeom prst="ellipse">
                            <a:avLst/>
                          </a:prstGeom>
                          <a:solidFill>
                            <a:srgbClr val="F0F0F0"/>
                          </a:solidFill>
                          <a:ln w="9600">
                            <a:solidFill>
                              <a:srgbClr val="222222"/>
                            </a:solidFill>
                          </a:ln>
                        </wps:spPr>
                        <wps:bodyPr/>
                      </wps:wsp>
                      <wps:wsp>
                        <wps:cNvPr id="1775933701" name="Oval 1775933701"/>
                        <wps:cNvSpPr/>
                        <wps:spPr>
                          <a:xfrm>
                            <a:off x="950400" y="2030400"/>
                            <a:ext cx="259200" cy="259200"/>
                          </a:xfrm>
                          <a:prstGeom prst="ellipse">
                            <a:avLst/>
                          </a:prstGeom>
                          <a:solidFill>
                            <a:srgbClr val="F0F0F0"/>
                          </a:solidFill>
                          <a:ln w="9600">
                            <a:solidFill>
                              <a:srgbClr val="222222"/>
                            </a:solidFill>
                          </a:ln>
                        </wps:spPr>
                        <wps:bodyPr/>
                      </wps:wsp>
                      <wps:wsp>
                        <wps:cNvPr id="973546549" name="Oval 973546549"/>
                        <wps:cNvSpPr/>
                        <wps:spPr>
                          <a:xfrm>
                            <a:off x="950400" y="2510400"/>
                            <a:ext cx="259200" cy="259200"/>
                          </a:xfrm>
                          <a:prstGeom prst="ellipse">
                            <a:avLst/>
                          </a:prstGeom>
                          <a:solidFill>
                            <a:srgbClr val="F0F0F0"/>
                          </a:solidFill>
                          <a:ln w="9600">
                            <a:solidFill>
                              <a:srgbClr val="222222"/>
                            </a:solidFill>
                          </a:ln>
                        </wps:spPr>
                        <wps:bodyPr/>
                      </wps:wsp>
                      <wps:wsp>
                        <wps:cNvPr id="1245103167" name="Oval 1245103167"/>
                        <wps:cNvSpPr/>
                        <wps:spPr>
                          <a:xfrm>
                            <a:off x="2750400" y="878400"/>
                            <a:ext cx="259200" cy="259200"/>
                          </a:xfrm>
                          <a:prstGeom prst="ellipse">
                            <a:avLst/>
                          </a:prstGeom>
                          <a:solidFill>
                            <a:srgbClr val="E3EEF8"/>
                          </a:solidFill>
                          <a:ln w="9600">
                            <a:solidFill>
                              <a:srgbClr val="2E75B6"/>
                            </a:solidFill>
                          </a:ln>
                        </wps:spPr>
                        <wps:bodyPr/>
                      </wps:wsp>
                      <wps:wsp>
                        <wps:cNvPr id="1349597729" name="Oval 1349597729"/>
                        <wps:cNvSpPr/>
                        <wps:spPr>
                          <a:xfrm>
                            <a:off x="2750400" y="1286400"/>
                            <a:ext cx="259200" cy="259200"/>
                          </a:xfrm>
                          <a:prstGeom prst="ellipse">
                            <a:avLst/>
                          </a:prstGeom>
                          <a:solidFill>
                            <a:srgbClr val="E3EEF8"/>
                          </a:solidFill>
                          <a:ln w="9600">
                            <a:solidFill>
                              <a:srgbClr val="2E75B6"/>
                            </a:solidFill>
                          </a:ln>
                        </wps:spPr>
                        <wps:bodyPr/>
                      </wps:wsp>
                      <wps:wsp>
                        <wps:cNvPr id="181533729" name="Oval 181533729"/>
                        <wps:cNvSpPr/>
                        <wps:spPr>
                          <a:xfrm>
                            <a:off x="2750400" y="1694400"/>
                            <a:ext cx="259200" cy="259200"/>
                          </a:xfrm>
                          <a:prstGeom prst="ellipse">
                            <a:avLst/>
                          </a:prstGeom>
                          <a:solidFill>
                            <a:srgbClr val="E3EEF8"/>
                          </a:solidFill>
                          <a:ln w="9600">
                            <a:solidFill>
                              <a:srgbClr val="2E75B6"/>
                            </a:solidFill>
                          </a:ln>
                        </wps:spPr>
                        <wps:bodyPr/>
                      </wps:wsp>
                      <wps:wsp>
                        <wps:cNvPr id="1285201067" name="Oval 1285201067"/>
                        <wps:cNvSpPr/>
                        <wps:spPr>
                          <a:xfrm>
                            <a:off x="2750400" y="2102400"/>
                            <a:ext cx="259200" cy="259200"/>
                          </a:xfrm>
                          <a:prstGeom prst="ellipse">
                            <a:avLst/>
                          </a:prstGeom>
                          <a:solidFill>
                            <a:srgbClr val="E3EEF8"/>
                          </a:solidFill>
                          <a:ln w="9600">
                            <a:solidFill>
                              <a:srgbClr val="2E75B6"/>
                            </a:solidFill>
                          </a:ln>
                        </wps:spPr>
                        <wps:bodyPr/>
                      </wps:wsp>
                      <wps:wsp>
                        <wps:cNvPr id="1878473028" name="Oval 1878473028"/>
                        <wps:cNvSpPr/>
                        <wps:spPr>
                          <a:xfrm>
                            <a:off x="2750400" y="2510400"/>
                            <a:ext cx="259200" cy="259200"/>
                          </a:xfrm>
                          <a:prstGeom prst="ellipse">
                            <a:avLst/>
                          </a:prstGeom>
                          <a:solidFill>
                            <a:srgbClr val="E3EEF8"/>
                          </a:solidFill>
                          <a:ln w="9600">
                            <a:solidFill>
                              <a:srgbClr val="2E75B6"/>
                            </a:solidFill>
                          </a:ln>
                        </wps:spPr>
                        <wps:bodyPr/>
                      </wps:wsp>
                      <wps:wsp>
                        <wps:cNvPr id="1610926634" name="Oval 1610926634"/>
                        <wps:cNvSpPr/>
                        <wps:spPr>
                          <a:xfrm>
                            <a:off x="4550400" y="1310400"/>
                            <a:ext cx="259200" cy="259200"/>
                          </a:xfrm>
                          <a:prstGeom prst="ellipse">
                            <a:avLst/>
                          </a:prstGeom>
                          <a:solidFill>
                            <a:srgbClr val="E9F4E6"/>
                          </a:solidFill>
                          <a:ln w="9600">
                            <a:solidFill>
                              <a:srgbClr val="376937"/>
                            </a:solidFill>
                          </a:ln>
                        </wps:spPr>
                        <wps:bodyPr/>
                      </wps:wsp>
                      <wps:wsp>
                        <wps:cNvPr id="853798205" name="Oval 853798205"/>
                        <wps:cNvSpPr/>
                        <wps:spPr>
                          <a:xfrm>
                            <a:off x="4550400" y="1790400"/>
                            <a:ext cx="259200" cy="259200"/>
                          </a:xfrm>
                          <a:prstGeom prst="ellipse">
                            <a:avLst/>
                          </a:prstGeom>
                          <a:solidFill>
                            <a:srgbClr val="E9F4E6"/>
                          </a:solidFill>
                          <a:ln w="9600">
                            <a:solidFill>
                              <a:srgbClr val="376937"/>
                            </a:solidFill>
                          </a:ln>
                        </wps:spPr>
                        <wps:bodyPr/>
                      </wps:wsp>
                      <wps:wsp>
                        <wps:cNvPr id="825525509" name="Oval 825525509"/>
                        <wps:cNvSpPr/>
                        <wps:spPr>
                          <a:xfrm>
                            <a:off x="4550400" y="2270400"/>
                            <a:ext cx="259200" cy="259200"/>
                          </a:xfrm>
                          <a:prstGeom prst="ellipse">
                            <a:avLst/>
                          </a:prstGeom>
                          <a:solidFill>
                            <a:srgbClr val="E9F4E6"/>
                          </a:solidFill>
                          <a:ln w="9600">
                            <a:solidFill>
                              <a:srgbClr val="376937"/>
                            </a:solidFill>
                          </a:ln>
                        </wps:spPr>
                        <wps:bodyPr/>
                      </wps:wsp>
                      <wps:wsp>
                        <wps:cNvPr id="1063121359" name="Straight Connector 1063121359"/>
                        <wps:cNvCnPr/>
                        <wps:spPr>
                          <a:xfrm>
                            <a:off x="360000" y="1200000"/>
                            <a:ext cx="590400" cy="336000"/>
                          </a:xfrm>
                          <a:prstGeom prst="line">
                            <a:avLst/>
                          </a:prstGeom>
                          <a:ln w="14400">
                            <a:solidFill>
                              <a:srgbClr val="222222"/>
                            </a:solidFill>
                            <a:tailEnd type="arrow" w="med" len="med"/>
                          </a:ln>
                        </wps:spPr>
                        <wps:bodyPr/>
                      </wps:wsp>
                      <wps:wsp>
                        <wps:cNvPr id="135431852" name="Rectangle: Rounded Corners 135431852"/>
                        <wps:cNvSpPr/>
                        <wps:spPr>
                          <a:xfrm>
                            <a:off x="143986" y="878265"/>
                            <a:ext cx="1056000" cy="273559"/>
                          </a:xfrm>
                          <a:prstGeom prst="roundRect">
                            <a:avLst>
                              <a:gd name="adj" fmla="val 8000"/>
                            </a:avLst>
                          </a:prstGeom>
                          <a:noFill/>
                          <a:ln w="0">
                            <a:noFill/>
                          </a:ln>
                        </wps:spPr>
                        <wps:txbx>
                          <w:txbxContent>
                            <w:p w14:paraId="09D36669" w14:textId="77777777" w:rsidR="007A37CF" w:rsidRDefault="00D93E1F">
                              <w:pPr>
                                <w:spacing w:after="0" w:line="240" w:lineRule="auto"/>
                              </w:pPr>
                              <w:r>
                                <w:rPr>
                                  <w:sz w:val="17"/>
                                  <w:szCs w:val="17"/>
                                </w:rPr>
                                <w:t>dữ liệu đầu vào</w:t>
                              </w:r>
                            </w:p>
                          </w:txbxContent>
                        </wps:txbx>
                        <wps:bodyPr lIns="45720" tIns="22860" rIns="45720" bIns="22860" anchor="ctr">
                          <a:noAutofit/>
                        </wps:bodyPr>
                      </wps:wsp>
                      <wps:wsp>
                        <wps:cNvPr id="4652513" name="Straight Connector 4652513"/>
                        <wps:cNvCnPr/>
                        <wps:spPr>
                          <a:xfrm>
                            <a:off x="4809600" y="1920000"/>
                            <a:ext cx="590400" cy="240000"/>
                          </a:xfrm>
                          <a:prstGeom prst="line">
                            <a:avLst/>
                          </a:prstGeom>
                          <a:ln w="14400">
                            <a:solidFill>
                              <a:srgbClr val="222222"/>
                            </a:solidFill>
                            <a:tailEnd type="arrow" w="med" len="med"/>
                          </a:ln>
                        </wps:spPr>
                        <wps:bodyPr/>
                      </wps:wsp>
                      <wps:wsp>
                        <wps:cNvPr id="1720340376" name="Rectangle: Rounded Corners 1720340376"/>
                        <wps:cNvSpPr/>
                        <wps:spPr>
                          <a:xfrm>
                            <a:off x="4857600" y="2256000"/>
                            <a:ext cx="902400" cy="168000"/>
                          </a:xfrm>
                          <a:prstGeom prst="roundRect">
                            <a:avLst>
                              <a:gd name="adj" fmla="val 8000"/>
                            </a:avLst>
                          </a:prstGeom>
                          <a:noFill/>
                          <a:ln w="0">
                            <a:noFill/>
                          </a:ln>
                        </wps:spPr>
                        <wps:txbx>
                          <w:txbxContent>
                            <w:p w14:paraId="1BC5FA62" w14:textId="77777777" w:rsidR="007A37CF" w:rsidRDefault="00D93E1F">
                              <w:pPr>
                                <w:spacing w:after="0" w:line="240" w:lineRule="auto"/>
                              </w:pPr>
                              <w:r>
                                <w:rPr>
                                  <w:sz w:val="17"/>
                                  <w:szCs w:val="17"/>
                                </w:rPr>
                                <w:t>kết quả</w:t>
                              </w:r>
                            </w:p>
                            <w:p w14:paraId="15233A66" w14:textId="77777777" w:rsidR="007A37CF" w:rsidRDefault="00D93E1F">
                              <w:pPr>
                                <w:spacing w:after="0" w:line="240" w:lineRule="auto"/>
                              </w:pPr>
                              <w:r>
                                <w:rPr>
                                  <w:sz w:val="17"/>
                                  <w:szCs w:val="17"/>
                                </w:rPr>
                                <w:t>(nhãn / dự đoán)</w:t>
                              </w:r>
                            </w:p>
                          </w:txbxContent>
                        </wps:txbx>
                        <wps:bodyPr lIns="45720" tIns="22860" rIns="45720" bIns="22860" anchor="ctr">
                          <a:noAutofit/>
                        </wps:bodyPr>
                      </wps:wsp>
                      <wps:wsp>
                        <wps:cNvPr id="1398783181" name="Rectangle: Rounded Corners 1398783181"/>
                        <wps:cNvSpPr/>
                        <wps:spPr>
                          <a:xfrm>
                            <a:off x="72000" y="2840996"/>
                            <a:ext cx="1699403" cy="262240"/>
                          </a:xfrm>
                          <a:prstGeom prst="roundRect">
                            <a:avLst>
                              <a:gd name="adj" fmla="val 8000"/>
                            </a:avLst>
                          </a:prstGeom>
                          <a:noFill/>
                          <a:ln w="12000">
                            <a:solidFill>
                              <a:srgbClr val="222222"/>
                            </a:solidFill>
                          </a:ln>
                        </wps:spPr>
                        <wps:txbx>
                          <w:txbxContent>
                            <w:p w14:paraId="5AFB2363" w14:textId="77777777" w:rsidR="007A37CF" w:rsidRDefault="00D93E1F">
                              <w:pPr>
                                <w:spacing w:after="0" w:line="240" w:lineRule="auto"/>
                                <w:jc w:val="center"/>
                              </w:pPr>
                              <w:r>
                                <w:rPr>
                                  <w:b/>
                                  <w:sz w:val="19"/>
                                  <w:szCs w:val="19"/>
                                </w:rPr>
                                <w:t>LỚP ĐẦU VÀO</w:t>
                              </w:r>
                            </w:p>
                          </w:txbxContent>
                        </wps:txbx>
                        <wps:bodyPr lIns="45720" tIns="22860" rIns="45720" bIns="22860" anchor="ctr">
                          <a:noAutofit/>
                        </wps:bodyPr>
                      </wps:wsp>
                      <wps:wsp>
                        <wps:cNvPr id="495079937" name="Rectangle: Rounded Corners 495079937"/>
                        <wps:cNvSpPr/>
                        <wps:spPr>
                          <a:xfrm>
                            <a:off x="63373" y="3060404"/>
                            <a:ext cx="2016000" cy="254375"/>
                          </a:xfrm>
                          <a:prstGeom prst="roundRect">
                            <a:avLst>
                              <a:gd name="adj" fmla="val 8000"/>
                            </a:avLst>
                          </a:prstGeom>
                          <a:noFill/>
                          <a:ln w="0">
                            <a:noFill/>
                          </a:ln>
                        </wps:spPr>
                        <wps:txbx>
                          <w:txbxContent>
                            <w:p w14:paraId="7FB0A968" w14:textId="77777777" w:rsidR="007A37CF" w:rsidRDefault="00D93E1F">
                              <w:pPr>
                                <w:spacing w:after="0" w:line="240" w:lineRule="auto"/>
                                <w:jc w:val="center"/>
                              </w:pPr>
                              <w:r>
                                <w:rPr>
                                  <w:sz w:val="16"/>
                                  <w:szCs w:val="16"/>
                                </w:rPr>
                                <w:t>dữ liệu: ảnh, tiếng nói, chữ…</w:t>
                              </w:r>
                            </w:p>
                          </w:txbxContent>
                        </wps:txbx>
                        <wps:bodyPr lIns="45720" tIns="22860" rIns="45720" bIns="22860" anchor="ctr">
                          <a:noAutofit/>
                        </wps:bodyPr>
                      </wps:wsp>
                      <wps:wsp>
                        <wps:cNvPr id="2086053864" name="Rectangle: Rounded Corners 2086053864"/>
                        <wps:cNvSpPr/>
                        <wps:spPr>
                          <a:xfrm>
                            <a:off x="2263108" y="2840996"/>
                            <a:ext cx="1624589" cy="262582"/>
                          </a:xfrm>
                          <a:prstGeom prst="roundRect">
                            <a:avLst>
                              <a:gd name="adj" fmla="val 8000"/>
                            </a:avLst>
                          </a:prstGeom>
                          <a:noFill/>
                          <a:ln w="12000">
                            <a:solidFill>
                              <a:srgbClr val="222222"/>
                            </a:solidFill>
                          </a:ln>
                        </wps:spPr>
                        <wps:txbx>
                          <w:txbxContent>
                            <w:p w14:paraId="6092AC3E" w14:textId="77777777" w:rsidR="007A37CF" w:rsidRDefault="00D93E1F">
                              <w:pPr>
                                <w:spacing w:after="0" w:line="240" w:lineRule="auto"/>
                                <w:jc w:val="center"/>
                              </w:pPr>
                              <w:r>
                                <w:rPr>
                                  <w:b/>
                                  <w:sz w:val="19"/>
                                  <w:szCs w:val="19"/>
                                </w:rPr>
                                <w:t>LỚP ẨN</w:t>
                              </w:r>
                            </w:p>
                          </w:txbxContent>
                        </wps:txbx>
                        <wps:bodyPr lIns="45720" tIns="22860" rIns="45720" bIns="22860" anchor="ctr">
                          <a:noAutofit/>
                        </wps:bodyPr>
                      </wps:wsp>
                      <wps:wsp>
                        <wps:cNvPr id="622887900" name="Rectangle: Rounded Corners 622887900"/>
                        <wps:cNvSpPr/>
                        <wps:spPr>
                          <a:xfrm>
                            <a:off x="1871709" y="3060412"/>
                            <a:ext cx="2016000" cy="250501"/>
                          </a:xfrm>
                          <a:prstGeom prst="roundRect">
                            <a:avLst>
                              <a:gd name="adj" fmla="val 8000"/>
                            </a:avLst>
                          </a:prstGeom>
                          <a:noFill/>
                          <a:ln w="0">
                            <a:noFill/>
                          </a:ln>
                        </wps:spPr>
                        <wps:txbx>
                          <w:txbxContent>
                            <w:p w14:paraId="729C775F" w14:textId="77777777" w:rsidR="007A37CF" w:rsidRDefault="00D93E1F">
                              <w:pPr>
                                <w:spacing w:after="0" w:line="240" w:lineRule="auto"/>
                                <w:jc w:val="center"/>
                              </w:pPr>
                              <w:r>
                                <w:rPr>
                                  <w:sz w:val="16"/>
                                  <w:szCs w:val="16"/>
                                </w:rPr>
                                <w:t>tự học đặc trưng từ dữ liệu</w:t>
                              </w:r>
                            </w:p>
                          </w:txbxContent>
                        </wps:txbx>
                        <wps:bodyPr lIns="45720" tIns="22860" rIns="45720" bIns="22860" anchor="ctr">
                          <a:noAutofit/>
                        </wps:bodyPr>
                      </wps:wsp>
                      <wps:wsp>
                        <wps:cNvPr id="130330516" name="Rectangle: Rounded Corners 130330516"/>
                        <wps:cNvSpPr/>
                        <wps:spPr>
                          <a:xfrm>
                            <a:off x="4048748" y="2850852"/>
                            <a:ext cx="1414588" cy="252384"/>
                          </a:xfrm>
                          <a:prstGeom prst="roundRect">
                            <a:avLst>
                              <a:gd name="adj" fmla="val 8000"/>
                            </a:avLst>
                          </a:prstGeom>
                          <a:noFill/>
                          <a:ln w="12000">
                            <a:solidFill>
                              <a:srgbClr val="222222"/>
                            </a:solidFill>
                          </a:ln>
                        </wps:spPr>
                        <wps:txbx>
                          <w:txbxContent>
                            <w:p w14:paraId="52A10A88" w14:textId="77777777" w:rsidR="007A37CF" w:rsidRDefault="00D93E1F">
                              <w:pPr>
                                <w:spacing w:after="0" w:line="240" w:lineRule="auto"/>
                                <w:jc w:val="center"/>
                              </w:pPr>
                              <w:r>
                                <w:rPr>
                                  <w:b/>
                                  <w:sz w:val="19"/>
                                  <w:szCs w:val="19"/>
                                </w:rPr>
                                <w:t>LỚP ĐẦU RA</w:t>
                              </w:r>
                            </w:p>
                          </w:txbxContent>
                        </wps:txbx>
                        <wps:bodyPr lIns="45720" tIns="22860" rIns="45720" bIns="22860" anchor="ctr">
                          <a:noAutofit/>
                        </wps:bodyPr>
                      </wps:wsp>
                      <wps:wsp>
                        <wps:cNvPr id="1438358618" name="Rectangle: Rounded Corners 1438358618"/>
                        <wps:cNvSpPr/>
                        <wps:spPr>
                          <a:xfrm>
                            <a:off x="3766698" y="3079972"/>
                            <a:ext cx="2016000" cy="205063"/>
                          </a:xfrm>
                          <a:prstGeom prst="roundRect">
                            <a:avLst>
                              <a:gd name="adj" fmla="val 8000"/>
                            </a:avLst>
                          </a:prstGeom>
                          <a:noFill/>
                          <a:ln w="0">
                            <a:noFill/>
                          </a:ln>
                        </wps:spPr>
                        <wps:txbx>
                          <w:txbxContent>
                            <w:p w14:paraId="33A7F604" w14:textId="77777777" w:rsidR="007A37CF" w:rsidRDefault="00D93E1F">
                              <w:pPr>
                                <w:spacing w:after="0" w:line="240" w:lineRule="auto"/>
                                <w:jc w:val="center"/>
                              </w:pPr>
                              <w:r>
                                <w:rPr>
                                  <w:sz w:val="16"/>
                                  <w:szCs w:val="16"/>
                                </w:rPr>
                                <w:t>kết quả: nhãn / dự đoán</w:t>
                              </w:r>
                            </w:p>
                          </w:txbxContent>
                        </wps:txbx>
                        <wps:bodyPr lIns="45720" tIns="22860" rIns="45720" bIns="22860" anchor="ctr">
                          <a:noAutofit/>
                        </wps:bodyPr>
                      </wps:wsp>
                      <wps:wsp>
                        <wps:cNvPr id="696825119" name="Rectangle: Rounded Corners 696825119"/>
                        <wps:cNvSpPr/>
                        <wps:spPr>
                          <a:xfrm>
                            <a:off x="239991" y="3263774"/>
                            <a:ext cx="5280000" cy="426703"/>
                          </a:xfrm>
                          <a:prstGeom prst="roundRect">
                            <a:avLst>
                              <a:gd name="adj" fmla="val 8000"/>
                            </a:avLst>
                          </a:prstGeom>
                          <a:solidFill>
                            <a:srgbClr val="F1F1F1"/>
                          </a:solidFill>
                          <a:ln w="9600">
                            <a:solidFill>
                              <a:srgbClr val="222222"/>
                            </a:solidFill>
                          </a:ln>
                        </wps:spPr>
                        <wps:txbx>
                          <w:txbxContent>
                            <w:p w14:paraId="4EA24912" w14:textId="77777777" w:rsidR="007A37CF" w:rsidRDefault="00D93E1F">
                              <w:pPr>
                                <w:spacing w:after="0" w:line="240" w:lineRule="auto"/>
                                <w:jc w:val="center"/>
                              </w:pPr>
                              <w:r>
                                <w:rPr>
                                  <w:b/>
                                  <w:sz w:val="19"/>
                                  <w:szCs w:val="19"/>
                                </w:rPr>
                                <w:t xml:space="preserve">Mô phỏng cấu trúc nơ-ron não bộ. "Thông minh" có được nhờ HỌC từ dữ liệu lớn: </w:t>
                              </w:r>
                            </w:p>
                            <w:p w14:paraId="42DA27A2" w14:textId="77777777" w:rsidR="007A37CF" w:rsidRDefault="00D93E1F">
                              <w:pPr>
                                <w:spacing w:after="0" w:line="240" w:lineRule="auto"/>
                                <w:jc w:val="center"/>
                              </w:pPr>
                              <w:r>
                                <w:rPr>
                                  <w:sz w:val="19"/>
                                  <w:szCs w:val="19"/>
                                </w:rPr>
                                <w:t>máy TỰ tìm ra đặc trưng, không phải lập trình thủ công từng bước.</w:t>
                              </w:r>
                            </w:p>
                          </w:txbxContent>
                        </wps:txbx>
                        <wps:bodyPr lIns="45720" tIns="22860" rIns="45720" bIns="22860" anchor="ctr">
                          <a:noAutofit/>
                        </wps:bodyPr>
                      </wps:wsp>
                    </wpg:wgp>
                  </a:graphicData>
                </a:graphic>
              </wp:inline>
            </w:drawing>
          </mc:Choice>
          <mc:Fallback>
            <w:pict>
              <v:group w14:anchorId="25D026C1" id="Sơ đồ 2 – Mạng nơ-ron nhân tạo" o:spid="_x0000_s1046" alt="Sơ đồ 2 – Mạng nơ-ron nhân tạo" style="width:450.35pt;height:221.45pt;mso-position-horizontal-relative:char;mso-position-vertical-relative:line" coordorigin="633,8782" coordsize="57193,28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">
                <o:lock v:ext="edit" aspectratio="t"/>
                <v:line id="Straight Connector 761021257" o:spid="_x0000_s1047" style="position:absolute;flip:y;visibility:visible;mso-wrap-style:square" from="12096,12000" to="27504,1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" strokecolor="#cdcdcd"/>
                <v:line id="Straight Connector 2047772751" o:spid="_x0000_s1048" style="position:absolute;visibility:visible;mso-wrap-style:square" from="12096,12000" to="27504,14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" strokecolor="#cdcdcd"/>
                <v:line id="Straight Connector 1279565039" o:spid="_x0000_s1049" style="position:absolute;visibility:visible;mso-wrap-style:square" from="12096,12000" to="27504,1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" strokecolor="#cdcdcd"/>
                <v:line id="Straight Connector 209568825" o:spid="_x0000_s1050" style="position:absolute;visibility:visible;mso-wrap-style:square" from="12096,12000" to="27504,2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" strokecolor="#cdcdcd"/>
                <v:line id="Straight Connector 71176484" o:spid="_x0000_s1051" style="position:absolute;visibility:visible;mso-wrap-style:square" from="12096,12000" to="27504,26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" strokecolor="#cdcdcd"/>
                <v:line id="Straight Connector 547248784" o:spid="_x0000_s1052" style="position:absolute;flip:y;visibility:visible;mso-wrap-style:square" from="12096,16800" to="27504,16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" strokecolor="#cdcdcd"/>
                <v:line id="Straight Connector 802521656" o:spid="_x0000_s1053" style="position:absolute;flip:y;visibility:visible;mso-wrap-style:square" from="12096,16800" to="27504,16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" strokecolor="#cdcdcd"/>
                <v:line id="Straight Connector 1783446716" o:spid="_x0000_s1054" style="position:absolute;visibility:visible;mso-wrap-style:square" from="12096,16800" to="27504,1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" strokecolor="#cdcdcd"/>
                <v:line id="Straight Connector 2128908218" o:spid="_x0000_s1055" style="position:absolute;visibility:visible;mso-wrap-style:square" from="12096,16800" to="27504,2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" strokecolor="#cdcdcd"/>
                <v:line id="Straight Connector 541992341" o:spid="_x0000_s1056" style="position:absolute;visibility:visible;mso-wrap-style:square" from="12096,16800" to="27504,26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" strokecolor="#cdcdcd"/>
                <v:line id="Straight Connector 703509101" o:spid="_x0000_s1057" style="position:absolute;flip:y;visibility:visible;mso-wrap-style:square" from="12096,21600" to="27504,21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" strokecolor="#cdcdcd"/>
                <v:line id="Straight Connector 1018322549" o:spid="_x0000_s1058" style="position:absolute;flip:y;visibility:visible;mso-wrap-style:square" from="12096,21600" to="27504,21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" strokecolor="#cdcdcd"/>
                <v:line id="Straight Connector 170092856" o:spid="_x0000_s1059" style="position:absolute;flip:y;visibility:visible;mso-wrap-style:square" from="12096,21600" to="27504,21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" strokecolor="#cdcdcd"/>
                <v:line id="Straight Connector 953801137" o:spid="_x0000_s1060" style="position:absolute;visibility:visible;mso-wrap-style:square" from="12096,21600" to="27504,2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" strokecolor="#cdcdcd"/>
                <v:line id="Straight Connector 1198117393" o:spid="_x0000_s1061" style="position:absolute;visibility:visible;mso-wrap-style:square" from="12096,21600" to="27504,26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" strokecolor="#cdcdcd"/>
                <v:line id="Straight Connector 2046873379" o:spid="_x0000_s1062" style="position:absolute;flip:y;visibility:visible;mso-wrap-style:square" from="12096,26400" to="27504,26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" strokecolor="#cdcdcd"/>
                <v:line id="Straight Connector 1113808732" o:spid="_x0000_s1063" style="position:absolute;flip:y;visibility:visible;mso-wrap-style:square" from="12096,26400" to="27504,26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" strokecolor="#cdcdcd"/>
                <v:line id="Straight Connector 1002796895" o:spid="_x0000_s1064" style="position:absolute;flip:y;visibility:visible;mso-wrap-style:square" from="12096,26400" to="27504,26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" strokecolor="#cdcdcd"/>
                <v:line id="Straight Connector 1198247146" o:spid="_x0000_s1065" style="position:absolute;flip:y;visibility:visible;mso-wrap-style:square" from="12096,26400" to="27504,26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" strokecolor="#cdcdcd"/>
                <v:line id="Straight Connector 801868949" o:spid="_x0000_s1066" style="position:absolute;visibility:visible;mso-wrap-style:square" from="12096,26400" to="27504,26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" strokecolor="#cdcdcd"/>
                <v:line id="Straight Connector 1769267934" o:spid="_x0000_s1067" style="position:absolute;visibility:visible;mso-wrap-style:square" from="30096,10080" to="45504,14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" strokecolor="#cdcdcd"/>
                <v:line id="Straight Connector 2136860570" o:spid="_x0000_s1068" style="position:absolute;visibility:visible;mso-wrap-style:square" from="30096,10080" to="45504,19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" strokecolor="#cdcdcd"/>
                <v:line id="Straight Connector 482840004" o:spid="_x0000_s1069" style="position:absolute;visibility:visible;mso-wrap-style:square" from="30096,10080" to="45504,24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" strokecolor="#cdcdcd"/>
                <v:line id="Straight Connector 1781337567" o:spid="_x0000_s1070" style="position:absolute;visibility:visible;mso-wrap-style:square" from="30096,14160" to="45504,14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" strokecolor="#cdcdcd"/>
                <v:line id="Straight Connector 2051050729" o:spid="_x0000_s1071" style="position:absolute;visibility:visible;mso-wrap-style:square" from="30096,14160" to="45504,19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" strokecolor="#cdcdcd"/>
                <v:line id="Straight Connector 700311886" o:spid="_x0000_s1072" style="position:absolute;visibility:visible;mso-wrap-style:square" from="30096,14160" to="45504,24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" strokecolor="#cdcdcd"/>
                <v:line id="Straight Connector 585776095" o:spid="_x0000_s1073" style="position:absolute;flip:y;visibility:visible;mso-wrap-style:square" from="30096,18240" to="45504,1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" strokecolor="#cdcdcd"/>
                <v:line id="Straight Connector 507358858" o:spid="_x0000_s1074" style="position:absolute;visibility:visible;mso-wrap-style:square" from="30096,18240" to="45504,19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" strokecolor="#cdcdcd"/>
                <v:line id="Straight Connector 1852591240" o:spid="_x0000_s1075" style="position:absolute;visibility:visible;mso-wrap-style:square" from="30096,18240" to="45504,24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" strokecolor="#cdcdcd"/>
                <v:line id="Straight Connector 1935384702" o:spid="_x0000_s1076" style="position:absolute;flip:y;visibility:visible;mso-wrap-style:square" from="30096,22320" to="45504,2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" strokecolor="#cdcdcd"/>
                <v:line id="Straight Connector 989397829" o:spid="_x0000_s1077" style="position:absolute;flip:y;visibility:visible;mso-wrap-style:square" from="30096,22320" to="45504,2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" strokecolor="#cdcdcd"/>
                <v:line id="Straight Connector 1057094134" o:spid="_x0000_s1078" style="position:absolute;visibility:visible;mso-wrap-style:square" from="30096,22320" to="45504,24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" strokecolor="#cdcdcd"/>
                <v:line id="Straight Connector 1751901506" o:spid="_x0000_s1079" style="position:absolute;flip:y;visibility:visible;mso-wrap-style:square" from="30096,26400" to="45504,26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" strokecolor="#cdcdcd"/>
                <v:line id="Straight Connector 877278759" o:spid="_x0000_s1080" style="position:absolute;flip:y;visibility:visible;mso-wrap-style:square" from="30096,26400" to="45504,26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" strokecolor="#cdcdcd"/>
                <v:line id="Straight Connector 1690926811" o:spid="_x0000_s1081" style="position:absolute;flip:y;visibility:visible;mso-wrap-style:square" from="30096,26400" to="45504,26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" strokecolor="#cdcdcd"/>
                <v:oval id="Oval 1560229179" o:spid="_x0000_s1082" style="position:absolute;left:9504;top:10704;width:2592;height:2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" fillcolor="#f0f0f0" strokecolor="#222" strokeweight=".26667mm"/>
                <v:oval id="Oval 1279912820" o:spid="_x0000_s1083" style="position:absolute;left:9504;top:15504;width:2592;height:2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" fillcolor="#f0f0f0" strokecolor="#222" strokeweight=".26667mm"/>
                <v:oval id="Oval 1775933701" o:spid="_x0000_s1084" style="position:absolute;left:9504;top:20304;width:2592;height:2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" fillcolor="#f0f0f0" strokecolor="#222" strokeweight=".26667mm"/>
                <v:oval id="Oval 973546549" o:spid="_x0000_s1085" style="position:absolute;left:9504;top:25104;width:2592;height:2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" fillcolor="#f0f0f0" strokecolor="#222" strokeweight=".26667mm"/>
                <v:oval id="Oval 1245103167" o:spid="_x0000_s1086" style="position:absolute;left:27504;top:8784;width:2592;height:2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" fillcolor="#e3eef8" strokecolor="#2e75b6" strokeweight=".26667mm"/>
                <v:oval id="Oval 1349597729" o:spid="_x0000_s1087" style="position:absolute;left:27504;top:12864;width:2592;height:2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" fillcolor="#e3eef8" strokecolor="#2e75b6" strokeweight=".26667mm"/>
                <v:oval id="Oval 181533729" o:spid="_x0000_s1088" style="position:absolute;left:27504;top:16944;width:2592;height:2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" fillcolor="#e3eef8" strokecolor="#2e75b6" strokeweight=".26667mm"/>
                <v:oval id="Oval 1285201067" o:spid="_x0000_s1089" style="position:absolute;left:27504;top:21024;width:2592;height:2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" fillcolor="#e3eef8" strokecolor="#2e75b6" strokeweight=".26667mm"/>
                <v:oval id="Oval 1878473028" o:spid="_x0000_s1090" style="position:absolute;left:27504;top:25104;width:2592;height:2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" fillcolor="#e3eef8" strokecolor="#2e75b6" strokeweight=".26667mm"/>
                <v:oval id="Oval 1610926634" o:spid="_x0000_s1091" style="position:absolute;left:45504;top:13104;width:2592;height:2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" fillcolor="#e9f4e6" strokecolor="#376937" strokeweight=".26667mm"/>
                <v:oval id="Oval 853798205" o:spid="_x0000_s1092" style="position:absolute;left:45504;top:17904;width:2592;height:2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" fillcolor="#e9f4e6" strokecolor="#376937" strokeweight=".26667mm"/>
                <v:oval id="Oval 825525509" o:spid="_x0000_s1093" style="position:absolute;left:45504;top:22704;width:2592;height:2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" fillcolor="#e9f4e6" strokecolor="#376937" strokeweight=".26667mm"/>
                <v:line id="Straight Connector 1063121359" o:spid="_x0000_s1094" style="position:absolute;visibility:visible;mso-wrap-style:square" from="3600,12000" to="9504,15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" strokecolor="#222" strokeweight=".4mm">
                  <v:stroke endarrow="open"/>
                </v:line>
                <v:roundrect id="Rectangle: Rounded Corners 135431852" o:spid="_x0000_s1095" style="position:absolute;left:1439;top:8782;width:10560;height:2736;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" filled="f" stroked="f" strokeweight="0">
                  <v:textbox inset="3.6pt,1.8pt,3.6pt,1.8pt">
                    <w:txbxContent>
                      <w:p w14:paraId="09D36669" w14:textId="77777777" w:rsidR="007A37CF" w:rsidRDefault="00D93E1F">
                        <w:pPr>
                          <w:spacing w:after="0" w:line="240" w:lineRule="auto"/>
                        </w:pPr>
                        <w:r>
                          <w:rPr>
                            <w:sz w:val="17"/>
                            <w:szCs w:val="17"/>
                          </w:rPr>
                          <w:t>dữ liệu đầu vào</w:t>
                        </w:r>
                      </w:p>
                    </w:txbxContent>
                  </v:textbox>
                </v:roundrect>
                <v:line id="Straight Connector 4652513" o:spid="_x0000_s1096" style="position:absolute;visibility:visible;mso-wrap-style:square" from="48096,19200" to="54000,21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" strokecolor="#222" strokeweight=".4mm">
                  <v:stroke endarrow="open"/>
                </v:line>
                <v:roundrect id="Rectangle: Rounded Corners 1720340376" o:spid="_x0000_s1097" style="position:absolute;left:48576;top:22560;width:9024;height:16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" filled="f" stroked="f" strokeweight="0">
                  <v:textbox inset="3.6pt,1.8pt,3.6pt,1.8pt">
                    <w:txbxContent>
                      <w:p w14:paraId="1BC5FA62" w14:textId="77777777" w:rsidR="007A37CF" w:rsidRDefault="00D93E1F">
                        <w:pPr>
                          <w:spacing w:after="0" w:line="240" w:lineRule="auto"/>
                        </w:pPr>
                        <w:r>
                          <w:rPr>
                            <w:sz w:val="17"/>
                            <w:szCs w:val="17"/>
                          </w:rPr>
                          <w:t>kết quả</w:t>
                        </w:r>
                      </w:p>
                      <w:p w14:paraId="15233A66" w14:textId="77777777" w:rsidR="007A37CF" w:rsidRDefault="00D93E1F">
                        <w:pPr>
                          <w:spacing w:after="0" w:line="240" w:lineRule="auto"/>
                        </w:pPr>
                        <w:r>
                          <w:rPr>
                            <w:sz w:val="17"/>
                            <w:szCs w:val="17"/>
                          </w:rPr>
                          <w:t>(nhãn / dự đoán)</w:t>
                        </w:r>
                      </w:p>
                    </w:txbxContent>
                  </v:textbox>
                </v:roundrect>
                <v:roundrect id="Rectangle: Rounded Corners 1398783181" o:spid="_x0000_s1098" style="position:absolute;left:720;top:28409;width:16994;height:2623;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" filled="f" strokecolor="#222" strokeweight=".33333mm">
                  <v:textbox inset="3.6pt,1.8pt,3.6pt,1.8pt">
                    <w:txbxContent>
                      <w:p w14:paraId="5AFB2363" w14:textId="77777777" w:rsidR="007A37CF" w:rsidRDefault="00D93E1F">
                        <w:pPr>
                          <w:spacing w:after="0" w:line="240" w:lineRule="auto"/>
                          <w:jc w:val="center"/>
                        </w:pPr>
                        <w:r>
                          <w:rPr>
                            <w:b/>
                            <w:sz w:val="19"/>
                            <w:szCs w:val="19"/>
                          </w:rPr>
                          <w:t>LỚP ĐẦU VÀO</w:t>
                        </w:r>
                      </w:p>
                    </w:txbxContent>
                  </v:textbox>
                </v:roundrect>
                <v:roundrect id="Rectangle: Rounded Corners 495079937" o:spid="_x0000_s1099" style="position:absolute;left:633;top:30604;width:20160;height:2543;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" filled="f" stroked="f" strokeweight="0">
                  <v:textbox inset="3.6pt,1.8pt,3.6pt,1.8pt">
                    <w:txbxContent>
                      <w:p w14:paraId="7FB0A968" w14:textId="77777777" w:rsidR="007A37CF" w:rsidRDefault="00D93E1F">
                        <w:pPr>
                          <w:spacing w:after="0" w:line="240" w:lineRule="auto"/>
                          <w:jc w:val="center"/>
                        </w:pPr>
                        <w:r>
                          <w:rPr>
                            <w:sz w:val="16"/>
                            <w:szCs w:val="16"/>
                          </w:rPr>
                          <w:t>dữ liệu: ảnh, tiếng nói, chữ…</w:t>
                        </w:r>
                      </w:p>
                    </w:txbxContent>
                  </v:textbox>
                </v:roundrect>
                <v:roundrect id="Rectangle: Rounded Corners 2086053864" o:spid="_x0000_s1100" style="position:absolute;left:22631;top:28409;width:16245;height:2626;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" filled="f" strokecolor="#222" strokeweight=".33333mm">
                  <v:textbox inset="3.6pt,1.8pt,3.6pt,1.8pt">
                    <w:txbxContent>
                      <w:p w14:paraId="6092AC3E" w14:textId="77777777" w:rsidR="007A37CF" w:rsidRDefault="00D93E1F">
                        <w:pPr>
                          <w:spacing w:after="0" w:line="240" w:lineRule="auto"/>
                          <w:jc w:val="center"/>
                        </w:pPr>
                        <w:r>
                          <w:rPr>
                            <w:b/>
                            <w:sz w:val="19"/>
                            <w:szCs w:val="19"/>
                          </w:rPr>
                          <w:t>LỚP ẨN</w:t>
                        </w:r>
                      </w:p>
                    </w:txbxContent>
                  </v:textbox>
                </v:roundrect>
                <v:roundrect id="Rectangle: Rounded Corners 622887900" o:spid="_x0000_s1101" style="position:absolute;left:18717;top:30604;width:20160;height:2505;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" filled="f" stroked="f" strokeweight="0">
                  <v:textbox inset="3.6pt,1.8pt,3.6pt,1.8pt">
                    <w:txbxContent>
                      <w:p w14:paraId="729C775F" w14:textId="77777777" w:rsidR="007A37CF" w:rsidRDefault="00D93E1F">
                        <w:pPr>
                          <w:spacing w:after="0" w:line="240" w:lineRule="auto"/>
                          <w:jc w:val="center"/>
                        </w:pPr>
                        <w:r>
                          <w:rPr>
                            <w:sz w:val="16"/>
                            <w:szCs w:val="16"/>
                          </w:rPr>
                          <w:t>tự học đặc trưng từ dữ liệu</w:t>
                        </w:r>
                      </w:p>
                    </w:txbxContent>
                  </v:textbox>
                </v:roundrect>
                <v:roundrect id="Rectangle: Rounded Corners 130330516" o:spid="_x0000_s1102" style="position:absolute;left:40487;top:28508;width:14146;height:2524;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" filled="f" strokecolor="#222" strokeweight=".33333mm">
                  <v:textbox inset="3.6pt,1.8pt,3.6pt,1.8pt">
                    <w:txbxContent>
                      <w:p w14:paraId="52A10A88" w14:textId="77777777" w:rsidR="007A37CF" w:rsidRDefault="00D93E1F">
                        <w:pPr>
                          <w:spacing w:after="0" w:line="240" w:lineRule="auto"/>
                          <w:jc w:val="center"/>
                        </w:pPr>
                        <w:r>
                          <w:rPr>
                            <w:b/>
                            <w:sz w:val="19"/>
                            <w:szCs w:val="19"/>
                          </w:rPr>
                          <w:t>LỚP ĐẦU RA</w:t>
                        </w:r>
                      </w:p>
                    </w:txbxContent>
                  </v:textbox>
                </v:roundrect>
                <v:roundrect id="Rectangle: Rounded Corners 1438358618" o:spid="_x0000_s1103" style="position:absolute;left:37666;top:30799;width:20160;height:2051;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" filled="f" stroked="f" strokeweight="0">
                  <v:textbox inset="3.6pt,1.8pt,3.6pt,1.8pt">
                    <w:txbxContent>
                      <w:p w14:paraId="33A7F604" w14:textId="77777777" w:rsidR="007A37CF" w:rsidRDefault="00D93E1F">
                        <w:pPr>
                          <w:spacing w:after="0" w:line="240" w:lineRule="auto"/>
                          <w:jc w:val="center"/>
                        </w:pPr>
                        <w:r>
                          <w:rPr>
                            <w:sz w:val="16"/>
                            <w:szCs w:val="16"/>
                          </w:rPr>
                          <w:t>kết quả: nhãn / dự đoán</w:t>
                        </w:r>
                      </w:p>
                    </w:txbxContent>
                  </v:textbox>
                </v:roundrect>
                <v:roundrect id="Rectangle: Rounded Corners 696825119" o:spid="_x0000_s1104" style="position:absolute;left:2399;top:32637;width:52800;height:4267;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" fillcolor="#f1f1f1" strokecolor="#222" strokeweight=".26667mm">
                  <v:textbox inset="3.6pt,1.8pt,3.6pt,1.8pt">
                    <w:txbxContent>
                      <w:p w14:paraId="4EA24912" w14:textId="77777777" w:rsidR="007A37CF" w:rsidRDefault="00D93E1F">
                        <w:pPr>
                          <w:spacing w:after="0" w:line="240" w:lineRule="auto"/>
                          <w:jc w:val="center"/>
                        </w:pPr>
                        <w:r>
                          <w:rPr>
                            <w:b/>
                            <w:sz w:val="19"/>
                            <w:szCs w:val="19"/>
                          </w:rPr>
                          <w:t xml:space="preserve">Mô phỏng cấu trúc nơ-ron não bộ. "Thông minh" có được nhờ HỌC từ dữ liệu lớn: </w:t>
                        </w:r>
                      </w:p>
                      <w:p w14:paraId="42DA27A2" w14:textId="77777777" w:rsidR="007A37CF" w:rsidRDefault="00D93E1F">
                        <w:pPr>
                          <w:spacing w:after="0" w:line="240" w:lineRule="auto"/>
                          <w:jc w:val="center"/>
                        </w:pPr>
                        <w:r>
                          <w:rPr>
                            <w:sz w:val="19"/>
                            <w:szCs w:val="19"/>
                          </w:rPr>
                          <w:t>máy TỰ tìm ra đặc trưng, không phải lập trình thủ công từng bước.</w:t>
                        </w:r>
                      </w:p>
                    </w:txbxContent>
                  </v:textbox>
                </v:roundrect>
                <w10:anchorlock/>
              </v:group>
            </w:pict>
          </mc:Fallback>
        </mc:AlternateContent>
      </w:r>
    </w:p>
    <w:p w14:paraId="462F4180" w14:textId="77777777" w:rsidR="007A37CF" w:rsidRDefault="00D93E1F">
      <w:pPr>
        <w:spacing w:after="60" w:line="264" w:lineRule="auto"/>
        <w:jc w:val="both"/>
      </w:pPr>
      <w:r>
        <w:rPr>
          <w:b/>
          <w:i/>
          <w:sz w:val="24"/>
        </w:rPr>
        <w:t xml:space="preserve">Hình 2. </w:t>
      </w:r>
      <w:r>
        <w:rPr>
          <w:i/>
          <w:sz w:val="24"/>
        </w:rPr>
        <w:t>Mạng nơ-ron nhân tạo: lớp đầu vào (dữ liệu: ảnh, tiếng nói, chữ…) → lớp ẩn (tự học đặc trưng từ dữ liệu) → lớp đầu ra (kết quả: nhãn, dự đoán). “Thông minh” có được nhờ học từ dữ liệu lớn, máy tự tìm ra đặc trưng, không phải do lập trình viên chỉ dẫn từng bước cụ thể.</w:t>
      </w:r>
    </w:p>
    <w:p w14:paraId="1DF0A890" w14:textId="77777777" w:rsidR="007A37CF" w:rsidRDefault="00D93E1F">
      <w:pPr>
        <w:keepNext/>
        <w:spacing w:before="80" w:after="60" w:line="264" w:lineRule="auto"/>
      </w:pPr>
      <w:r>
        <w:rPr>
          <w:b/>
        </w:rPr>
        <w:t>PL11.6.3. Kho ảnh thẻ minh hoạ (12 thẻ)</w:t>
      </w:r>
    </w:p>
    <w:p w14:paraId="347F66B8" w14:textId="77777777" w:rsidR="007A37CF" w:rsidRDefault="00D93E1F">
      <w:pPr>
        <w:spacing w:after="60" w:line="264" w:lineRule="auto"/>
        <w:jc w:val="both"/>
      </w:pPr>
      <w:r>
        <w:t>Thư mục nguồn: KHBD_THPT/Kho ảnh thẻ minh hoạ - Bài 6 Lớp 11/, gồm 12 thẻ ảnh (The-1.png … The-12.png), bản in thẻ và bảng đáp án (Thẻ minh hoạ (bản in).docx, Đáp án thẻ (GV).docx), Sơ đồ 3, Đáp án xếp thẻ và README hướng dẫn nguồn, giấy phép.</w:t>
      </w:r>
    </w:p>
    <w:p w14:paraId="1694627C" w14:textId="77777777" w:rsidR="007A37CF" w:rsidRDefault="00D93E1F">
      <w:pPr>
        <w:spacing w:after="60" w:line="264" w:lineRule="auto"/>
        <w:jc w:val="both"/>
      </w:pPr>
      <w:r>
        <w:rPr>
          <w:b/>
        </w:rPr>
        <w:t>Sơ đồ 3, Đáp án xếp thẻ</w:t>
      </w:r>
      <w:r>
        <w:t xml:space="preserve"> cho Hoạt động 3</w:t>
      </w:r>
    </w:p>
    <w:p w14:paraId="5592E704" w14:textId="77777777" w:rsidR="007A37CF" w:rsidRDefault="00D93E1F">
      <w:pPr>
        <w:spacing w:after="60" w:line="264" w:lineRule="auto"/>
        <w:jc w:val="center"/>
      </w:pPr>
      <w:r>
        <w:rPr>
          <w:noProof/>
        </w:rPr>
        <mc:AlternateContent>
          <mc:Choice Requires="wpg">
            <w:drawing>
              <wp:inline distT="0" distB="0" distL="0" distR="0" wp14:anchorId="5F9CB167" wp14:editId="194EA159">
                <wp:extent cx="5760000" cy="3600000"/>
                <wp:effectExtent l="0" t="0" r="0" b="0"/>
                <wp:docPr id="903" name="Sơ đồ 3 – Đáp án xếp thẻ (Hoạt động 3)" descr="Sơ đồ 3 – Đáp án xếp thẻ (Hoạt động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760000" cy="3600000"/>
                          <a:chOff x="0" y="0"/>
                          <a:chExt cx="5760000" cy="3600000"/>
                        </a:xfrm>
                      </wpg:grpSpPr>
                      <wps:wsp>
                        <wps:cNvPr id="56249300" name="Rectangle: Rounded Corners 56249300"/>
                        <wps:cNvSpPr/>
                        <wps:spPr>
                          <a:xfrm>
                            <a:off x="384000" y="396000"/>
                            <a:ext cx="1536000" cy="360000"/>
                          </a:xfrm>
                          <a:prstGeom prst="roundRect">
                            <a:avLst>
                              <a:gd name="adj" fmla="val 8000"/>
                            </a:avLst>
                          </a:prstGeom>
                          <a:solidFill>
                            <a:srgbClr val="E3EEF8"/>
                          </a:solidFill>
                          <a:ln w="12000">
                            <a:solidFill>
                              <a:srgbClr val="2E75B6"/>
                            </a:solidFill>
                          </a:ln>
                        </wps:spPr>
                        <wps:txbx>
                          <w:txbxContent>
                            <w:p w14:paraId="05592476" w14:textId="77777777" w:rsidR="007A37CF" w:rsidRDefault="00D93E1F">
                              <w:pPr>
                                <w:spacing w:after="0" w:line="240" w:lineRule="auto"/>
                                <w:jc w:val="center"/>
                              </w:pPr>
                              <w:r>
                                <w:rPr>
                                  <w:b/>
                                  <w:sz w:val="20"/>
                                  <w:szCs w:val="20"/>
                                </w:rPr>
                                <w:t>MẠNG NƠ-RON (nhận</w:t>
                              </w:r>
                            </w:p>
                            <w:p w14:paraId="47D8822E" w14:textId="77777777" w:rsidR="007A37CF" w:rsidRDefault="00D93E1F">
                              <w:pPr>
                                <w:spacing w:after="0" w:line="240" w:lineRule="auto"/>
                                <w:jc w:val="center"/>
                              </w:pPr>
                              <w:r>
                                <w:rPr>
                                  <w:b/>
                                  <w:sz w:val="20"/>
                                  <w:szCs w:val="20"/>
                                </w:rPr>
                                <w:t>dạng – dự đoán)</w:t>
                              </w:r>
                            </w:p>
                          </w:txbxContent>
                        </wps:txbx>
                        <wps:bodyPr lIns="45720" tIns="22860" rIns="45720" bIns="22860" anchor="ctr">
                          <a:noAutofit/>
                        </wps:bodyPr>
                      </wps:wsp>
                      <wps:wsp>
                        <wps:cNvPr id="268853066" name="Rectangle: Rounded Corners 268853066"/>
                        <wps:cNvSpPr/>
                        <wps:spPr>
                          <a:xfrm>
                            <a:off x="2112000" y="396000"/>
                            <a:ext cx="1536000" cy="360000"/>
                          </a:xfrm>
                          <a:prstGeom prst="roundRect">
                            <a:avLst>
                              <a:gd name="adj" fmla="val 8000"/>
                            </a:avLst>
                          </a:prstGeom>
                          <a:solidFill>
                            <a:srgbClr val="E9F4E6"/>
                          </a:solidFill>
                          <a:ln w="12000">
                            <a:solidFill>
                              <a:srgbClr val="376937"/>
                            </a:solidFill>
                          </a:ln>
                        </wps:spPr>
                        <wps:txbx>
                          <w:txbxContent>
                            <w:p w14:paraId="0D7DCB5C" w14:textId="77777777" w:rsidR="007A37CF" w:rsidRDefault="00D93E1F">
                              <w:pPr>
                                <w:spacing w:after="0" w:line="240" w:lineRule="auto"/>
                                <w:jc w:val="center"/>
                              </w:pPr>
                              <w:r>
                                <w:rPr>
                                  <w:b/>
                                  <w:sz w:val="20"/>
                                  <w:szCs w:val="20"/>
                                </w:rPr>
                                <w:t>PHÂN LỚP (có nhãn sẵn)</w:t>
                              </w:r>
                            </w:p>
                          </w:txbxContent>
                        </wps:txbx>
                        <wps:bodyPr lIns="45720" tIns="22860" rIns="45720" bIns="22860" anchor="ctr">
                          <a:noAutofit/>
                        </wps:bodyPr>
                      </wps:wsp>
                      <wps:wsp>
                        <wps:cNvPr id="1383985708" name="Rectangle: Rounded Corners 1383985708"/>
                        <wps:cNvSpPr/>
                        <wps:spPr>
                          <a:xfrm>
                            <a:off x="3840000" y="396000"/>
                            <a:ext cx="1536000" cy="360000"/>
                          </a:xfrm>
                          <a:prstGeom prst="roundRect">
                            <a:avLst>
                              <a:gd name="adj" fmla="val 8000"/>
                            </a:avLst>
                          </a:prstGeom>
                          <a:solidFill>
                            <a:srgbClr val="FCE9DC"/>
                          </a:solidFill>
                          <a:ln w="12000">
                            <a:solidFill>
                              <a:srgbClr val="B96018"/>
                            </a:solidFill>
                          </a:ln>
                        </wps:spPr>
                        <wps:txbx>
                          <w:txbxContent>
                            <w:p w14:paraId="22A4AF3F" w14:textId="77777777" w:rsidR="007A37CF" w:rsidRDefault="00D93E1F">
                              <w:pPr>
                                <w:spacing w:after="0" w:line="240" w:lineRule="auto"/>
                                <w:jc w:val="center"/>
                              </w:pPr>
                              <w:r>
                                <w:rPr>
                                  <w:b/>
                                  <w:sz w:val="20"/>
                                  <w:szCs w:val="20"/>
                                </w:rPr>
                                <w:t>PHÂN CỤM (chưa có</w:t>
                              </w:r>
                            </w:p>
                            <w:p w14:paraId="22E3C47A" w14:textId="77777777" w:rsidR="007A37CF" w:rsidRDefault="00D93E1F">
                              <w:pPr>
                                <w:spacing w:after="0" w:line="240" w:lineRule="auto"/>
                                <w:jc w:val="center"/>
                              </w:pPr>
                              <w:r>
                                <w:rPr>
                                  <w:b/>
                                  <w:sz w:val="20"/>
                                  <w:szCs w:val="20"/>
                                </w:rPr>
                                <w:t>nhãn)</w:t>
                              </w:r>
                            </w:p>
                          </w:txbxContent>
                        </wps:txbx>
                        <wps:bodyPr lIns="45720" tIns="22860" rIns="45720" bIns="22860" anchor="ctr">
                          <a:noAutofit/>
                        </wps:bodyPr>
                      </wps:wsp>
                      <wps:wsp>
                        <wps:cNvPr id="1194907162" name="Rectangle: Rounded Corners 1194907162"/>
                        <wps:cNvSpPr/>
                        <wps:spPr>
                          <a:xfrm>
                            <a:off x="312000" y="864000"/>
                            <a:ext cx="1680000" cy="408000"/>
                          </a:xfrm>
                          <a:prstGeom prst="roundRect">
                            <a:avLst>
                              <a:gd name="adj" fmla="val 8000"/>
                            </a:avLst>
                          </a:prstGeom>
                          <a:noFill/>
                          <a:ln w="7200">
                            <a:solidFill>
                              <a:srgbClr val="C8C8C8"/>
                            </a:solidFill>
                          </a:ln>
                        </wps:spPr>
                        <wps:txbx>
                          <w:txbxContent>
                            <w:p w14:paraId="2AB24BE7" w14:textId="77777777" w:rsidR="007A37CF" w:rsidRDefault="00D93E1F">
                              <w:pPr>
                                <w:spacing w:after="0" w:line="240" w:lineRule="auto"/>
                              </w:pPr>
                              <w:r>
                                <w:rPr>
                                  <w:sz w:val="18"/>
                                  <w:szCs w:val="18"/>
                                </w:rPr>
                                <w:t>T1. Mở khoá điện thoại bằng</w:t>
                              </w:r>
                            </w:p>
                            <w:p w14:paraId="1516A633" w14:textId="77777777" w:rsidR="007A37CF" w:rsidRDefault="00D93E1F">
                              <w:pPr>
                                <w:spacing w:after="0" w:line="240" w:lineRule="auto"/>
                              </w:pPr>
                              <w:r>
                                <w:rPr>
                                  <w:sz w:val="18"/>
                                  <w:szCs w:val="18"/>
                                </w:rPr>
                                <w:t>gương mặt</w:t>
                              </w:r>
                            </w:p>
                          </w:txbxContent>
                        </wps:txbx>
                        <wps:bodyPr lIns="45720" tIns="22860" rIns="45720" bIns="22860" anchor="ctr">
                          <a:noAutofit/>
                        </wps:bodyPr>
                      </wps:wsp>
                      <wps:wsp>
                        <wps:cNvPr id="1710051606" name="Rectangle: Rounded Corners 1710051606"/>
                        <wps:cNvSpPr/>
                        <wps:spPr>
                          <a:xfrm>
                            <a:off x="312000" y="1310400"/>
                            <a:ext cx="1680000" cy="408000"/>
                          </a:xfrm>
                          <a:prstGeom prst="roundRect">
                            <a:avLst>
                              <a:gd name="adj" fmla="val 8000"/>
                            </a:avLst>
                          </a:prstGeom>
                          <a:noFill/>
                          <a:ln w="7200">
                            <a:solidFill>
                              <a:srgbClr val="C8C8C8"/>
                            </a:solidFill>
                          </a:ln>
                        </wps:spPr>
                        <wps:txbx>
                          <w:txbxContent>
                            <w:p w14:paraId="5F6B2094" w14:textId="77777777" w:rsidR="007A37CF" w:rsidRDefault="00D93E1F">
                              <w:pPr>
                                <w:spacing w:after="0" w:line="240" w:lineRule="auto"/>
                              </w:pPr>
                              <w:r>
                                <w:rPr>
                                  <w:sz w:val="18"/>
                                  <w:szCs w:val="18"/>
                                </w:rPr>
                                <w:t>T3. Chấm công bằng nhận diện</w:t>
                              </w:r>
                            </w:p>
                            <w:p w14:paraId="2BCDA489" w14:textId="77777777" w:rsidR="007A37CF" w:rsidRDefault="00D93E1F">
                              <w:pPr>
                                <w:spacing w:after="0" w:line="240" w:lineRule="auto"/>
                              </w:pPr>
                              <w:r>
                                <w:rPr>
                                  <w:sz w:val="18"/>
                                  <w:szCs w:val="18"/>
                                </w:rPr>
                                <w:t>gương mặt</w:t>
                              </w:r>
                            </w:p>
                          </w:txbxContent>
                        </wps:txbx>
                        <wps:bodyPr lIns="45720" tIns="22860" rIns="45720" bIns="22860" anchor="ctr">
                          <a:noAutofit/>
                        </wps:bodyPr>
                      </wps:wsp>
                      <wps:wsp>
                        <wps:cNvPr id="131911466" name="Rectangle: Rounded Corners 131911466"/>
                        <wps:cNvSpPr/>
                        <wps:spPr>
                          <a:xfrm>
                            <a:off x="312000" y="1756800"/>
                            <a:ext cx="1680000" cy="408000"/>
                          </a:xfrm>
                          <a:prstGeom prst="roundRect">
                            <a:avLst>
                              <a:gd name="adj" fmla="val 8000"/>
                            </a:avLst>
                          </a:prstGeom>
                          <a:noFill/>
                          <a:ln w="7200">
                            <a:solidFill>
                              <a:srgbClr val="C8C8C8"/>
                            </a:solidFill>
                          </a:ln>
                        </wps:spPr>
                        <wps:txbx>
                          <w:txbxContent>
                            <w:p w14:paraId="3DAAC151" w14:textId="77777777" w:rsidR="007A37CF" w:rsidRDefault="00D93E1F">
                              <w:pPr>
                                <w:spacing w:after="0" w:line="240" w:lineRule="auto"/>
                              </w:pPr>
                              <w:r>
                                <w:rPr>
                                  <w:sz w:val="18"/>
                                  <w:szCs w:val="18"/>
                                </w:rPr>
                                <w:t>T8. Trợ lí ảo nhận dạng giọng</w:t>
                              </w:r>
                            </w:p>
                            <w:p w14:paraId="5AC70330" w14:textId="77777777" w:rsidR="007A37CF" w:rsidRDefault="00D93E1F">
                              <w:pPr>
                                <w:spacing w:after="0" w:line="240" w:lineRule="auto"/>
                              </w:pPr>
                              <w:r>
                                <w:rPr>
                                  <w:sz w:val="18"/>
                                  <w:szCs w:val="18"/>
                                </w:rPr>
                                <w:t>nói tiếng Việt</w:t>
                              </w:r>
                            </w:p>
                          </w:txbxContent>
                        </wps:txbx>
                        <wps:bodyPr lIns="45720" tIns="22860" rIns="45720" bIns="22860" anchor="ctr">
                          <a:noAutofit/>
                        </wps:bodyPr>
                      </wps:wsp>
                      <wps:wsp>
                        <wps:cNvPr id="1611601803" name="Rectangle: Rounded Corners 1611601803"/>
                        <wps:cNvSpPr/>
                        <wps:spPr>
                          <a:xfrm>
                            <a:off x="312000" y="2203200"/>
                            <a:ext cx="1680000" cy="408000"/>
                          </a:xfrm>
                          <a:prstGeom prst="roundRect">
                            <a:avLst>
                              <a:gd name="adj" fmla="val 8000"/>
                            </a:avLst>
                          </a:prstGeom>
                          <a:noFill/>
                          <a:ln w="7200">
                            <a:solidFill>
                              <a:srgbClr val="C8C8C8"/>
                            </a:solidFill>
                          </a:ln>
                        </wps:spPr>
                        <wps:txbx>
                          <w:txbxContent>
                            <w:p w14:paraId="06D1607B" w14:textId="77777777" w:rsidR="007A37CF" w:rsidRDefault="00D93E1F">
                              <w:pPr>
                                <w:spacing w:after="0" w:line="240" w:lineRule="auto"/>
                              </w:pPr>
                              <w:r>
                                <w:rPr>
                                  <w:sz w:val="18"/>
                                  <w:szCs w:val="18"/>
                                </w:rPr>
                                <w:t>T9. Dịch máy tiếng Việt – tiếng</w:t>
                              </w:r>
                            </w:p>
                            <w:p w14:paraId="296EFE91" w14:textId="77777777" w:rsidR="007A37CF" w:rsidRDefault="00D93E1F">
                              <w:pPr>
                                <w:spacing w:after="0" w:line="240" w:lineRule="auto"/>
                              </w:pPr>
                              <w:r>
                                <w:rPr>
                                  <w:sz w:val="18"/>
                                  <w:szCs w:val="18"/>
                                </w:rPr>
                                <w:t>Anh</w:t>
                              </w:r>
                            </w:p>
                          </w:txbxContent>
                        </wps:txbx>
                        <wps:bodyPr lIns="45720" tIns="22860" rIns="45720" bIns="22860" anchor="ctr">
                          <a:noAutofit/>
                        </wps:bodyPr>
                      </wps:wsp>
                      <wps:wsp>
                        <wps:cNvPr id="1752565172" name="Rectangle: Rounded Corners 1752565172"/>
                        <wps:cNvSpPr/>
                        <wps:spPr>
                          <a:xfrm>
                            <a:off x="312000" y="2649600"/>
                            <a:ext cx="1680000" cy="408000"/>
                          </a:xfrm>
                          <a:prstGeom prst="roundRect">
                            <a:avLst>
                              <a:gd name="adj" fmla="val 8000"/>
                            </a:avLst>
                          </a:prstGeom>
                          <a:noFill/>
                          <a:ln w="7200">
                            <a:solidFill>
                              <a:srgbClr val="C8C8C8"/>
                            </a:solidFill>
                          </a:ln>
                        </wps:spPr>
                        <wps:txbx>
                          <w:txbxContent>
                            <w:p w14:paraId="748444AA" w14:textId="77777777" w:rsidR="007A37CF" w:rsidRDefault="00D93E1F">
                              <w:pPr>
                                <w:spacing w:after="0" w:line="240" w:lineRule="auto"/>
                              </w:pPr>
                              <w:r>
                                <w:rPr>
                                  <w:sz w:val="18"/>
                                  <w:szCs w:val="18"/>
                                </w:rPr>
                                <w:t>T11. Ứng dụng gợi ý phim, video</w:t>
                              </w:r>
                            </w:p>
                            <w:p w14:paraId="114B2F76" w14:textId="77777777" w:rsidR="007A37CF" w:rsidRDefault="00D93E1F">
                              <w:pPr>
                                <w:spacing w:after="0" w:line="240" w:lineRule="auto"/>
                              </w:pPr>
                              <w:r>
                                <w:rPr>
                                  <w:sz w:val="18"/>
                                  <w:szCs w:val="18"/>
                                </w:rPr>
                                <w:t>theo thói quen xem</w:t>
                              </w:r>
                            </w:p>
                          </w:txbxContent>
                        </wps:txbx>
                        <wps:bodyPr lIns="45720" tIns="22860" rIns="45720" bIns="22860" anchor="ctr">
                          <a:noAutofit/>
                        </wps:bodyPr>
                      </wps:wsp>
                      <wps:wsp>
                        <wps:cNvPr id="2126377079" name="Rectangle: Rounded Corners 2126377079"/>
                        <wps:cNvSpPr/>
                        <wps:spPr>
                          <a:xfrm>
                            <a:off x="2040000" y="864000"/>
                            <a:ext cx="1680000" cy="268800"/>
                          </a:xfrm>
                          <a:prstGeom prst="roundRect">
                            <a:avLst>
                              <a:gd name="adj" fmla="val 8000"/>
                            </a:avLst>
                          </a:prstGeom>
                          <a:noFill/>
                          <a:ln w="7200">
                            <a:solidFill>
                              <a:srgbClr val="C8C8C8"/>
                            </a:solidFill>
                          </a:ln>
                        </wps:spPr>
                        <wps:txbx>
                          <w:txbxContent>
                            <w:p w14:paraId="028BFF5B" w14:textId="77777777" w:rsidR="007A37CF" w:rsidRDefault="00D93E1F">
                              <w:pPr>
                                <w:spacing w:after="0" w:line="240" w:lineRule="auto"/>
                              </w:pPr>
                              <w:r>
                                <w:rPr>
                                  <w:sz w:val="18"/>
                                  <w:szCs w:val="18"/>
                                </w:rPr>
                                <w:t>T5. Bộ lọc đánh dấu email rác</w:t>
                              </w:r>
                            </w:p>
                          </w:txbxContent>
                        </wps:txbx>
                        <wps:bodyPr lIns="45720" tIns="22860" rIns="45720" bIns="22860" anchor="ctr">
                          <a:noAutofit/>
                        </wps:bodyPr>
                      </wps:wsp>
                      <wps:wsp>
                        <wps:cNvPr id="1776405762" name="Rectangle: Rounded Corners 1776405762"/>
                        <wps:cNvSpPr/>
                        <wps:spPr>
                          <a:xfrm>
                            <a:off x="2040000" y="1171200"/>
                            <a:ext cx="1680000" cy="408000"/>
                          </a:xfrm>
                          <a:prstGeom prst="roundRect">
                            <a:avLst>
                              <a:gd name="adj" fmla="val 8000"/>
                            </a:avLst>
                          </a:prstGeom>
                          <a:noFill/>
                          <a:ln w="7200">
                            <a:solidFill>
                              <a:srgbClr val="C8C8C8"/>
                            </a:solidFill>
                          </a:ln>
                        </wps:spPr>
                        <wps:txbx>
                          <w:txbxContent>
                            <w:p w14:paraId="4055C245" w14:textId="77777777" w:rsidR="007A37CF" w:rsidRDefault="00D93E1F">
                              <w:pPr>
                                <w:spacing w:after="0" w:line="240" w:lineRule="auto"/>
                              </w:pPr>
                              <w:r>
                                <w:rPr>
                                  <w:sz w:val="18"/>
                                  <w:szCs w:val="18"/>
                                </w:rPr>
                                <w:t>T6. AI phân loại ảnh "chó" –</w:t>
                              </w:r>
                            </w:p>
                            <w:p w14:paraId="350A9793" w14:textId="77777777" w:rsidR="007A37CF" w:rsidRDefault="00D93E1F">
                              <w:pPr>
                                <w:spacing w:after="0" w:line="240" w:lineRule="auto"/>
                              </w:pPr>
                              <w:r>
                                <w:rPr>
                                  <w:sz w:val="18"/>
                                  <w:szCs w:val="18"/>
                                </w:rPr>
                                <w:t>"mèo"</w:t>
                              </w:r>
                            </w:p>
                          </w:txbxContent>
                        </wps:txbx>
                        <wps:bodyPr lIns="45720" tIns="22860" rIns="45720" bIns="22860" anchor="ctr">
                          <a:noAutofit/>
                        </wps:bodyPr>
                      </wps:wsp>
                      <wps:wsp>
                        <wps:cNvPr id="241906508" name="Rectangle: Rounded Corners 241906508"/>
                        <wps:cNvSpPr/>
                        <wps:spPr>
                          <a:xfrm>
                            <a:off x="2040000" y="1617600"/>
                            <a:ext cx="1680000" cy="268800"/>
                          </a:xfrm>
                          <a:prstGeom prst="roundRect">
                            <a:avLst>
                              <a:gd name="adj" fmla="val 8000"/>
                            </a:avLst>
                          </a:prstGeom>
                          <a:noFill/>
                          <a:ln w="7200">
                            <a:solidFill>
                              <a:srgbClr val="C8C8C8"/>
                            </a:solidFill>
                          </a:ln>
                        </wps:spPr>
                        <wps:txbx>
                          <w:txbxContent>
                            <w:p w14:paraId="1F36FDE5" w14:textId="77777777" w:rsidR="007A37CF" w:rsidRDefault="00D93E1F">
                              <w:pPr>
                                <w:spacing w:after="0" w:line="240" w:lineRule="auto"/>
                              </w:pPr>
                              <w:r>
                                <w:rPr>
                                  <w:sz w:val="18"/>
                                  <w:szCs w:val="18"/>
                                </w:rPr>
                                <w:t>T10. Nhận diện chữ viết tay</w:t>
                              </w:r>
                            </w:p>
                          </w:txbxContent>
                        </wps:txbx>
                        <wps:bodyPr lIns="45720" tIns="22860" rIns="45720" bIns="22860" anchor="ctr">
                          <a:noAutofit/>
                        </wps:bodyPr>
                      </wps:wsp>
                      <wps:wsp>
                        <wps:cNvPr id="1569035139" name="Rectangle: Rounded Corners 1569035139"/>
                        <wps:cNvSpPr/>
                        <wps:spPr>
                          <a:xfrm>
                            <a:off x="2040000" y="1924800"/>
                            <a:ext cx="1680000" cy="408000"/>
                          </a:xfrm>
                          <a:prstGeom prst="roundRect">
                            <a:avLst>
                              <a:gd name="adj" fmla="val 8000"/>
                            </a:avLst>
                          </a:prstGeom>
                          <a:noFill/>
                          <a:ln w="7200">
                            <a:solidFill>
                              <a:srgbClr val="C8C8C8"/>
                            </a:solidFill>
                          </a:ln>
                        </wps:spPr>
                        <wps:txbx>
                          <w:txbxContent>
                            <w:p w14:paraId="27A4E142" w14:textId="77777777" w:rsidR="007A37CF" w:rsidRDefault="00D93E1F">
                              <w:pPr>
                                <w:spacing w:after="0" w:line="240" w:lineRule="auto"/>
                              </w:pPr>
                              <w:r>
                                <w:rPr>
                                  <w:sz w:val="18"/>
                                  <w:szCs w:val="18"/>
                                </w:rPr>
                                <w:t>T12. AI chấm điểm bài luận theo</w:t>
                              </w:r>
                            </w:p>
                            <w:p w14:paraId="7B625BA4" w14:textId="77777777" w:rsidR="007A37CF" w:rsidRDefault="00D93E1F">
                              <w:pPr>
                                <w:spacing w:after="0" w:line="240" w:lineRule="auto"/>
                              </w:pPr>
                              <w:r>
                                <w:rPr>
                                  <w:sz w:val="18"/>
                                  <w:szCs w:val="18"/>
                                </w:rPr>
                                <w:t>thang A, B, C</w:t>
                              </w:r>
                            </w:p>
                          </w:txbxContent>
                        </wps:txbx>
                        <wps:bodyPr lIns="45720" tIns="22860" rIns="45720" bIns="22860" anchor="ctr">
                          <a:noAutofit/>
                        </wps:bodyPr>
                      </wps:wsp>
                      <wps:wsp>
                        <wps:cNvPr id="1873103413" name="Rectangle: Rounded Corners 1873103413"/>
                        <wps:cNvSpPr/>
                        <wps:spPr>
                          <a:xfrm>
                            <a:off x="3768000" y="864000"/>
                            <a:ext cx="1680000" cy="408000"/>
                          </a:xfrm>
                          <a:prstGeom prst="roundRect">
                            <a:avLst>
                              <a:gd name="adj" fmla="val 8000"/>
                            </a:avLst>
                          </a:prstGeom>
                          <a:noFill/>
                          <a:ln w="7200">
                            <a:solidFill>
                              <a:srgbClr val="C8C8C8"/>
                            </a:solidFill>
                          </a:ln>
                        </wps:spPr>
                        <wps:txbx>
                          <w:txbxContent>
                            <w:p w14:paraId="59535512" w14:textId="77777777" w:rsidR="007A37CF" w:rsidRDefault="00D93E1F">
                              <w:pPr>
                                <w:spacing w:after="0" w:line="240" w:lineRule="auto"/>
                              </w:pPr>
                              <w:r>
                                <w:rPr>
                                  <w:sz w:val="18"/>
                                  <w:szCs w:val="18"/>
                                </w:rPr>
                                <w:t>T2. Trường gom HS theo sở</w:t>
                              </w:r>
                            </w:p>
                            <w:p w14:paraId="6CF384C1" w14:textId="77777777" w:rsidR="007A37CF" w:rsidRDefault="00D93E1F">
                              <w:pPr>
                                <w:spacing w:after="0" w:line="240" w:lineRule="auto"/>
                              </w:pPr>
                              <w:r>
                                <w:rPr>
                                  <w:sz w:val="18"/>
                                  <w:szCs w:val="18"/>
                                </w:rPr>
                                <w:t>thích để lập CLB</w:t>
                              </w:r>
                            </w:p>
                          </w:txbxContent>
                        </wps:txbx>
                        <wps:bodyPr lIns="45720" tIns="22860" rIns="45720" bIns="22860" anchor="ctr">
                          <a:noAutofit/>
                        </wps:bodyPr>
                      </wps:wsp>
                      <wps:wsp>
                        <wps:cNvPr id="237983902" name="Rectangle: Rounded Corners 237983902"/>
                        <wps:cNvSpPr/>
                        <wps:spPr>
                          <a:xfrm>
                            <a:off x="3768000" y="1310400"/>
                            <a:ext cx="1680000" cy="408000"/>
                          </a:xfrm>
                          <a:prstGeom prst="roundRect">
                            <a:avLst>
                              <a:gd name="adj" fmla="val 8000"/>
                            </a:avLst>
                          </a:prstGeom>
                          <a:noFill/>
                          <a:ln w="7200">
                            <a:solidFill>
                              <a:srgbClr val="C8C8C8"/>
                            </a:solidFill>
                          </a:ln>
                        </wps:spPr>
                        <wps:txbx>
                          <w:txbxContent>
                            <w:p w14:paraId="5C5CA57F" w14:textId="77777777" w:rsidR="007A37CF" w:rsidRDefault="00D93E1F">
                              <w:pPr>
                                <w:spacing w:after="0" w:line="240" w:lineRule="auto"/>
                              </w:pPr>
                              <w:r>
                                <w:rPr>
                                  <w:sz w:val="18"/>
                                  <w:szCs w:val="18"/>
                                </w:rPr>
                                <w:t>T4. Siêu thị gom khách thành</w:t>
                              </w:r>
                            </w:p>
                            <w:p w14:paraId="6945F0F2" w14:textId="77777777" w:rsidR="007A37CF" w:rsidRDefault="00D93E1F">
                              <w:pPr>
                                <w:spacing w:after="0" w:line="240" w:lineRule="auto"/>
                              </w:pPr>
                              <w:r>
                                <w:rPr>
                                  <w:sz w:val="18"/>
                                  <w:szCs w:val="18"/>
                                </w:rPr>
                                <w:t>nhóm theo thói quen mua sắm</w:t>
                              </w:r>
                            </w:p>
                          </w:txbxContent>
                        </wps:txbx>
                        <wps:bodyPr lIns="45720" tIns="22860" rIns="45720" bIns="22860" anchor="ctr">
                          <a:noAutofit/>
                        </wps:bodyPr>
                      </wps:wsp>
                      <wps:wsp>
                        <wps:cNvPr id="1212168107" name="Rectangle: Rounded Corners 1212168107"/>
                        <wps:cNvSpPr/>
                        <wps:spPr>
                          <a:xfrm>
                            <a:off x="3768000" y="1756800"/>
                            <a:ext cx="1680000" cy="408000"/>
                          </a:xfrm>
                          <a:prstGeom prst="roundRect">
                            <a:avLst>
                              <a:gd name="adj" fmla="val 8000"/>
                            </a:avLst>
                          </a:prstGeom>
                          <a:noFill/>
                          <a:ln w="7200">
                            <a:solidFill>
                              <a:srgbClr val="C8C8C8"/>
                            </a:solidFill>
                          </a:ln>
                        </wps:spPr>
                        <wps:txbx>
                          <w:txbxContent>
                            <w:p w14:paraId="34A8FB97" w14:textId="77777777" w:rsidR="007A37CF" w:rsidRDefault="00D93E1F">
                              <w:pPr>
                                <w:spacing w:after="0" w:line="240" w:lineRule="auto"/>
                              </w:pPr>
                              <w:r>
                                <w:rPr>
                                  <w:sz w:val="18"/>
                                  <w:szCs w:val="18"/>
                                </w:rPr>
                                <w:t>T7. Gom ảnh trong điện thoại</w:t>
                              </w:r>
                            </w:p>
                            <w:p w14:paraId="51C8A666" w14:textId="77777777" w:rsidR="007A37CF" w:rsidRDefault="00D93E1F">
                              <w:pPr>
                                <w:spacing w:after="0" w:line="240" w:lineRule="auto"/>
                              </w:pPr>
                              <w:r>
                                <w:rPr>
                                  <w:sz w:val="18"/>
                                  <w:szCs w:val="18"/>
                                </w:rPr>
                                <w:t>theo chủ đề (biển, núi, đồ ăn)</w:t>
                              </w:r>
                            </w:p>
                          </w:txbxContent>
                        </wps:txbx>
                        <wps:bodyPr lIns="45720" tIns="22860" rIns="45720" bIns="22860" anchor="ctr">
                          <a:noAutofit/>
                        </wps:bodyPr>
                      </wps:wsp>
                      <wps:wsp>
                        <wps:cNvPr id="781277852" name="Rectangle: Rounded Corners 781277852"/>
                        <wps:cNvSpPr/>
                        <wps:spPr>
                          <a:xfrm>
                            <a:off x="240000" y="3408000"/>
                            <a:ext cx="5280000" cy="168000"/>
                          </a:xfrm>
                          <a:prstGeom prst="roundRect">
                            <a:avLst>
                              <a:gd name="adj" fmla="val 8000"/>
                            </a:avLst>
                          </a:prstGeom>
                          <a:noFill/>
                          <a:ln w="0">
                            <a:noFill/>
                          </a:ln>
                        </wps:spPr>
                        <wps:txbx>
                          <w:txbxContent>
                            <w:p w14:paraId="5843D327" w14:textId="77777777" w:rsidR="007A37CF" w:rsidRDefault="00D93E1F">
                              <w:pPr>
                                <w:spacing w:after="0" w:line="240" w:lineRule="auto"/>
                                <w:jc w:val="center"/>
                              </w:pPr>
                              <w:r>
                                <w:rPr>
                                  <w:sz w:val="17"/>
                                  <w:szCs w:val="17"/>
                                </w:rPr>
                                <w:t>Lưu ý: một tình huống thực tế có thể cần nhiều loại bài toán/kĩ thuật phối hợp.</w:t>
                              </w:r>
                            </w:p>
                          </w:txbxContent>
                        </wps:txbx>
                        <wps:bodyPr lIns="45720" tIns="22860" rIns="45720" bIns="22860" anchor="ctr">
                          <a:noAutofit/>
                        </wps:bodyPr>
                      </wps:wsp>
                    </wpg:wgp>
                  </a:graphicData>
                </a:graphic>
              </wp:inline>
            </w:drawing>
          </mc:Choice>
          <mc:Fallback>
            <w:pict>
              <v:group w14:anchorId="5F9CB167" id="Sơ đồ 3 – Đáp án xếp thẻ (Hoạt động 3)" o:spid="_x0000_s1105" alt="Sơ đồ 3 – Đáp án xếp thẻ (Hoạt động 3)" style="width:453.55pt;height:283.45pt;mso-position-horizontal-relative:char;mso-position-vertical-relative:line" coordsize="57600,3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">
                <o:lock v:ext="edit" aspectratio="t"/>
                <v:roundrect id="Rectangle: Rounded Corners 56249300" o:spid="_x0000_s1106" style="position:absolute;left:3840;top:3960;width:15360;height:36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" fillcolor="#e3eef8" strokecolor="#2e75b6" strokeweight=".33333mm">
                  <v:textbox inset="3.6pt,1.8pt,3.6pt,1.8pt">
                    <w:txbxContent>
                      <w:p w14:paraId="05592476" w14:textId="77777777" w:rsidR="007A37CF" w:rsidRDefault="00D93E1F">
                        <w:pPr>
                          <w:spacing w:after="0" w:line="240" w:lineRule="auto"/>
                          <w:jc w:val="center"/>
                        </w:pPr>
                        <w:r>
                          <w:rPr>
                            <w:b/>
                            <w:sz w:val="20"/>
                            <w:szCs w:val="20"/>
                          </w:rPr>
                          <w:t>MẠNG NƠ-RON (nhận</w:t>
                        </w:r>
                      </w:p>
                      <w:p w14:paraId="47D8822E" w14:textId="77777777" w:rsidR="007A37CF" w:rsidRDefault="00D93E1F">
                        <w:pPr>
                          <w:spacing w:after="0" w:line="240" w:lineRule="auto"/>
                          <w:jc w:val="center"/>
                        </w:pPr>
                        <w:r>
                          <w:rPr>
                            <w:b/>
                            <w:sz w:val="20"/>
                            <w:szCs w:val="20"/>
                          </w:rPr>
                          <w:t>dạng – dự đoán)</w:t>
                        </w:r>
                      </w:p>
                    </w:txbxContent>
                  </v:textbox>
                </v:roundrect>
                <v:roundrect id="Rectangle: Rounded Corners 268853066" o:spid="_x0000_s1107" style="position:absolute;left:21120;top:3960;width:15360;height:36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" fillcolor="#e9f4e6" strokecolor="#376937" strokeweight=".33333mm">
                  <v:textbox inset="3.6pt,1.8pt,3.6pt,1.8pt">
                    <w:txbxContent>
                      <w:p w14:paraId="0D7DCB5C" w14:textId="77777777" w:rsidR="007A37CF" w:rsidRDefault="00D93E1F">
                        <w:pPr>
                          <w:spacing w:after="0" w:line="240" w:lineRule="auto"/>
                          <w:jc w:val="center"/>
                        </w:pPr>
                        <w:r>
                          <w:rPr>
                            <w:b/>
                            <w:sz w:val="20"/>
                            <w:szCs w:val="20"/>
                          </w:rPr>
                          <w:t>PHÂN LỚP (có nhãn sẵn)</w:t>
                        </w:r>
                      </w:p>
                    </w:txbxContent>
                  </v:textbox>
                </v:roundrect>
                <v:roundrect id="Rectangle: Rounded Corners 1383985708" o:spid="_x0000_s1108" style="position:absolute;left:38400;top:3960;width:15360;height:36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" fillcolor="#fce9dc" strokecolor="#b96018" strokeweight=".33333mm">
                  <v:textbox inset="3.6pt,1.8pt,3.6pt,1.8pt">
                    <w:txbxContent>
                      <w:p w14:paraId="22A4AF3F" w14:textId="77777777" w:rsidR="007A37CF" w:rsidRDefault="00D93E1F">
                        <w:pPr>
                          <w:spacing w:after="0" w:line="240" w:lineRule="auto"/>
                          <w:jc w:val="center"/>
                        </w:pPr>
                        <w:r>
                          <w:rPr>
                            <w:b/>
                            <w:sz w:val="20"/>
                            <w:szCs w:val="20"/>
                          </w:rPr>
                          <w:t>PHÂN CỤM (chưa có</w:t>
                        </w:r>
                      </w:p>
                      <w:p w14:paraId="22E3C47A" w14:textId="77777777" w:rsidR="007A37CF" w:rsidRDefault="00D93E1F">
                        <w:pPr>
                          <w:spacing w:after="0" w:line="240" w:lineRule="auto"/>
                          <w:jc w:val="center"/>
                        </w:pPr>
                        <w:r>
                          <w:rPr>
                            <w:b/>
                            <w:sz w:val="20"/>
                            <w:szCs w:val="20"/>
                          </w:rPr>
                          <w:t>nhãn)</w:t>
                        </w:r>
                      </w:p>
                    </w:txbxContent>
                  </v:textbox>
                </v:roundrect>
                <v:roundrect id="Rectangle: Rounded Corners 1194907162" o:spid="_x0000_s1109" style="position:absolute;left:3120;top:8640;width:16800;height:40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" filled="f" strokecolor="#c8c8c8" strokeweight=".2mm">
                  <v:textbox inset="3.6pt,1.8pt,3.6pt,1.8pt">
                    <w:txbxContent>
                      <w:p w14:paraId="2AB24BE7" w14:textId="77777777" w:rsidR="007A37CF" w:rsidRDefault="00D93E1F">
                        <w:pPr>
                          <w:spacing w:after="0" w:line="240" w:lineRule="auto"/>
                        </w:pPr>
                        <w:r>
                          <w:rPr>
                            <w:sz w:val="18"/>
                            <w:szCs w:val="18"/>
                          </w:rPr>
                          <w:t>T1. Mở khoá điện thoại bằng</w:t>
                        </w:r>
                      </w:p>
                      <w:p w14:paraId="1516A633" w14:textId="77777777" w:rsidR="007A37CF" w:rsidRDefault="00D93E1F">
                        <w:pPr>
                          <w:spacing w:after="0" w:line="240" w:lineRule="auto"/>
                        </w:pPr>
                        <w:r>
                          <w:rPr>
                            <w:sz w:val="18"/>
                            <w:szCs w:val="18"/>
                          </w:rPr>
                          <w:t>gương mặt</w:t>
                        </w:r>
                      </w:p>
                    </w:txbxContent>
                  </v:textbox>
                </v:roundrect>
                <v:roundrect id="Rectangle: Rounded Corners 1710051606" o:spid="_x0000_s1110" style="position:absolute;left:3120;top:13104;width:16800;height:40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" filled="f" strokecolor="#c8c8c8" strokeweight=".2mm">
                  <v:textbox inset="3.6pt,1.8pt,3.6pt,1.8pt">
                    <w:txbxContent>
                      <w:p w14:paraId="5F6B2094" w14:textId="77777777" w:rsidR="007A37CF" w:rsidRDefault="00D93E1F">
                        <w:pPr>
                          <w:spacing w:after="0" w:line="240" w:lineRule="auto"/>
                        </w:pPr>
                        <w:r>
                          <w:rPr>
                            <w:sz w:val="18"/>
                            <w:szCs w:val="18"/>
                          </w:rPr>
                          <w:t>T3. Chấm công bằng nhận diện</w:t>
                        </w:r>
                      </w:p>
                      <w:p w14:paraId="2BCDA489" w14:textId="77777777" w:rsidR="007A37CF" w:rsidRDefault="00D93E1F">
                        <w:pPr>
                          <w:spacing w:after="0" w:line="240" w:lineRule="auto"/>
                        </w:pPr>
                        <w:r>
                          <w:rPr>
                            <w:sz w:val="18"/>
                            <w:szCs w:val="18"/>
                          </w:rPr>
                          <w:t>gương mặt</w:t>
                        </w:r>
                      </w:p>
                    </w:txbxContent>
                  </v:textbox>
                </v:roundrect>
                <v:roundrect id="Rectangle: Rounded Corners 131911466" o:spid="_x0000_s1111" style="position:absolute;left:3120;top:17568;width:16800;height:40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" filled="f" strokecolor="#c8c8c8" strokeweight=".2mm">
                  <v:textbox inset="3.6pt,1.8pt,3.6pt,1.8pt">
                    <w:txbxContent>
                      <w:p w14:paraId="3DAAC151" w14:textId="77777777" w:rsidR="007A37CF" w:rsidRDefault="00D93E1F">
                        <w:pPr>
                          <w:spacing w:after="0" w:line="240" w:lineRule="auto"/>
                        </w:pPr>
                        <w:r>
                          <w:rPr>
                            <w:sz w:val="18"/>
                            <w:szCs w:val="18"/>
                          </w:rPr>
                          <w:t>T8. Trợ lí ảo nhận dạng giọng</w:t>
                        </w:r>
                      </w:p>
                      <w:p w14:paraId="5AC70330" w14:textId="77777777" w:rsidR="007A37CF" w:rsidRDefault="00D93E1F">
                        <w:pPr>
                          <w:spacing w:after="0" w:line="240" w:lineRule="auto"/>
                        </w:pPr>
                        <w:r>
                          <w:rPr>
                            <w:sz w:val="18"/>
                            <w:szCs w:val="18"/>
                          </w:rPr>
                          <w:t>nói tiếng Việt</w:t>
                        </w:r>
                      </w:p>
                    </w:txbxContent>
                  </v:textbox>
                </v:roundrect>
                <v:roundrect id="Rectangle: Rounded Corners 1611601803" o:spid="_x0000_s1112" style="position:absolute;left:3120;top:22032;width:16800;height:40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" filled="f" strokecolor="#c8c8c8" strokeweight=".2mm">
                  <v:textbox inset="3.6pt,1.8pt,3.6pt,1.8pt">
                    <w:txbxContent>
                      <w:p w14:paraId="06D1607B" w14:textId="77777777" w:rsidR="007A37CF" w:rsidRDefault="00D93E1F">
                        <w:pPr>
                          <w:spacing w:after="0" w:line="240" w:lineRule="auto"/>
                        </w:pPr>
                        <w:r>
                          <w:rPr>
                            <w:sz w:val="18"/>
                            <w:szCs w:val="18"/>
                          </w:rPr>
                          <w:t>T9. Dịch máy tiếng Việt – tiếng</w:t>
                        </w:r>
                      </w:p>
                      <w:p w14:paraId="296EFE91" w14:textId="77777777" w:rsidR="007A37CF" w:rsidRDefault="00D93E1F">
                        <w:pPr>
                          <w:spacing w:after="0" w:line="240" w:lineRule="auto"/>
                        </w:pPr>
                        <w:r>
                          <w:rPr>
                            <w:sz w:val="18"/>
                            <w:szCs w:val="18"/>
                          </w:rPr>
                          <w:t>Anh</w:t>
                        </w:r>
                      </w:p>
                    </w:txbxContent>
                  </v:textbox>
                </v:roundrect>
                <v:roundrect id="Rectangle: Rounded Corners 1752565172" o:spid="_x0000_s1113" style="position:absolute;left:3120;top:26496;width:16800;height:40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" filled="f" strokecolor="#c8c8c8" strokeweight=".2mm">
                  <v:textbox inset="3.6pt,1.8pt,3.6pt,1.8pt">
                    <w:txbxContent>
                      <w:p w14:paraId="748444AA" w14:textId="77777777" w:rsidR="007A37CF" w:rsidRDefault="00D93E1F">
                        <w:pPr>
                          <w:spacing w:after="0" w:line="240" w:lineRule="auto"/>
                        </w:pPr>
                        <w:r>
                          <w:rPr>
                            <w:sz w:val="18"/>
                            <w:szCs w:val="18"/>
                          </w:rPr>
                          <w:t>T11. Ứng dụng gợi ý phim, video</w:t>
                        </w:r>
                      </w:p>
                      <w:p w14:paraId="114B2F76" w14:textId="77777777" w:rsidR="007A37CF" w:rsidRDefault="00D93E1F">
                        <w:pPr>
                          <w:spacing w:after="0" w:line="240" w:lineRule="auto"/>
                        </w:pPr>
                        <w:r>
                          <w:rPr>
                            <w:sz w:val="18"/>
                            <w:szCs w:val="18"/>
                          </w:rPr>
                          <w:t>theo thói quen xem</w:t>
                        </w:r>
                      </w:p>
                    </w:txbxContent>
                  </v:textbox>
                </v:roundrect>
                <v:roundrect id="Rectangle: Rounded Corners 2126377079" o:spid="_x0000_s1114" style="position:absolute;left:20400;top:8640;width:16800;height:2688;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" filled="f" strokecolor="#c8c8c8" strokeweight=".2mm">
                  <v:textbox inset="3.6pt,1.8pt,3.6pt,1.8pt">
                    <w:txbxContent>
                      <w:p w14:paraId="028BFF5B" w14:textId="77777777" w:rsidR="007A37CF" w:rsidRDefault="00D93E1F">
                        <w:pPr>
                          <w:spacing w:after="0" w:line="240" w:lineRule="auto"/>
                        </w:pPr>
                        <w:r>
                          <w:rPr>
                            <w:sz w:val="18"/>
                            <w:szCs w:val="18"/>
                          </w:rPr>
                          <w:t>T5. Bộ lọc đánh dấu email rác</w:t>
                        </w:r>
                      </w:p>
                    </w:txbxContent>
                  </v:textbox>
                </v:roundrect>
                <v:roundrect id="Rectangle: Rounded Corners 1776405762" o:spid="_x0000_s1115" style="position:absolute;left:20400;top:11712;width:16800;height:40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" filled="f" strokecolor="#c8c8c8" strokeweight=".2mm">
                  <v:textbox inset="3.6pt,1.8pt,3.6pt,1.8pt">
                    <w:txbxContent>
                      <w:p w14:paraId="4055C245" w14:textId="77777777" w:rsidR="007A37CF" w:rsidRDefault="00D93E1F">
                        <w:pPr>
                          <w:spacing w:after="0" w:line="240" w:lineRule="auto"/>
                        </w:pPr>
                        <w:r>
                          <w:rPr>
                            <w:sz w:val="18"/>
                            <w:szCs w:val="18"/>
                          </w:rPr>
                          <w:t>T6. AI phân loại ảnh "chó" –</w:t>
                        </w:r>
                      </w:p>
                      <w:p w14:paraId="350A9793" w14:textId="77777777" w:rsidR="007A37CF" w:rsidRDefault="00D93E1F">
                        <w:pPr>
                          <w:spacing w:after="0" w:line="240" w:lineRule="auto"/>
                        </w:pPr>
                        <w:r>
                          <w:rPr>
                            <w:sz w:val="18"/>
                            <w:szCs w:val="18"/>
                          </w:rPr>
                          <w:t>"mèo"</w:t>
                        </w:r>
                      </w:p>
                    </w:txbxContent>
                  </v:textbox>
                </v:roundrect>
                <v:roundrect id="Rectangle: Rounded Corners 241906508" o:spid="_x0000_s1116" style="position:absolute;left:20400;top:16176;width:16800;height:2688;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" filled="f" strokecolor="#c8c8c8" strokeweight=".2mm">
                  <v:textbox inset="3.6pt,1.8pt,3.6pt,1.8pt">
                    <w:txbxContent>
                      <w:p w14:paraId="1F36FDE5" w14:textId="77777777" w:rsidR="007A37CF" w:rsidRDefault="00D93E1F">
                        <w:pPr>
                          <w:spacing w:after="0" w:line="240" w:lineRule="auto"/>
                        </w:pPr>
                        <w:r>
                          <w:rPr>
                            <w:sz w:val="18"/>
                            <w:szCs w:val="18"/>
                          </w:rPr>
                          <w:t>T10. Nhận diện chữ viết tay</w:t>
                        </w:r>
                      </w:p>
                    </w:txbxContent>
                  </v:textbox>
                </v:roundrect>
                <v:roundrect id="Rectangle: Rounded Corners 1569035139" o:spid="_x0000_s1117" style="position:absolute;left:20400;top:19248;width:16800;height:40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" filled="f" strokecolor="#c8c8c8" strokeweight=".2mm">
                  <v:textbox inset="3.6pt,1.8pt,3.6pt,1.8pt">
                    <w:txbxContent>
                      <w:p w14:paraId="27A4E142" w14:textId="77777777" w:rsidR="007A37CF" w:rsidRDefault="00D93E1F">
                        <w:pPr>
                          <w:spacing w:after="0" w:line="240" w:lineRule="auto"/>
                        </w:pPr>
                        <w:r>
                          <w:rPr>
                            <w:sz w:val="18"/>
                            <w:szCs w:val="18"/>
                          </w:rPr>
                          <w:t>T12. AI chấm điểm bài luận theo</w:t>
                        </w:r>
                      </w:p>
                      <w:p w14:paraId="7B625BA4" w14:textId="77777777" w:rsidR="007A37CF" w:rsidRDefault="00D93E1F">
                        <w:pPr>
                          <w:spacing w:after="0" w:line="240" w:lineRule="auto"/>
                        </w:pPr>
                        <w:r>
                          <w:rPr>
                            <w:sz w:val="18"/>
                            <w:szCs w:val="18"/>
                          </w:rPr>
                          <w:t>thang A, B, C</w:t>
                        </w:r>
                      </w:p>
                    </w:txbxContent>
                  </v:textbox>
                </v:roundrect>
                <v:roundrect id="Rectangle: Rounded Corners 1873103413" o:spid="_x0000_s1118" style="position:absolute;left:37680;top:8640;width:16800;height:40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" filled="f" strokecolor="#c8c8c8" strokeweight=".2mm">
                  <v:textbox inset="3.6pt,1.8pt,3.6pt,1.8pt">
                    <w:txbxContent>
                      <w:p w14:paraId="59535512" w14:textId="77777777" w:rsidR="007A37CF" w:rsidRDefault="00D93E1F">
                        <w:pPr>
                          <w:spacing w:after="0" w:line="240" w:lineRule="auto"/>
                        </w:pPr>
                        <w:r>
                          <w:rPr>
                            <w:sz w:val="18"/>
                            <w:szCs w:val="18"/>
                          </w:rPr>
                          <w:t>T2. Trường gom HS theo sở</w:t>
                        </w:r>
                      </w:p>
                      <w:p w14:paraId="6CF384C1" w14:textId="77777777" w:rsidR="007A37CF" w:rsidRDefault="00D93E1F">
                        <w:pPr>
                          <w:spacing w:after="0" w:line="240" w:lineRule="auto"/>
                        </w:pPr>
                        <w:r>
                          <w:rPr>
                            <w:sz w:val="18"/>
                            <w:szCs w:val="18"/>
                          </w:rPr>
                          <w:t>thích để lập CLB</w:t>
                        </w:r>
                      </w:p>
                    </w:txbxContent>
                  </v:textbox>
                </v:roundrect>
                <v:roundrect id="Rectangle: Rounded Corners 237983902" o:spid="_x0000_s1119" style="position:absolute;left:37680;top:13104;width:16800;height:40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" filled="f" strokecolor="#c8c8c8" strokeweight=".2mm">
                  <v:textbox inset="3.6pt,1.8pt,3.6pt,1.8pt">
                    <w:txbxContent>
                      <w:p w14:paraId="5C5CA57F" w14:textId="77777777" w:rsidR="007A37CF" w:rsidRDefault="00D93E1F">
                        <w:pPr>
                          <w:spacing w:after="0" w:line="240" w:lineRule="auto"/>
                        </w:pPr>
                        <w:r>
                          <w:rPr>
                            <w:sz w:val="18"/>
                            <w:szCs w:val="18"/>
                          </w:rPr>
                          <w:t>T4. Siêu thị gom khách thành</w:t>
                        </w:r>
                      </w:p>
                      <w:p w14:paraId="6945F0F2" w14:textId="77777777" w:rsidR="007A37CF" w:rsidRDefault="00D93E1F">
                        <w:pPr>
                          <w:spacing w:after="0" w:line="240" w:lineRule="auto"/>
                        </w:pPr>
                        <w:r>
                          <w:rPr>
                            <w:sz w:val="18"/>
                            <w:szCs w:val="18"/>
                          </w:rPr>
                          <w:t>nhóm theo thói quen mua sắm</w:t>
                        </w:r>
                      </w:p>
                    </w:txbxContent>
                  </v:textbox>
                </v:roundrect>
                <v:roundrect id="Rectangle: Rounded Corners 1212168107" o:spid="_x0000_s1120" style="position:absolute;left:37680;top:17568;width:16800;height:40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" filled="f" strokecolor="#c8c8c8" strokeweight=".2mm">
                  <v:textbox inset="3.6pt,1.8pt,3.6pt,1.8pt">
                    <w:txbxContent>
                      <w:p w14:paraId="34A8FB97" w14:textId="77777777" w:rsidR="007A37CF" w:rsidRDefault="00D93E1F">
                        <w:pPr>
                          <w:spacing w:after="0" w:line="240" w:lineRule="auto"/>
                        </w:pPr>
                        <w:r>
                          <w:rPr>
                            <w:sz w:val="18"/>
                            <w:szCs w:val="18"/>
                          </w:rPr>
                          <w:t>T7. Gom ảnh trong điện thoại</w:t>
                        </w:r>
                      </w:p>
                      <w:p w14:paraId="51C8A666" w14:textId="77777777" w:rsidR="007A37CF" w:rsidRDefault="00D93E1F">
                        <w:pPr>
                          <w:spacing w:after="0" w:line="240" w:lineRule="auto"/>
                        </w:pPr>
                        <w:r>
                          <w:rPr>
                            <w:sz w:val="18"/>
                            <w:szCs w:val="18"/>
                          </w:rPr>
                          <w:t>theo chủ đề (biển, núi, đồ ăn)</w:t>
                        </w:r>
                      </w:p>
                    </w:txbxContent>
                  </v:textbox>
                </v:roundrect>
                <v:roundrect id="Rectangle: Rounded Corners 781277852" o:spid="_x0000_s1121" style="position:absolute;left:2400;top:34080;width:52800;height:16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" filled="f" stroked="f" strokeweight="0">
                  <v:textbox inset="3.6pt,1.8pt,3.6pt,1.8pt">
                    <w:txbxContent>
                      <w:p w14:paraId="5843D327" w14:textId="77777777" w:rsidR="007A37CF" w:rsidRDefault="00D93E1F">
                        <w:pPr>
                          <w:spacing w:after="0" w:line="240" w:lineRule="auto"/>
                          <w:jc w:val="center"/>
                        </w:pPr>
                        <w:r>
                          <w:rPr>
                            <w:sz w:val="17"/>
                            <w:szCs w:val="17"/>
                          </w:rPr>
                          <w:t>Lưu ý: một tình huống thực tế có thể cần nhiều loại bài toán/kĩ thuật phối hợp.</w:t>
                        </w:r>
                      </w:p>
                    </w:txbxContent>
                  </v:textbox>
                </v:roundrect>
                <w10:anchorlock/>
              </v:group>
            </w:pict>
          </mc:Fallback>
        </mc:AlternateContent>
      </w:r>
    </w:p>
    <w:p w14:paraId="3D0872C8" w14:textId="77777777" w:rsidR="007A37CF" w:rsidRDefault="00D93E1F">
      <w:pPr>
        <w:spacing w:after="60" w:line="264" w:lineRule="auto"/>
        <w:jc w:val="both"/>
      </w:pPr>
      <w:r>
        <w:rPr>
          <w:b/>
          <w:i/>
          <w:sz w:val="24"/>
        </w:rPr>
        <w:t xml:space="preserve">Hình 3. </w:t>
      </w:r>
      <w:r>
        <w:rPr>
          <w:i/>
          <w:sz w:val="24"/>
        </w:rPr>
        <w:t>Đáp án xếp thẻ Hoạt động 3: 12 thẻ tình huống chia vào ba cột mạng nơ-ron, phân lớp, phân cụm; một tình huống thực tế có thể cần phối hợp nhiều loại bài toán, kĩ thuật.</w:t>
      </w:r>
    </w:p>
    <w:p w14:paraId="082846EA" w14:textId="77777777" w:rsidR="007A37CF" w:rsidRDefault="00D93E1F">
      <w:pPr>
        <w:spacing w:after="60" w:line="264" w:lineRule="auto"/>
      </w:pPr>
      <w:r>
        <w:rPr>
          <w:b/>
        </w:rPr>
        <w:t>C2. Bộ âm thanh tiếng chim (không bắt buộc, dùng khi minh hoạ phân lớp âm thanh)</w:t>
      </w:r>
    </w:p>
    <w:p w14:paraId="0C3533D6" w14:textId="77777777" w:rsidR="007A37CF" w:rsidRDefault="00D93E1F">
      <w:pPr>
        <w:spacing w:after="60" w:line="264" w:lineRule="auto"/>
      </w:pPr>
      <w:r>
        <w:t>Thư mục nguồn: KHBD_THPT/Bộ âm thanh tiếng chim - Bài 6 Lớp 11/, gồm các bản ghi tiếng hót của 5 loài chim phổ biến (chích chòe than, chào mào, sáo đá thường, cu gáy, sẻ nhà) dùng làm bộ dữ liệu mẫu: đầu vào âm thanh → nhãn loài chim. Mỗi bản ghi có nguồn (Wikimedia Commons) và giấy phép CC BY-SA ghi trong README; thư mục kèm README hướng dẫn dùng cho Teachable Machine (chế độ Audio) hoặc làm ví dụ phân lớp ở Nhiệm vụ 2.1/Hoạt động 3.</w:t>
      </w:r>
    </w:p>
    <w:p w14:paraId="70124E63" w14:textId="77777777" w:rsidR="007A37CF" w:rsidRDefault="00D93E1F">
      <w:pPr>
        <w:keepNext/>
        <w:spacing w:before="80" w:after="60" w:line="264" w:lineRule="auto"/>
      </w:pPr>
      <w:r>
        <w:rPr>
          <w:b/>
        </w:rPr>
        <w:t>PL11.6.4. Bảng kiểm tra đồng đẳng (Hoạt động 3, dùng khi hai nhóm trình bày chéo)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819"/>
        <w:gridCol w:w="737"/>
        <w:gridCol w:w="737"/>
        <w:gridCol w:w="2778"/>
      </w:tblGrid>
      <w:tr w:rsidR="007A37CF" w14:paraId="4B378956" w14:textId="77777777">
        <w:trPr>
          <w:cantSplit/>
          <w:tblHeader/>
          <w:jc w:val="center"/>
        </w:trPr>
        <w:tc>
          <w:tcPr>
            <w:tcW w:w="4819" w:type="dxa"/>
            <w:vAlign w:val="center"/>
          </w:tcPr>
          <w:p w14:paraId="09562E45" w14:textId="77777777" w:rsidR="007A37CF" w:rsidRDefault="00D93E1F">
            <w:pPr>
              <w:spacing w:after="0" w:line="240" w:lineRule="auto"/>
              <w:jc w:val="center"/>
            </w:pPr>
            <w:r>
              <w:rPr>
                <w:b/>
                <w:sz w:val="22"/>
                <w:szCs w:val="22"/>
              </w:rPr>
              <w:t>Tiêu chí</w:t>
            </w:r>
          </w:p>
        </w:tc>
        <w:tc>
          <w:tcPr>
            <w:tcW w:w="737" w:type="dxa"/>
            <w:vAlign w:val="center"/>
          </w:tcPr>
          <w:p w14:paraId="4A39BBBF" w14:textId="77777777" w:rsidR="007A37CF" w:rsidRDefault="00D93E1F">
            <w:pPr>
              <w:spacing w:after="0" w:line="240" w:lineRule="auto"/>
              <w:jc w:val="center"/>
            </w:pPr>
            <w:r>
              <w:rPr>
                <w:b/>
                <w:sz w:val="22"/>
                <w:szCs w:val="22"/>
              </w:rPr>
              <w:t>Có</w:t>
            </w:r>
          </w:p>
        </w:tc>
        <w:tc>
          <w:tcPr>
            <w:tcW w:w="737" w:type="dxa"/>
            <w:vAlign w:val="center"/>
          </w:tcPr>
          <w:p w14:paraId="23E46E72" w14:textId="77777777" w:rsidR="007A37CF" w:rsidRDefault="00D93E1F">
            <w:pPr>
              <w:spacing w:after="0" w:line="240" w:lineRule="auto"/>
              <w:jc w:val="center"/>
            </w:pPr>
            <w:r>
              <w:rPr>
                <w:b/>
                <w:sz w:val="22"/>
                <w:szCs w:val="22"/>
              </w:rPr>
              <w:t>Chưa</w:t>
            </w:r>
          </w:p>
        </w:tc>
        <w:tc>
          <w:tcPr>
            <w:tcW w:w="2778" w:type="dxa"/>
            <w:vAlign w:val="center"/>
          </w:tcPr>
          <w:p w14:paraId="0D6DE003" w14:textId="77777777" w:rsidR="007A37CF" w:rsidRDefault="00D93E1F">
            <w:pPr>
              <w:spacing w:after="0" w:line="240" w:lineRule="auto"/>
              <w:jc w:val="center"/>
            </w:pPr>
            <w:r>
              <w:rPr>
                <w:b/>
                <w:sz w:val="22"/>
                <w:szCs w:val="22"/>
              </w:rPr>
              <w:t>Góp ý cụ thể</w:t>
            </w:r>
          </w:p>
        </w:tc>
      </w:tr>
      <w:tr w:rsidR="007A37CF" w14:paraId="04EBB0C9" w14:textId="77777777">
        <w:trPr>
          <w:cantSplit/>
          <w:jc w:val="center"/>
        </w:trPr>
        <w:tc>
          <w:tcPr>
            <w:tcW w:w="4819" w:type="dxa"/>
          </w:tcPr>
          <w:p w14:paraId="2C9C9590" w14:textId="77777777" w:rsidR="007A37CF" w:rsidRDefault="00D93E1F">
            <w:pPr>
              <w:spacing w:after="0" w:line="240" w:lineRule="auto"/>
            </w:pPr>
            <w:r>
              <w:rPr>
                <w:sz w:val="22"/>
                <w:szCs w:val="22"/>
              </w:rPr>
              <w:t>1. Xếp đúng phần lớn thẻ vào đúng cột (đối chiếu Sơ đồ 3, Đáp án).</w:t>
            </w:r>
          </w:p>
        </w:tc>
        <w:tc>
          <w:tcPr>
            <w:tcW w:w="737" w:type="dxa"/>
            <w:vAlign w:val="center"/>
          </w:tcPr>
          <w:p w14:paraId="0E228FAE" w14:textId="77777777" w:rsidR="007A37CF" w:rsidRDefault="00D93E1F">
            <w:pPr>
              <w:spacing w:after="0" w:line="240" w:lineRule="auto"/>
              <w:jc w:val="center"/>
            </w:pPr>
            <w:r>
              <w:rPr>
                <w:sz w:val="22"/>
                <w:szCs w:val="22"/>
              </w:rPr>
              <w:t>☐</w:t>
            </w:r>
          </w:p>
        </w:tc>
        <w:tc>
          <w:tcPr>
            <w:tcW w:w="737" w:type="dxa"/>
            <w:vAlign w:val="center"/>
          </w:tcPr>
          <w:p w14:paraId="5EEEBBEF" w14:textId="77777777" w:rsidR="007A37CF" w:rsidRDefault="00D93E1F">
            <w:pPr>
              <w:spacing w:after="0" w:line="240" w:lineRule="auto"/>
              <w:jc w:val="center"/>
            </w:pPr>
            <w:r>
              <w:rPr>
                <w:sz w:val="22"/>
                <w:szCs w:val="22"/>
              </w:rPr>
              <w:t>☐</w:t>
            </w:r>
          </w:p>
        </w:tc>
        <w:tc>
          <w:tcPr>
            <w:tcW w:w="2778" w:type="dxa"/>
          </w:tcPr>
          <w:p w14:paraId="07ACA2BC" w14:textId="77777777" w:rsidR="007A37CF" w:rsidRDefault="007A37CF">
            <w:pPr>
              <w:spacing w:after="0" w:line="264" w:lineRule="auto"/>
            </w:pPr>
          </w:p>
        </w:tc>
      </w:tr>
      <w:tr w:rsidR="007A37CF" w14:paraId="22A9138B" w14:textId="77777777">
        <w:trPr>
          <w:cantSplit/>
          <w:jc w:val="center"/>
        </w:trPr>
        <w:tc>
          <w:tcPr>
            <w:tcW w:w="4819" w:type="dxa"/>
          </w:tcPr>
          <w:p w14:paraId="60E9C21E" w14:textId="77777777" w:rsidR="007A37CF" w:rsidRDefault="00D93E1F">
            <w:pPr>
              <w:spacing w:after="0" w:line="240" w:lineRule="auto"/>
            </w:pPr>
            <w:r>
              <w:rPr>
                <w:sz w:val="22"/>
                <w:szCs w:val="22"/>
              </w:rPr>
              <w:t>2. Nêu đúng dấu hiệu nhận biết cho mỗi thẻ (có/không có nhãn sẵn; nhận dạng/dự đoán).</w:t>
            </w:r>
          </w:p>
        </w:tc>
        <w:tc>
          <w:tcPr>
            <w:tcW w:w="737" w:type="dxa"/>
            <w:vAlign w:val="center"/>
          </w:tcPr>
          <w:p w14:paraId="02C8F476" w14:textId="77777777" w:rsidR="007A37CF" w:rsidRDefault="00D93E1F">
            <w:pPr>
              <w:spacing w:after="0" w:line="240" w:lineRule="auto"/>
              <w:jc w:val="center"/>
            </w:pPr>
            <w:r>
              <w:rPr>
                <w:sz w:val="22"/>
                <w:szCs w:val="22"/>
              </w:rPr>
              <w:t>☐</w:t>
            </w:r>
          </w:p>
        </w:tc>
        <w:tc>
          <w:tcPr>
            <w:tcW w:w="737" w:type="dxa"/>
            <w:vAlign w:val="center"/>
          </w:tcPr>
          <w:p w14:paraId="7256F422" w14:textId="77777777" w:rsidR="007A37CF" w:rsidRDefault="00D93E1F">
            <w:pPr>
              <w:spacing w:after="0" w:line="240" w:lineRule="auto"/>
              <w:jc w:val="center"/>
            </w:pPr>
            <w:r>
              <w:rPr>
                <w:sz w:val="22"/>
                <w:szCs w:val="22"/>
              </w:rPr>
              <w:t>☐</w:t>
            </w:r>
          </w:p>
        </w:tc>
        <w:tc>
          <w:tcPr>
            <w:tcW w:w="2778" w:type="dxa"/>
          </w:tcPr>
          <w:p w14:paraId="0CE0AF13" w14:textId="77777777" w:rsidR="007A37CF" w:rsidRDefault="007A37CF">
            <w:pPr>
              <w:spacing w:after="0" w:line="264" w:lineRule="auto"/>
            </w:pPr>
          </w:p>
        </w:tc>
      </w:tr>
      <w:tr w:rsidR="007A37CF" w14:paraId="6CC9F296" w14:textId="77777777">
        <w:trPr>
          <w:cantSplit/>
          <w:jc w:val="center"/>
        </w:trPr>
        <w:tc>
          <w:tcPr>
            <w:tcW w:w="4819" w:type="dxa"/>
          </w:tcPr>
          <w:p w14:paraId="4B5F7258" w14:textId="77777777" w:rsidR="007A37CF" w:rsidRDefault="00D93E1F">
            <w:pPr>
              <w:spacing w:after="0" w:line="240" w:lineRule="auto"/>
            </w:pPr>
            <w:r>
              <w:rPr>
                <w:sz w:val="22"/>
                <w:szCs w:val="22"/>
              </w:rPr>
              <w:t>3. Dự kiến đầu ra hợp lí, cụ thể theo từng thẻ.</w:t>
            </w:r>
          </w:p>
        </w:tc>
        <w:tc>
          <w:tcPr>
            <w:tcW w:w="737" w:type="dxa"/>
            <w:vAlign w:val="center"/>
          </w:tcPr>
          <w:p w14:paraId="27B27250" w14:textId="77777777" w:rsidR="007A37CF" w:rsidRDefault="00D93E1F">
            <w:pPr>
              <w:spacing w:after="0" w:line="240" w:lineRule="auto"/>
              <w:jc w:val="center"/>
            </w:pPr>
            <w:r>
              <w:rPr>
                <w:sz w:val="22"/>
                <w:szCs w:val="22"/>
              </w:rPr>
              <w:t>☐</w:t>
            </w:r>
          </w:p>
        </w:tc>
        <w:tc>
          <w:tcPr>
            <w:tcW w:w="737" w:type="dxa"/>
            <w:vAlign w:val="center"/>
          </w:tcPr>
          <w:p w14:paraId="03D82076" w14:textId="77777777" w:rsidR="007A37CF" w:rsidRDefault="00D93E1F">
            <w:pPr>
              <w:spacing w:after="0" w:line="240" w:lineRule="auto"/>
              <w:jc w:val="center"/>
            </w:pPr>
            <w:r>
              <w:rPr>
                <w:sz w:val="22"/>
                <w:szCs w:val="22"/>
              </w:rPr>
              <w:t>☐</w:t>
            </w:r>
          </w:p>
        </w:tc>
        <w:tc>
          <w:tcPr>
            <w:tcW w:w="2778" w:type="dxa"/>
          </w:tcPr>
          <w:p w14:paraId="15620797" w14:textId="77777777" w:rsidR="007A37CF" w:rsidRDefault="007A37CF">
            <w:pPr>
              <w:spacing w:after="0" w:line="264" w:lineRule="auto"/>
            </w:pPr>
          </w:p>
        </w:tc>
      </w:tr>
      <w:tr w:rsidR="007A37CF" w14:paraId="66FD9DDA" w14:textId="77777777">
        <w:trPr>
          <w:cantSplit/>
          <w:jc w:val="center"/>
        </w:trPr>
        <w:tc>
          <w:tcPr>
            <w:tcW w:w="4819" w:type="dxa"/>
          </w:tcPr>
          <w:p w14:paraId="1A6C5051" w14:textId="77777777" w:rsidR="007A37CF" w:rsidRDefault="00D93E1F">
            <w:pPr>
              <w:spacing w:after="0" w:line="240" w:lineRule="auto"/>
            </w:pPr>
            <w:r>
              <w:rPr>
                <w:sz w:val="22"/>
                <w:szCs w:val="22"/>
              </w:rPr>
              <w:t>4. Giải thích thoả đáng cho (các) thẻ ứng dụng nhiều hơn một kĩ thuật/bài toán nếu có (ví dụ T3).</w:t>
            </w:r>
          </w:p>
        </w:tc>
        <w:tc>
          <w:tcPr>
            <w:tcW w:w="737" w:type="dxa"/>
            <w:vAlign w:val="center"/>
          </w:tcPr>
          <w:p w14:paraId="4851F596" w14:textId="77777777" w:rsidR="007A37CF" w:rsidRDefault="00D93E1F">
            <w:pPr>
              <w:spacing w:after="0" w:line="240" w:lineRule="auto"/>
              <w:jc w:val="center"/>
            </w:pPr>
            <w:r>
              <w:rPr>
                <w:sz w:val="22"/>
                <w:szCs w:val="22"/>
              </w:rPr>
              <w:t>☐</w:t>
            </w:r>
          </w:p>
        </w:tc>
        <w:tc>
          <w:tcPr>
            <w:tcW w:w="737" w:type="dxa"/>
            <w:vAlign w:val="center"/>
          </w:tcPr>
          <w:p w14:paraId="0B47643F" w14:textId="77777777" w:rsidR="007A37CF" w:rsidRDefault="00D93E1F">
            <w:pPr>
              <w:spacing w:after="0" w:line="240" w:lineRule="auto"/>
              <w:jc w:val="center"/>
            </w:pPr>
            <w:r>
              <w:rPr>
                <w:sz w:val="22"/>
                <w:szCs w:val="22"/>
              </w:rPr>
              <w:t>☐</w:t>
            </w:r>
          </w:p>
        </w:tc>
        <w:tc>
          <w:tcPr>
            <w:tcW w:w="2778" w:type="dxa"/>
          </w:tcPr>
          <w:p w14:paraId="4CDD75D0" w14:textId="77777777" w:rsidR="007A37CF" w:rsidRDefault="007A37CF">
            <w:pPr>
              <w:spacing w:after="0" w:line="264" w:lineRule="auto"/>
            </w:pPr>
          </w:p>
        </w:tc>
      </w:tr>
      <w:tr w:rsidR="007A37CF" w14:paraId="6AD1B3F2" w14:textId="77777777">
        <w:trPr>
          <w:cantSplit/>
          <w:jc w:val="center"/>
        </w:trPr>
        <w:tc>
          <w:tcPr>
            <w:tcW w:w="4819" w:type="dxa"/>
          </w:tcPr>
          <w:p w14:paraId="2A9DA69D" w14:textId="77777777" w:rsidR="007A37CF" w:rsidRDefault="00D93E1F">
            <w:pPr>
              <w:spacing w:after="0" w:line="240" w:lineRule="auto"/>
            </w:pPr>
            <w:r>
              <w:rPr>
                <w:sz w:val="22"/>
                <w:szCs w:val="22"/>
              </w:rPr>
              <w:t>5. Trình bày rõ ràng, trả lời được câu hỏi phản biện của các nhóm khác.</w:t>
            </w:r>
          </w:p>
        </w:tc>
        <w:tc>
          <w:tcPr>
            <w:tcW w:w="737" w:type="dxa"/>
            <w:vAlign w:val="center"/>
          </w:tcPr>
          <w:p w14:paraId="7D0D9685" w14:textId="77777777" w:rsidR="007A37CF" w:rsidRDefault="00D93E1F">
            <w:pPr>
              <w:spacing w:after="0" w:line="240" w:lineRule="auto"/>
              <w:jc w:val="center"/>
            </w:pPr>
            <w:r>
              <w:rPr>
                <w:sz w:val="22"/>
                <w:szCs w:val="22"/>
              </w:rPr>
              <w:t>☐</w:t>
            </w:r>
          </w:p>
        </w:tc>
        <w:tc>
          <w:tcPr>
            <w:tcW w:w="737" w:type="dxa"/>
            <w:vAlign w:val="center"/>
          </w:tcPr>
          <w:p w14:paraId="0D546315" w14:textId="77777777" w:rsidR="007A37CF" w:rsidRDefault="00D93E1F">
            <w:pPr>
              <w:spacing w:after="0" w:line="240" w:lineRule="auto"/>
              <w:jc w:val="center"/>
            </w:pPr>
            <w:r>
              <w:rPr>
                <w:sz w:val="22"/>
                <w:szCs w:val="22"/>
              </w:rPr>
              <w:t>☐</w:t>
            </w:r>
          </w:p>
        </w:tc>
        <w:tc>
          <w:tcPr>
            <w:tcW w:w="2778" w:type="dxa"/>
          </w:tcPr>
          <w:p w14:paraId="7969CC5B" w14:textId="77777777" w:rsidR="007A37CF" w:rsidRDefault="007A37CF">
            <w:pPr>
              <w:spacing w:after="0" w:line="264" w:lineRule="auto"/>
            </w:pPr>
          </w:p>
        </w:tc>
      </w:tr>
    </w:tbl>
    <w:p w14:paraId="09F1328B" w14:textId="77777777" w:rsidR="007A37CF" w:rsidRDefault="007A37CF">
      <w:pPr>
        <w:spacing w:after="40" w:line="192" w:lineRule="auto"/>
        <w:jc w:val="both"/>
      </w:pPr>
    </w:p>
    <w:p w14:paraId="052CBA11" w14:textId="77777777" w:rsidR="007A37CF" w:rsidRDefault="00D93E1F">
      <w:pPr>
        <w:keepNext/>
        <w:spacing w:before="80" w:after="60" w:line="264" w:lineRule="auto"/>
      </w:pPr>
      <w:r>
        <w:rPr>
          <w:b/>
        </w:rPr>
        <w:t>PL11.6.5. Gợi ý đáp án dành cho GV</w:t>
      </w:r>
    </w:p>
    <w:p w14:paraId="1FEAE12A" w14:textId="77777777" w:rsidR="007A37CF" w:rsidRDefault="00D93E1F">
      <w:pPr>
        <w:keepNext/>
        <w:spacing w:before="80" w:after="60" w:line="264" w:lineRule="auto"/>
        <w:jc w:val="both"/>
      </w:pPr>
      <w:r>
        <w:rPr>
          <w:b/>
        </w:rPr>
        <w:t>1. Đáp án mẫu Phiếu học tập 11.6.1: So sánh phân cụm và phân lớp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14"/>
        <w:gridCol w:w="3628"/>
        <w:gridCol w:w="3628"/>
      </w:tblGrid>
      <w:tr w:rsidR="007A37CF" w14:paraId="35D1CE6C" w14:textId="77777777">
        <w:trPr>
          <w:cantSplit/>
          <w:tblHeader/>
          <w:jc w:val="center"/>
        </w:trPr>
        <w:tc>
          <w:tcPr>
            <w:tcW w:w="1814" w:type="dxa"/>
            <w:vAlign w:val="center"/>
          </w:tcPr>
          <w:p w14:paraId="10CCCA93" w14:textId="77777777" w:rsidR="007A37CF" w:rsidRDefault="00D93E1F">
            <w:pPr>
              <w:spacing w:after="0" w:line="240" w:lineRule="auto"/>
              <w:jc w:val="center"/>
            </w:pPr>
            <w:r>
              <w:rPr>
                <w:b/>
                <w:sz w:val="22"/>
                <w:szCs w:val="22"/>
              </w:rPr>
              <w:t>Tiêu chí</w:t>
            </w:r>
          </w:p>
        </w:tc>
        <w:tc>
          <w:tcPr>
            <w:tcW w:w="3628" w:type="dxa"/>
            <w:vAlign w:val="center"/>
          </w:tcPr>
          <w:p w14:paraId="1B84135D" w14:textId="77777777" w:rsidR="007A37CF" w:rsidRDefault="00D93E1F">
            <w:pPr>
              <w:spacing w:after="0" w:line="240" w:lineRule="auto"/>
              <w:jc w:val="center"/>
            </w:pPr>
            <w:r>
              <w:rPr>
                <w:b/>
                <w:sz w:val="22"/>
                <w:szCs w:val="22"/>
              </w:rPr>
              <w:t>Phân lớp (classification)</w:t>
            </w:r>
          </w:p>
        </w:tc>
        <w:tc>
          <w:tcPr>
            <w:tcW w:w="3628" w:type="dxa"/>
            <w:vAlign w:val="center"/>
          </w:tcPr>
          <w:p w14:paraId="34E7A5D6" w14:textId="77777777" w:rsidR="007A37CF" w:rsidRDefault="00D93E1F">
            <w:pPr>
              <w:spacing w:after="0" w:line="240" w:lineRule="auto"/>
              <w:jc w:val="center"/>
            </w:pPr>
            <w:r>
              <w:rPr>
                <w:b/>
                <w:sz w:val="22"/>
                <w:szCs w:val="22"/>
              </w:rPr>
              <w:t>Phân cụm (clustering)</w:t>
            </w:r>
          </w:p>
        </w:tc>
      </w:tr>
      <w:tr w:rsidR="007A37CF" w14:paraId="70CA5699" w14:textId="77777777">
        <w:trPr>
          <w:cantSplit/>
          <w:jc w:val="center"/>
        </w:trPr>
        <w:tc>
          <w:tcPr>
            <w:tcW w:w="1814" w:type="dxa"/>
          </w:tcPr>
          <w:p w14:paraId="4CE8CA3E" w14:textId="77777777" w:rsidR="007A37CF" w:rsidRDefault="00D93E1F">
            <w:pPr>
              <w:spacing w:after="0" w:line="240" w:lineRule="auto"/>
            </w:pPr>
            <w:r>
              <w:rPr>
                <w:sz w:val="22"/>
                <w:szCs w:val="22"/>
              </w:rPr>
              <w:t>Mục đích</w:t>
            </w:r>
          </w:p>
        </w:tc>
        <w:tc>
          <w:tcPr>
            <w:tcW w:w="3628" w:type="dxa"/>
          </w:tcPr>
          <w:p w14:paraId="19A39188" w14:textId="77777777" w:rsidR="007A37CF" w:rsidRDefault="00D93E1F">
            <w:pPr>
              <w:spacing w:after="0" w:line="240" w:lineRule="auto"/>
            </w:pPr>
            <w:r>
              <w:rPr>
                <w:sz w:val="22"/>
                <w:szCs w:val="22"/>
              </w:rPr>
              <w:t>Gán một nhãn có sẵn cho dữ liệu mới</w:t>
            </w:r>
          </w:p>
        </w:tc>
        <w:tc>
          <w:tcPr>
            <w:tcW w:w="3628" w:type="dxa"/>
          </w:tcPr>
          <w:p w14:paraId="3312BC30" w14:textId="77777777" w:rsidR="007A37CF" w:rsidRDefault="00D93E1F">
            <w:pPr>
              <w:spacing w:after="0" w:line="240" w:lineRule="auto"/>
            </w:pPr>
            <w:r>
              <w:rPr>
                <w:sz w:val="22"/>
                <w:szCs w:val="22"/>
              </w:rPr>
              <w:t>Gom các mẫu giống nhau thành nhóm, chưa biết trước tên nhóm</w:t>
            </w:r>
          </w:p>
        </w:tc>
      </w:tr>
      <w:tr w:rsidR="007A37CF" w14:paraId="05A1F83C" w14:textId="77777777">
        <w:trPr>
          <w:cantSplit/>
          <w:jc w:val="center"/>
        </w:trPr>
        <w:tc>
          <w:tcPr>
            <w:tcW w:w="1814" w:type="dxa"/>
          </w:tcPr>
          <w:p w14:paraId="1D6931A2" w14:textId="77777777" w:rsidR="007A37CF" w:rsidRDefault="00D93E1F">
            <w:pPr>
              <w:spacing w:after="0" w:line="240" w:lineRule="auto"/>
            </w:pPr>
            <w:r>
              <w:rPr>
                <w:sz w:val="22"/>
                <w:szCs w:val="22"/>
              </w:rPr>
              <w:t>Có/không dùng nhãn có sẵn</w:t>
            </w:r>
          </w:p>
        </w:tc>
        <w:tc>
          <w:tcPr>
            <w:tcW w:w="3628" w:type="dxa"/>
          </w:tcPr>
          <w:p w14:paraId="67A1C5AD" w14:textId="77777777" w:rsidR="007A37CF" w:rsidRDefault="00D93E1F">
            <w:pPr>
              <w:spacing w:after="0" w:line="240" w:lineRule="auto"/>
            </w:pPr>
            <w:r>
              <w:rPr>
                <w:sz w:val="22"/>
                <w:szCs w:val="22"/>
              </w:rPr>
              <w:t>Có: học từ dữ liệu đã được gán nhãn</w:t>
            </w:r>
          </w:p>
        </w:tc>
        <w:tc>
          <w:tcPr>
            <w:tcW w:w="3628" w:type="dxa"/>
          </w:tcPr>
          <w:p w14:paraId="44297608" w14:textId="77777777" w:rsidR="007A37CF" w:rsidRDefault="00D93E1F">
            <w:pPr>
              <w:spacing w:after="0" w:line="240" w:lineRule="auto"/>
            </w:pPr>
            <w:r>
              <w:rPr>
                <w:sz w:val="22"/>
                <w:szCs w:val="22"/>
              </w:rPr>
              <w:t>Không: dữ liệu đầu vào chưa có nhãn</w:t>
            </w:r>
          </w:p>
        </w:tc>
      </w:tr>
      <w:tr w:rsidR="007A37CF" w14:paraId="276F3C0D" w14:textId="77777777">
        <w:trPr>
          <w:cantSplit/>
          <w:jc w:val="center"/>
        </w:trPr>
        <w:tc>
          <w:tcPr>
            <w:tcW w:w="1814" w:type="dxa"/>
          </w:tcPr>
          <w:p w14:paraId="31BCDBC8" w14:textId="77777777" w:rsidR="007A37CF" w:rsidRDefault="00D93E1F">
            <w:pPr>
              <w:spacing w:after="0" w:line="240" w:lineRule="auto"/>
            </w:pPr>
            <w:r>
              <w:rPr>
                <w:sz w:val="22"/>
                <w:szCs w:val="22"/>
              </w:rPr>
              <w:t>Ví dụ cụ thể</w:t>
            </w:r>
          </w:p>
        </w:tc>
        <w:tc>
          <w:tcPr>
            <w:tcW w:w="3628" w:type="dxa"/>
          </w:tcPr>
          <w:p w14:paraId="35485429" w14:textId="77777777" w:rsidR="007A37CF" w:rsidRDefault="00D93E1F">
            <w:pPr>
              <w:spacing w:after="0" w:line="240" w:lineRule="auto"/>
            </w:pPr>
            <w:r>
              <w:rPr>
                <w:sz w:val="22"/>
                <w:szCs w:val="22"/>
              </w:rPr>
              <w:t>Lọc thư rác; nhận diện chữ viết tay; phân loại ảnh chó/mèo</w:t>
            </w:r>
          </w:p>
        </w:tc>
        <w:tc>
          <w:tcPr>
            <w:tcW w:w="3628" w:type="dxa"/>
          </w:tcPr>
          <w:p w14:paraId="32D16DD4" w14:textId="77777777" w:rsidR="007A37CF" w:rsidRDefault="00D93E1F">
            <w:pPr>
              <w:spacing w:after="0" w:line="240" w:lineRule="auto"/>
            </w:pPr>
            <w:r>
              <w:rPr>
                <w:sz w:val="22"/>
                <w:szCs w:val="22"/>
              </w:rPr>
              <w:t>Phân khúc khách hàng theo thói quen mua sắm; gom ảnh theo chủ đề; nhóm học sinh theo sở thích</w:t>
            </w:r>
          </w:p>
        </w:tc>
      </w:tr>
      <w:tr w:rsidR="007A37CF" w14:paraId="75AC0219" w14:textId="77777777">
        <w:trPr>
          <w:cantSplit/>
          <w:jc w:val="center"/>
        </w:trPr>
        <w:tc>
          <w:tcPr>
            <w:tcW w:w="1814" w:type="dxa"/>
          </w:tcPr>
          <w:p w14:paraId="715F96FC" w14:textId="77777777" w:rsidR="007A37CF" w:rsidRDefault="00D93E1F">
            <w:pPr>
              <w:spacing w:after="0" w:line="240" w:lineRule="auto"/>
            </w:pPr>
            <w:r>
              <w:rPr>
                <w:sz w:val="22"/>
                <w:szCs w:val="22"/>
              </w:rPr>
              <w:t>Thuật toán gợi ý</w:t>
            </w:r>
          </w:p>
        </w:tc>
        <w:tc>
          <w:tcPr>
            <w:tcW w:w="3628" w:type="dxa"/>
          </w:tcPr>
          <w:p w14:paraId="7B3040B2" w14:textId="77777777" w:rsidR="007A37CF" w:rsidRDefault="00D93E1F">
            <w:pPr>
              <w:spacing w:after="0" w:line="240" w:lineRule="auto"/>
            </w:pPr>
            <w:r>
              <w:rPr>
                <w:sz w:val="22"/>
                <w:szCs w:val="22"/>
              </w:rPr>
              <w:t>KNN (k láng giềng gần nhất)</w:t>
            </w:r>
          </w:p>
        </w:tc>
        <w:tc>
          <w:tcPr>
            <w:tcW w:w="3628" w:type="dxa"/>
          </w:tcPr>
          <w:p w14:paraId="052EF650" w14:textId="77777777" w:rsidR="007A37CF" w:rsidRDefault="00D93E1F">
            <w:pPr>
              <w:spacing w:after="0" w:line="240" w:lineRule="auto"/>
            </w:pPr>
            <w:r>
              <w:rPr>
                <w:sz w:val="22"/>
                <w:szCs w:val="22"/>
              </w:rPr>
              <w:t>K-means</w:t>
            </w:r>
          </w:p>
        </w:tc>
      </w:tr>
      <w:tr w:rsidR="007A37CF" w14:paraId="259A0C1C" w14:textId="77777777">
        <w:trPr>
          <w:cantSplit/>
          <w:jc w:val="center"/>
        </w:trPr>
        <w:tc>
          <w:tcPr>
            <w:tcW w:w="1814" w:type="dxa"/>
          </w:tcPr>
          <w:p w14:paraId="62D96B45" w14:textId="77777777" w:rsidR="007A37CF" w:rsidRDefault="00D93E1F">
            <w:pPr>
              <w:spacing w:after="0" w:line="240" w:lineRule="auto"/>
            </w:pPr>
            <w:r>
              <w:rPr>
                <w:sz w:val="22"/>
                <w:szCs w:val="22"/>
              </w:rPr>
              <w:t>Dấu hiệu nhận biết</w:t>
            </w:r>
          </w:p>
        </w:tc>
        <w:tc>
          <w:tcPr>
            <w:tcW w:w="3628" w:type="dxa"/>
          </w:tcPr>
          <w:p w14:paraId="49F52F60" w14:textId="77777777" w:rsidR="007A37CF" w:rsidRDefault="00D93E1F">
            <w:pPr>
              <w:spacing w:after="0" w:line="240" w:lineRule="auto"/>
            </w:pPr>
            <w:r>
              <w:rPr>
                <w:sz w:val="22"/>
                <w:szCs w:val="22"/>
              </w:rPr>
              <w:t>Kết quả là một nhãn/lớp cụ thể đã biết trước (ví dụ: “rác” / “không phải rác”)</w:t>
            </w:r>
          </w:p>
        </w:tc>
        <w:tc>
          <w:tcPr>
            <w:tcW w:w="3628" w:type="dxa"/>
          </w:tcPr>
          <w:p w14:paraId="5E2752A2" w14:textId="77777777" w:rsidR="007A37CF" w:rsidRDefault="00D93E1F">
            <w:pPr>
              <w:spacing w:after="0" w:line="240" w:lineRule="auto"/>
            </w:pPr>
            <w:r>
              <w:rPr>
                <w:sz w:val="22"/>
                <w:szCs w:val="22"/>
              </w:rPr>
              <w:t>Kết quả là các nhóm mới do máy tự phát hiện; con người đặt tên nhóm sau khi xem kết quả</w:t>
            </w:r>
          </w:p>
        </w:tc>
      </w:tr>
    </w:tbl>
    <w:p w14:paraId="21CF604C" w14:textId="77777777" w:rsidR="007A37CF" w:rsidRDefault="007A37CF">
      <w:pPr>
        <w:spacing w:after="40" w:line="192" w:lineRule="auto"/>
        <w:jc w:val="both"/>
      </w:pPr>
    </w:p>
    <w:p w14:paraId="2BADFA15" w14:textId="77777777" w:rsidR="007A37CF" w:rsidRDefault="00D93E1F">
      <w:pPr>
        <w:keepNext/>
        <w:spacing w:before="80" w:after="60" w:line="264" w:lineRule="auto"/>
        <w:jc w:val="both"/>
      </w:pPr>
      <w:r>
        <w:rPr>
          <w:b/>
        </w:rPr>
        <w:t>2. Đáp án mẫu Phiếu học tập 11.6.2: Ứng dụng mạng nơ-ron nhân tạo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1928"/>
        <w:gridCol w:w="2948"/>
        <w:gridCol w:w="2268"/>
      </w:tblGrid>
      <w:tr w:rsidR="007A37CF" w14:paraId="65CC50A1" w14:textId="77777777">
        <w:trPr>
          <w:cantSplit/>
          <w:tblHeader/>
          <w:jc w:val="center"/>
        </w:trPr>
        <w:tc>
          <w:tcPr>
            <w:tcW w:w="1928" w:type="dxa"/>
            <w:vAlign w:val="center"/>
          </w:tcPr>
          <w:p w14:paraId="4C5FD37E" w14:textId="77777777" w:rsidR="007A37CF" w:rsidRDefault="00D93E1F">
            <w:pPr>
              <w:spacing w:after="0" w:line="240" w:lineRule="auto"/>
              <w:jc w:val="center"/>
            </w:pPr>
            <w:r>
              <w:rPr>
                <w:b/>
                <w:sz w:val="22"/>
                <w:szCs w:val="22"/>
              </w:rPr>
              <w:t>Ứng dụng</w:t>
            </w:r>
          </w:p>
        </w:tc>
        <w:tc>
          <w:tcPr>
            <w:tcW w:w="1928" w:type="dxa"/>
            <w:vAlign w:val="center"/>
          </w:tcPr>
          <w:p w14:paraId="134156C7" w14:textId="77777777" w:rsidR="007A37CF" w:rsidRDefault="00D93E1F">
            <w:pPr>
              <w:spacing w:after="0" w:line="240" w:lineRule="auto"/>
              <w:jc w:val="center"/>
            </w:pPr>
            <w:r>
              <w:rPr>
                <w:b/>
                <w:sz w:val="22"/>
                <w:szCs w:val="22"/>
              </w:rPr>
              <w:t>Lĩnh vực</w:t>
            </w:r>
          </w:p>
        </w:tc>
        <w:tc>
          <w:tcPr>
            <w:tcW w:w="2948" w:type="dxa"/>
            <w:vAlign w:val="center"/>
          </w:tcPr>
          <w:p w14:paraId="4CAAC724" w14:textId="77777777" w:rsidR="007A37CF" w:rsidRDefault="00D93E1F">
            <w:pPr>
              <w:spacing w:after="0" w:line="240" w:lineRule="auto"/>
              <w:jc w:val="center"/>
            </w:pPr>
            <w:r>
              <w:rPr>
                <w:b/>
                <w:sz w:val="22"/>
                <w:szCs w:val="22"/>
              </w:rPr>
              <w:t>Đầu vào, Đầu ra</w:t>
            </w:r>
          </w:p>
        </w:tc>
        <w:tc>
          <w:tcPr>
            <w:tcW w:w="2268" w:type="dxa"/>
            <w:vAlign w:val="center"/>
          </w:tcPr>
          <w:p w14:paraId="4EA6886B" w14:textId="77777777" w:rsidR="007A37CF" w:rsidRDefault="00D93E1F">
            <w:pPr>
              <w:spacing w:after="0" w:line="240" w:lineRule="auto"/>
              <w:jc w:val="center"/>
            </w:pPr>
            <w:r>
              <w:rPr>
                <w:b/>
                <w:sz w:val="22"/>
                <w:szCs w:val="22"/>
              </w:rPr>
              <w:t>Ví dụ cụ thể</w:t>
            </w:r>
          </w:p>
        </w:tc>
      </w:tr>
      <w:tr w:rsidR="007A37CF" w14:paraId="779D6D1A" w14:textId="77777777">
        <w:trPr>
          <w:cantSplit/>
          <w:jc w:val="center"/>
        </w:trPr>
        <w:tc>
          <w:tcPr>
            <w:tcW w:w="1928" w:type="dxa"/>
          </w:tcPr>
          <w:p w14:paraId="6A3E0F92" w14:textId="77777777" w:rsidR="007A37CF" w:rsidRDefault="00D93E1F">
            <w:pPr>
              <w:spacing w:after="0" w:line="240" w:lineRule="auto"/>
            </w:pPr>
            <w:r>
              <w:rPr>
                <w:sz w:val="22"/>
                <w:szCs w:val="22"/>
              </w:rPr>
              <w:t>Nhận dạng khuôn mặt</w:t>
            </w:r>
          </w:p>
        </w:tc>
        <w:tc>
          <w:tcPr>
            <w:tcW w:w="1928" w:type="dxa"/>
          </w:tcPr>
          <w:p w14:paraId="69E84122" w14:textId="77777777" w:rsidR="007A37CF" w:rsidRDefault="00D93E1F">
            <w:pPr>
              <w:spacing w:after="0" w:line="240" w:lineRule="auto"/>
            </w:pPr>
            <w:r>
              <w:rPr>
                <w:sz w:val="22"/>
                <w:szCs w:val="22"/>
              </w:rPr>
              <w:t>An ninh, thiết bị số cá nhân</w:t>
            </w:r>
          </w:p>
        </w:tc>
        <w:tc>
          <w:tcPr>
            <w:tcW w:w="2948" w:type="dxa"/>
          </w:tcPr>
          <w:p w14:paraId="0E17A12D" w14:textId="77777777" w:rsidR="007A37CF" w:rsidRDefault="00D93E1F">
            <w:pPr>
              <w:spacing w:after="0" w:line="240" w:lineRule="auto"/>
            </w:pPr>
            <w:r>
              <w:rPr>
                <w:sz w:val="22"/>
                <w:szCs w:val="22"/>
              </w:rPr>
              <w:t>Ảnh khuôn mặt → danh tính hoặc quyết định mở khoá/không mở khoá</w:t>
            </w:r>
          </w:p>
        </w:tc>
        <w:tc>
          <w:tcPr>
            <w:tcW w:w="2268" w:type="dxa"/>
          </w:tcPr>
          <w:p w14:paraId="3B8EFD6F" w14:textId="77777777" w:rsidR="007A37CF" w:rsidRDefault="00D93E1F">
            <w:pPr>
              <w:spacing w:after="0" w:line="240" w:lineRule="auto"/>
            </w:pPr>
            <w:r>
              <w:rPr>
                <w:sz w:val="22"/>
                <w:szCs w:val="22"/>
              </w:rPr>
              <w:t>Mở khoá điện thoại bằng gương mặt</w:t>
            </w:r>
          </w:p>
        </w:tc>
      </w:tr>
      <w:tr w:rsidR="007A37CF" w14:paraId="058792DD" w14:textId="77777777">
        <w:trPr>
          <w:cantSplit/>
          <w:jc w:val="center"/>
        </w:trPr>
        <w:tc>
          <w:tcPr>
            <w:tcW w:w="1928" w:type="dxa"/>
          </w:tcPr>
          <w:p w14:paraId="6D6F8038" w14:textId="77777777" w:rsidR="007A37CF" w:rsidRDefault="00D93E1F">
            <w:pPr>
              <w:spacing w:after="0" w:line="240" w:lineRule="auto"/>
            </w:pPr>
            <w:r>
              <w:rPr>
                <w:sz w:val="22"/>
                <w:szCs w:val="22"/>
              </w:rPr>
              <w:t>Nhận dạng tiếng nói</w:t>
            </w:r>
          </w:p>
        </w:tc>
        <w:tc>
          <w:tcPr>
            <w:tcW w:w="1928" w:type="dxa"/>
          </w:tcPr>
          <w:p w14:paraId="6996D542" w14:textId="77777777" w:rsidR="007A37CF" w:rsidRDefault="00D93E1F">
            <w:pPr>
              <w:spacing w:after="0" w:line="240" w:lineRule="auto"/>
            </w:pPr>
            <w:r>
              <w:rPr>
                <w:sz w:val="22"/>
                <w:szCs w:val="22"/>
              </w:rPr>
              <w:t>Trợ lí ảo, giáo dục</w:t>
            </w:r>
          </w:p>
        </w:tc>
        <w:tc>
          <w:tcPr>
            <w:tcW w:w="2948" w:type="dxa"/>
          </w:tcPr>
          <w:p w14:paraId="5A803AFD" w14:textId="77777777" w:rsidR="007A37CF" w:rsidRDefault="00D93E1F">
            <w:pPr>
              <w:spacing w:after="0" w:line="240" w:lineRule="auto"/>
            </w:pPr>
            <w:r>
              <w:rPr>
                <w:sz w:val="22"/>
                <w:szCs w:val="22"/>
              </w:rPr>
              <w:t>Âm thanh giọng nói → văn bản hoặc lệnh điều khiển</w:t>
            </w:r>
          </w:p>
        </w:tc>
        <w:tc>
          <w:tcPr>
            <w:tcW w:w="2268" w:type="dxa"/>
          </w:tcPr>
          <w:p w14:paraId="0463D8FA" w14:textId="77777777" w:rsidR="007A37CF" w:rsidRDefault="00D93E1F">
            <w:pPr>
              <w:spacing w:after="0" w:line="240" w:lineRule="auto"/>
            </w:pPr>
            <w:r>
              <w:rPr>
                <w:sz w:val="22"/>
                <w:szCs w:val="22"/>
              </w:rPr>
              <w:t>Trợ lí ảo trên điện thoại, loa thông minh</w:t>
            </w:r>
          </w:p>
        </w:tc>
      </w:tr>
      <w:tr w:rsidR="007A37CF" w14:paraId="707B2EA2" w14:textId="77777777">
        <w:trPr>
          <w:cantSplit/>
          <w:jc w:val="center"/>
        </w:trPr>
        <w:tc>
          <w:tcPr>
            <w:tcW w:w="1928" w:type="dxa"/>
          </w:tcPr>
          <w:p w14:paraId="3D19E9EC" w14:textId="77777777" w:rsidR="007A37CF" w:rsidRDefault="00D93E1F">
            <w:pPr>
              <w:spacing w:after="0" w:line="240" w:lineRule="auto"/>
            </w:pPr>
            <w:r>
              <w:rPr>
                <w:sz w:val="22"/>
                <w:szCs w:val="22"/>
              </w:rPr>
              <w:t>Dịch máy</w:t>
            </w:r>
          </w:p>
        </w:tc>
        <w:tc>
          <w:tcPr>
            <w:tcW w:w="1928" w:type="dxa"/>
          </w:tcPr>
          <w:p w14:paraId="262FE112" w14:textId="77777777" w:rsidR="007A37CF" w:rsidRDefault="00D93E1F">
            <w:pPr>
              <w:spacing w:after="0" w:line="240" w:lineRule="auto"/>
            </w:pPr>
            <w:r>
              <w:rPr>
                <w:sz w:val="22"/>
                <w:szCs w:val="22"/>
              </w:rPr>
              <w:t>Ngôn ngữ, học tập</w:t>
            </w:r>
          </w:p>
        </w:tc>
        <w:tc>
          <w:tcPr>
            <w:tcW w:w="2948" w:type="dxa"/>
          </w:tcPr>
          <w:p w14:paraId="15DA3D51" w14:textId="77777777" w:rsidR="007A37CF" w:rsidRDefault="00D93E1F">
            <w:pPr>
              <w:spacing w:after="0" w:line="240" w:lineRule="auto"/>
            </w:pPr>
            <w:r>
              <w:rPr>
                <w:sz w:val="22"/>
                <w:szCs w:val="22"/>
              </w:rPr>
              <w:t>Câu văn bản ngôn ngữ A → câu văn bản ngôn ngữ B</w:t>
            </w:r>
          </w:p>
        </w:tc>
        <w:tc>
          <w:tcPr>
            <w:tcW w:w="2268" w:type="dxa"/>
          </w:tcPr>
          <w:p w14:paraId="706F14BB" w14:textId="77777777" w:rsidR="007A37CF" w:rsidRDefault="00D93E1F">
            <w:pPr>
              <w:spacing w:after="0" w:line="240" w:lineRule="auto"/>
            </w:pPr>
            <w:r>
              <w:rPr>
                <w:sz w:val="22"/>
                <w:szCs w:val="22"/>
              </w:rPr>
              <w:t>Dịch tiếng Việt, tiếng Anh trên ứng dụng dịch</w:t>
            </w:r>
          </w:p>
        </w:tc>
      </w:tr>
      <w:tr w:rsidR="007A37CF" w14:paraId="096DB0F3" w14:textId="77777777">
        <w:trPr>
          <w:cantSplit/>
          <w:jc w:val="center"/>
        </w:trPr>
        <w:tc>
          <w:tcPr>
            <w:tcW w:w="1928" w:type="dxa"/>
          </w:tcPr>
          <w:p w14:paraId="40B901D9" w14:textId="77777777" w:rsidR="007A37CF" w:rsidRDefault="00D93E1F">
            <w:pPr>
              <w:spacing w:after="0" w:line="240" w:lineRule="auto"/>
            </w:pPr>
            <w:r>
              <w:rPr>
                <w:sz w:val="22"/>
                <w:szCs w:val="22"/>
              </w:rPr>
              <w:t>Dự đoán, khuyến nghị</w:t>
            </w:r>
          </w:p>
        </w:tc>
        <w:tc>
          <w:tcPr>
            <w:tcW w:w="1928" w:type="dxa"/>
          </w:tcPr>
          <w:p w14:paraId="1488CB8F" w14:textId="77777777" w:rsidR="007A37CF" w:rsidRDefault="00D93E1F">
            <w:pPr>
              <w:spacing w:after="0" w:line="240" w:lineRule="auto"/>
            </w:pPr>
            <w:r>
              <w:rPr>
                <w:sz w:val="22"/>
                <w:szCs w:val="22"/>
              </w:rPr>
              <w:t>Giải trí, thương mại điện tử</w:t>
            </w:r>
          </w:p>
        </w:tc>
        <w:tc>
          <w:tcPr>
            <w:tcW w:w="2948" w:type="dxa"/>
          </w:tcPr>
          <w:p w14:paraId="5EF5EBBD" w14:textId="77777777" w:rsidR="007A37CF" w:rsidRDefault="00D93E1F">
            <w:pPr>
              <w:spacing w:after="0" w:line="240" w:lineRule="auto"/>
            </w:pPr>
            <w:r>
              <w:rPr>
                <w:sz w:val="22"/>
                <w:szCs w:val="22"/>
              </w:rPr>
              <w:t>Lịch sử xem/mua → danh sách gợi ý phù hợp</w:t>
            </w:r>
          </w:p>
        </w:tc>
        <w:tc>
          <w:tcPr>
            <w:tcW w:w="2268" w:type="dxa"/>
          </w:tcPr>
          <w:p w14:paraId="1B6193BE" w14:textId="77777777" w:rsidR="007A37CF" w:rsidRDefault="00D93E1F">
            <w:pPr>
              <w:spacing w:after="0" w:line="240" w:lineRule="auto"/>
            </w:pPr>
            <w:r>
              <w:rPr>
                <w:sz w:val="22"/>
                <w:szCs w:val="22"/>
              </w:rPr>
              <w:t>Gợi ý video, gợi ý sản phẩm mua sắm</w:t>
            </w:r>
          </w:p>
        </w:tc>
      </w:tr>
    </w:tbl>
    <w:p w14:paraId="502A1459" w14:textId="77777777" w:rsidR="007A37CF" w:rsidRDefault="007A37CF">
      <w:pPr>
        <w:spacing w:after="40" w:line="192" w:lineRule="auto"/>
        <w:jc w:val="both"/>
      </w:pPr>
    </w:p>
    <w:p w14:paraId="795B6B67" w14:textId="77777777" w:rsidR="007A37CF" w:rsidRDefault="00D93E1F">
      <w:pPr>
        <w:spacing w:after="60" w:line="264" w:lineRule="auto"/>
        <w:jc w:val="both"/>
      </w:pPr>
      <w:r>
        <w:rPr>
          <w:i/>
          <w:sz w:val="24"/>
        </w:rPr>
        <w:t>Lưu ý khi chấm: HS chỉ cần điền đúng tối thiểu ba dòng ở Phiếu học tập 11.6.2 (không bắt buộc đủ cả bốn ứng dụng); chấp nhận ví dụ khác nếu HS giải thích đúng bản chất đầu vào, đầu ra. Với Phiếu học tập 11.6.1, nếu HS xếp nhầm ví dụ, dùng câu hỏi “Ví dụ này có nhãn sẵn để học theo không?” để HS tự sửa.</w:t>
      </w:r>
    </w:p>
    <w:p w14:paraId="43343CCA" w14:textId="77777777" w:rsidR="007A37CF" w:rsidRDefault="00D93E1F">
      <w:pPr>
        <w:keepNext/>
        <w:spacing w:before="160" w:after="60" w:line="264" w:lineRule="auto"/>
      </w:pPr>
      <w:r>
        <w:rPr>
          <w:b/>
        </w:rPr>
        <w:t>PL11.6.6. Ghi chú chuyên môn, nguồn tư liệu và lưu ý khi dạy (dành cho GV)</w:t>
      </w:r>
    </w:p>
    <w:p w14:paraId="460CDA4A" w14:textId="77777777" w:rsidR="007A37CF" w:rsidRDefault="00D93E1F">
      <w:pPr>
        <w:spacing w:after="60" w:line="264" w:lineRule="auto"/>
        <w:jc w:val="both"/>
      </w:pPr>
      <w:r>
        <w:rPr>
          <w:sz w:val="24"/>
        </w:rPr>
        <w:t>- Nội dung chuẩn hoá, gợi ý đáp án và những nhầm lẫn thường gặp: xem PL11.6.5 (dành cho GV).</w:t>
      </w:r>
    </w:p>
    <w:p w14:paraId="761F189B" w14:textId="77777777" w:rsidR="007A37CF" w:rsidRDefault="00D93E1F">
      <w:pPr>
        <w:spacing w:after="60" w:line="264" w:lineRule="auto"/>
        <w:jc w:val="both"/>
      </w:pPr>
      <w:r>
        <w:rPr>
          <w:sz w:val="24"/>
        </w:rPr>
        <w:t>- Kiến thức nền và cách xử lí khi lớp chưa học bài trước: xem hàng HS ở mục II.</w:t>
      </w:r>
    </w:p>
    <w:p w14:paraId="21FFD657" w14:textId="77777777" w:rsidR="007A37CF" w:rsidRDefault="00D93E1F">
      <w:pPr>
        <w:spacing w:after="60" w:line="264" w:lineRule="auto"/>
        <w:jc w:val="both"/>
      </w:pPr>
      <w:r>
        <w:rPr>
          <w:sz w:val="24"/>
        </w:rPr>
        <w:t>- Tham chiếu tài liệu tập huấn giáo viên triển khai nội dung giáo dục AI: Phần II, mục A.2 (Học máy, mạng nơ-ron, học sâu ở mức phổ thông); Phần IV, mục 9.1 (Hướng dẫn tổ chức các chuyên đề giáo dục AI).</w:t>
      </w:r>
    </w:p>
    <w:p w14:paraId="6ECE8DF6" w14:textId="77777777" w:rsidR="007A37CF" w:rsidRDefault="00D93E1F">
      <w:pPr>
        <w:spacing w:after="60" w:line="264" w:lineRule="auto"/>
        <w:jc w:val="both"/>
      </w:pPr>
      <w:r>
        <w:rPr>
          <w:i/>
          <w:sz w:val="24"/>
        </w:rPr>
        <w:t>Gợi ý theo dõi: số nhóm phân biệt đúng phân cụm và phân lớp; số ví dụ ứng dụng mạng nơ-ron nêu được; thời lượng thực tế của phần ghép thẻ so với dự kiến.</w:t>
      </w:r>
    </w:p>
    <w:p w14:paraId="052905B7" w14:textId="77777777" w:rsidR="007A37CF" w:rsidRDefault="00D93E1F">
      <w:pPr>
        <w:keepNext/>
        <w:spacing w:before="80" w:after="60" w:line="264" w:lineRule="auto"/>
      </w:pPr>
      <w:r>
        <w:rPr>
          <w:b/>
        </w:rPr>
        <w:t>PL11.6.7. Mô tả mức đánh giá của bài và mẫu câu nhận xét</w:t>
      </w:r>
    </w:p>
    <w:p w14:paraId="11CCEDF6" w14:textId="77777777" w:rsidR="007A37CF" w:rsidRDefault="00D93E1F">
      <w:pPr>
        <w:spacing w:after="60" w:line="264" w:lineRule="auto"/>
        <w:jc w:val="both"/>
      </w:pPr>
      <w:r>
        <w:rPr>
          <w:i/>
          <w:sz w:val="24"/>
        </w:rPr>
        <w:t>Rubric chung cho sản phẩm học tập giáo dục AI: Tài liệu tập huấn cấp trung học phổ thông, Bảng 8.4. Mô tả mức Khá, Tốt riêng của bài và mẫu câu nhận xét ghi dưới đây.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2381"/>
        <w:gridCol w:w="2381"/>
        <w:gridCol w:w="2381"/>
      </w:tblGrid>
      <w:tr w:rsidR="007A37CF" w14:paraId="72DFC952" w14:textId="77777777">
        <w:trPr>
          <w:cantSplit/>
          <w:tblHeader/>
          <w:jc w:val="center"/>
        </w:trPr>
        <w:tc>
          <w:tcPr>
            <w:tcW w:w="1928" w:type="dxa"/>
            <w:vAlign w:val="center"/>
          </w:tcPr>
          <w:p w14:paraId="7DD1BDD8" w14:textId="77777777" w:rsidR="007A37CF" w:rsidRDefault="00D93E1F">
            <w:pPr>
              <w:spacing w:after="0" w:line="240" w:lineRule="auto"/>
              <w:jc w:val="center"/>
            </w:pPr>
            <w:r>
              <w:rPr>
                <w:b/>
                <w:sz w:val="22"/>
                <w:szCs w:val="22"/>
              </w:rPr>
              <w:t>Tiêu chí</w:t>
            </w:r>
          </w:p>
        </w:tc>
        <w:tc>
          <w:tcPr>
            <w:tcW w:w="2381" w:type="dxa"/>
            <w:vAlign w:val="center"/>
          </w:tcPr>
          <w:p w14:paraId="726D129C" w14:textId="77777777" w:rsidR="007A37CF" w:rsidRDefault="00D93E1F">
            <w:pPr>
              <w:spacing w:after="0" w:line="240" w:lineRule="auto"/>
              <w:jc w:val="center"/>
            </w:pPr>
            <w:r>
              <w:rPr>
                <w:b/>
                <w:sz w:val="22"/>
                <w:szCs w:val="22"/>
              </w:rPr>
              <w:t>Đạt</w:t>
            </w:r>
          </w:p>
        </w:tc>
        <w:tc>
          <w:tcPr>
            <w:tcW w:w="2381" w:type="dxa"/>
            <w:vAlign w:val="center"/>
          </w:tcPr>
          <w:p w14:paraId="5D6FD059" w14:textId="77777777" w:rsidR="007A37CF" w:rsidRDefault="00D93E1F">
            <w:pPr>
              <w:spacing w:after="0" w:line="240" w:lineRule="auto"/>
              <w:jc w:val="center"/>
            </w:pPr>
            <w:r>
              <w:rPr>
                <w:b/>
                <w:sz w:val="22"/>
                <w:szCs w:val="22"/>
              </w:rPr>
              <w:t>Khá</w:t>
            </w:r>
          </w:p>
        </w:tc>
        <w:tc>
          <w:tcPr>
            <w:tcW w:w="2381" w:type="dxa"/>
            <w:vAlign w:val="center"/>
          </w:tcPr>
          <w:p w14:paraId="2598D2E8" w14:textId="77777777" w:rsidR="007A37CF" w:rsidRDefault="00D93E1F">
            <w:pPr>
              <w:spacing w:after="0" w:line="240" w:lineRule="auto"/>
              <w:jc w:val="center"/>
            </w:pPr>
            <w:r>
              <w:rPr>
                <w:b/>
                <w:sz w:val="22"/>
                <w:szCs w:val="22"/>
              </w:rPr>
              <w:t>Tốt</w:t>
            </w:r>
          </w:p>
        </w:tc>
      </w:tr>
      <w:tr w:rsidR="007A37CF" w14:paraId="104D8370" w14:textId="77777777">
        <w:trPr>
          <w:cantSplit/>
          <w:jc w:val="center"/>
        </w:trPr>
        <w:tc>
          <w:tcPr>
            <w:tcW w:w="1928" w:type="dxa"/>
          </w:tcPr>
          <w:p w14:paraId="0E3B5417" w14:textId="77777777" w:rsidR="007A37CF" w:rsidRDefault="00D93E1F">
            <w:pPr>
              <w:spacing w:after="0" w:line="240" w:lineRule="auto"/>
            </w:pPr>
            <w:r>
              <w:rPr>
                <w:sz w:val="22"/>
                <w:szCs w:val="22"/>
              </w:rPr>
              <w:t>Đáp ứng nhiệm vụ YCCĐ</w:t>
            </w:r>
          </w:p>
        </w:tc>
        <w:tc>
          <w:tcPr>
            <w:tcW w:w="2381" w:type="dxa"/>
          </w:tcPr>
          <w:p w14:paraId="1515AF3B" w14:textId="77777777" w:rsidR="007A37CF" w:rsidRDefault="00D93E1F">
            <w:pPr>
              <w:spacing w:after="0" w:line="240" w:lineRule="auto"/>
            </w:pPr>
            <w:r>
              <w:rPr>
                <w:sz w:val="22"/>
                <w:szCs w:val="22"/>
              </w:rPr>
              <w:t>Nêu được ít nhất một ứng dụng mạng nơ-ron; phân biệt phân cụm/phân lớp khi được gợi ý.</w:t>
            </w:r>
          </w:p>
        </w:tc>
        <w:tc>
          <w:tcPr>
            <w:tcW w:w="2381" w:type="dxa"/>
          </w:tcPr>
          <w:p w14:paraId="7BF018BC" w14:textId="77777777" w:rsidR="007A37CF" w:rsidRDefault="00D93E1F">
            <w:pPr>
              <w:spacing w:after="0" w:line="240" w:lineRule="auto"/>
            </w:pPr>
            <w:r>
              <w:rPr>
                <w:sz w:val="22"/>
                <w:szCs w:val="22"/>
              </w:rPr>
              <w:t>Nêu được từ hai ứng dụng mạng nơ-ron trở lên; phân biệt phân cụm/phân lớp qua ví dụ, giải thích được phần lớn lựa chọn.</w:t>
            </w:r>
          </w:p>
        </w:tc>
        <w:tc>
          <w:tcPr>
            <w:tcW w:w="2381" w:type="dxa"/>
          </w:tcPr>
          <w:p w14:paraId="44F1EE3D" w14:textId="77777777" w:rsidR="007A37CF" w:rsidRDefault="00D93E1F">
            <w:pPr>
              <w:spacing w:after="0" w:line="240" w:lineRule="auto"/>
            </w:pPr>
            <w:r>
              <w:rPr>
                <w:sz w:val="22"/>
                <w:szCs w:val="22"/>
              </w:rPr>
              <w:t>Nêu được từ ba ứng dụng trở lên; phân biệt chuẩn xác, lập luận rõ và xử lí linh hoạt các trường hợp ứng dụng nhiều hơn một kĩ thuật.</w:t>
            </w:r>
          </w:p>
        </w:tc>
      </w:tr>
      <w:tr w:rsidR="007A37CF" w14:paraId="708A2FCE" w14:textId="77777777">
        <w:trPr>
          <w:cantSplit/>
          <w:jc w:val="center"/>
        </w:trPr>
        <w:tc>
          <w:tcPr>
            <w:tcW w:w="1928" w:type="dxa"/>
          </w:tcPr>
          <w:p w14:paraId="08B81B09" w14:textId="77777777" w:rsidR="007A37CF" w:rsidRDefault="00D93E1F">
            <w:pPr>
              <w:spacing w:after="0" w:line="240" w:lineRule="auto"/>
            </w:pPr>
            <w:r>
              <w:rPr>
                <w:sz w:val="22"/>
                <w:szCs w:val="22"/>
              </w:rPr>
              <w:t>Kiểm chứng và tư duy phản biện</w:t>
            </w:r>
          </w:p>
        </w:tc>
        <w:tc>
          <w:tcPr>
            <w:tcW w:w="2381" w:type="dxa"/>
          </w:tcPr>
          <w:p w14:paraId="19F1D65A" w14:textId="77777777" w:rsidR="007A37CF" w:rsidRDefault="00D93E1F">
            <w:pPr>
              <w:spacing w:after="0" w:line="240" w:lineRule="auto"/>
            </w:pPr>
            <w:r>
              <w:rPr>
                <w:sz w:val="22"/>
                <w:szCs w:val="22"/>
              </w:rPr>
              <w:t>Nhận ra được nhu cầu cần kiểm chứng kết quả AI khi được nhắc.</w:t>
            </w:r>
          </w:p>
        </w:tc>
        <w:tc>
          <w:tcPr>
            <w:tcW w:w="2381" w:type="dxa"/>
          </w:tcPr>
          <w:p w14:paraId="6DB9095E" w14:textId="77777777" w:rsidR="007A37CF" w:rsidRDefault="00D93E1F">
            <w:pPr>
              <w:spacing w:after="0" w:line="240" w:lineRule="auto"/>
            </w:pPr>
            <w:r>
              <w:rPr>
                <w:sz w:val="22"/>
                <w:szCs w:val="22"/>
              </w:rPr>
              <w:t>Đối chiếu ví dụ với dấu hiệu phân cụm/phân lớp; phát hiện một số điểm chưa phù hợp.</w:t>
            </w:r>
          </w:p>
        </w:tc>
        <w:tc>
          <w:tcPr>
            <w:tcW w:w="2381" w:type="dxa"/>
          </w:tcPr>
          <w:p w14:paraId="6EA950B5" w14:textId="77777777" w:rsidR="007A37CF" w:rsidRDefault="00D93E1F">
            <w:pPr>
              <w:spacing w:after="0" w:line="240" w:lineRule="auto"/>
            </w:pPr>
            <w:r>
              <w:rPr>
                <w:sz w:val="22"/>
                <w:szCs w:val="22"/>
              </w:rPr>
              <w:t>Kiểm chứng có hệ thống; nêu được giới hạn (dữ liệu lệch dẫn tới kết quả lệch) và điều chỉnh lựa chọn có căn cứ.</w:t>
            </w:r>
          </w:p>
        </w:tc>
      </w:tr>
      <w:tr w:rsidR="007A37CF" w14:paraId="5150CFC0" w14:textId="77777777">
        <w:trPr>
          <w:cantSplit/>
          <w:jc w:val="center"/>
        </w:trPr>
        <w:tc>
          <w:tcPr>
            <w:tcW w:w="1928" w:type="dxa"/>
          </w:tcPr>
          <w:p w14:paraId="0058DC03" w14:textId="77777777" w:rsidR="007A37CF" w:rsidRDefault="00D93E1F">
            <w:pPr>
              <w:spacing w:after="0" w:line="240" w:lineRule="auto"/>
            </w:pPr>
            <w:r>
              <w:rPr>
                <w:sz w:val="22"/>
                <w:szCs w:val="22"/>
              </w:rPr>
              <w:t>An toàn, đạo đức, trách nhiệm</w:t>
            </w:r>
          </w:p>
        </w:tc>
        <w:tc>
          <w:tcPr>
            <w:tcW w:w="2381" w:type="dxa"/>
          </w:tcPr>
          <w:p w14:paraId="6BFD2166" w14:textId="77777777" w:rsidR="007A37CF" w:rsidRDefault="00D93E1F">
            <w:pPr>
              <w:spacing w:after="0" w:line="240" w:lineRule="auto"/>
            </w:pPr>
            <w:r>
              <w:rPr>
                <w:sz w:val="22"/>
                <w:szCs w:val="22"/>
              </w:rPr>
              <w:t>Tuân thủ yêu cầu cơ bản; không đưa dữ liệu cá nhân vào ứng dụng AI.</w:t>
            </w:r>
          </w:p>
        </w:tc>
        <w:tc>
          <w:tcPr>
            <w:tcW w:w="2381" w:type="dxa"/>
          </w:tcPr>
          <w:p w14:paraId="68F73CBE" w14:textId="77777777" w:rsidR="007A37CF" w:rsidRDefault="00D93E1F">
            <w:pPr>
              <w:spacing w:after="0" w:line="240" w:lineRule="auto"/>
            </w:pPr>
            <w:r>
              <w:rPr>
                <w:sz w:val="22"/>
                <w:szCs w:val="22"/>
              </w:rPr>
              <w:t>Chủ động dùng dữ liệu mẫu, không nhập thông tin cá nhân; nhận diện rủi ro và giải thích được lựa chọn có trách nhiệm.</w:t>
            </w:r>
          </w:p>
        </w:tc>
        <w:tc>
          <w:tcPr>
            <w:tcW w:w="2381" w:type="dxa"/>
          </w:tcPr>
          <w:p w14:paraId="6FE22275" w14:textId="77777777" w:rsidR="007A37CF" w:rsidRDefault="00D93E1F">
            <w:pPr>
              <w:spacing w:after="0" w:line="240" w:lineRule="auto"/>
            </w:pPr>
            <w:r>
              <w:rPr>
                <w:sz w:val="22"/>
                <w:szCs w:val="22"/>
              </w:rPr>
              <w:t>Phân tích được tác động của dữ liệu tới kết quả; đề xuất biện pháp giảm rủi ro và chịu trách nhiệm về sản phẩm.</w:t>
            </w:r>
          </w:p>
        </w:tc>
      </w:tr>
      <w:tr w:rsidR="007A37CF" w14:paraId="17F251FB" w14:textId="77777777">
        <w:trPr>
          <w:cantSplit/>
          <w:jc w:val="center"/>
        </w:trPr>
        <w:tc>
          <w:tcPr>
            <w:tcW w:w="1928" w:type="dxa"/>
          </w:tcPr>
          <w:p w14:paraId="243ECC4C" w14:textId="77777777" w:rsidR="007A37CF" w:rsidRDefault="00D93E1F">
            <w:pPr>
              <w:spacing w:after="0" w:line="240" w:lineRule="auto"/>
            </w:pPr>
            <w:r>
              <w:rPr>
                <w:sz w:val="22"/>
                <w:szCs w:val="22"/>
              </w:rPr>
              <w:t>Hợp tác và trình bày</w:t>
            </w:r>
          </w:p>
        </w:tc>
        <w:tc>
          <w:tcPr>
            <w:tcW w:w="2381" w:type="dxa"/>
          </w:tcPr>
          <w:p w14:paraId="18304765" w14:textId="77777777" w:rsidR="007A37CF" w:rsidRDefault="00D93E1F">
            <w:pPr>
              <w:spacing w:after="0" w:line="240" w:lineRule="auto"/>
            </w:pPr>
            <w:r>
              <w:rPr>
                <w:sz w:val="22"/>
                <w:szCs w:val="22"/>
              </w:rPr>
              <w:t>Hoàn thành phần việc phụ trách; trình bày được kết quả chính.</w:t>
            </w:r>
          </w:p>
        </w:tc>
        <w:tc>
          <w:tcPr>
            <w:tcW w:w="2381" w:type="dxa"/>
          </w:tcPr>
          <w:p w14:paraId="0F2FA19F" w14:textId="77777777" w:rsidR="007A37CF" w:rsidRDefault="00D93E1F">
            <w:pPr>
              <w:spacing w:after="0" w:line="240" w:lineRule="auto"/>
            </w:pPr>
            <w:r>
              <w:rPr>
                <w:sz w:val="22"/>
                <w:szCs w:val="22"/>
              </w:rPr>
              <w:t>Phối hợp, phản hồi phù hợp; trình bày rõ quá trình và kết quả.</w:t>
            </w:r>
          </w:p>
        </w:tc>
        <w:tc>
          <w:tcPr>
            <w:tcW w:w="2381" w:type="dxa"/>
          </w:tcPr>
          <w:p w14:paraId="3157FF85" w14:textId="77777777" w:rsidR="007A37CF" w:rsidRDefault="00D93E1F">
            <w:pPr>
              <w:spacing w:after="0" w:line="240" w:lineRule="auto"/>
            </w:pPr>
            <w:r>
              <w:rPr>
                <w:sz w:val="22"/>
                <w:szCs w:val="22"/>
              </w:rPr>
              <w:t>Phân công hiệu quả, tiếp thu phản biện; trình bày thuyết phục, minh bạch quá trình phân tích.</w:t>
            </w:r>
          </w:p>
        </w:tc>
      </w:tr>
    </w:tbl>
    <w:p w14:paraId="463FDAA8" w14:textId="77777777" w:rsidR="007A37CF" w:rsidRDefault="00D93E1F">
      <w:pPr>
        <w:spacing w:before="120" w:after="60" w:line="264" w:lineRule="auto"/>
        <w:jc w:val="both"/>
      </w:pPr>
      <w:r>
        <w:rPr>
          <w:sz w:val="24"/>
        </w:rPr>
        <w:t xml:space="preserve">Mẫu câu nhận xét </w:t>
      </w:r>
      <w:r>
        <w:rPr>
          <w:sz w:val="24"/>
        </w:rPr>
        <w:t>(GV điều chỉnh theo bài làm của từng HS, dùng khi ghi nhận xét gửi GV chủ nhiệm):</w:t>
      </w:r>
    </w:p>
    <w:p w14:paraId="1AB43C05" w14:textId="77777777" w:rsidR="007A37CF" w:rsidRDefault="00D93E1F">
      <w:pPr>
        <w:spacing w:after="60" w:line="264" w:lineRule="auto"/>
        <w:jc w:val="both"/>
      </w:pPr>
      <w:r>
        <w:rPr>
          <w:sz w:val="24"/>
        </w:rPr>
        <w:t xml:space="preserve">- Mức Đạt: </w:t>
      </w:r>
      <w:r>
        <w:rPr>
          <w:sz w:val="24"/>
        </w:rPr>
        <w:t>“Em nêu được một ứng dụng mạng nơ-ron và phân biệt phân cụm, phân lớp khi được gợi ý; em cần nêu dấu hiệu dữ liệu đã có nhãn hay chưa có nhãn.”</w:t>
      </w:r>
    </w:p>
    <w:p w14:paraId="0F6F4F41" w14:textId="77777777" w:rsidR="007A37CF" w:rsidRDefault="00D93E1F">
      <w:pPr>
        <w:spacing w:after="60" w:line="264" w:lineRule="auto"/>
        <w:jc w:val="both"/>
      </w:pPr>
      <w:r>
        <w:rPr>
          <w:sz w:val="24"/>
        </w:rPr>
        <w:t xml:space="preserve">- Mức Khá: </w:t>
      </w:r>
      <w:r>
        <w:rPr>
          <w:sz w:val="24"/>
        </w:rPr>
        <w:t>“Em nêu được nhiều ứng dụng mạng nơ-ron, phân biệt phân cụm, phân lớp qua ví dụ và giải thích được phần lớn lựa chọn.”</w:t>
      </w:r>
    </w:p>
    <w:p w14:paraId="3C40365F" w14:textId="77777777" w:rsidR="007A37CF" w:rsidRDefault="00D93E1F">
      <w:pPr>
        <w:spacing w:after="60" w:line="264" w:lineRule="auto"/>
        <w:jc w:val="both"/>
      </w:pPr>
      <w:r>
        <w:rPr>
          <w:sz w:val="24"/>
        </w:rPr>
        <w:t xml:space="preserve">- Mức Tốt: </w:t>
      </w:r>
      <w:r>
        <w:rPr>
          <w:sz w:val="24"/>
        </w:rPr>
        <w:t>“Em phân biệt chuẩn xác, lập luận rõ và xử lí được các trường hợp ứng dụng dùng nhiều hơn một kĩ thuật.”</w:t>
      </w:r>
    </w:p>
    <w:p w14:paraId="0672B87A" w14:textId="77777777" w:rsidR="007A37CF" w:rsidRDefault="007A37CF">
      <w:pPr>
        <w:spacing w:after="40" w:line="192" w:lineRule="auto"/>
        <w:jc w:val="both"/>
      </w:pPr>
    </w:p>
    <w:p w14:paraId="7A1BCB40" w14:textId="77777777" w:rsidR="007A37CF" w:rsidRDefault="00D93E1F">
      <w:pPr>
        <w:keepNext/>
        <w:spacing w:before="80" w:after="60" w:line="264" w:lineRule="auto"/>
      </w:pPr>
      <w:r>
        <w:rPr>
          <w:b/>
        </w:rPr>
        <w:t>PL11.6.8. Bảng kiểm an toàn và trách nhiệm của bài</w:t>
      </w:r>
    </w:p>
    <w:p w14:paraId="17515987" w14:textId="77777777" w:rsidR="007A37CF" w:rsidRDefault="00D93E1F">
      <w:pPr>
        <w:keepNext/>
        <w:spacing w:before="80" w:after="60" w:line="264" w:lineRule="auto"/>
      </w:pPr>
      <w:r>
        <w:t>Nội dung bảy dòng kiểm tra: Tài liệu tập huấn cấp trung học phổ thông, Bảng 8.5. Bảng dưới đây ghi kết luận và minh chứng của bài theo số dòng.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680"/>
        <w:gridCol w:w="680"/>
        <w:gridCol w:w="907"/>
        <w:gridCol w:w="6804"/>
      </w:tblGrid>
      <w:tr w:rsidR="007A37CF" w14:paraId="7E5EE58E" w14:textId="77777777">
        <w:trPr>
          <w:cantSplit/>
          <w:tblHeader/>
          <w:jc w:val="center"/>
        </w:trPr>
        <w:tc>
          <w:tcPr>
            <w:tcW w:w="680" w:type="dxa"/>
            <w:vAlign w:val="center"/>
          </w:tcPr>
          <w:p w14:paraId="26E44C83" w14:textId="77777777" w:rsidR="007A37CF" w:rsidRDefault="00D93E1F">
            <w:pPr>
              <w:spacing w:after="0" w:line="240" w:lineRule="auto"/>
              <w:jc w:val="center"/>
            </w:pPr>
            <w:r>
              <w:rPr>
                <w:b/>
                <w:sz w:val="22"/>
                <w:szCs w:val="22"/>
              </w:rPr>
              <w:t>Dòng</w:t>
            </w:r>
          </w:p>
        </w:tc>
        <w:tc>
          <w:tcPr>
            <w:tcW w:w="680" w:type="dxa"/>
            <w:vAlign w:val="center"/>
          </w:tcPr>
          <w:p w14:paraId="1F580779" w14:textId="77777777" w:rsidR="007A37CF" w:rsidRDefault="00D93E1F">
            <w:pPr>
              <w:spacing w:after="0" w:line="240" w:lineRule="auto"/>
              <w:jc w:val="center"/>
            </w:pPr>
            <w:r>
              <w:rPr>
                <w:b/>
                <w:sz w:val="22"/>
                <w:szCs w:val="22"/>
              </w:rPr>
              <w:t>Có</w:t>
            </w:r>
          </w:p>
        </w:tc>
        <w:tc>
          <w:tcPr>
            <w:tcW w:w="907" w:type="dxa"/>
            <w:vAlign w:val="center"/>
          </w:tcPr>
          <w:p w14:paraId="0F23642F" w14:textId="77777777" w:rsidR="007A37CF" w:rsidRDefault="00D93E1F">
            <w:pPr>
              <w:spacing w:after="0" w:line="240" w:lineRule="auto"/>
              <w:jc w:val="center"/>
            </w:pPr>
            <w:r>
              <w:rPr>
                <w:b/>
                <w:sz w:val="22"/>
                <w:szCs w:val="22"/>
              </w:rPr>
              <w:t>Không áp dụng</w:t>
            </w:r>
          </w:p>
        </w:tc>
        <w:tc>
          <w:tcPr>
            <w:tcW w:w="6804" w:type="dxa"/>
            <w:vAlign w:val="center"/>
          </w:tcPr>
          <w:p w14:paraId="5BC70D87" w14:textId="77777777" w:rsidR="007A37CF" w:rsidRDefault="00D93E1F">
            <w:pPr>
              <w:spacing w:after="0" w:line="240" w:lineRule="auto"/>
              <w:jc w:val="center"/>
            </w:pPr>
            <w:r>
              <w:rPr>
                <w:b/>
                <w:sz w:val="22"/>
                <w:szCs w:val="22"/>
              </w:rPr>
              <w:t>Minh chứng, ghi chú</w:t>
            </w:r>
          </w:p>
        </w:tc>
      </w:tr>
      <w:tr w:rsidR="007A37CF" w14:paraId="30C1BE13" w14:textId="77777777">
        <w:trPr>
          <w:cantSplit/>
          <w:jc w:val="center"/>
        </w:trPr>
        <w:tc>
          <w:tcPr>
            <w:tcW w:w="680" w:type="dxa"/>
          </w:tcPr>
          <w:p w14:paraId="19997FE9" w14:textId="77777777" w:rsidR="007A37CF" w:rsidRDefault="00D93E1F">
            <w:pPr>
              <w:spacing w:after="0" w:line="240" w:lineRule="auto"/>
            </w:pPr>
            <w:r>
              <w:rPr>
                <w:sz w:val="22"/>
                <w:szCs w:val="22"/>
              </w:rPr>
              <w:t>1</w:t>
            </w:r>
          </w:p>
        </w:tc>
        <w:tc>
          <w:tcPr>
            <w:tcW w:w="680" w:type="dxa"/>
            <w:vAlign w:val="center"/>
          </w:tcPr>
          <w:p w14:paraId="30CCC2EB" w14:textId="77777777" w:rsidR="007A37CF" w:rsidRDefault="00D93E1F">
            <w:pPr>
              <w:spacing w:after="0" w:line="240" w:lineRule="auto"/>
              <w:jc w:val="center"/>
            </w:pPr>
            <w:r>
              <w:rPr>
                <w:sz w:val="22"/>
                <w:szCs w:val="22"/>
              </w:rPr>
              <w:t>□</w:t>
            </w:r>
          </w:p>
        </w:tc>
        <w:tc>
          <w:tcPr>
            <w:tcW w:w="907" w:type="dxa"/>
            <w:vAlign w:val="center"/>
          </w:tcPr>
          <w:p w14:paraId="3A5E90D5" w14:textId="77777777" w:rsidR="007A37CF" w:rsidRDefault="00D93E1F">
            <w:pPr>
              <w:spacing w:after="0" w:line="240" w:lineRule="auto"/>
              <w:jc w:val="center"/>
            </w:pPr>
            <w:r>
              <w:rPr>
                <w:sz w:val="22"/>
                <w:szCs w:val="22"/>
              </w:rPr>
              <w:t>□</w:t>
            </w:r>
          </w:p>
        </w:tc>
        <w:tc>
          <w:tcPr>
            <w:tcW w:w="6804" w:type="dxa"/>
          </w:tcPr>
          <w:p w14:paraId="58E6FE97" w14:textId="77777777" w:rsidR="007A37CF" w:rsidRDefault="007A37CF">
            <w:pPr>
              <w:spacing w:after="0" w:line="264" w:lineRule="auto"/>
            </w:pPr>
          </w:p>
        </w:tc>
      </w:tr>
      <w:tr w:rsidR="007A37CF" w14:paraId="0F3EEC12" w14:textId="77777777">
        <w:trPr>
          <w:cantSplit/>
          <w:jc w:val="center"/>
        </w:trPr>
        <w:tc>
          <w:tcPr>
            <w:tcW w:w="680" w:type="dxa"/>
          </w:tcPr>
          <w:p w14:paraId="13A5A2DE" w14:textId="77777777" w:rsidR="007A37CF" w:rsidRDefault="00D93E1F">
            <w:pPr>
              <w:spacing w:after="0" w:line="240" w:lineRule="auto"/>
            </w:pPr>
            <w:r>
              <w:rPr>
                <w:sz w:val="22"/>
                <w:szCs w:val="22"/>
              </w:rPr>
              <w:t>2</w:t>
            </w:r>
          </w:p>
        </w:tc>
        <w:tc>
          <w:tcPr>
            <w:tcW w:w="680" w:type="dxa"/>
            <w:vAlign w:val="center"/>
          </w:tcPr>
          <w:p w14:paraId="5465C875" w14:textId="77777777" w:rsidR="007A37CF" w:rsidRDefault="00D93E1F">
            <w:pPr>
              <w:spacing w:after="0" w:line="240" w:lineRule="auto"/>
              <w:jc w:val="center"/>
            </w:pPr>
            <w:r>
              <w:rPr>
                <w:sz w:val="22"/>
                <w:szCs w:val="22"/>
              </w:rPr>
              <w:t>□</w:t>
            </w:r>
          </w:p>
        </w:tc>
        <w:tc>
          <w:tcPr>
            <w:tcW w:w="907" w:type="dxa"/>
            <w:vAlign w:val="center"/>
          </w:tcPr>
          <w:p w14:paraId="5FC817FA" w14:textId="77777777" w:rsidR="007A37CF" w:rsidRDefault="00D93E1F">
            <w:pPr>
              <w:spacing w:after="0" w:line="240" w:lineRule="auto"/>
              <w:jc w:val="center"/>
            </w:pPr>
            <w:r>
              <w:rPr>
                <w:sz w:val="22"/>
                <w:szCs w:val="22"/>
              </w:rPr>
              <w:t>□</w:t>
            </w:r>
          </w:p>
        </w:tc>
        <w:tc>
          <w:tcPr>
            <w:tcW w:w="6804" w:type="dxa"/>
          </w:tcPr>
          <w:p w14:paraId="1A4CCC1B" w14:textId="77777777" w:rsidR="007A37CF" w:rsidRDefault="007A37CF">
            <w:pPr>
              <w:spacing w:after="0" w:line="264" w:lineRule="auto"/>
            </w:pPr>
          </w:p>
        </w:tc>
      </w:tr>
      <w:tr w:rsidR="007A37CF" w14:paraId="7FF58884" w14:textId="77777777">
        <w:trPr>
          <w:cantSplit/>
          <w:jc w:val="center"/>
        </w:trPr>
        <w:tc>
          <w:tcPr>
            <w:tcW w:w="680" w:type="dxa"/>
          </w:tcPr>
          <w:p w14:paraId="7BF33438" w14:textId="77777777" w:rsidR="007A37CF" w:rsidRDefault="00D93E1F">
            <w:pPr>
              <w:spacing w:after="0" w:line="240" w:lineRule="auto"/>
            </w:pPr>
            <w:r>
              <w:rPr>
                <w:sz w:val="22"/>
                <w:szCs w:val="22"/>
              </w:rPr>
              <w:t>3</w:t>
            </w:r>
          </w:p>
        </w:tc>
        <w:tc>
          <w:tcPr>
            <w:tcW w:w="680" w:type="dxa"/>
            <w:vAlign w:val="center"/>
          </w:tcPr>
          <w:p w14:paraId="3C2745B3" w14:textId="77777777" w:rsidR="007A37CF" w:rsidRDefault="00D93E1F">
            <w:pPr>
              <w:spacing w:after="0" w:line="240" w:lineRule="auto"/>
              <w:jc w:val="center"/>
            </w:pPr>
            <w:r>
              <w:rPr>
                <w:sz w:val="22"/>
                <w:szCs w:val="22"/>
              </w:rPr>
              <w:t>□</w:t>
            </w:r>
          </w:p>
        </w:tc>
        <w:tc>
          <w:tcPr>
            <w:tcW w:w="907" w:type="dxa"/>
            <w:vAlign w:val="center"/>
          </w:tcPr>
          <w:p w14:paraId="49A9B985" w14:textId="77777777" w:rsidR="007A37CF" w:rsidRDefault="00D93E1F">
            <w:pPr>
              <w:spacing w:after="0" w:line="240" w:lineRule="auto"/>
              <w:jc w:val="center"/>
            </w:pPr>
            <w:r>
              <w:rPr>
                <w:sz w:val="22"/>
                <w:szCs w:val="22"/>
              </w:rPr>
              <w:t>□</w:t>
            </w:r>
          </w:p>
        </w:tc>
        <w:tc>
          <w:tcPr>
            <w:tcW w:w="6804" w:type="dxa"/>
          </w:tcPr>
          <w:p w14:paraId="0F3F06D3" w14:textId="77777777" w:rsidR="007A37CF" w:rsidRDefault="007A37CF">
            <w:pPr>
              <w:spacing w:after="0" w:line="264" w:lineRule="auto"/>
            </w:pPr>
          </w:p>
        </w:tc>
      </w:tr>
      <w:tr w:rsidR="007A37CF" w14:paraId="487FB57B" w14:textId="77777777">
        <w:trPr>
          <w:cantSplit/>
          <w:jc w:val="center"/>
        </w:trPr>
        <w:tc>
          <w:tcPr>
            <w:tcW w:w="680" w:type="dxa"/>
          </w:tcPr>
          <w:p w14:paraId="0983352E" w14:textId="77777777" w:rsidR="007A37CF" w:rsidRDefault="00D93E1F">
            <w:pPr>
              <w:spacing w:after="0" w:line="240" w:lineRule="auto"/>
            </w:pPr>
            <w:r>
              <w:rPr>
                <w:sz w:val="22"/>
                <w:szCs w:val="22"/>
              </w:rPr>
              <w:t>4</w:t>
            </w:r>
          </w:p>
        </w:tc>
        <w:tc>
          <w:tcPr>
            <w:tcW w:w="680" w:type="dxa"/>
            <w:vAlign w:val="center"/>
          </w:tcPr>
          <w:p w14:paraId="099BD7B1" w14:textId="77777777" w:rsidR="007A37CF" w:rsidRDefault="00D93E1F">
            <w:pPr>
              <w:spacing w:after="0" w:line="240" w:lineRule="auto"/>
              <w:jc w:val="center"/>
            </w:pPr>
            <w:r>
              <w:rPr>
                <w:sz w:val="22"/>
                <w:szCs w:val="22"/>
              </w:rPr>
              <w:t>□</w:t>
            </w:r>
          </w:p>
        </w:tc>
        <w:tc>
          <w:tcPr>
            <w:tcW w:w="907" w:type="dxa"/>
            <w:vAlign w:val="center"/>
          </w:tcPr>
          <w:p w14:paraId="3AAE5AB2" w14:textId="77777777" w:rsidR="007A37CF" w:rsidRDefault="00D93E1F">
            <w:pPr>
              <w:spacing w:after="0" w:line="240" w:lineRule="auto"/>
              <w:jc w:val="center"/>
            </w:pPr>
            <w:r>
              <w:rPr>
                <w:sz w:val="22"/>
                <w:szCs w:val="22"/>
              </w:rPr>
              <w:t>□</w:t>
            </w:r>
          </w:p>
        </w:tc>
        <w:tc>
          <w:tcPr>
            <w:tcW w:w="6804" w:type="dxa"/>
          </w:tcPr>
          <w:p w14:paraId="4DDA3DBF" w14:textId="77777777" w:rsidR="007A37CF" w:rsidRDefault="007A37CF">
            <w:pPr>
              <w:spacing w:after="0" w:line="264" w:lineRule="auto"/>
            </w:pPr>
          </w:p>
        </w:tc>
      </w:tr>
      <w:tr w:rsidR="007A37CF" w14:paraId="62BCE7A7" w14:textId="77777777">
        <w:trPr>
          <w:cantSplit/>
          <w:jc w:val="center"/>
        </w:trPr>
        <w:tc>
          <w:tcPr>
            <w:tcW w:w="680" w:type="dxa"/>
          </w:tcPr>
          <w:p w14:paraId="66621B81" w14:textId="77777777" w:rsidR="007A37CF" w:rsidRDefault="00D93E1F">
            <w:pPr>
              <w:spacing w:after="0" w:line="240" w:lineRule="auto"/>
            </w:pPr>
            <w:r>
              <w:rPr>
                <w:sz w:val="22"/>
                <w:szCs w:val="22"/>
              </w:rPr>
              <w:t>5</w:t>
            </w:r>
          </w:p>
        </w:tc>
        <w:tc>
          <w:tcPr>
            <w:tcW w:w="680" w:type="dxa"/>
            <w:vAlign w:val="center"/>
          </w:tcPr>
          <w:p w14:paraId="5CC60C50" w14:textId="77777777" w:rsidR="007A37CF" w:rsidRDefault="00D93E1F">
            <w:pPr>
              <w:spacing w:after="0" w:line="240" w:lineRule="auto"/>
              <w:jc w:val="center"/>
            </w:pPr>
            <w:r>
              <w:rPr>
                <w:sz w:val="22"/>
                <w:szCs w:val="22"/>
              </w:rPr>
              <w:t>□</w:t>
            </w:r>
          </w:p>
        </w:tc>
        <w:tc>
          <w:tcPr>
            <w:tcW w:w="907" w:type="dxa"/>
            <w:vAlign w:val="center"/>
          </w:tcPr>
          <w:p w14:paraId="34D33AD8" w14:textId="77777777" w:rsidR="007A37CF" w:rsidRDefault="00D93E1F">
            <w:pPr>
              <w:spacing w:after="0" w:line="240" w:lineRule="auto"/>
              <w:jc w:val="center"/>
            </w:pPr>
            <w:r>
              <w:rPr>
                <w:sz w:val="22"/>
                <w:szCs w:val="22"/>
              </w:rPr>
              <w:t>□</w:t>
            </w:r>
          </w:p>
        </w:tc>
        <w:tc>
          <w:tcPr>
            <w:tcW w:w="6804" w:type="dxa"/>
          </w:tcPr>
          <w:p w14:paraId="26854BE2" w14:textId="77777777" w:rsidR="007A37CF" w:rsidRDefault="007A37CF">
            <w:pPr>
              <w:spacing w:after="0" w:line="264" w:lineRule="auto"/>
            </w:pPr>
          </w:p>
        </w:tc>
      </w:tr>
      <w:tr w:rsidR="007A37CF" w14:paraId="62F63D34" w14:textId="77777777">
        <w:trPr>
          <w:cantSplit/>
          <w:jc w:val="center"/>
        </w:trPr>
        <w:tc>
          <w:tcPr>
            <w:tcW w:w="680" w:type="dxa"/>
          </w:tcPr>
          <w:p w14:paraId="040FE79C" w14:textId="77777777" w:rsidR="007A37CF" w:rsidRDefault="00D93E1F">
            <w:pPr>
              <w:spacing w:after="0" w:line="240" w:lineRule="auto"/>
            </w:pPr>
            <w:r>
              <w:rPr>
                <w:sz w:val="22"/>
                <w:szCs w:val="22"/>
              </w:rPr>
              <w:t>6</w:t>
            </w:r>
          </w:p>
        </w:tc>
        <w:tc>
          <w:tcPr>
            <w:tcW w:w="680" w:type="dxa"/>
            <w:vAlign w:val="center"/>
          </w:tcPr>
          <w:p w14:paraId="7134FB66" w14:textId="77777777" w:rsidR="007A37CF" w:rsidRDefault="00D93E1F">
            <w:pPr>
              <w:spacing w:after="0" w:line="240" w:lineRule="auto"/>
              <w:jc w:val="center"/>
            </w:pPr>
            <w:r>
              <w:rPr>
                <w:sz w:val="22"/>
                <w:szCs w:val="22"/>
              </w:rPr>
              <w:t>□</w:t>
            </w:r>
          </w:p>
        </w:tc>
        <w:tc>
          <w:tcPr>
            <w:tcW w:w="907" w:type="dxa"/>
            <w:vAlign w:val="center"/>
          </w:tcPr>
          <w:p w14:paraId="189D6CF2" w14:textId="77777777" w:rsidR="007A37CF" w:rsidRDefault="00D93E1F">
            <w:pPr>
              <w:spacing w:after="0" w:line="240" w:lineRule="auto"/>
              <w:jc w:val="center"/>
            </w:pPr>
            <w:r>
              <w:rPr>
                <w:sz w:val="22"/>
                <w:szCs w:val="22"/>
              </w:rPr>
              <w:t>□</w:t>
            </w:r>
          </w:p>
        </w:tc>
        <w:tc>
          <w:tcPr>
            <w:tcW w:w="6804" w:type="dxa"/>
          </w:tcPr>
          <w:p w14:paraId="6A69412D" w14:textId="77777777" w:rsidR="007A37CF" w:rsidRDefault="007A37CF">
            <w:pPr>
              <w:spacing w:after="0" w:line="264" w:lineRule="auto"/>
            </w:pPr>
          </w:p>
        </w:tc>
      </w:tr>
      <w:tr w:rsidR="007A37CF" w14:paraId="63B8696E" w14:textId="77777777">
        <w:trPr>
          <w:cantSplit/>
          <w:jc w:val="center"/>
        </w:trPr>
        <w:tc>
          <w:tcPr>
            <w:tcW w:w="680" w:type="dxa"/>
          </w:tcPr>
          <w:p w14:paraId="1B96D646" w14:textId="77777777" w:rsidR="007A37CF" w:rsidRDefault="00D93E1F">
            <w:pPr>
              <w:spacing w:after="0" w:line="240" w:lineRule="auto"/>
            </w:pPr>
            <w:r>
              <w:rPr>
                <w:sz w:val="22"/>
                <w:szCs w:val="22"/>
              </w:rPr>
              <w:t>7</w:t>
            </w:r>
          </w:p>
        </w:tc>
        <w:tc>
          <w:tcPr>
            <w:tcW w:w="680" w:type="dxa"/>
            <w:vAlign w:val="center"/>
          </w:tcPr>
          <w:p w14:paraId="04A701DE" w14:textId="77777777" w:rsidR="007A37CF" w:rsidRDefault="00D93E1F">
            <w:pPr>
              <w:spacing w:after="0" w:line="240" w:lineRule="auto"/>
              <w:jc w:val="center"/>
            </w:pPr>
            <w:r>
              <w:rPr>
                <w:sz w:val="22"/>
                <w:szCs w:val="22"/>
              </w:rPr>
              <w:t>□</w:t>
            </w:r>
          </w:p>
        </w:tc>
        <w:tc>
          <w:tcPr>
            <w:tcW w:w="907" w:type="dxa"/>
            <w:vAlign w:val="center"/>
          </w:tcPr>
          <w:p w14:paraId="15FF4B3D" w14:textId="77777777" w:rsidR="007A37CF" w:rsidRDefault="00D93E1F">
            <w:pPr>
              <w:spacing w:after="0" w:line="240" w:lineRule="auto"/>
              <w:jc w:val="center"/>
            </w:pPr>
            <w:r>
              <w:rPr>
                <w:sz w:val="22"/>
                <w:szCs w:val="22"/>
              </w:rPr>
              <w:t>□</w:t>
            </w:r>
          </w:p>
        </w:tc>
        <w:tc>
          <w:tcPr>
            <w:tcW w:w="6804" w:type="dxa"/>
          </w:tcPr>
          <w:p w14:paraId="7DF60F5D" w14:textId="77777777" w:rsidR="007A37CF" w:rsidRDefault="007A37CF">
            <w:pPr>
              <w:spacing w:after="0" w:line="264" w:lineRule="auto"/>
            </w:pPr>
          </w:p>
        </w:tc>
      </w:tr>
    </w:tbl>
    <w:p w14:paraId="34B18A89" w14:textId="77777777" w:rsidR="007A37CF" w:rsidRDefault="007A37CF">
      <w:pPr>
        <w:spacing w:after="40" w:line="192" w:lineRule="auto"/>
        <w:jc w:val="both"/>
      </w:pPr>
    </w:p>
    <w:p w14:paraId="1A1C80FD" w14:textId="77777777" w:rsidR="007A37CF" w:rsidRDefault="00D93E1F">
      <w:pPr>
        <w:keepNext/>
        <w:spacing w:before="80" w:after="60" w:line="264" w:lineRule="auto"/>
      </w:pPr>
      <w:r>
        <w:rPr>
          <w:b/>
        </w:rPr>
        <w:t>PL11.6.9. Lưu ý về đánh giá của bài</w:t>
      </w:r>
    </w:p>
    <w:p w14:paraId="528D2DDF" w14:textId="77777777" w:rsidR="007A37CF" w:rsidRDefault="00D93E1F">
      <w:pPr>
        <w:spacing w:after="60" w:line="264" w:lineRule="auto"/>
        <w:jc w:val="both"/>
      </w:pPr>
      <w:r>
        <w:rPr>
          <w:i/>
          <w:sz w:val="24"/>
        </w:rPr>
        <w:t>- Ba nguyên tắc chung (trọng tâm đánh giá, đóng góp của từng HS, công bằng trong tiếp cận) và căn cứ Công văn số 5588/BGDĐT-GDPT ngày 19/8/2026: xem Hướng dẫn chung của bộ kế hoạch bài dạy, mục I.</w:t>
      </w:r>
    </w:p>
    <w:p w14:paraId="0D259430" w14:textId="77777777" w:rsidR="007A37CF" w:rsidRDefault="00D93E1F">
      <w:pPr>
        <w:tabs>
          <w:tab w:val="left" w:pos="425"/>
        </w:tabs>
        <w:spacing w:after="60" w:line="264" w:lineRule="auto"/>
        <w:ind w:left="425" w:hanging="227"/>
        <w:jc w:val="both"/>
      </w:pPr>
      <w:r>
        <w:t xml:space="preserve">- </w:t>
      </w:r>
      <w:r>
        <w:tab/>
      </w:r>
      <w:r>
        <w:rPr>
          <w:b/>
        </w:rPr>
        <w:t>Hướng dẫn và khai báo.</w:t>
      </w:r>
      <w:r>
        <w:t xml:space="preserve"> Công cụ chỉ do GV thao tác ở phần minh hoạ; phần của HS thực hiện trên phiếu và bộ thẻ in sẵn. Khi HS có dùng công cụ AI ở nhà, HS khai báo năm ý: công cụ đã dùng; mục đích dùng; phần việc giao cho công cụ; cách kiểm tra lại kết quả; phần HS tự làm.</w:t>
      </w:r>
    </w:p>
    <w:p w14:paraId="75B2B68C" w14:textId="77777777" w:rsidR="007A37CF" w:rsidRDefault="00D93E1F">
      <w:pPr>
        <w:spacing w:after="0" w:line="264" w:lineRule="auto"/>
        <w:jc w:val="both"/>
      </w:pPr>
      <w:r>
        <w:br w:type="page"/>
      </w:r>
    </w:p>
    <w:p w14:paraId="64121324" w14:textId="77777777" w:rsidR="007A37CF" w:rsidRDefault="00D93E1F">
      <w:pPr>
        <w:spacing w:after="0" w:line="240" w:lineRule="auto"/>
      </w:pPr>
      <w:r>
        <w:rPr>
          <w:sz w:val="22"/>
          <w:szCs w:val="22"/>
        </w:rPr>
        <w:t>PL11.6.10. Sản phẩm và gợi ý đáp án theo hoạt động</w:t>
      </w:r>
    </w:p>
    <w:p w14:paraId="247536B4" w14:textId="77777777" w:rsidR="007A37CF" w:rsidRDefault="00D93E1F">
      <w:pPr>
        <w:spacing w:after="0" w:line="240" w:lineRule="auto"/>
      </w:pPr>
      <w:r>
        <w:rPr>
          <w:sz w:val="22"/>
          <w:szCs w:val="22"/>
        </w:rPr>
        <w:t>Hoạt động 1. Mở đầu: “Những phép màu AI quanh ta” (5 phút)</w:t>
      </w:r>
    </w:p>
    <w:p w14:paraId="3FC05D13" w14:textId="77777777" w:rsidR="007A37CF" w:rsidRDefault="00D93E1F">
      <w:pPr>
        <w:spacing w:after="0" w:line="240" w:lineRule="auto"/>
      </w:pPr>
      <w:r>
        <w:rPr>
          <w:sz w:val="22"/>
          <w:szCs w:val="22"/>
        </w:rPr>
        <w:t>Dự đoán của từng HS được ghi trên bảng hoặc phiếu dự đoán.</w:t>
      </w:r>
    </w:p>
    <w:p w14:paraId="51BF78E5" w14:textId="77777777" w:rsidR="007A37CF" w:rsidRDefault="00D93E1F">
      <w:pPr>
        <w:spacing w:after="0" w:line="240" w:lineRule="auto"/>
      </w:pPr>
      <w:r>
        <w:rPr>
          <w:sz w:val="22"/>
          <w:szCs w:val="22"/>
        </w:rPr>
        <w:t>Hoạt động 2. Hình thành kiến thức mới (20 phút)</w:t>
      </w:r>
    </w:p>
    <w:p w14:paraId="398DBE9C" w14:textId="77777777" w:rsidR="007A37CF" w:rsidRDefault="00D93E1F">
      <w:pPr>
        <w:spacing w:after="0" w:line="240" w:lineRule="auto"/>
      </w:pPr>
      <w:r>
        <w:rPr>
          <w:sz w:val="22"/>
          <w:szCs w:val="22"/>
        </w:rPr>
        <w:t>Phiếu học tập 11.6.1 hoàn thành: bảng so sánh (mục đích; có/không dùng nhãn có sẵn; ví dụ cụ thể; thuật toán gợi ý; dấu hiệu nhận biết).</w:t>
      </w:r>
    </w:p>
    <w:p w14:paraId="0DD64336" w14:textId="77777777" w:rsidR="007A37CF" w:rsidRDefault="00D93E1F">
      <w:pPr>
        <w:spacing w:after="0" w:line="240" w:lineRule="auto"/>
      </w:pPr>
      <w:r>
        <w:rPr>
          <w:sz w:val="22"/>
          <w:szCs w:val="22"/>
        </w:rPr>
        <w:t>Hoạt động 2. Hình thành kiến thức mới (20 phút)</w:t>
      </w:r>
    </w:p>
    <w:p w14:paraId="6FDD2E9A" w14:textId="77777777" w:rsidR="007A37CF" w:rsidRDefault="00D93E1F">
      <w:pPr>
        <w:spacing w:after="0" w:line="240" w:lineRule="auto"/>
      </w:pPr>
      <w:r>
        <w:rPr>
          <w:sz w:val="22"/>
          <w:szCs w:val="22"/>
        </w:rPr>
        <w:t>Phiếu học tập 11.6.2 trình bày bảng ứng dụng mạng nơ-ron (gồm các cột Ứng dụng • Lĩnh vực • Đầu vào, Đầu ra • Ví dụ cụ thể). Mỗi HS cần điền tối thiểu ba dòng kèm theo lời giải thích ngắn.</w:t>
      </w:r>
    </w:p>
    <w:p w14:paraId="1351CECC" w14:textId="77777777" w:rsidR="007A37CF" w:rsidRDefault="00D93E1F">
      <w:pPr>
        <w:spacing w:after="0" w:line="240" w:lineRule="auto"/>
      </w:pPr>
      <w:r>
        <w:rPr>
          <w:sz w:val="22"/>
          <w:szCs w:val="22"/>
        </w:rPr>
        <w:t>Hoạt động 3. Luyện tập: “Nhà phân tích tình huống” (12 phút)</w:t>
      </w:r>
    </w:p>
    <w:p w14:paraId="44771D89" w14:textId="77777777" w:rsidR="007A37CF" w:rsidRDefault="00D93E1F">
      <w:pPr>
        <w:spacing w:after="0" w:line="240" w:lineRule="auto"/>
      </w:pPr>
      <w:r>
        <w:rPr>
          <w:sz w:val="22"/>
          <w:szCs w:val="22"/>
        </w:rPr>
        <w:t>Bảng phân loại thẻ của nhóm kèm dòng giải thích dấu hiệu nhận biết và đầu ra.</w:t>
      </w:r>
    </w:p>
    <w:p w14:paraId="28B4D7CE" w14:textId="77777777" w:rsidR="007A37CF" w:rsidRDefault="00D93E1F">
      <w:pPr>
        <w:spacing w:after="0" w:line="240" w:lineRule="auto"/>
      </w:pPr>
      <w:r>
        <w:rPr>
          <w:sz w:val="22"/>
          <w:szCs w:val="22"/>
        </w:rPr>
        <w:t>Hoạt động 4. Vận dụng, mở rộng (8 phút)</w:t>
      </w:r>
    </w:p>
    <w:p w14:paraId="3CC7B4CE" w14:textId="77777777" w:rsidR="007A37CF" w:rsidRDefault="00D93E1F">
      <w:pPr>
        <w:spacing w:after="0" w:line="240" w:lineRule="auto"/>
      </w:pPr>
      <w:r>
        <w:rPr>
          <w:sz w:val="22"/>
          <w:szCs w:val="22"/>
        </w:rPr>
        <w:t>Phiếu vận dụng cá nhân (ít nhất 5 dòng có nội dung).</w:t>
      </w:r>
    </w:p>
    <w:sectPr w:rsidR="007A37CF">
      <w:footerReference w:type="default" r:id="rId11"/>
      <w:pgSz w:w="11906" w:h="16838"/>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F26D9" w14:textId="77777777" w:rsidR="00D93E1F" w:rsidRDefault="00D93E1F">
      <w:pPr>
        <w:spacing w:after="0" w:line="240" w:lineRule="auto"/>
      </w:pPr>
      <w:r>
        <w:separator/>
      </w:r>
    </w:p>
  </w:endnote>
  <w:endnote w:type="continuationSeparator" w:id="0">
    <w:p w14:paraId="7F52EF5E" w14:textId="77777777" w:rsidR="00D93E1F" w:rsidRDefault="00D93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EA700" w14:textId="67F9B529" w:rsidR="007A37CF" w:rsidRDefault="00D93E1F">
    <w:pPr>
      <w:pStyle w:val="Footer"/>
      <w:spacing w:line="264" w:lineRule="auto"/>
      <w:jc w:val="center"/>
    </w:pPr>
    <w:r>
      <w:rPr>
        <w:sz w:val="22"/>
      </w:rPr>
      <w:fldChar w:fldCharType="begin"/>
    </w:r>
    <w:r>
      <w:rPr>
        <w:sz w:val="22"/>
      </w:rPr>
      <w:instrText>PAGE</w:instrText>
    </w:r>
    <w:r w:rsidR="009923D4">
      <w:rPr>
        <w:sz w:val="22"/>
      </w:rPr>
      <w:fldChar w:fldCharType="separate"/>
    </w:r>
    <w:r w:rsidR="009923D4">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9D579" w14:textId="77777777" w:rsidR="00D93E1F" w:rsidRDefault="00D93E1F">
      <w:pPr>
        <w:spacing w:after="0" w:line="240" w:lineRule="auto"/>
      </w:pPr>
      <w:r>
        <w:separator/>
      </w:r>
    </w:p>
  </w:footnote>
  <w:footnote w:type="continuationSeparator" w:id="0">
    <w:p w14:paraId="2DF86B5F" w14:textId="77777777" w:rsidR="00D93E1F" w:rsidRDefault="00D93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82588694">
    <w:abstractNumId w:val="8"/>
  </w:num>
  <w:num w:numId="2" w16cid:durableId="1781024809">
    <w:abstractNumId w:val="6"/>
  </w:num>
  <w:num w:numId="3" w16cid:durableId="449328133">
    <w:abstractNumId w:val="5"/>
  </w:num>
  <w:num w:numId="4" w16cid:durableId="1676224016">
    <w:abstractNumId w:val="4"/>
  </w:num>
  <w:num w:numId="5" w16cid:durableId="1178498567">
    <w:abstractNumId w:val="7"/>
  </w:num>
  <w:num w:numId="6" w16cid:durableId="2011760420">
    <w:abstractNumId w:val="3"/>
  </w:num>
  <w:num w:numId="7" w16cid:durableId="76825117">
    <w:abstractNumId w:val="2"/>
  </w:num>
  <w:num w:numId="8" w16cid:durableId="707994612">
    <w:abstractNumId w:val="1"/>
  </w:num>
  <w:num w:numId="9" w16cid:durableId="25523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37CF"/>
    <w:rsid w:val="00005179"/>
    <w:rsid w:val="00101315"/>
    <w:rsid w:val="001E37B1"/>
    <w:rsid w:val="007A37CF"/>
    <w:rsid w:val="009923D4"/>
    <w:rsid w:val="00D93E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C5DB4421-3390-4666-ADAA-8D1E487C1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1388</Words>
  <Characters>7918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4</cp:revision>
  <dcterms:created xsi:type="dcterms:W3CDTF">2026-11-01T12:18:00Z</dcterms:created>
  <dcterms:modified xsi:type="dcterms:W3CDTF">2026-11-01T12:22:00Z</dcterms:modified>
</cp:coreProperties>
</file>