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CD579" w14:textId="77777777" w:rsidR="00506A7D" w:rsidRPr="00D77CDA" w:rsidRDefault="00EC4A11">
      <w:pPr>
        <w:keepNext/>
        <w:spacing w:before="160"/>
        <w:jc w:val="center"/>
        <w:rPr>
          <w:szCs w:val="26"/>
        </w:rPr>
      </w:pPr>
      <w:r w:rsidRPr="00D77CDA">
        <w:rPr>
          <w:b/>
          <w:szCs w:val="26"/>
        </w:rPr>
        <w:t>PHỤ LỤC CỦA KẾ HOẠCH BÀI DẠY BÀI 5 – LỚP 11</w:t>
      </w:r>
    </w:p>
    <w:p w14:paraId="06465502" w14:textId="77777777" w:rsidR="00506A7D" w:rsidRPr="00D77CDA" w:rsidRDefault="00EC4A11">
      <w:pPr>
        <w:keepNext/>
        <w:spacing w:before="160"/>
        <w:jc w:val="center"/>
        <w:rPr>
          <w:szCs w:val="26"/>
        </w:rPr>
      </w:pPr>
      <w:r w:rsidRPr="00D77CDA">
        <w:rPr>
          <w:b/>
          <w:szCs w:val="26"/>
        </w:rPr>
        <w:t>TÊN BÀI: PROMPT NÂNG CAO VÀ CÁC CÔNG NGHỆ AI CƠ BẢN</w:t>
      </w:r>
    </w:p>
    <w:p w14:paraId="5337DD3B" w14:textId="25863215" w:rsidR="00506A7D" w:rsidRDefault="00EC4A11">
      <w:r>
        <w:t xml:space="preserve">Quy </w:t>
      </w:r>
      <w:proofErr w:type="spellStart"/>
      <w:r>
        <w:t>ước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: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lục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r w:rsidR="00DC68EA">
        <w:t>“</w:t>
      </w:r>
      <w:r>
        <w:t>PL11.5.x</w:t>
      </w:r>
      <w:r w:rsidR="00DC68EA">
        <w:t>”</w:t>
      </w:r>
      <w:r>
        <w:t xml:space="preserve">,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r w:rsidR="00DC68EA">
        <w:t>“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11.5.x</w:t>
      </w:r>
      <w:r w:rsidR="00DC68EA">
        <w:t>”</w:t>
      </w:r>
      <w:r>
        <w:t xml:space="preserve"> (</w:t>
      </w:r>
      <w:proofErr w:type="spellStart"/>
      <w:r>
        <w:t>lớp</w:t>
      </w:r>
      <w:proofErr w:type="spellEnd"/>
      <w:r>
        <w:t xml:space="preserve"> 11, </w:t>
      </w:r>
      <w:proofErr w:type="spellStart"/>
      <w:r>
        <w:t>bài</w:t>
      </w:r>
      <w:proofErr w:type="spellEnd"/>
      <w:r>
        <w:t xml:space="preserve"> 5,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)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trùng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.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tờ</w:t>
      </w:r>
      <w:proofErr w:type="spellEnd"/>
      <w:r>
        <w:t xml:space="preserve"> in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40 HS (8 </w:t>
      </w:r>
      <w:proofErr w:type="spellStart"/>
      <w:r>
        <w:t>nhóm</w:t>
      </w:r>
      <w:proofErr w:type="spellEnd"/>
      <w:r>
        <w:t xml:space="preserve">): </w:t>
      </w:r>
      <w:proofErr w:type="spellStart"/>
      <w:r>
        <w:t>khoảng</w:t>
      </w:r>
      <w:proofErr w:type="spellEnd"/>
      <w:r>
        <w:t xml:space="preserve"> 32–36 </w:t>
      </w:r>
      <w:proofErr w:type="spellStart"/>
      <w:r>
        <w:t>tờ</w:t>
      </w:r>
      <w:proofErr w:type="spellEnd"/>
      <w:r>
        <w:t xml:space="preserve"> A4 (in </w:t>
      </w:r>
      <w:proofErr w:type="spellStart"/>
      <w:r>
        <w:t>hai</w:t>
      </w:r>
      <w:proofErr w:type="spellEnd"/>
      <w:r>
        <w:t xml:space="preserve"> </w:t>
      </w:r>
      <w:proofErr w:type="spellStart"/>
      <w:r>
        <w:t>mặt</w:t>
      </w:r>
      <w:proofErr w:type="spellEnd"/>
      <w:r>
        <w:t>).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285"/>
        <w:gridCol w:w="4111"/>
        <w:gridCol w:w="2693"/>
        <w:gridCol w:w="1900"/>
      </w:tblGrid>
      <w:tr w:rsidR="00506A7D" w14:paraId="39A5C841" w14:textId="77777777" w:rsidTr="00D77CDA">
        <w:trPr>
          <w:cantSplit/>
          <w:tblHeader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12F006B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Mã</w:t>
            </w:r>
            <w:proofErr w:type="spellEnd"/>
          </w:p>
        </w:tc>
        <w:tc>
          <w:tcPr>
            <w:tcW w:w="205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32FD680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Tên</w:t>
            </w:r>
            <w:proofErr w:type="spellEnd"/>
          </w:p>
        </w:tc>
        <w:tc>
          <w:tcPr>
            <w:tcW w:w="134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D44A6DE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Dành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cho</w:t>
            </w:r>
            <w:proofErr w:type="spellEnd"/>
          </w:p>
        </w:tc>
        <w:tc>
          <w:tcPr>
            <w:tcW w:w="9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DC27F98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Dùng</w:t>
            </w:r>
            <w:proofErr w:type="spellEnd"/>
            <w:r>
              <w:rPr>
                <w:b/>
                <w:sz w:val="24"/>
              </w:rPr>
              <w:t xml:space="preserve"> ở</w:t>
            </w:r>
          </w:p>
        </w:tc>
      </w:tr>
      <w:tr w:rsidR="00506A7D" w14:paraId="5F5E1DBA" w14:textId="77777777" w:rsidTr="00D77CDA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8003DE1" w14:textId="77777777" w:rsidR="00506A7D" w:rsidRDefault="00EC4A11">
            <w:pPr>
              <w:spacing w:after="40"/>
            </w:pPr>
            <w:r>
              <w:rPr>
                <w:sz w:val="24"/>
              </w:rPr>
              <w:t>PL11.5.1</w:t>
            </w:r>
          </w:p>
        </w:tc>
        <w:tc>
          <w:tcPr>
            <w:tcW w:w="205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C52B988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11.5.1: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kèm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đẳng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34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CA4533F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HS, in </w:t>
            </w:r>
            <w:proofErr w:type="spellStart"/>
            <w:r>
              <w:rPr>
                <w:sz w:val="24"/>
              </w:rPr>
              <w:t>theo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sĩ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(1 </w:t>
            </w:r>
            <w:proofErr w:type="spellStart"/>
            <w:r>
              <w:rPr>
                <w:sz w:val="24"/>
              </w:rPr>
              <w:t>mặt</w:t>
            </w:r>
            <w:proofErr w:type="spellEnd"/>
            <w:r>
              <w:rPr>
                <w:sz w:val="24"/>
              </w:rPr>
              <w:t xml:space="preserve"> A4/HS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tờ</w:t>
            </w:r>
            <w:proofErr w:type="spellEnd"/>
            <w:r>
              <w:rPr>
                <w:sz w:val="24"/>
              </w:rPr>
              <w:t xml:space="preserve"> A4/2 HS)</w:t>
            </w:r>
          </w:p>
        </w:tc>
        <w:tc>
          <w:tcPr>
            <w:tcW w:w="9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71A849C" w14:textId="77777777" w:rsidR="00506A7D" w:rsidRDefault="00EC4A11">
            <w:pPr>
              <w:spacing w:after="40"/>
            </w:pPr>
            <w:r>
              <w:rPr>
                <w:sz w:val="24"/>
              </w:rPr>
              <w:t>HĐ 4</w:t>
            </w:r>
          </w:p>
        </w:tc>
      </w:tr>
      <w:tr w:rsidR="00506A7D" w14:paraId="5844AD3D" w14:textId="77777777" w:rsidTr="00D77CDA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8A7463B" w14:textId="77777777" w:rsidR="00506A7D" w:rsidRDefault="00EC4A11">
            <w:pPr>
              <w:spacing w:after="40"/>
            </w:pPr>
            <w:r>
              <w:rPr>
                <w:sz w:val="24"/>
              </w:rPr>
              <w:t>PL11.5.2</w:t>
            </w:r>
          </w:p>
        </w:tc>
        <w:tc>
          <w:tcPr>
            <w:tcW w:w="205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43E213A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Hồ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cảnh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11.5.2</w:t>
            </w:r>
          </w:p>
        </w:tc>
        <w:tc>
          <w:tcPr>
            <w:tcW w:w="134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E8D4EBD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(8–9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9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1289FD" w14:textId="77777777" w:rsidR="00506A7D" w:rsidRDefault="00EC4A11">
            <w:pPr>
              <w:spacing w:after="40"/>
            </w:pPr>
            <w:r>
              <w:rPr>
                <w:sz w:val="24"/>
              </w:rPr>
              <w:t>HĐ 2, HĐ 3</w:t>
            </w:r>
          </w:p>
        </w:tc>
      </w:tr>
      <w:tr w:rsidR="00506A7D" w14:paraId="638684ED" w14:textId="77777777" w:rsidTr="00D77CDA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DB6E097" w14:textId="77777777" w:rsidR="00506A7D" w:rsidRDefault="00EC4A11">
            <w:pPr>
              <w:spacing w:after="40"/>
            </w:pPr>
            <w:r>
              <w:rPr>
                <w:sz w:val="24"/>
              </w:rPr>
              <w:t>PL11.5.3</w:t>
            </w:r>
          </w:p>
        </w:tc>
        <w:tc>
          <w:tcPr>
            <w:tcW w:w="205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BD2DC1E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Tư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GV: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mở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phỏng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phòng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dẫn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tế</w:t>
            </w:r>
            <w:proofErr w:type="spellEnd"/>
          </w:p>
        </w:tc>
        <w:tc>
          <w:tcPr>
            <w:tcW w:w="134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3534DE0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GV (1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9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DDF888E" w14:textId="77777777" w:rsidR="00506A7D" w:rsidRDefault="00EC4A11">
            <w:pPr>
              <w:spacing w:after="40"/>
            </w:pPr>
            <w:r>
              <w:rPr>
                <w:sz w:val="24"/>
              </w:rPr>
              <w:t>HĐ 1, HĐ 2, HĐ 3</w:t>
            </w:r>
          </w:p>
        </w:tc>
      </w:tr>
      <w:tr w:rsidR="00506A7D" w14:paraId="6AF38C9A" w14:textId="77777777" w:rsidTr="00D77CDA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AA67408" w14:textId="77777777" w:rsidR="00506A7D" w:rsidRDefault="00EC4A11">
            <w:pPr>
              <w:spacing w:after="40"/>
            </w:pPr>
            <w:r>
              <w:rPr>
                <w:sz w:val="24"/>
              </w:rPr>
              <w:t>PL11.5.4</w:t>
            </w:r>
          </w:p>
        </w:tc>
        <w:tc>
          <w:tcPr>
            <w:tcW w:w="205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EBE1B05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Đáp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hỗ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mức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</w:p>
        </w:tc>
        <w:tc>
          <w:tcPr>
            <w:tcW w:w="134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E1F468F" w14:textId="77777777" w:rsidR="00506A7D" w:rsidRDefault="00EC4A11">
            <w:pPr>
              <w:spacing w:after="40"/>
            </w:pPr>
            <w:r>
              <w:rPr>
                <w:sz w:val="24"/>
              </w:rPr>
              <w:t>GV</w:t>
            </w:r>
          </w:p>
        </w:tc>
        <w:tc>
          <w:tcPr>
            <w:tcW w:w="9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0E2E18D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HĐ 1–4,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IV</w:t>
            </w:r>
          </w:p>
        </w:tc>
      </w:tr>
      <w:tr w:rsidR="00506A7D" w14:paraId="05F2267E" w14:textId="77777777" w:rsidTr="00D77CDA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C65DA7F" w14:textId="77777777" w:rsidR="00506A7D" w:rsidRDefault="00EC4A11">
            <w:pPr>
              <w:spacing w:after="40"/>
            </w:pPr>
            <w:r>
              <w:rPr>
                <w:sz w:val="24"/>
              </w:rPr>
              <w:t>PL11.5.5</w:t>
            </w:r>
          </w:p>
        </w:tc>
        <w:tc>
          <w:tcPr>
            <w:tcW w:w="205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A7BF901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chú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chuyên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cứ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lưu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sư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phạm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dạy</w:t>
            </w:r>
            <w:proofErr w:type="spellEnd"/>
          </w:p>
        </w:tc>
        <w:tc>
          <w:tcPr>
            <w:tcW w:w="134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10C5E0C" w14:textId="77777777" w:rsidR="00506A7D" w:rsidRDefault="00EC4A11">
            <w:pPr>
              <w:spacing w:after="40"/>
            </w:pPr>
            <w:r>
              <w:rPr>
                <w:sz w:val="24"/>
              </w:rPr>
              <w:t>GV</w:t>
            </w:r>
          </w:p>
        </w:tc>
        <w:tc>
          <w:tcPr>
            <w:tcW w:w="9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280E586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Trước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giờ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dạy</w:t>
            </w:r>
            <w:proofErr w:type="spellEnd"/>
          </w:p>
        </w:tc>
      </w:tr>
    </w:tbl>
    <w:p w14:paraId="35BB56F6" w14:textId="77777777" w:rsidR="00506A7D" w:rsidRDefault="00506A7D"/>
    <w:p w14:paraId="6F03F521" w14:textId="77777777" w:rsidR="00506A7D" w:rsidRDefault="00EC4A11">
      <w:r>
        <w:br w:type="page"/>
      </w:r>
    </w:p>
    <w:p w14:paraId="05DFE40F" w14:textId="77777777" w:rsidR="00506A7D" w:rsidRDefault="00EC4A11">
      <w:pPr>
        <w:keepNext/>
        <w:spacing w:before="200"/>
        <w:jc w:val="left"/>
      </w:pPr>
      <w:r>
        <w:rPr>
          <w:b/>
          <w:sz w:val="28"/>
        </w:rPr>
        <w:lastRenderedPageBreak/>
        <w:t xml:space="preserve">PL11.5.1. </w:t>
      </w:r>
      <w:proofErr w:type="spellStart"/>
      <w:r>
        <w:rPr>
          <w:b/>
          <w:sz w:val="28"/>
        </w:rPr>
        <w:t>Phiếu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học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tập</w:t>
      </w:r>
      <w:proofErr w:type="spellEnd"/>
      <w:r>
        <w:rPr>
          <w:b/>
          <w:sz w:val="28"/>
        </w:rPr>
        <w:t xml:space="preserve"> 11.5.1: </w:t>
      </w:r>
      <w:proofErr w:type="spellStart"/>
      <w:r>
        <w:rPr>
          <w:b/>
          <w:sz w:val="28"/>
        </w:rPr>
        <w:t>Phiếu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học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tập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cá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nhân</w:t>
      </w:r>
      <w:proofErr w:type="spellEnd"/>
    </w:p>
    <w:p w14:paraId="793CCAAB" w14:textId="77777777" w:rsidR="00506A7D" w:rsidRDefault="00EC4A11">
      <w:proofErr w:type="spellStart"/>
      <w:r>
        <w:rPr>
          <w:b/>
        </w:rPr>
        <w:t>Cách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phát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Khổ</w:t>
      </w:r>
      <w:proofErr w:type="spellEnd"/>
      <w:r>
        <w:t xml:space="preserve"> A4, 1 </w:t>
      </w:r>
      <w:proofErr w:type="spellStart"/>
      <w:r>
        <w:t>mặt</w:t>
      </w:r>
      <w:proofErr w:type="spellEnd"/>
      <w:r>
        <w:t xml:space="preserve"> (40 </w:t>
      </w:r>
      <w:proofErr w:type="spellStart"/>
      <w:r>
        <w:t>tờ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40 HS + 2 </w:t>
      </w:r>
      <w:proofErr w:type="spellStart"/>
      <w:r>
        <w:t>tờ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; </w:t>
      </w:r>
      <w:proofErr w:type="spellStart"/>
      <w:r>
        <w:t>hoặc</w:t>
      </w:r>
      <w:proofErr w:type="spellEnd"/>
      <w:r>
        <w:t xml:space="preserve"> in 2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1 </w:t>
      </w:r>
      <w:proofErr w:type="spellStart"/>
      <w:r>
        <w:t>trang</w:t>
      </w:r>
      <w:proofErr w:type="spellEnd"/>
      <w:r>
        <w:t xml:space="preserve"> A4).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HS ở B1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4 (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ở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; </w:t>
      </w:r>
      <w:proofErr w:type="spellStart"/>
      <w:r>
        <w:t>không</w:t>
      </w:r>
      <w:proofErr w:type="spellEnd"/>
      <w:r>
        <w:t xml:space="preserve"> in </w:t>
      </w:r>
      <w:proofErr w:type="spellStart"/>
      <w:r>
        <w:t>kèm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án</w:t>
      </w:r>
      <w:proofErr w:type="spellEnd"/>
      <w:r>
        <w:t>).</w:t>
      </w:r>
    </w:p>
    <w:p w14:paraId="2C37FD4E" w14:textId="77777777" w:rsidR="00506A7D" w:rsidRDefault="00EC4A11">
      <w:r>
        <w:rPr>
          <w:b/>
        </w:rPr>
        <w:t xml:space="preserve">Hướng </w:t>
      </w:r>
      <w:proofErr w:type="spellStart"/>
      <w:r>
        <w:rPr>
          <w:b/>
        </w:rPr>
        <w:t>dẫn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giá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YCCĐ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IV </w:t>
      </w:r>
      <w:proofErr w:type="spellStart"/>
      <w:r>
        <w:t>của</w:t>
      </w:r>
      <w:proofErr w:type="spellEnd"/>
      <w:r>
        <w:t xml:space="preserve"> KHBD;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Đạt, </w:t>
      </w:r>
      <w:proofErr w:type="spellStart"/>
      <w:r>
        <w:t>Khá</w:t>
      </w:r>
      <w:proofErr w:type="spellEnd"/>
      <w:r>
        <w:t xml:space="preserve">,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PL11.5.4.</w:t>
      </w:r>
    </w:p>
    <w:p w14:paraId="7AFD647C" w14:textId="77777777" w:rsidR="00506A7D" w:rsidRDefault="00EC4A11">
      <w:pPr>
        <w:keepNext/>
        <w:spacing w:before="160" w:after="60"/>
        <w:jc w:val="left"/>
      </w:pPr>
      <w:r>
        <w:rPr>
          <w:b/>
        </w:rPr>
        <w:t>PHIẾU HỌC TẬP 11.5.1: PHIẾU TỔNG KẾT CÁ NHÂN</w:t>
      </w:r>
    </w:p>
    <w:p w14:paraId="6604F05E" w14:textId="77777777" w:rsidR="00506A7D" w:rsidRDefault="00EC4A11">
      <w:pPr>
        <w:tabs>
          <w:tab w:val="left" w:pos="4535"/>
          <w:tab w:val="left" w:pos="7257"/>
        </w:tabs>
        <w:jc w:val="left"/>
      </w:pP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>: …………………………</w:t>
      </w:r>
      <w:r>
        <w:tab/>
      </w:r>
      <w:proofErr w:type="spellStart"/>
      <w:r>
        <w:t>Lớp</w:t>
      </w:r>
      <w:proofErr w:type="spellEnd"/>
      <w:r>
        <w:t>: …………</w:t>
      </w:r>
      <w:r>
        <w:tab/>
      </w:r>
      <w:proofErr w:type="spellStart"/>
      <w:r>
        <w:t>Nhóm</w:t>
      </w:r>
      <w:proofErr w:type="spellEnd"/>
      <w:r>
        <w:t>: …………</w:t>
      </w:r>
    </w:p>
    <w:p w14:paraId="668621C9" w14:textId="77777777" w:rsidR="00506A7D" w:rsidRDefault="00EC4A11">
      <w:r>
        <w:rPr>
          <w:i/>
        </w:rPr>
        <w:t xml:space="preserve">Lưu ý an </w:t>
      </w:r>
      <w:proofErr w:type="spellStart"/>
      <w:r>
        <w:rPr>
          <w:i/>
        </w:rPr>
        <w:t>toàn</w:t>
      </w:r>
      <w:proofErr w:type="spellEnd"/>
      <w:r>
        <w:rPr>
          <w:i/>
        </w:rPr>
        <w:t>:</w:t>
      </w:r>
      <w:r>
        <w:t xml:space="preserve"> Em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huống</w:t>
      </w:r>
      <w:proofErr w:type="spellEnd"/>
      <w:r>
        <w:t xml:space="preserve"> </w:t>
      </w:r>
      <w:proofErr w:type="spellStart"/>
      <w:r>
        <w:t>giả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quen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thật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 hay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>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568"/>
        <w:gridCol w:w="8421"/>
      </w:tblGrid>
      <w:tr w:rsidR="00506A7D" w14:paraId="28780869" w14:textId="77777777" w:rsidTr="009D3491">
        <w:trPr>
          <w:cantSplit/>
          <w:tblHeader/>
          <w:jc w:val="center"/>
        </w:trPr>
        <w:tc>
          <w:tcPr>
            <w:tcW w:w="78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2CAFB7A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Mục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nhiệm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vụ</w:t>
            </w:r>
            <w:proofErr w:type="spellEnd"/>
          </w:p>
        </w:tc>
        <w:tc>
          <w:tcPr>
            <w:tcW w:w="421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01E60E6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Phần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bài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làm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của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em</w:t>
            </w:r>
            <w:proofErr w:type="spellEnd"/>
          </w:p>
        </w:tc>
      </w:tr>
      <w:tr w:rsidR="00506A7D" w14:paraId="6875DD77" w14:textId="77777777" w:rsidTr="009D3491">
        <w:trPr>
          <w:cantSplit/>
          <w:jc w:val="center"/>
        </w:trPr>
        <w:tc>
          <w:tcPr>
            <w:tcW w:w="78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FE7681C" w14:textId="77777777" w:rsidR="00506A7D" w:rsidRDefault="00EC4A11" w:rsidP="00D77CD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1. </w:t>
            </w:r>
            <w:proofErr w:type="spellStart"/>
            <w:r>
              <w:rPr>
                <w:b/>
                <w:sz w:val="24"/>
              </w:rPr>
              <w:t>Chọn</w:t>
            </w:r>
            <w:proofErr w:type="spellEnd"/>
            <w:r>
              <w:rPr>
                <w:b/>
                <w:sz w:val="24"/>
              </w:rPr>
              <w:t xml:space="preserve"> 1 </w:t>
            </w:r>
            <w:proofErr w:type="spellStart"/>
            <w:r>
              <w:rPr>
                <w:b/>
                <w:sz w:val="24"/>
              </w:rPr>
              <w:t>tình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huống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gũi</w:t>
            </w:r>
            <w:proofErr w:type="spellEnd"/>
          </w:p>
        </w:tc>
        <w:tc>
          <w:tcPr>
            <w:tcW w:w="421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B91B25F" w14:textId="77777777" w:rsidR="00506A7D" w:rsidRDefault="00EC4A11" w:rsidP="00D77CDA">
            <w:pPr>
              <w:spacing w:after="40"/>
              <w:jc w:val="left"/>
            </w:pPr>
            <w:r>
              <w:rPr>
                <w:sz w:val="24"/>
              </w:rPr>
              <w:t xml:space="preserve">Em </w:t>
            </w:r>
            <w:proofErr w:type="spellStart"/>
            <w:r>
              <w:rPr>
                <w:sz w:val="24"/>
              </w:rPr>
              <w:t>đánh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dấu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chọn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dưới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đây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tương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>):</w:t>
            </w:r>
          </w:p>
          <w:p w14:paraId="6F74A2D4" w14:textId="77777777" w:rsidR="00506A7D" w:rsidRDefault="00EC4A11" w:rsidP="00D77CDA">
            <w:pPr>
              <w:spacing w:after="40"/>
              <w:jc w:val="left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A: </w:t>
            </w:r>
            <w:proofErr w:type="spellStart"/>
            <w:r>
              <w:rPr>
                <w:sz w:val="24"/>
              </w:rPr>
              <w:t>Sử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 xml:space="preserve"> chatbot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đặt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lịch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hẹn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khám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bệnh</w:t>
            </w:r>
            <w:proofErr w:type="spellEnd"/>
          </w:p>
          <w:p w14:paraId="68978152" w14:textId="77777777" w:rsidR="00506A7D" w:rsidRDefault="00EC4A11" w:rsidP="00D77CDA">
            <w:pPr>
              <w:spacing w:after="40"/>
              <w:jc w:val="left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B: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khuôn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mặt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trong</w:t>
            </w:r>
            <w:proofErr w:type="spellEnd"/>
            <w:r>
              <w:rPr>
                <w:sz w:val="24"/>
              </w:rPr>
              <w:t xml:space="preserve"> album </w:t>
            </w:r>
            <w:proofErr w:type="spellStart"/>
            <w:r>
              <w:rPr>
                <w:sz w:val="24"/>
              </w:rPr>
              <w:t>ảnh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đình</w:t>
            </w:r>
            <w:proofErr w:type="spellEnd"/>
          </w:p>
          <w:p w14:paraId="17490C9F" w14:textId="77777777" w:rsidR="00506A7D" w:rsidRDefault="00EC4A11" w:rsidP="00D77CDA">
            <w:pPr>
              <w:spacing w:after="40"/>
              <w:jc w:val="left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C: </w:t>
            </w:r>
            <w:proofErr w:type="spellStart"/>
            <w:r>
              <w:rPr>
                <w:sz w:val="24"/>
              </w:rPr>
              <w:t>Sử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cảm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biến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tắt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đèn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/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chọn</w:t>
            </w:r>
            <w:proofErr w:type="spellEnd"/>
            <w:r>
              <w:rPr>
                <w:sz w:val="24"/>
              </w:rPr>
              <w:t>: ……………………………</w:t>
            </w:r>
          </w:p>
        </w:tc>
      </w:tr>
      <w:tr w:rsidR="00506A7D" w14:paraId="4F16E08D" w14:textId="77777777" w:rsidTr="009D3491">
        <w:trPr>
          <w:cantSplit/>
          <w:jc w:val="center"/>
        </w:trPr>
        <w:tc>
          <w:tcPr>
            <w:tcW w:w="78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CBE16CB" w14:textId="77777777" w:rsidR="00506A7D" w:rsidRDefault="00EC4A11" w:rsidP="00D77CD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2. </w:t>
            </w:r>
            <w:proofErr w:type="spellStart"/>
            <w:r>
              <w:rPr>
                <w:b/>
                <w:sz w:val="24"/>
              </w:rPr>
              <w:t>Thiết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kế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một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chuỗi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câu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lệnh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nâng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cao</w:t>
            </w:r>
            <w:proofErr w:type="spellEnd"/>
          </w:p>
        </w:tc>
        <w:tc>
          <w:tcPr>
            <w:tcW w:w="421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37D272F" w14:textId="77777777" w:rsidR="00506A7D" w:rsidRDefault="00EC4A11" w:rsidP="00D77CDA">
            <w:pPr>
              <w:spacing w:after="40"/>
              <w:jc w:val="left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buộc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>: ……………………………………………………………………</w:t>
            </w:r>
          </w:p>
          <w:p w14:paraId="2355342E" w14:textId="77777777" w:rsidR="00506A7D" w:rsidRDefault="00EC4A11" w:rsidP="00D77CDA">
            <w:pPr>
              <w:spacing w:after="40"/>
              <w:jc w:val="left"/>
            </w:pPr>
            <w:r>
              <w:rPr>
                <w:sz w:val="24"/>
              </w:rPr>
              <w:t xml:space="preserve">- Chia </w:t>
            </w:r>
            <w:proofErr w:type="spellStart"/>
            <w:r>
              <w:rPr>
                <w:sz w:val="24"/>
              </w:rPr>
              <w:t>nhỏ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>: ……………………………………………………………………</w:t>
            </w:r>
          </w:p>
          <w:p w14:paraId="16BF972A" w14:textId="77777777" w:rsidR="00506A7D" w:rsidRDefault="00EC4A11" w:rsidP="00D77CDA">
            <w:pPr>
              <w:spacing w:after="40"/>
              <w:jc w:val="left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>: ……………………………………………………………………</w:t>
            </w:r>
          </w:p>
        </w:tc>
      </w:tr>
      <w:tr w:rsidR="00506A7D" w14:paraId="538B6089" w14:textId="77777777" w:rsidTr="009D3491">
        <w:trPr>
          <w:cantSplit/>
          <w:jc w:val="center"/>
        </w:trPr>
        <w:tc>
          <w:tcPr>
            <w:tcW w:w="78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BB16733" w14:textId="77777777" w:rsidR="00506A7D" w:rsidRDefault="00EC4A11" w:rsidP="00D77CD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3. </w:t>
            </w:r>
            <w:proofErr w:type="spellStart"/>
            <w:r>
              <w:rPr>
                <w:b/>
                <w:sz w:val="24"/>
              </w:rPr>
              <w:t>Điểm</w:t>
            </w:r>
            <w:proofErr w:type="spellEnd"/>
            <w:r>
              <w:rPr>
                <w:b/>
                <w:sz w:val="24"/>
              </w:rPr>
              <w:t xml:space="preserve"> con </w:t>
            </w:r>
            <w:proofErr w:type="spellStart"/>
            <w:r>
              <w:rPr>
                <w:b/>
                <w:sz w:val="24"/>
              </w:rPr>
              <w:t>người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soát</w:t>
            </w:r>
            <w:proofErr w:type="spellEnd"/>
            <w:r>
              <w:rPr>
                <w:b/>
                <w:sz w:val="24"/>
              </w:rPr>
              <w:t xml:space="preserve"> /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chứng</w:t>
            </w:r>
            <w:proofErr w:type="spellEnd"/>
          </w:p>
        </w:tc>
        <w:tc>
          <w:tcPr>
            <w:tcW w:w="421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FD0F189" w14:textId="7A45E04A" w:rsidR="00506A7D" w:rsidRDefault="00EC4A11" w:rsidP="00D77CDA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Nếu</w:t>
            </w:r>
            <w:proofErr w:type="spellEnd"/>
            <w:r>
              <w:rPr>
                <w:sz w:val="24"/>
              </w:rPr>
              <w:t xml:space="preserve"> con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khâu</w:t>
            </w:r>
            <w:proofErr w:type="spellEnd"/>
            <w:r>
              <w:rPr>
                <w:sz w:val="24"/>
              </w:rPr>
              <w:t xml:space="preserve"> ………………………………………………………</w:t>
            </w:r>
          </w:p>
          <w:p w14:paraId="2DCEDEBA" w14:textId="5D2388BA" w:rsidR="00506A7D" w:rsidRDefault="00EC4A11" w:rsidP="00D77CDA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thì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cơ</w:t>
            </w:r>
            <w:proofErr w:type="spellEnd"/>
            <w:r>
              <w:rPr>
                <w:sz w:val="24"/>
              </w:rPr>
              <w:t xml:space="preserve"> ………………………………………………………………………………</w:t>
            </w:r>
          </w:p>
          <w:p w14:paraId="744343C2" w14:textId="04DCCC34" w:rsidR="00506A7D" w:rsidRDefault="00EC4A11" w:rsidP="00D77CDA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  <w:r>
              <w:rPr>
                <w:sz w:val="24"/>
              </w:rPr>
              <w:t xml:space="preserve"> an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>: ……………………………………………………</w:t>
            </w:r>
          </w:p>
        </w:tc>
      </w:tr>
      <w:tr w:rsidR="00506A7D" w14:paraId="241044F1" w14:textId="77777777" w:rsidTr="009D3491">
        <w:trPr>
          <w:cantSplit/>
          <w:jc w:val="center"/>
        </w:trPr>
        <w:tc>
          <w:tcPr>
            <w:tcW w:w="78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50359BD" w14:textId="77777777" w:rsidR="00506A7D" w:rsidRDefault="00EC4A11" w:rsidP="00D77CD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4. Khai </w:t>
            </w:r>
            <w:proofErr w:type="spellStart"/>
            <w:r>
              <w:rPr>
                <w:b/>
                <w:sz w:val="24"/>
              </w:rPr>
              <w:t>báo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dụng</w:t>
            </w:r>
            <w:proofErr w:type="spellEnd"/>
            <w:r>
              <w:rPr>
                <w:b/>
                <w:sz w:val="24"/>
              </w:rPr>
              <w:t xml:space="preserve"> AI</w:t>
            </w:r>
            <w:r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proofErr w:type="spellStart"/>
            <w:r>
              <w:rPr>
                <w:i/>
                <w:sz w:val="24"/>
              </w:rPr>
              <w:t>nếu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hoàn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thiện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thêm</w:t>
            </w:r>
            <w:proofErr w:type="spellEnd"/>
            <w:r>
              <w:rPr>
                <w:i/>
                <w:sz w:val="24"/>
              </w:rPr>
              <w:t xml:space="preserve"> ở </w:t>
            </w:r>
            <w:proofErr w:type="spellStart"/>
            <w:r>
              <w:rPr>
                <w:i/>
                <w:sz w:val="24"/>
              </w:rPr>
              <w:t>nhà</w:t>
            </w:r>
            <w:proofErr w:type="spellEnd"/>
            <w:r>
              <w:rPr>
                <w:i/>
                <w:sz w:val="24"/>
              </w:rPr>
              <w:t>)</w:t>
            </w:r>
          </w:p>
        </w:tc>
        <w:tc>
          <w:tcPr>
            <w:tcW w:w="421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C9665B4" w14:textId="77777777" w:rsidR="00506A7D" w:rsidRDefault="00EC4A11" w:rsidP="00D77CDA">
            <w:pPr>
              <w:spacing w:after="40"/>
              <w:jc w:val="left"/>
            </w:pPr>
            <w:r>
              <w:rPr>
                <w:sz w:val="24"/>
              </w:rPr>
              <w:t xml:space="preserve">☐ Em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AI.</w:t>
            </w:r>
          </w:p>
          <w:p w14:paraId="00C86D28" w14:textId="77777777" w:rsidR="00506A7D" w:rsidRDefault="00EC4A11" w:rsidP="00D77CDA">
            <w:pPr>
              <w:spacing w:after="40"/>
              <w:jc w:val="left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hỗ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trợ</w:t>
            </w:r>
            <w:proofErr w:type="spellEnd"/>
            <w:r>
              <w:rPr>
                <w:sz w:val="24"/>
              </w:rPr>
              <w:t xml:space="preserve"> (Công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: ………;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đích</w:t>
            </w:r>
            <w:proofErr w:type="spellEnd"/>
            <w:r>
              <w:rPr>
                <w:sz w:val="24"/>
              </w:rPr>
              <w:t xml:space="preserve">: ………; </w:t>
            </w:r>
            <w:proofErr w:type="spellStart"/>
            <w:r>
              <w:rPr>
                <w:sz w:val="24"/>
              </w:rPr>
              <w:t>Việc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nhờ</w:t>
            </w:r>
            <w:proofErr w:type="spellEnd"/>
            <w:r>
              <w:rPr>
                <w:sz w:val="24"/>
              </w:rPr>
              <w:t xml:space="preserve"> AI: ………;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: ………;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>: ………).</w:t>
            </w:r>
          </w:p>
        </w:tc>
      </w:tr>
    </w:tbl>
    <w:p w14:paraId="1F3187E1" w14:textId="77777777" w:rsidR="00506A7D" w:rsidRDefault="00506A7D"/>
    <w:p w14:paraId="4A3675CD" w14:textId="77777777" w:rsidR="00506A7D" w:rsidRDefault="00EC4A11">
      <w:proofErr w:type="spellStart"/>
      <w:r>
        <w:rPr>
          <w:b/>
        </w:rPr>
        <w:t>Bảng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kiểm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đồng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đẳng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phiếu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bàn</w:t>
      </w:r>
      <w:proofErr w:type="spellEnd"/>
      <w:r>
        <w:rPr>
          <w:b/>
        </w:rPr>
        <w:t>)</w:t>
      </w:r>
      <w:r>
        <w:t xml:space="preserve"> · </w:t>
      </w:r>
      <w:proofErr w:type="spellStart"/>
      <w:r>
        <w:t>Bạn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>: …………………………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519"/>
        <w:gridCol w:w="2370"/>
        <w:gridCol w:w="5100"/>
      </w:tblGrid>
      <w:tr w:rsidR="00506A7D" w14:paraId="3D698704" w14:textId="77777777" w:rsidTr="009D3491">
        <w:trPr>
          <w:cantSplit/>
          <w:tblHeader/>
          <w:jc w:val="center"/>
        </w:trPr>
        <w:tc>
          <w:tcPr>
            <w:tcW w:w="128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6521E5E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Tiêu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rà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soát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giúp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bạn</w:t>
            </w:r>
            <w:proofErr w:type="spellEnd"/>
          </w:p>
        </w:tc>
        <w:tc>
          <w:tcPr>
            <w:tcW w:w="120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763B2B2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Đánh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dấu</w:t>
            </w:r>
            <w:proofErr w:type="spellEnd"/>
          </w:p>
        </w:tc>
        <w:tc>
          <w:tcPr>
            <w:tcW w:w="251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6CB3980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Một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góp</w:t>
            </w:r>
            <w:proofErr w:type="spellEnd"/>
            <w:r>
              <w:rPr>
                <w:b/>
                <w:sz w:val="24"/>
              </w:rPr>
              <w:t xml:space="preserve"> ý </w:t>
            </w:r>
            <w:proofErr w:type="spellStart"/>
            <w:r>
              <w:rPr>
                <w:b/>
                <w:sz w:val="24"/>
              </w:rPr>
              <w:t>cụ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thể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giúp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bài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bạn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rõ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hơn</w:t>
            </w:r>
            <w:proofErr w:type="spellEnd"/>
          </w:p>
        </w:tc>
      </w:tr>
      <w:tr w:rsidR="00506A7D" w14:paraId="07B3F535" w14:textId="77777777" w:rsidTr="009D3491">
        <w:trPr>
          <w:cantSplit/>
          <w:jc w:val="center"/>
        </w:trPr>
        <w:tc>
          <w:tcPr>
            <w:tcW w:w="128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46D820B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1. </w:t>
            </w:r>
            <w:proofErr w:type="spellStart"/>
            <w:r>
              <w:rPr>
                <w:sz w:val="24"/>
              </w:rPr>
              <w:t>Đúng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đủ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chuỗi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</w:p>
        </w:tc>
        <w:tc>
          <w:tcPr>
            <w:tcW w:w="120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8228E74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Đã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  ☐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bổ</w:t>
            </w:r>
            <w:proofErr w:type="spellEnd"/>
            <w:r>
              <w:rPr>
                <w:sz w:val="24"/>
              </w:rPr>
              <w:t xml:space="preserve"> sung</w:t>
            </w:r>
          </w:p>
        </w:tc>
        <w:tc>
          <w:tcPr>
            <w:tcW w:w="251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0BFC34B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……………………………………………………</w:t>
            </w:r>
          </w:p>
        </w:tc>
      </w:tr>
      <w:tr w:rsidR="00506A7D" w14:paraId="290D151F" w14:textId="77777777" w:rsidTr="009D3491">
        <w:trPr>
          <w:cantSplit/>
          <w:jc w:val="center"/>
        </w:trPr>
        <w:tc>
          <w:tcPr>
            <w:tcW w:w="128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D2A788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2.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rủi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</w:p>
        </w:tc>
        <w:tc>
          <w:tcPr>
            <w:tcW w:w="120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571C581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Đã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  ☐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bổ</w:t>
            </w:r>
            <w:proofErr w:type="spellEnd"/>
            <w:r>
              <w:rPr>
                <w:sz w:val="24"/>
              </w:rPr>
              <w:t xml:space="preserve"> sung</w:t>
            </w:r>
          </w:p>
        </w:tc>
        <w:tc>
          <w:tcPr>
            <w:tcW w:w="251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8B2A912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……………………………………………………</w:t>
            </w:r>
          </w:p>
        </w:tc>
      </w:tr>
    </w:tbl>
    <w:p w14:paraId="75F00A38" w14:textId="77777777" w:rsidR="00506A7D" w:rsidRDefault="00506A7D"/>
    <w:p w14:paraId="14C4FCE2" w14:textId="77777777" w:rsidR="00506A7D" w:rsidRDefault="00EC4A11">
      <w:pPr>
        <w:spacing w:before="120" w:after="40"/>
        <w:jc w:val="center"/>
      </w:pPr>
      <w:r>
        <w:rPr>
          <w:noProof/>
        </w:rPr>
        <w:drawing>
          <wp:inline distT="0" distB="0" distL="0" distR="0" wp14:anchorId="525DB365" wp14:editId="6FB8100A">
            <wp:extent cx="5580000" cy="2388570"/>
            <wp:effectExtent l="0" t="0" r="0" b="0"/>
            <wp:docPr id="1" name="Picture 1" descr="Hình 11.5.1. Quy trình thiết kế câu lệnh nâng cao (sơ đồ minh hoạ gợi ý)" title="Hình 11.5.1. Quy trình thiết kế câu lệnh nâng cao (sơ đồ minh hoạ gợi ý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nh_minh_hoa_PL_11_5_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38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62B5D" w14:textId="77777777" w:rsidR="00506A7D" w:rsidRDefault="00EC4A11">
      <w:pPr>
        <w:spacing w:after="120"/>
        <w:jc w:val="center"/>
      </w:pPr>
      <w:proofErr w:type="spellStart"/>
      <w:r>
        <w:rPr>
          <w:i/>
          <w:sz w:val="23"/>
        </w:rPr>
        <w:t>Hình</w:t>
      </w:r>
      <w:proofErr w:type="spellEnd"/>
      <w:r>
        <w:rPr>
          <w:i/>
          <w:sz w:val="23"/>
        </w:rPr>
        <w:t xml:space="preserve"> 11.5.1. Quy </w:t>
      </w:r>
      <w:proofErr w:type="spellStart"/>
      <w:r>
        <w:rPr>
          <w:i/>
          <w:sz w:val="23"/>
        </w:rPr>
        <w:t>trình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thiết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kế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câu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lệnh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nâng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cao</w:t>
      </w:r>
      <w:proofErr w:type="spellEnd"/>
      <w:r>
        <w:rPr>
          <w:i/>
          <w:sz w:val="23"/>
        </w:rPr>
        <w:t xml:space="preserve"> (</w:t>
      </w:r>
      <w:proofErr w:type="spellStart"/>
      <w:r>
        <w:rPr>
          <w:i/>
          <w:sz w:val="23"/>
        </w:rPr>
        <w:t>sơ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đồ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minh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hoạ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gợi</w:t>
      </w:r>
      <w:proofErr w:type="spellEnd"/>
      <w:r>
        <w:rPr>
          <w:i/>
          <w:sz w:val="23"/>
        </w:rPr>
        <w:t xml:space="preserve"> ý)</w:t>
      </w:r>
    </w:p>
    <w:p w14:paraId="275A70A5" w14:textId="77777777" w:rsidR="00506A7D" w:rsidRDefault="00EC4A11">
      <w:r>
        <w:br w:type="page"/>
      </w:r>
    </w:p>
    <w:p w14:paraId="53A025F5" w14:textId="77777777" w:rsidR="00506A7D" w:rsidRDefault="00EC4A11">
      <w:pPr>
        <w:keepNext/>
        <w:spacing w:before="200"/>
        <w:jc w:val="left"/>
      </w:pPr>
      <w:r>
        <w:rPr>
          <w:b/>
          <w:sz w:val="28"/>
        </w:rPr>
        <w:t xml:space="preserve">PL11.5.2. </w:t>
      </w:r>
      <w:proofErr w:type="spellStart"/>
      <w:r>
        <w:rPr>
          <w:b/>
          <w:sz w:val="28"/>
        </w:rPr>
        <w:t>Bộ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học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liệu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nhóm</w:t>
      </w:r>
      <w:proofErr w:type="spellEnd"/>
      <w:r>
        <w:rPr>
          <w:b/>
          <w:sz w:val="28"/>
        </w:rPr>
        <w:t xml:space="preserve"> (</w:t>
      </w:r>
      <w:proofErr w:type="spellStart"/>
      <w:r>
        <w:rPr>
          <w:b/>
          <w:sz w:val="28"/>
        </w:rPr>
        <w:t>Dùng</w:t>
      </w:r>
      <w:proofErr w:type="spellEnd"/>
      <w:r>
        <w:rPr>
          <w:b/>
          <w:sz w:val="28"/>
        </w:rPr>
        <w:t xml:space="preserve"> ở </w:t>
      </w:r>
      <w:proofErr w:type="spellStart"/>
      <w:r>
        <w:rPr>
          <w:b/>
          <w:sz w:val="28"/>
        </w:rPr>
        <w:t>Hoạt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động</w:t>
      </w:r>
      <w:proofErr w:type="spellEnd"/>
      <w:r>
        <w:rPr>
          <w:b/>
          <w:sz w:val="28"/>
        </w:rPr>
        <w:t xml:space="preserve"> 2 </w:t>
      </w:r>
      <w:proofErr w:type="spellStart"/>
      <w:r>
        <w:rPr>
          <w:b/>
          <w:sz w:val="28"/>
        </w:rPr>
        <w:t>và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Hoạt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động</w:t>
      </w:r>
      <w:proofErr w:type="spellEnd"/>
      <w:r>
        <w:rPr>
          <w:b/>
          <w:sz w:val="28"/>
        </w:rPr>
        <w:t xml:space="preserve"> 3)</w:t>
      </w:r>
    </w:p>
    <w:p w14:paraId="41DD14CD" w14:textId="77777777" w:rsidR="00506A7D" w:rsidRDefault="00EC4A11">
      <w:proofErr w:type="spellStart"/>
      <w:r>
        <w:rPr>
          <w:b/>
        </w:rPr>
        <w:t>Cách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phát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Khổ</w:t>
      </w:r>
      <w:proofErr w:type="spellEnd"/>
      <w:r>
        <w:t xml:space="preserve"> A4 in 2 </w:t>
      </w:r>
      <w:proofErr w:type="spellStart"/>
      <w:r>
        <w:t>mặt</w:t>
      </w:r>
      <w:proofErr w:type="spellEnd"/>
      <w:r>
        <w:t xml:space="preserve">,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(8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8 </w:t>
      </w:r>
      <w:proofErr w:type="spellStart"/>
      <w:r>
        <w:t>nhóm</w:t>
      </w:r>
      <w:proofErr w:type="spellEnd"/>
      <w:r>
        <w:t xml:space="preserve"> + 1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, </w:t>
      </w:r>
      <w:proofErr w:type="spellStart"/>
      <w:r>
        <w:t>khoảng</w:t>
      </w:r>
      <w:proofErr w:type="spellEnd"/>
      <w:r>
        <w:t xml:space="preserve"> 18–24 </w:t>
      </w:r>
      <w:proofErr w:type="spellStart"/>
      <w:r>
        <w:t>tờ</w:t>
      </w:r>
      <w:proofErr w:type="spellEnd"/>
      <w:r>
        <w:t xml:space="preserve"> A4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). </w:t>
      </w:r>
      <w:proofErr w:type="spellStart"/>
      <w:r>
        <w:t>Không</w:t>
      </w:r>
      <w:proofErr w:type="spellEnd"/>
      <w:r>
        <w:t xml:space="preserve"> in </w:t>
      </w:r>
      <w:proofErr w:type="spellStart"/>
      <w:r>
        <w:t>kèm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án</w:t>
      </w:r>
      <w:proofErr w:type="spellEnd"/>
      <w:r>
        <w:t>.</w:t>
      </w:r>
    </w:p>
    <w:p w14:paraId="5973CC6B" w14:textId="77777777" w:rsidR="00506A7D" w:rsidRDefault="00EC4A11">
      <w:pPr>
        <w:keepNext/>
        <w:spacing w:before="160" w:after="60"/>
        <w:jc w:val="left"/>
      </w:pPr>
      <w:proofErr w:type="spellStart"/>
      <w:r>
        <w:rPr>
          <w:b/>
        </w:rPr>
        <w:t>Phần</w:t>
      </w:r>
      <w:proofErr w:type="spellEnd"/>
      <w:r>
        <w:rPr>
          <w:b/>
        </w:rPr>
        <w:t xml:space="preserve"> A. HỒ SƠ BỐI CẢNH &amp; BỘ THẺ DỮ LIỆU GIẢ LẬP (</w:t>
      </w:r>
      <w:proofErr w:type="spellStart"/>
      <w:r>
        <w:rPr>
          <w:b/>
        </w:rPr>
        <w:t>Dùng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2)</w:t>
      </w:r>
    </w:p>
    <w:p w14:paraId="4A761DCE" w14:textId="77777777" w:rsidR="00506A7D" w:rsidRDefault="00EC4A11">
      <w:proofErr w:type="spellStart"/>
      <w:r>
        <w:t>Câu</w:t>
      </w:r>
      <w:proofErr w:type="spellEnd"/>
      <w:r>
        <w:t xml:space="preserve"> </w:t>
      </w:r>
      <w:proofErr w:type="spellStart"/>
      <w:r>
        <w:t>chuyện</w:t>
      </w:r>
      <w:proofErr w:type="spellEnd"/>
      <w:r>
        <w:t xml:space="preserve">: Minh </w:t>
      </w:r>
      <w:proofErr w:type="spellStart"/>
      <w:r>
        <w:t>chẳng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, </w:t>
      </w:r>
      <w:proofErr w:type="spellStart"/>
      <w:r>
        <w:t>là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11,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khoa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AI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. Minh </w:t>
      </w:r>
      <w:proofErr w:type="spellStart"/>
      <w:r>
        <w:t>muốn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chatbot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AI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. Minh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AI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>.</w:t>
      </w:r>
    </w:p>
    <w:p w14:paraId="3062481F" w14:textId="77777777" w:rsidR="00506A7D" w:rsidRDefault="00EC4A11">
      <w:pPr>
        <w:keepNext/>
        <w:spacing w:before="120" w:after="40"/>
        <w:jc w:val="left"/>
      </w:pPr>
      <w:proofErr w:type="spellStart"/>
      <w:r>
        <w:rPr>
          <w:b/>
        </w:rPr>
        <w:t>Bộ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thẻ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>:</w:t>
      </w:r>
    </w:p>
    <w:p w14:paraId="45759066" w14:textId="77777777" w:rsidR="00506A7D" w:rsidRDefault="00EC4A11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1:</w:t>
      </w:r>
      <w:r>
        <w:t xml:space="preserve"> </w:t>
      </w:r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(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>).</w:t>
      </w:r>
    </w:p>
    <w:p w14:paraId="4A31694D" w14:textId="77777777" w:rsidR="00506A7D" w:rsidRDefault="00EC4A11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2:</w:t>
      </w:r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sáng</w:t>
      </w:r>
      <w:proofErr w:type="spellEnd"/>
      <w:r>
        <w:t>.</w:t>
      </w:r>
    </w:p>
    <w:p w14:paraId="64A19D6A" w14:textId="77777777" w:rsidR="00506A7D" w:rsidRDefault="00EC4A11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3:</w:t>
      </w:r>
      <w:r>
        <w:t xml:space="preserve"> </w:t>
      </w:r>
      <w:proofErr w:type="spellStart"/>
      <w:r>
        <w:t>Đặt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chatbot.</w:t>
      </w:r>
    </w:p>
    <w:p w14:paraId="2720E1AC" w14:textId="77777777" w:rsidR="00506A7D" w:rsidRDefault="00EC4A11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4:</w:t>
      </w:r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ngôn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chatbot.</w:t>
      </w:r>
    </w:p>
    <w:p w14:paraId="337E481F" w14:textId="77777777" w:rsidR="00506A7D" w:rsidRDefault="00EC4A11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5:</w:t>
      </w:r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AI.</w:t>
      </w:r>
    </w:p>
    <w:p w14:paraId="0EA18F6D" w14:textId="77777777" w:rsidR="00506A7D" w:rsidRDefault="00EC4A11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6:</w:t>
      </w:r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âm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AI.</w:t>
      </w:r>
    </w:p>
    <w:p w14:paraId="67080AFB" w14:textId="77777777" w:rsidR="00506A7D" w:rsidRDefault="00EC4A11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7:</w:t>
      </w:r>
      <w:r>
        <w:t xml:space="preserve"> </w:t>
      </w:r>
      <w:proofErr w:type="spellStart"/>
      <w:r>
        <w:t>Mảnh</w:t>
      </w:r>
      <w:proofErr w:type="spellEnd"/>
      <w:r>
        <w:t xml:space="preserve"> </w:t>
      </w:r>
      <w:proofErr w:type="spellStart"/>
      <w:r>
        <w:t>ghép</w:t>
      </w:r>
      <w:proofErr w:type="spellEnd"/>
      <w:r>
        <w:t xml:space="preserve"> </w:t>
      </w:r>
      <w:proofErr w:type="spellStart"/>
      <w:r>
        <w:t>xáo</w:t>
      </w:r>
      <w:proofErr w:type="spellEnd"/>
      <w:r>
        <w:t xml:space="preserve"> </w:t>
      </w:r>
      <w:proofErr w:type="spellStart"/>
      <w:r>
        <w:t>trộn</w:t>
      </w:r>
      <w:proofErr w:type="spellEnd"/>
      <w:r>
        <w:t xml:space="preserve">: A. Xác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; B. Chia </w:t>
      </w:r>
      <w:proofErr w:type="spellStart"/>
      <w:r>
        <w:t>nhỏ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; C. </w:t>
      </w:r>
      <w:proofErr w:type="spellStart"/>
      <w:r>
        <w:t>Đặt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buộc</w:t>
      </w:r>
      <w:proofErr w:type="spellEnd"/>
      <w:r>
        <w:t xml:space="preserve"> ; D.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>.</w:t>
      </w:r>
    </w:p>
    <w:p w14:paraId="3A9A3CD7" w14:textId="77777777" w:rsidR="00506A7D" w:rsidRDefault="00EC4A11">
      <w:pPr>
        <w:spacing w:before="120" w:after="40"/>
        <w:jc w:val="center"/>
      </w:pPr>
      <w:r>
        <w:rPr>
          <w:noProof/>
        </w:rPr>
        <w:drawing>
          <wp:inline distT="0" distB="0" distL="0" distR="0" wp14:anchorId="034C547C" wp14:editId="2251CE79">
            <wp:extent cx="5580000" cy="2608669"/>
            <wp:effectExtent l="0" t="0" r="0" b="0"/>
            <wp:docPr id="2" name="Picture 2" descr="Hình 11.5.2. Đối chiếu hai trường hợp sử dụng AI (sơ đồ minh hoạ gợi ý)" title="Hình 11.5.2. Đối chiếu hai trường hợp sử dụng AI (sơ đồ minh hoạ gợi ý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nh_minh_hoa_PL_11_5_2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608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CCF09" w14:textId="77777777" w:rsidR="00506A7D" w:rsidRDefault="00EC4A11">
      <w:pPr>
        <w:spacing w:after="120"/>
        <w:jc w:val="center"/>
      </w:pPr>
      <w:proofErr w:type="spellStart"/>
      <w:r>
        <w:rPr>
          <w:i/>
          <w:sz w:val="23"/>
        </w:rPr>
        <w:t>Hình</w:t>
      </w:r>
      <w:proofErr w:type="spellEnd"/>
      <w:r>
        <w:rPr>
          <w:i/>
          <w:sz w:val="23"/>
        </w:rPr>
        <w:t xml:space="preserve"> 11.5.2. </w:t>
      </w:r>
      <w:proofErr w:type="spellStart"/>
      <w:r>
        <w:rPr>
          <w:i/>
          <w:sz w:val="23"/>
        </w:rPr>
        <w:t>Đối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chiếu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hai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trường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hợp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sử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dụng</w:t>
      </w:r>
      <w:proofErr w:type="spellEnd"/>
      <w:r>
        <w:rPr>
          <w:i/>
          <w:sz w:val="23"/>
        </w:rPr>
        <w:t xml:space="preserve"> AI (</w:t>
      </w:r>
      <w:proofErr w:type="spellStart"/>
      <w:r>
        <w:rPr>
          <w:i/>
          <w:sz w:val="23"/>
        </w:rPr>
        <w:t>sơ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đồ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minh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hoạ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gợi</w:t>
      </w:r>
      <w:proofErr w:type="spellEnd"/>
      <w:r>
        <w:rPr>
          <w:i/>
          <w:sz w:val="23"/>
        </w:rPr>
        <w:t xml:space="preserve"> ý)</w:t>
      </w:r>
    </w:p>
    <w:p w14:paraId="4E3F5852" w14:textId="77777777" w:rsidR="00506A7D" w:rsidRDefault="00EC4A11">
      <w:pPr>
        <w:keepNext/>
        <w:spacing w:before="160" w:after="60"/>
        <w:jc w:val="left"/>
      </w:pPr>
      <w:proofErr w:type="spellStart"/>
      <w:r>
        <w:rPr>
          <w:b/>
        </w:rPr>
        <w:t>Phần</w:t>
      </w:r>
      <w:proofErr w:type="spellEnd"/>
      <w:r>
        <w:rPr>
          <w:b/>
        </w:rPr>
        <w:t xml:space="preserve"> B. PHIẾU HỌC TẬP NHÓM 11.5.2 (</w:t>
      </w:r>
      <w:proofErr w:type="spellStart"/>
      <w:r>
        <w:rPr>
          <w:b/>
        </w:rPr>
        <w:t>Điền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2)</w:t>
      </w:r>
    </w:p>
    <w:p w14:paraId="6F2C29A3" w14:textId="77777777" w:rsidR="00506A7D" w:rsidRDefault="00EC4A11">
      <w:pPr>
        <w:tabs>
          <w:tab w:val="left" w:pos="4535"/>
          <w:tab w:val="left" w:pos="7257"/>
        </w:tabs>
        <w:jc w:val="left"/>
      </w:pPr>
      <w:proofErr w:type="spellStart"/>
      <w:r>
        <w:t>Nhóm</w:t>
      </w:r>
      <w:proofErr w:type="spellEnd"/>
      <w:r>
        <w:t>: …………</w:t>
      </w:r>
      <w:r>
        <w:tab/>
      </w:r>
      <w:proofErr w:type="spellStart"/>
      <w:r>
        <w:t>Lớp</w:t>
      </w:r>
      <w:proofErr w:type="spellEnd"/>
      <w:r>
        <w:t>: …………</w:t>
      </w:r>
    </w:p>
    <w:p w14:paraId="0C4648FB" w14:textId="77777777" w:rsidR="00506A7D" w:rsidRDefault="00EC4A11">
      <w:pPr>
        <w:keepNext/>
        <w:spacing w:before="120" w:after="40"/>
        <w:jc w:val="left"/>
      </w:pPr>
      <w:proofErr w:type="spellStart"/>
      <w:r>
        <w:rPr>
          <w:b/>
        </w:rPr>
        <w:t>Nhiệm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vụ</w:t>
      </w:r>
      <w:proofErr w:type="spellEnd"/>
      <w:r>
        <w:rPr>
          <w:b/>
        </w:rPr>
        <w:t xml:space="preserve"> A (HĐ 2.1): </w:t>
      </w:r>
      <w:proofErr w:type="spellStart"/>
      <w:r>
        <w:rPr>
          <w:b/>
        </w:rPr>
        <w:t>Phân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tích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công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nghệ</w:t>
      </w:r>
      <w:proofErr w:type="spellEnd"/>
      <w:r>
        <w:rPr>
          <w:b/>
        </w:rPr>
        <w:t xml:space="preserve"> AI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3331"/>
        <w:gridCol w:w="3330"/>
        <w:gridCol w:w="3328"/>
      </w:tblGrid>
      <w:tr w:rsidR="00506A7D" w14:paraId="3BE8F4C3" w14:textId="77777777" w:rsidTr="00EF18B7">
        <w:trPr>
          <w:cantSplit/>
          <w:tblHeader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F6A74E9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Thẻ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2140389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Kĩ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thuật</w:t>
            </w:r>
            <w:proofErr w:type="spellEnd"/>
            <w:r>
              <w:rPr>
                <w:b/>
                <w:sz w:val="24"/>
              </w:rPr>
              <w:t xml:space="preserve">/Công </w:t>
            </w:r>
            <w:proofErr w:type="spellStart"/>
            <w:r>
              <w:rPr>
                <w:b/>
                <w:sz w:val="24"/>
              </w:rPr>
              <w:t>nghệ</w:t>
            </w:r>
            <w:proofErr w:type="spellEnd"/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4D86008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Đặc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trưng</w:t>
            </w:r>
            <w:proofErr w:type="spellEnd"/>
          </w:p>
        </w:tc>
      </w:tr>
      <w:tr w:rsidR="00506A7D" w14:paraId="6558741D" w14:textId="77777777" w:rsidTr="00EF18B7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302BF38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Ví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mẫu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B6EB424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1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1019906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Định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</w:p>
        </w:tc>
      </w:tr>
      <w:tr w:rsidR="00506A7D" w14:paraId="481C7D65" w14:textId="77777777" w:rsidTr="00EF18B7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D6B5CF9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</w:t>
            </w:r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ADA672A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7B4A4A0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</w:t>
            </w:r>
          </w:p>
        </w:tc>
      </w:tr>
      <w:tr w:rsidR="00506A7D" w14:paraId="776A2BE1" w14:textId="77777777" w:rsidTr="00EF18B7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8035B6B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</w:t>
            </w:r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3D6D58B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3CAD56A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</w:t>
            </w:r>
          </w:p>
        </w:tc>
      </w:tr>
    </w:tbl>
    <w:p w14:paraId="3F2257EA" w14:textId="77777777" w:rsidR="00506A7D" w:rsidRDefault="00506A7D"/>
    <w:p w14:paraId="23938B8B" w14:textId="77777777" w:rsidR="00506A7D" w:rsidRDefault="00EC4A11">
      <w:pPr>
        <w:keepNext/>
        <w:spacing w:before="120" w:after="40"/>
        <w:jc w:val="left"/>
      </w:pPr>
      <w:proofErr w:type="spellStart"/>
      <w:r>
        <w:rPr>
          <w:b/>
        </w:rPr>
        <w:t>Nhiệm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vụ</w:t>
      </w:r>
      <w:proofErr w:type="spellEnd"/>
      <w:r>
        <w:rPr>
          <w:b/>
        </w:rPr>
        <w:t xml:space="preserve"> B (HĐ 2.2): </w:t>
      </w:r>
      <w:proofErr w:type="spellStart"/>
      <w:r>
        <w:rPr>
          <w:b/>
        </w:rPr>
        <w:t>Thiết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kế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chuỗi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lệnh</w:t>
      </w:r>
      <w:proofErr w:type="spellEnd"/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4994"/>
        <w:gridCol w:w="4995"/>
      </w:tblGrid>
      <w:tr w:rsidR="00506A7D" w14:paraId="41233053" w14:textId="77777777" w:rsidTr="00EF18B7">
        <w:trPr>
          <w:cantSplit/>
          <w:tblHeader/>
          <w:jc w:val="center"/>
        </w:trPr>
        <w:tc>
          <w:tcPr>
            <w:tcW w:w="250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5D1DAC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Bước</w:t>
            </w:r>
            <w:proofErr w:type="spellEnd"/>
          </w:p>
        </w:tc>
        <w:tc>
          <w:tcPr>
            <w:tcW w:w="250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54848F2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Mô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tả</w:t>
            </w:r>
            <w:proofErr w:type="spellEnd"/>
          </w:p>
        </w:tc>
      </w:tr>
      <w:tr w:rsidR="00506A7D" w14:paraId="052DC675" w14:textId="77777777" w:rsidTr="00EF18B7">
        <w:trPr>
          <w:cantSplit/>
          <w:jc w:val="center"/>
        </w:trPr>
        <w:tc>
          <w:tcPr>
            <w:tcW w:w="250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E01B3C5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Ví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mẫu</w:t>
            </w:r>
            <w:proofErr w:type="spellEnd"/>
          </w:p>
        </w:tc>
        <w:tc>
          <w:tcPr>
            <w:tcW w:w="250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25A81AE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Xác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Nhắc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nhở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lịch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</w:p>
        </w:tc>
      </w:tr>
      <w:tr w:rsidR="00506A7D" w14:paraId="3C544C1F" w14:textId="77777777" w:rsidTr="00EF18B7">
        <w:trPr>
          <w:cantSplit/>
          <w:jc w:val="center"/>
        </w:trPr>
        <w:tc>
          <w:tcPr>
            <w:tcW w:w="250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8232C9A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</w:t>
            </w:r>
          </w:p>
        </w:tc>
        <w:tc>
          <w:tcPr>
            <w:tcW w:w="250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872EF55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</w:t>
            </w:r>
          </w:p>
        </w:tc>
      </w:tr>
      <w:tr w:rsidR="00506A7D" w14:paraId="22534C1A" w14:textId="77777777" w:rsidTr="00EF18B7">
        <w:trPr>
          <w:cantSplit/>
          <w:jc w:val="center"/>
        </w:trPr>
        <w:tc>
          <w:tcPr>
            <w:tcW w:w="250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8F91C9A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</w:t>
            </w:r>
          </w:p>
        </w:tc>
        <w:tc>
          <w:tcPr>
            <w:tcW w:w="250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7CB0388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</w:t>
            </w:r>
          </w:p>
        </w:tc>
      </w:tr>
    </w:tbl>
    <w:p w14:paraId="709B5729" w14:textId="77777777" w:rsidR="00506A7D" w:rsidRDefault="00506A7D"/>
    <w:p w14:paraId="126BB84F" w14:textId="77777777" w:rsidR="00506A7D" w:rsidRDefault="00EC4A11">
      <w:pPr>
        <w:keepNext/>
        <w:spacing w:before="160" w:after="60"/>
        <w:jc w:val="left"/>
      </w:pPr>
      <w:proofErr w:type="spellStart"/>
      <w:r>
        <w:rPr>
          <w:b/>
        </w:rPr>
        <w:t>Phần</w:t>
      </w:r>
      <w:proofErr w:type="spellEnd"/>
      <w:r>
        <w:rPr>
          <w:b/>
        </w:rPr>
        <w:t xml:space="preserve"> C. THỬ THÁCH LUYỆN TẬP NHÓM (</w:t>
      </w:r>
      <w:proofErr w:type="spellStart"/>
      <w:r>
        <w:rPr>
          <w:b/>
        </w:rPr>
        <w:t>Dùng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3)</w:t>
      </w:r>
    </w:p>
    <w:p w14:paraId="498A5E47" w14:textId="77777777" w:rsidR="00506A7D" w:rsidRDefault="00EC4A11">
      <w:pPr>
        <w:keepNext/>
        <w:spacing w:before="120" w:after="40"/>
        <w:jc w:val="left"/>
      </w:pPr>
      <w:r>
        <w:rPr>
          <w:b/>
        </w:rPr>
        <w:t xml:space="preserve">Ca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hành</w:t>
      </w:r>
      <w:proofErr w:type="spellEnd"/>
      <w:r>
        <w:rPr>
          <w:b/>
        </w:rPr>
        <w:t xml:space="preserve"> 1: Chatbot </w:t>
      </w:r>
      <w:proofErr w:type="spellStart"/>
      <w:r>
        <w:rPr>
          <w:b/>
        </w:rPr>
        <w:t>nhắc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lịch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</w:p>
    <w:p w14:paraId="5C4FB0BE" w14:textId="77777777" w:rsidR="00506A7D" w:rsidRDefault="00EC4A11">
      <w:r>
        <w:t xml:space="preserve">Minh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chatbot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Tuy </w:t>
      </w:r>
      <w:proofErr w:type="spellStart"/>
      <w:r>
        <w:t>nhiên</w:t>
      </w:r>
      <w:proofErr w:type="spellEnd"/>
      <w:r>
        <w:t xml:space="preserve">, chatbot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do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.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>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3331"/>
        <w:gridCol w:w="3330"/>
        <w:gridCol w:w="3328"/>
      </w:tblGrid>
      <w:tr w:rsidR="00506A7D" w14:paraId="05624D89" w14:textId="77777777" w:rsidTr="00EF18B7">
        <w:trPr>
          <w:cantSplit/>
          <w:tblHeader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83C58E3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Lỗi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E2B03F0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Bằng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chứng</w:t>
            </w:r>
            <w:proofErr w:type="spellEnd"/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342D140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Cách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khắc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phục</w:t>
            </w:r>
            <w:proofErr w:type="spellEnd"/>
          </w:p>
        </w:tc>
      </w:tr>
      <w:tr w:rsidR="00506A7D" w14:paraId="570473ED" w14:textId="77777777" w:rsidTr="00EF18B7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745269C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2E6FE19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2AECD3E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</w:t>
            </w:r>
          </w:p>
        </w:tc>
      </w:tr>
      <w:tr w:rsidR="00506A7D" w14:paraId="4717F792" w14:textId="77777777" w:rsidTr="00EF18B7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0E031F9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huấn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luyện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3EA065C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402B64A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</w:t>
            </w:r>
          </w:p>
        </w:tc>
      </w:tr>
      <w:tr w:rsidR="00506A7D" w14:paraId="6460CDB6" w14:textId="77777777" w:rsidTr="00EF18B7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D8168D6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toán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quy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tắc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89FE0E9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8843E8F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</w:t>
            </w:r>
          </w:p>
        </w:tc>
      </w:tr>
    </w:tbl>
    <w:p w14:paraId="70C0B02E" w14:textId="77777777" w:rsidR="00506A7D" w:rsidRDefault="00506A7D"/>
    <w:p w14:paraId="2B33D896" w14:textId="77777777" w:rsidR="00506A7D" w:rsidRDefault="00EC4A11">
      <w:pPr>
        <w:keepNext/>
        <w:spacing w:before="120" w:after="40"/>
        <w:jc w:val="left"/>
      </w:pPr>
      <w:r>
        <w:rPr>
          <w:b/>
        </w:rPr>
        <w:t xml:space="preserve">Ca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hành</w:t>
      </w:r>
      <w:proofErr w:type="spellEnd"/>
      <w:r>
        <w:rPr>
          <w:b/>
        </w:rPr>
        <w:t xml:space="preserve"> 2: </w:t>
      </w:r>
      <w:proofErr w:type="spellStart"/>
      <w:r>
        <w:rPr>
          <w:b/>
        </w:rPr>
        <w:t>Cảm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điều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chỉnh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sáng</w:t>
      </w:r>
      <w:proofErr w:type="spellEnd"/>
    </w:p>
    <w:p w14:paraId="7F08C057" w14:textId="77777777" w:rsidR="00506A7D" w:rsidRDefault="00EC4A11">
      <w:r>
        <w:t xml:space="preserve">Minh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AI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Tuy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do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.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>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3331"/>
        <w:gridCol w:w="3330"/>
        <w:gridCol w:w="3328"/>
      </w:tblGrid>
      <w:tr w:rsidR="00506A7D" w14:paraId="45DF8BD6" w14:textId="77777777" w:rsidTr="00EF18B7">
        <w:trPr>
          <w:cantSplit/>
          <w:tblHeader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DC7BF3F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Lỗi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3008E42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Bằng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chứng</w:t>
            </w:r>
            <w:proofErr w:type="spellEnd"/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75E4090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Cách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khắc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phục</w:t>
            </w:r>
            <w:proofErr w:type="spellEnd"/>
          </w:p>
        </w:tc>
      </w:tr>
      <w:tr w:rsidR="00506A7D" w14:paraId="4FA1DE89" w14:textId="77777777" w:rsidTr="00EF18B7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C045B13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E26A292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B379D7E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</w:t>
            </w:r>
          </w:p>
        </w:tc>
      </w:tr>
      <w:tr w:rsidR="00506A7D" w14:paraId="4C5063C0" w14:textId="77777777" w:rsidTr="00EF18B7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FE3200A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huấn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luyện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750D330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2C28AB8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</w:t>
            </w:r>
          </w:p>
        </w:tc>
      </w:tr>
      <w:tr w:rsidR="00506A7D" w14:paraId="16DF2623" w14:textId="77777777" w:rsidTr="00EF18B7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30F8B5A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toán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quy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tắc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661C3ED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FA638D6" w14:textId="77777777" w:rsidR="00506A7D" w:rsidRDefault="00EC4A11">
            <w:pPr>
              <w:spacing w:after="40"/>
            </w:pPr>
            <w:r>
              <w:rPr>
                <w:sz w:val="24"/>
              </w:rPr>
              <w:t>…………</w:t>
            </w:r>
          </w:p>
        </w:tc>
      </w:tr>
    </w:tbl>
    <w:p w14:paraId="09C6CFA1" w14:textId="77777777" w:rsidR="00506A7D" w:rsidRDefault="00506A7D"/>
    <w:p w14:paraId="2B180ED5" w14:textId="77777777" w:rsidR="00506A7D" w:rsidRDefault="00EC4A11">
      <w:r>
        <w:t>KHUNG CHỦ ĐỀ / BÀI HỌC CHÍNH THỨC:</w:t>
      </w:r>
    </w:p>
    <w:p w14:paraId="54FDD5D2" w14:textId="77777777" w:rsidR="00506A7D" w:rsidRDefault="00EC4A11">
      <w:pPr>
        <w:pStyle w:val="ListBullet"/>
      </w:pP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đề</w:t>
      </w:r>
      <w:proofErr w:type="spellEnd"/>
      <w:r>
        <w:rPr>
          <w:b/>
        </w:rPr>
        <w:t xml:space="preserve"> /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Cột</w:t>
      </w:r>
      <w:proofErr w:type="spellEnd"/>
      <w:r>
        <w:rPr>
          <w:b/>
        </w:rPr>
        <w:t xml:space="preserve"> 1)</w:t>
      </w:r>
      <w:r>
        <w:t xml:space="preserve">: </w:t>
      </w:r>
      <w:proofErr w:type="spellStart"/>
      <w:r>
        <w:t>Bài</w:t>
      </w:r>
      <w:proofErr w:type="spellEnd"/>
      <w:r>
        <w:t xml:space="preserve"> 5. Prompt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AI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</w:p>
    <w:p w14:paraId="2900CE54" w14:textId="77777777" w:rsidR="00506A7D" w:rsidRDefault="00EC4A11">
      <w:pPr>
        <w:pStyle w:val="ListBullet"/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lượng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chuẩn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Cột</w:t>
      </w:r>
      <w:proofErr w:type="spellEnd"/>
      <w:r>
        <w:rPr>
          <w:b/>
        </w:rPr>
        <w:t xml:space="preserve"> 2)</w:t>
      </w:r>
      <w:r>
        <w:t xml:space="preserve">: 2 </w:t>
      </w:r>
      <w:proofErr w:type="spellStart"/>
      <w:r>
        <w:t>tiết</w:t>
      </w:r>
      <w:proofErr w:type="spellEnd"/>
      <w:r>
        <w:t xml:space="preserve"> (90 </w:t>
      </w:r>
      <w:proofErr w:type="spellStart"/>
      <w:r>
        <w:t>phút</w:t>
      </w:r>
      <w:proofErr w:type="spellEnd"/>
      <w:r>
        <w:t>)</w:t>
      </w:r>
    </w:p>
    <w:p w14:paraId="1EF83BB8" w14:textId="77777777" w:rsidR="00506A7D" w:rsidRDefault="00EC4A11">
      <w:pPr>
        <w:pStyle w:val="ListBullet"/>
      </w:pPr>
      <w:proofErr w:type="spellStart"/>
      <w:r>
        <w:rPr>
          <w:b/>
        </w:rPr>
        <w:t>Yêu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cốt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lõi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trong</w:t>
      </w:r>
      <w:proofErr w:type="spellEnd"/>
      <w:r>
        <w:rPr>
          <w:b/>
        </w:rPr>
        <w:t xml:space="preserve"> QĐ 2422 (</w:t>
      </w:r>
      <w:proofErr w:type="spellStart"/>
      <w:r>
        <w:rPr>
          <w:b/>
        </w:rPr>
        <w:t>Cột</w:t>
      </w:r>
      <w:proofErr w:type="spellEnd"/>
      <w:r>
        <w:rPr>
          <w:b/>
        </w:rPr>
        <w:t xml:space="preserve"> 3 - CHỈ DÙNG CÁC MÃ NÀY)</w:t>
      </w:r>
      <w:r>
        <w:t>:</w:t>
      </w:r>
    </w:p>
    <w:p w14:paraId="3417B519" w14:textId="77777777" w:rsidR="00506A7D" w:rsidRDefault="00EC4A11">
      <w:pPr>
        <w:pStyle w:val="ListBullet"/>
      </w:pPr>
      <w:r>
        <w:t xml:space="preserve">C. Các </w:t>
      </w:r>
      <w:proofErr w:type="spellStart"/>
      <w:r>
        <w:t>kĩ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AI | C3. Công </w:t>
      </w:r>
      <w:proofErr w:type="spellStart"/>
      <w:r>
        <w:t>nghệ</w:t>
      </w:r>
      <w:proofErr w:type="spellEnd"/>
      <w:r>
        <w:t xml:space="preserve"> AI | </w:t>
      </w:r>
      <w:proofErr w:type="spellStart"/>
      <w:r>
        <w:t>Nội</w:t>
      </w:r>
      <w:proofErr w:type="spellEnd"/>
      <w:r>
        <w:t xml:space="preserve"> dung: </w:t>
      </w:r>
      <w:proofErr w:type="spellStart"/>
      <w:r>
        <w:t>Kĩ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prompt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; chatbot,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ngôn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biến</w:t>
      </w:r>
      <w:proofErr w:type="spellEnd"/>
      <w:r>
        <w:t>.</w:t>
      </w:r>
    </w:p>
    <w:p w14:paraId="0C8B3CDA" w14:textId="77777777" w:rsidR="00506A7D" w:rsidRDefault="00EC4A11">
      <w:pPr>
        <w:spacing w:before="60" w:after="60"/>
        <w:ind w:left="283"/>
      </w:pPr>
      <w:r>
        <w:rPr>
          <w:b/>
        </w:rPr>
        <w:t xml:space="preserve">11.C3.1. </w:t>
      </w:r>
      <w:r>
        <w:t xml:space="preserve">Xác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kĩ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prompt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: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chia </w:t>
      </w:r>
      <w:proofErr w:type="spellStart"/>
      <w:r>
        <w:t>nhỏ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>.</w:t>
      </w:r>
    </w:p>
    <w:p w14:paraId="54AA3695" w14:textId="77777777" w:rsidR="00506A7D" w:rsidRDefault="00EC4A11">
      <w:pPr>
        <w:spacing w:before="60" w:after="60"/>
        <w:ind w:left="283"/>
      </w:pPr>
      <w:r>
        <w:rPr>
          <w:b/>
        </w:rPr>
        <w:t xml:space="preserve">11.C3.2.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AI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: chatbot,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ngôn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,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biến</w:t>
      </w:r>
      <w:proofErr w:type="spellEnd"/>
      <w:r>
        <w:t>.</w:t>
      </w:r>
    </w:p>
    <w:p w14:paraId="20FCE598" w14:textId="77777777" w:rsidR="00506A7D" w:rsidRDefault="00EC4A11">
      <w:pPr>
        <w:pStyle w:val="ListBullet"/>
      </w:pPr>
      <w:proofErr w:type="spellStart"/>
      <w:r>
        <w:rPr>
          <w:b/>
        </w:rPr>
        <w:t>Mục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tiêu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đề</w:t>
      </w:r>
      <w:proofErr w:type="spellEnd"/>
      <w:r>
        <w:rPr>
          <w:b/>
        </w:rPr>
        <w:t xml:space="preserve"> /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Cột</w:t>
      </w:r>
      <w:proofErr w:type="spellEnd"/>
      <w:r>
        <w:rPr>
          <w:b/>
        </w:rPr>
        <w:t xml:space="preserve"> 4 - BÁM SÁT ĐỂ VIẾT MỤC I.1 VÀ I.2.a)</w:t>
      </w:r>
      <w:r>
        <w:t>:</w:t>
      </w:r>
    </w:p>
    <w:p w14:paraId="2100CE8A" w14:textId="77777777" w:rsidR="00506A7D" w:rsidRDefault="00EC4A11">
      <w:pPr>
        <w:pStyle w:val="ListBullet"/>
      </w:pPr>
      <w:r>
        <w:t xml:space="preserve">Xác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kĩ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chia </w:t>
      </w:r>
      <w:proofErr w:type="spellStart"/>
      <w:r>
        <w:t>nhỏ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prompt.</w:t>
      </w:r>
    </w:p>
    <w:p w14:paraId="37004133" w14:textId="77777777" w:rsidR="00506A7D" w:rsidRDefault="00EC4A11">
      <w:pPr>
        <w:pStyle w:val="ListBullet"/>
      </w:pP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chatbot,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ngôn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biến</w:t>
      </w:r>
      <w:proofErr w:type="spellEnd"/>
      <w:r>
        <w:t>.</w:t>
      </w:r>
    </w:p>
    <w:p w14:paraId="1FD21CCB" w14:textId="77777777" w:rsidR="00506A7D" w:rsidRDefault="00EC4A11">
      <w:pPr>
        <w:pStyle w:val="ListBullet"/>
      </w:pP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kĩ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prompt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>.</w:t>
      </w:r>
    </w:p>
    <w:p w14:paraId="5AA7545D" w14:textId="77777777" w:rsidR="00506A7D" w:rsidRDefault="00EC4A11">
      <w:pPr>
        <w:pStyle w:val="ListBullet"/>
      </w:pPr>
      <w:r>
        <w:rPr>
          <w:b/>
        </w:rPr>
        <w:t xml:space="preserve">Các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chính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Cột</w:t>
      </w:r>
      <w:proofErr w:type="spellEnd"/>
      <w:r>
        <w:rPr>
          <w:b/>
        </w:rPr>
        <w:t xml:space="preserve"> 5 - BÁM SÁT ĐỂ THIẾT KẾ CÁC HOẠT ĐỘNG Ở MỤC III)</w:t>
      </w:r>
      <w:r>
        <w:t>:</w:t>
      </w:r>
    </w:p>
    <w:p w14:paraId="605C4B99" w14:textId="77777777" w:rsidR="00506A7D" w:rsidRDefault="00EC4A11">
      <w:pPr>
        <w:pStyle w:val="ListBullet"/>
      </w:pPr>
      <w:proofErr w:type="spellStart"/>
      <w:r>
        <w:t>Chuyển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nhỏ</w:t>
      </w:r>
      <w:proofErr w:type="spellEnd"/>
      <w:r>
        <w:t xml:space="preserve">; </w:t>
      </w:r>
      <w:proofErr w:type="spellStart"/>
      <w:r>
        <w:t>bổ</w:t>
      </w:r>
      <w:proofErr w:type="spellEnd"/>
      <w:r>
        <w:t xml:space="preserve"> sung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ra.</w:t>
      </w:r>
      <w:proofErr w:type="spellEnd"/>
    </w:p>
    <w:p w14:paraId="4FCD284A" w14:textId="77777777" w:rsidR="00506A7D" w:rsidRDefault="00EC4A11">
      <w:pPr>
        <w:pStyle w:val="ListBullet"/>
      </w:pPr>
      <w:proofErr w:type="spellStart"/>
      <w:r>
        <w:t>Thử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, so </w:t>
      </w:r>
      <w:proofErr w:type="spellStart"/>
      <w:r>
        <w:t>sánh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prompt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>.</w:t>
      </w:r>
    </w:p>
    <w:p w14:paraId="0C8F7474" w14:textId="77777777" w:rsidR="00506A7D" w:rsidRDefault="00EC4A11">
      <w:pPr>
        <w:pStyle w:val="ListBullet"/>
      </w:pPr>
      <w:proofErr w:type="spellStart"/>
      <w:r>
        <w:t>Khám</w:t>
      </w:r>
      <w:proofErr w:type="spellEnd"/>
      <w:r>
        <w:t xml:space="preserve"> </w:t>
      </w:r>
      <w:proofErr w:type="spellStart"/>
      <w:r>
        <w:t>phá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-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-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bốn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; </w:t>
      </w:r>
      <w:proofErr w:type="spellStart"/>
      <w:r>
        <w:t>ghép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huống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>.</w:t>
      </w:r>
    </w:p>
    <w:p w14:paraId="76734A3F" w14:textId="77777777" w:rsidR="00506A7D" w:rsidRDefault="00EC4A11">
      <w:pPr>
        <w:pStyle w:val="ListBullet"/>
      </w:pPr>
      <w:proofErr w:type="spellStart"/>
      <w:r>
        <w:rPr>
          <w:b/>
        </w:rPr>
        <w:t>Sản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phẩm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giá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Cột</w:t>
      </w:r>
      <w:proofErr w:type="spellEnd"/>
      <w:r>
        <w:rPr>
          <w:b/>
        </w:rPr>
        <w:t xml:space="preserve"> 6 - BÁM SÁT ĐỂ THIẾT KẾ MỤC c SẢN PHẨM, MỤC IV VÀ PHỤ LỤC)</w:t>
      </w:r>
      <w:r>
        <w:t>:</w:t>
      </w:r>
    </w:p>
    <w:p w14:paraId="3FF4575C" w14:textId="77777777" w:rsidR="00506A7D" w:rsidRDefault="00EC4A11">
      <w:pPr>
        <w:pStyle w:val="ListBullet"/>
      </w:pPr>
      <w:proofErr w:type="spellStart"/>
      <w:r>
        <w:t>Bộ</w:t>
      </w:r>
      <w:proofErr w:type="spellEnd"/>
      <w:r>
        <w:t xml:space="preserve"> prompt </w:t>
      </w:r>
      <w:proofErr w:type="spellStart"/>
      <w:r>
        <w:t>có</w:t>
      </w:r>
      <w:proofErr w:type="spellEnd"/>
      <w:r>
        <w:t xml:space="preserve"> chia </w:t>
      </w:r>
      <w:proofErr w:type="spellStart"/>
      <w:r>
        <w:t>nhỏ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ra.</w:t>
      </w:r>
      <w:proofErr w:type="spellEnd"/>
    </w:p>
    <w:p w14:paraId="1BC843A9" w14:textId="77777777" w:rsidR="00506A7D" w:rsidRDefault="00EC4A11">
      <w:pPr>
        <w:pStyle w:val="ListBullet"/>
      </w:pPr>
      <w:r>
        <w:t xml:space="preserve">Nhật </w:t>
      </w:r>
      <w:proofErr w:type="spellStart"/>
      <w:r>
        <w:t>kí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, so </w:t>
      </w:r>
      <w:proofErr w:type="spellStart"/>
      <w:r>
        <w:t>sánh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prompt.</w:t>
      </w:r>
    </w:p>
    <w:p w14:paraId="6CD858B3" w14:textId="77777777" w:rsidR="00506A7D" w:rsidRDefault="00EC4A11">
      <w:pPr>
        <w:pStyle w:val="ListBullet"/>
      </w:pPr>
      <w:proofErr w:type="spellStart"/>
      <w:r>
        <w:t>Bảng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AI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huống</w:t>
      </w:r>
      <w:proofErr w:type="spellEnd"/>
      <w:r>
        <w:t>.</w:t>
      </w:r>
    </w:p>
    <w:p w14:paraId="42CFAE9B" w14:textId="77777777" w:rsidR="00506A7D" w:rsidRDefault="00EC4A11">
      <w:pPr>
        <w:keepNext/>
        <w:spacing w:before="200"/>
        <w:jc w:val="left"/>
      </w:pPr>
      <w:r>
        <w:rPr>
          <w:b/>
          <w:sz w:val="28"/>
        </w:rPr>
        <w:t xml:space="preserve">PL11.5.3. </w:t>
      </w:r>
      <w:proofErr w:type="spellStart"/>
      <w:r>
        <w:rPr>
          <w:b/>
          <w:sz w:val="28"/>
        </w:rPr>
        <w:t>Tư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liệu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của</w:t>
      </w:r>
      <w:proofErr w:type="spellEnd"/>
      <w:r>
        <w:rPr>
          <w:b/>
          <w:sz w:val="28"/>
        </w:rPr>
        <w:t xml:space="preserve"> GV: </w:t>
      </w:r>
      <w:proofErr w:type="spellStart"/>
      <w:r>
        <w:rPr>
          <w:b/>
          <w:sz w:val="28"/>
        </w:rPr>
        <w:t>Tình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huống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mở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đầu</w:t>
      </w:r>
      <w:proofErr w:type="spellEnd"/>
      <w:r>
        <w:rPr>
          <w:b/>
          <w:sz w:val="28"/>
        </w:rPr>
        <w:t xml:space="preserve">, </w:t>
      </w:r>
      <w:proofErr w:type="spellStart"/>
      <w:r>
        <w:rPr>
          <w:b/>
          <w:sz w:val="28"/>
        </w:rPr>
        <w:t>thẻ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mô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phỏng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dự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phòng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và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dẫn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chứng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thực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tế</w:t>
      </w:r>
      <w:proofErr w:type="spellEnd"/>
    </w:p>
    <w:p w14:paraId="346A5995" w14:textId="77777777" w:rsidR="00506A7D" w:rsidRDefault="00EC4A11">
      <w:proofErr w:type="spellStart"/>
      <w:r>
        <w:rPr>
          <w:b/>
        </w:rPr>
        <w:t>Cách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dùng</w:t>
      </w:r>
      <w:proofErr w:type="spellEnd"/>
      <w:r>
        <w:rPr>
          <w:b/>
        </w:rPr>
        <w:t>:</w:t>
      </w:r>
      <w:r>
        <w:t xml:space="preserve"> 1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dành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GV (</w:t>
      </w:r>
      <w:proofErr w:type="spellStart"/>
      <w:r>
        <w:t>khoảng</w:t>
      </w:r>
      <w:proofErr w:type="spellEnd"/>
      <w:r>
        <w:t xml:space="preserve"> 1–2 </w:t>
      </w:r>
      <w:proofErr w:type="spellStart"/>
      <w:r>
        <w:t>trang</w:t>
      </w:r>
      <w:proofErr w:type="spellEnd"/>
      <w:r>
        <w:t xml:space="preserve"> A4).</w:t>
      </w:r>
    </w:p>
    <w:p w14:paraId="6EFB8AD5" w14:textId="77777777" w:rsidR="00506A7D" w:rsidRDefault="00EC4A11">
      <w:pPr>
        <w:keepNext/>
        <w:spacing w:before="160" w:after="60"/>
        <w:jc w:val="left"/>
      </w:pPr>
      <w:r>
        <w:rPr>
          <w:b/>
        </w:rPr>
        <w:t xml:space="preserve">1. </w:t>
      </w:r>
      <w:proofErr w:type="spellStart"/>
      <w:r>
        <w:rPr>
          <w:b/>
        </w:rPr>
        <w:t>Kịch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huống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Dùng</w:t>
      </w:r>
      <w:proofErr w:type="spellEnd"/>
      <w:r>
        <w:rPr>
          <w:b/>
        </w:rPr>
        <w:t xml:space="preserve"> ở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1 – 5 </w:t>
      </w:r>
      <w:proofErr w:type="spellStart"/>
      <w:r>
        <w:rPr>
          <w:b/>
        </w:rPr>
        <w:t>phút</w:t>
      </w:r>
      <w:proofErr w:type="spellEnd"/>
      <w:r>
        <w:rPr>
          <w:b/>
        </w:rPr>
        <w:t>)</w:t>
      </w:r>
    </w:p>
    <w:p w14:paraId="430A0830" w14:textId="77777777" w:rsidR="00506A7D" w:rsidRDefault="00EC4A11">
      <w:r>
        <w:t xml:space="preserve">Trong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AI, GV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hồi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AI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buộc</w:t>
      </w:r>
      <w:proofErr w:type="spellEnd"/>
      <w:r>
        <w:t>:</w:t>
      </w:r>
    </w:p>
    <w:p w14:paraId="72E8E82F" w14:textId="77777777" w:rsidR="00506A7D" w:rsidRDefault="00EC4A11">
      <w:pPr>
        <w:pStyle w:val="ListBullet"/>
      </w:pPr>
      <w:proofErr w:type="spellStart"/>
      <w:r>
        <w:rPr>
          <w:b/>
        </w:rPr>
        <w:t>Phản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hồi</w:t>
      </w:r>
      <w:proofErr w:type="spellEnd"/>
      <w:r>
        <w:rPr>
          <w:b/>
        </w:rPr>
        <w:t xml:space="preserve"> 1:</w:t>
      </w:r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AI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mâu</w:t>
      </w:r>
      <w:proofErr w:type="spellEnd"/>
      <w:r>
        <w:t xml:space="preserve"> </w:t>
      </w:r>
      <w:proofErr w:type="spellStart"/>
      <w:r>
        <w:t>thuẫn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>.</w:t>
      </w:r>
    </w:p>
    <w:p w14:paraId="6C204F9A" w14:textId="77777777" w:rsidR="00506A7D" w:rsidRDefault="00EC4A11">
      <w:pPr>
        <w:pStyle w:val="ListBullet"/>
      </w:pPr>
      <w:proofErr w:type="spellStart"/>
      <w:r>
        <w:rPr>
          <w:b/>
        </w:rPr>
        <w:t>Phản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hồi</w:t>
      </w:r>
      <w:proofErr w:type="spellEnd"/>
      <w:r>
        <w:rPr>
          <w:b/>
        </w:rPr>
        <w:t xml:space="preserve"> 2:</w:t>
      </w:r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AI chia </w:t>
      </w:r>
      <w:proofErr w:type="spellStart"/>
      <w:r>
        <w:t>nhỏ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thi</w:t>
      </w:r>
      <w:proofErr w:type="spellEnd"/>
      <w:r>
        <w:t>.</w:t>
      </w:r>
    </w:p>
    <w:p w14:paraId="2E9AC2F4" w14:textId="7717BC4E" w:rsidR="00506A7D" w:rsidRDefault="00EC4A11">
      <w:r>
        <w:t xml:space="preserve">GV </w:t>
      </w:r>
      <w:proofErr w:type="spellStart"/>
      <w:r>
        <w:t>đặt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: </w:t>
      </w:r>
      <w:r w:rsidR="00DC68EA">
        <w:t>“</w:t>
      </w:r>
      <w:r>
        <w:t xml:space="preserve">Theo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, </w:t>
      </w:r>
      <w:proofErr w:type="spellStart"/>
      <w:r>
        <w:t>kĩ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hồi</w:t>
      </w:r>
      <w:proofErr w:type="spellEnd"/>
      <w:r>
        <w:t xml:space="preserve"> 2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hơn</w:t>
      </w:r>
      <w:proofErr w:type="spellEnd"/>
      <w:r>
        <w:t>?</w:t>
      </w:r>
      <w:r w:rsidR="00DC68EA">
        <w:t>”</w: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HS </w:t>
      </w:r>
      <w:proofErr w:type="spellStart"/>
      <w:r>
        <w:t>giơ</w:t>
      </w:r>
      <w:proofErr w:type="spellEnd"/>
      <w:r>
        <w:t xml:space="preserve"> </w:t>
      </w:r>
      <w:proofErr w:type="spellStart"/>
      <w:r>
        <w:t>ngón</w:t>
      </w:r>
      <w:proofErr w:type="spellEnd"/>
      <w:r>
        <w:t xml:space="preserve"> </w:t>
      </w:r>
      <w:proofErr w:type="spellStart"/>
      <w:r>
        <w:t>tay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án</w:t>
      </w:r>
      <w:proofErr w:type="spellEnd"/>
      <w:r>
        <w:t>:</w:t>
      </w:r>
    </w:p>
    <w:p w14:paraId="0235D5CC" w14:textId="77777777" w:rsidR="00506A7D" w:rsidRDefault="00EC4A11">
      <w:pPr>
        <w:pStyle w:val="ListBullet"/>
      </w:pPr>
      <w:r>
        <w:t xml:space="preserve">Phương </w:t>
      </w:r>
      <w:proofErr w:type="spellStart"/>
      <w:r>
        <w:t>án</w:t>
      </w:r>
      <w:proofErr w:type="spellEnd"/>
      <w:r>
        <w:t xml:space="preserve"> 1: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kĩ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nào</w:t>
      </w:r>
      <w:proofErr w:type="spellEnd"/>
      <w:r>
        <w:t>.</w:t>
      </w:r>
    </w:p>
    <w:p w14:paraId="6657ADB4" w14:textId="77777777" w:rsidR="00506A7D" w:rsidRDefault="00EC4A11">
      <w:pPr>
        <w:pStyle w:val="ListBullet"/>
      </w:pPr>
      <w:r>
        <w:t xml:space="preserve">Phương </w:t>
      </w:r>
      <w:proofErr w:type="spellStart"/>
      <w:r>
        <w:t>án</w:t>
      </w:r>
      <w:proofErr w:type="spellEnd"/>
      <w:r>
        <w:t xml:space="preserve"> 2: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chia </w:t>
      </w:r>
      <w:proofErr w:type="spellStart"/>
      <w:r>
        <w:t>nhỏ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>.</w:t>
      </w:r>
    </w:p>
    <w:p w14:paraId="4CAFADE1" w14:textId="77777777" w:rsidR="00506A7D" w:rsidRDefault="00EC4A11">
      <w:pPr>
        <w:pStyle w:val="ListBullet"/>
      </w:pPr>
      <w:r>
        <w:t xml:space="preserve">Phương </w:t>
      </w:r>
      <w:proofErr w:type="spellStart"/>
      <w:r>
        <w:t>án</w:t>
      </w:r>
      <w:proofErr w:type="spellEnd"/>
      <w:r>
        <w:t xml:space="preserve"> 3: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cường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>.</w:t>
      </w:r>
    </w:p>
    <w:p w14:paraId="0AAE7944" w14:textId="77777777" w:rsidR="00506A7D" w:rsidRDefault="00EC4A11">
      <w:pPr>
        <w:keepNext/>
        <w:spacing w:before="160" w:after="60"/>
        <w:jc w:val="left"/>
      </w:pPr>
      <w:r>
        <w:rPr>
          <w:b/>
        </w:rPr>
        <w:t xml:space="preserve">2. </w:t>
      </w:r>
      <w:proofErr w:type="spellStart"/>
      <w:r>
        <w:rPr>
          <w:b/>
        </w:rPr>
        <w:t>Bảng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thẻ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mô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phỏng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phòng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vào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Xử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lí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Dùng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3)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498"/>
        <w:gridCol w:w="2497"/>
        <w:gridCol w:w="2497"/>
        <w:gridCol w:w="2497"/>
      </w:tblGrid>
      <w:tr w:rsidR="00506A7D" w14:paraId="49FC89AF" w14:textId="77777777" w:rsidTr="00EF18B7">
        <w:trPr>
          <w:cantSplit/>
          <w:tblHeader/>
          <w:jc w:val="center"/>
        </w:trPr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26EE816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Tình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huống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Yêu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đầu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vào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3CA91A5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Dữ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liệu</w:t>
            </w:r>
            <w:proofErr w:type="spellEnd"/>
            <w:r>
              <w:rPr>
                <w:b/>
                <w:sz w:val="24"/>
              </w:rPr>
              <w:t xml:space="preserve"> &amp; </w:t>
            </w:r>
            <w:proofErr w:type="spellStart"/>
            <w:r>
              <w:rPr>
                <w:b/>
                <w:sz w:val="24"/>
              </w:rPr>
              <w:t>quy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tắc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hệ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thống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dùng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42583C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Đầu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của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hệ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thống</w:t>
            </w:r>
            <w:proofErr w:type="spellEnd"/>
            <w:r>
              <w:rPr>
                <w:b/>
                <w:sz w:val="24"/>
              </w:rPr>
              <w:t xml:space="preserve"> AI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53FC1DA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Điểm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cần</w:t>
            </w:r>
            <w:proofErr w:type="spellEnd"/>
            <w:r>
              <w:rPr>
                <w:b/>
                <w:sz w:val="24"/>
              </w:rPr>
              <w:t xml:space="preserve"> con </w:t>
            </w:r>
            <w:proofErr w:type="spellStart"/>
            <w:r>
              <w:rPr>
                <w:b/>
                <w:sz w:val="24"/>
              </w:rPr>
              <w:t>người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tra</w:t>
            </w:r>
            <w:proofErr w:type="spellEnd"/>
          </w:p>
        </w:tc>
      </w:tr>
      <w:tr w:rsidR="00506A7D" w14:paraId="6487B9D2" w14:textId="77777777" w:rsidTr="00EF18B7">
        <w:trPr>
          <w:cantSplit/>
          <w:jc w:val="center"/>
        </w:trPr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83ACEF8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Chatbot </w:t>
            </w:r>
            <w:proofErr w:type="spellStart"/>
            <w:r>
              <w:rPr>
                <w:sz w:val="24"/>
              </w:rPr>
              <w:t>nhắc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nhở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lịch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322FC7B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Định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03C9BE0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Nhắc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nhở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giờ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034CC1F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gian</w:t>
            </w:r>
            <w:proofErr w:type="spellEnd"/>
          </w:p>
        </w:tc>
      </w:tr>
      <w:tr w:rsidR="00506A7D" w14:paraId="7E40CBB6" w14:textId="77777777" w:rsidTr="00EF18B7">
        <w:trPr>
          <w:cantSplit/>
          <w:jc w:val="center"/>
        </w:trPr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5F09118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Cảm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sáng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8FB1D76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biểu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mức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sáng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4A6063F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Ánh </w:t>
            </w:r>
            <w:proofErr w:type="spellStart"/>
            <w:r>
              <w:rPr>
                <w:sz w:val="24"/>
              </w:rPr>
              <w:t>sáng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biểu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04A5237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sáng</w:t>
            </w:r>
            <w:proofErr w:type="spellEnd"/>
          </w:p>
        </w:tc>
      </w:tr>
      <w:tr w:rsidR="00506A7D" w14:paraId="49747339" w14:textId="77777777" w:rsidTr="00EF18B7">
        <w:trPr>
          <w:cantSplit/>
          <w:jc w:val="center"/>
        </w:trPr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6D40D1D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Nhận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khuôn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mặt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007DF16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ảnh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khuôn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mặt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90628C2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Xác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xác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C56652D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ảnh</w:t>
            </w:r>
            <w:proofErr w:type="spellEnd"/>
          </w:p>
        </w:tc>
      </w:tr>
    </w:tbl>
    <w:p w14:paraId="0F48803A" w14:textId="77777777" w:rsidR="00506A7D" w:rsidRDefault="00EC4A11">
      <w:pPr>
        <w:keepNext/>
        <w:spacing w:before="160" w:after="60"/>
        <w:jc w:val="left"/>
      </w:pPr>
      <w:r>
        <w:rPr>
          <w:b/>
        </w:rPr>
        <w:t xml:space="preserve">3. </w:t>
      </w:r>
      <w:proofErr w:type="spellStart"/>
      <w:r>
        <w:rPr>
          <w:b/>
        </w:rPr>
        <w:t>Dẫn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tế</w:t>
      </w:r>
      <w:proofErr w:type="spellEnd"/>
      <w:r>
        <w:rPr>
          <w:b/>
        </w:rPr>
        <w:t xml:space="preserve"> an </w:t>
      </w:r>
      <w:proofErr w:type="spellStart"/>
      <w:r>
        <w:rPr>
          <w:b/>
        </w:rPr>
        <w:t>toàn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gợi</w:t>
      </w:r>
      <w:proofErr w:type="spellEnd"/>
      <w:r>
        <w:rPr>
          <w:b/>
        </w:rPr>
        <w:t xml:space="preserve"> ý </w:t>
      </w:r>
      <w:proofErr w:type="spellStart"/>
      <w:r>
        <w:rPr>
          <w:b/>
        </w:rPr>
        <w:t>điều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chỉnh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miền</w:t>
      </w:r>
      <w:proofErr w:type="spellEnd"/>
    </w:p>
    <w:p w14:paraId="6B6BEB4A" w14:textId="77777777" w:rsidR="00506A7D" w:rsidRDefault="00EC4A11">
      <w:proofErr w:type="spellStart"/>
      <w:r>
        <w:t>Một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ở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AI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AI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kiệm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. Ở </w:t>
      </w:r>
      <w:proofErr w:type="spellStart"/>
      <w:r>
        <w:t>vùng</w:t>
      </w:r>
      <w:proofErr w:type="spellEnd"/>
      <w:r>
        <w:t xml:space="preserve"> </w:t>
      </w:r>
      <w:proofErr w:type="spellStart"/>
      <w:r>
        <w:t>nông</w:t>
      </w:r>
      <w:proofErr w:type="spellEnd"/>
      <w:r>
        <w:t xml:space="preserve"> </w:t>
      </w:r>
      <w:proofErr w:type="spellStart"/>
      <w:r>
        <w:t>thôn</w:t>
      </w:r>
      <w:proofErr w:type="spellEnd"/>
      <w:r>
        <w:t xml:space="preserve">, GV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AI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hoá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tưới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nông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kiệm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cây</w:t>
      </w:r>
      <w:proofErr w:type="spellEnd"/>
      <w:r>
        <w:t xml:space="preserve"> </w:t>
      </w:r>
      <w:proofErr w:type="spellStart"/>
      <w:r>
        <w:t>trồng</w:t>
      </w:r>
      <w:proofErr w:type="spellEnd"/>
      <w:r>
        <w:t>.</w:t>
      </w:r>
    </w:p>
    <w:p w14:paraId="262E54E5" w14:textId="77777777" w:rsidR="00506A7D" w:rsidRDefault="00EC4A11">
      <w:r>
        <w:br w:type="page"/>
      </w:r>
    </w:p>
    <w:p w14:paraId="5A7B94F4" w14:textId="77777777" w:rsidR="00506A7D" w:rsidRDefault="00EC4A11">
      <w:pPr>
        <w:keepNext/>
        <w:spacing w:before="200"/>
        <w:jc w:val="left"/>
      </w:pPr>
      <w:r>
        <w:rPr>
          <w:b/>
          <w:sz w:val="28"/>
        </w:rPr>
        <w:t xml:space="preserve">PL11.5.4. </w:t>
      </w:r>
      <w:proofErr w:type="spellStart"/>
      <w:r>
        <w:rPr>
          <w:b/>
          <w:sz w:val="28"/>
        </w:rPr>
        <w:t>Đáp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án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tham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khảo</w:t>
      </w:r>
      <w:proofErr w:type="spellEnd"/>
      <w:r>
        <w:rPr>
          <w:b/>
          <w:sz w:val="28"/>
        </w:rPr>
        <w:t xml:space="preserve">, </w:t>
      </w:r>
      <w:proofErr w:type="spellStart"/>
      <w:r>
        <w:rPr>
          <w:b/>
          <w:sz w:val="28"/>
        </w:rPr>
        <w:t>gợi</w:t>
      </w:r>
      <w:proofErr w:type="spellEnd"/>
      <w:r>
        <w:rPr>
          <w:b/>
          <w:sz w:val="28"/>
        </w:rPr>
        <w:t xml:space="preserve"> ý </w:t>
      </w:r>
      <w:proofErr w:type="spellStart"/>
      <w:r>
        <w:rPr>
          <w:b/>
          <w:sz w:val="28"/>
        </w:rPr>
        <w:t>hỗ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trợ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và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mô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tả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mức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đánh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giá</w:t>
      </w:r>
      <w:proofErr w:type="spellEnd"/>
      <w:r>
        <w:rPr>
          <w:b/>
          <w:sz w:val="28"/>
        </w:rPr>
        <w:t xml:space="preserve"> (</w:t>
      </w:r>
      <w:proofErr w:type="spellStart"/>
      <w:r>
        <w:rPr>
          <w:b/>
          <w:sz w:val="28"/>
        </w:rPr>
        <w:t>Dành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cho</w:t>
      </w:r>
      <w:proofErr w:type="spellEnd"/>
      <w:r>
        <w:rPr>
          <w:b/>
          <w:sz w:val="28"/>
        </w:rPr>
        <w:t xml:space="preserve"> GV)</w:t>
      </w:r>
    </w:p>
    <w:p w14:paraId="520E4495" w14:textId="77777777" w:rsidR="00506A7D" w:rsidRDefault="00EC4A11">
      <w:r>
        <w:rPr>
          <w:i/>
        </w:rPr>
        <w:t xml:space="preserve">(Lưu ý </w:t>
      </w:r>
      <w:proofErr w:type="spellStart"/>
      <w:r>
        <w:rPr>
          <w:i/>
        </w:rPr>
        <w:t>chung</w:t>
      </w:r>
      <w:proofErr w:type="spellEnd"/>
      <w:r>
        <w:rPr>
          <w:i/>
        </w:rPr>
        <w:t xml:space="preserve">: Các </w:t>
      </w:r>
      <w:proofErr w:type="spellStart"/>
      <w:r>
        <w:rPr>
          <w:i/>
        </w:rPr>
        <w:t>đáp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án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dưới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đây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là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mức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tham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khảo</w:t>
      </w:r>
      <w:proofErr w:type="spellEnd"/>
      <w:r>
        <w:rPr>
          <w:i/>
        </w:rPr>
        <w:t xml:space="preserve">; GV </w:t>
      </w:r>
      <w:proofErr w:type="spellStart"/>
      <w:r>
        <w:rPr>
          <w:i/>
        </w:rPr>
        <w:t>chấp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nhận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cách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diễn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đạt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hoặc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phương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án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khác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của</w:t>
      </w:r>
      <w:proofErr w:type="spellEnd"/>
      <w:r>
        <w:rPr>
          <w:i/>
        </w:rPr>
        <w:t xml:space="preserve"> HS </w:t>
      </w:r>
      <w:proofErr w:type="spellStart"/>
      <w:r>
        <w:rPr>
          <w:i/>
        </w:rPr>
        <w:t>nếu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lập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luận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có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căn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cứ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hợp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lí</w:t>
      </w:r>
      <w:proofErr w:type="spellEnd"/>
      <w:r>
        <w:rPr>
          <w:i/>
        </w:rPr>
        <w:t>).</w:t>
      </w:r>
    </w:p>
    <w:p w14:paraId="0869F035" w14:textId="77777777" w:rsidR="00506A7D" w:rsidRDefault="00EC4A11">
      <w:pPr>
        <w:keepNext/>
        <w:spacing w:before="160" w:after="60"/>
        <w:jc w:val="left"/>
      </w:pPr>
      <w:r>
        <w:rPr>
          <w:b/>
        </w:rPr>
        <w:t xml:space="preserve">1. </w:t>
      </w:r>
      <w:proofErr w:type="spellStart"/>
      <w:r>
        <w:rPr>
          <w:b/>
        </w:rPr>
        <w:t>Giải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(HĐ 1)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 (</w:t>
      </w:r>
      <w:proofErr w:type="spellStart"/>
      <w:r>
        <w:rPr>
          <w:b/>
        </w:rPr>
        <w:t>Phiếu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nhóm</w:t>
      </w:r>
      <w:proofErr w:type="spellEnd"/>
      <w:r>
        <w:rPr>
          <w:b/>
        </w:rPr>
        <w:t xml:space="preserve"> 11.5.2)</w:t>
      </w:r>
    </w:p>
    <w:p w14:paraId="6330E031" w14:textId="77777777" w:rsidR="00506A7D" w:rsidRDefault="00EC4A11">
      <w:proofErr w:type="spellStart"/>
      <w:r>
        <w:rPr>
          <w:b/>
        </w:rPr>
        <w:t>Giải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đầu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hồi</w:t>
      </w:r>
      <w:proofErr w:type="spellEnd"/>
      <w:r>
        <w:t xml:space="preserve"> 2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kĩ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chia </w:t>
      </w:r>
      <w:proofErr w:type="spellStart"/>
      <w:r>
        <w:t>nhỏ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hơn</w:t>
      </w:r>
      <w:proofErr w:type="spellEnd"/>
      <w:r>
        <w:t>.</w:t>
      </w:r>
    </w:p>
    <w:p w14:paraId="6515A7D1" w14:textId="77777777" w:rsidR="00506A7D" w:rsidRDefault="00EC4A11"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 (HĐ 2.1):</w:t>
      </w:r>
    </w:p>
    <w:p w14:paraId="0AD3EBF9" w14:textId="77777777" w:rsidR="00506A7D" w:rsidRDefault="00EC4A11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1:</w:t>
      </w:r>
      <w:r>
        <w:t xml:space="preserve"> </w:t>
      </w:r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- Định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>.</w:t>
      </w:r>
    </w:p>
    <w:p w14:paraId="7F106A46" w14:textId="77777777" w:rsidR="00506A7D" w:rsidRDefault="00EC4A11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2:</w:t>
      </w:r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 - Chia </w:t>
      </w:r>
      <w:proofErr w:type="spellStart"/>
      <w:r>
        <w:t>nhỏ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>.</w:t>
      </w:r>
    </w:p>
    <w:p w14:paraId="33C9EFD3" w14:textId="77777777" w:rsidR="00506A7D" w:rsidRDefault="00EC4A11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3:</w:t>
      </w:r>
      <w:r>
        <w:t xml:space="preserve"> </w:t>
      </w:r>
      <w:proofErr w:type="spellStart"/>
      <w:r>
        <w:t>Đặt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chatbot -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>.</w:t>
      </w:r>
    </w:p>
    <w:p w14:paraId="650236CF" w14:textId="77777777" w:rsidR="00506A7D" w:rsidRDefault="00EC4A11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4:</w:t>
      </w:r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ngôn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chatbot -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ngôn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nhiên</w:t>
      </w:r>
      <w:proofErr w:type="spellEnd"/>
      <w:r>
        <w:t>.</w:t>
      </w:r>
    </w:p>
    <w:p w14:paraId="20FD9624" w14:textId="77777777" w:rsidR="00506A7D" w:rsidRDefault="00EC4A11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5:</w:t>
      </w:r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AI - Thị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tính</w:t>
      </w:r>
      <w:proofErr w:type="spellEnd"/>
      <w:r>
        <w:t>.</w:t>
      </w:r>
    </w:p>
    <w:p w14:paraId="3B75AEFB" w14:textId="77777777" w:rsidR="00506A7D" w:rsidRDefault="00EC4A11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6:</w:t>
      </w:r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âm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AI -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âm</w:t>
      </w:r>
      <w:proofErr w:type="spellEnd"/>
      <w:r>
        <w:t xml:space="preserve"> </w:t>
      </w:r>
      <w:proofErr w:type="spellStart"/>
      <w:r>
        <w:t>thanh</w:t>
      </w:r>
      <w:proofErr w:type="spellEnd"/>
      <w:r>
        <w:t>.</w:t>
      </w:r>
    </w:p>
    <w:p w14:paraId="2CC6AD19" w14:textId="77777777" w:rsidR="00506A7D" w:rsidRDefault="00EC4A11">
      <w:proofErr w:type="spellStart"/>
      <w:r>
        <w:rPr>
          <w:b/>
        </w:rPr>
        <w:t>Gợi</w:t>
      </w:r>
      <w:proofErr w:type="spellEnd"/>
      <w:r>
        <w:rPr>
          <w:b/>
        </w:rPr>
        <w:t xml:space="preserve"> ý </w:t>
      </w:r>
      <w:proofErr w:type="spellStart"/>
      <w:r>
        <w:rPr>
          <w:b/>
        </w:rPr>
        <w:t>hỗ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trợ</w:t>
      </w:r>
      <w:proofErr w:type="spellEnd"/>
      <w:r>
        <w:rPr>
          <w:b/>
        </w:rPr>
        <w:t>:</w:t>
      </w:r>
    </w:p>
    <w:p w14:paraId="5CEB70B9" w14:textId="29DCA9D4" w:rsidR="00506A7D" w:rsidRDefault="00EC4A11">
      <w:pPr>
        <w:pStyle w:val="ListBullet"/>
      </w:pP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1:</w:t>
      </w:r>
      <w:r>
        <w:t xml:space="preserve"> </w:t>
      </w:r>
      <w:r w:rsidR="00DC68EA">
        <w:t>“</w:t>
      </w:r>
      <w:r>
        <w:t xml:space="preserve">Em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chia </w:t>
      </w:r>
      <w:proofErr w:type="spellStart"/>
      <w:r>
        <w:t>nhỏ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không</w:t>
      </w:r>
      <w:proofErr w:type="spellEnd"/>
      <w:r>
        <w:t>?</w:t>
      </w:r>
      <w:r w:rsidR="00DC68EA">
        <w:t>”</w:t>
      </w:r>
    </w:p>
    <w:p w14:paraId="4F503E7A" w14:textId="361D6AE1" w:rsidR="00506A7D" w:rsidRDefault="00EC4A11">
      <w:pPr>
        <w:pStyle w:val="ListBullet"/>
      </w:pP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2:</w:t>
      </w:r>
      <w:r>
        <w:t xml:space="preserve"> </w:t>
      </w:r>
      <w:r w:rsidR="00DC68EA">
        <w:t>“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xảy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>?</w:t>
      </w:r>
      <w:r w:rsidR="00DC68EA">
        <w:t>”</w:t>
      </w:r>
    </w:p>
    <w:p w14:paraId="54799CEB" w14:textId="77777777" w:rsidR="00506A7D" w:rsidRDefault="00EC4A11">
      <w:pPr>
        <w:keepNext/>
        <w:spacing w:before="160" w:after="60"/>
        <w:jc w:val="left"/>
      </w:pPr>
      <w:r>
        <w:rPr>
          <w:b/>
        </w:rPr>
        <w:t xml:space="preserve">2. </w:t>
      </w: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3 (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 C – </w:t>
      </w:r>
      <w:proofErr w:type="spellStart"/>
      <w:r>
        <w:rPr>
          <w:b/>
        </w:rPr>
        <w:t>Thử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luyện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nhóm</w:t>
      </w:r>
      <w:proofErr w:type="spellEnd"/>
      <w:r>
        <w:rPr>
          <w:b/>
        </w:rPr>
        <w:t xml:space="preserve"> &amp;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rộng</w:t>
      </w:r>
      <w:proofErr w:type="spellEnd"/>
      <w:r>
        <w:rPr>
          <w:b/>
        </w:rPr>
        <w:t>)</w:t>
      </w:r>
    </w:p>
    <w:p w14:paraId="5885D1F7" w14:textId="77777777" w:rsidR="00506A7D" w:rsidRDefault="00EC4A11">
      <w:r>
        <w:rPr>
          <w:b/>
        </w:rPr>
        <w:t xml:space="preserve">Ca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hành</w:t>
      </w:r>
      <w:proofErr w:type="spellEnd"/>
      <w:r>
        <w:rPr>
          <w:b/>
        </w:rPr>
        <w:t xml:space="preserve"> 1: Chatbot </w:t>
      </w:r>
      <w:proofErr w:type="spellStart"/>
      <w:r>
        <w:rPr>
          <w:b/>
        </w:rPr>
        <w:t>nhắc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lịch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</w:p>
    <w:p w14:paraId="20D4CE78" w14:textId="77777777" w:rsidR="00506A7D" w:rsidRDefault="00EC4A11">
      <w:pPr>
        <w:pStyle w:val="ListBullet"/>
      </w:pPr>
      <w:proofErr w:type="spellStart"/>
      <w:r>
        <w:rPr>
          <w:b/>
        </w:rPr>
        <w:t>Lỗi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>.</w:t>
      </w:r>
    </w:p>
    <w:p w14:paraId="1F018DFD" w14:textId="77777777" w:rsidR="00506A7D" w:rsidRDefault="00EC4A11">
      <w:pPr>
        <w:pStyle w:val="ListBullet"/>
      </w:pPr>
      <w:proofErr w:type="spellStart"/>
      <w:r>
        <w:rPr>
          <w:b/>
        </w:rPr>
        <w:t>Bằng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chứng</w:t>
      </w:r>
      <w:proofErr w:type="spellEnd"/>
      <w:r>
        <w:rPr>
          <w:b/>
        </w:rPr>
        <w:t>:</w:t>
      </w:r>
      <w:r>
        <w:t xml:space="preserve"> Chatbot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giờ</w:t>
      </w:r>
      <w:proofErr w:type="spellEnd"/>
      <w:r>
        <w:t>.</w:t>
      </w:r>
    </w:p>
    <w:p w14:paraId="19B0E5D3" w14:textId="77777777" w:rsidR="00506A7D" w:rsidRDefault="00EC4A11">
      <w:pPr>
        <w:pStyle w:val="ListBullet"/>
      </w:pPr>
      <w:proofErr w:type="spellStart"/>
      <w:r>
        <w:rPr>
          <w:b/>
        </w:rPr>
        <w:t>Cách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khắc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phục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>.</w:t>
      </w:r>
    </w:p>
    <w:p w14:paraId="326D8AFF" w14:textId="77777777" w:rsidR="00506A7D" w:rsidRDefault="00EC4A11">
      <w:r>
        <w:rPr>
          <w:b/>
        </w:rPr>
        <w:t xml:space="preserve">Ca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hành</w:t>
      </w:r>
      <w:proofErr w:type="spellEnd"/>
      <w:r>
        <w:rPr>
          <w:b/>
        </w:rPr>
        <w:t xml:space="preserve"> 2: </w:t>
      </w:r>
      <w:proofErr w:type="spellStart"/>
      <w:r>
        <w:rPr>
          <w:b/>
        </w:rPr>
        <w:t>Cảm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điều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chỉnh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sáng</w:t>
      </w:r>
      <w:proofErr w:type="spellEnd"/>
    </w:p>
    <w:p w14:paraId="2F7A2D15" w14:textId="77777777" w:rsidR="00506A7D" w:rsidRDefault="00EC4A11">
      <w:pPr>
        <w:pStyle w:val="ListBullet"/>
      </w:pPr>
      <w:proofErr w:type="spellStart"/>
      <w:r>
        <w:rPr>
          <w:b/>
        </w:rPr>
        <w:t>Lỗi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sáng</w:t>
      </w:r>
      <w:proofErr w:type="spellEnd"/>
      <w:r>
        <w:t>.</w:t>
      </w:r>
    </w:p>
    <w:p w14:paraId="7D204D4D" w14:textId="77777777" w:rsidR="00506A7D" w:rsidRDefault="00EC4A11">
      <w:pPr>
        <w:pStyle w:val="ListBullet"/>
      </w:pPr>
      <w:proofErr w:type="spellStart"/>
      <w:r>
        <w:rPr>
          <w:b/>
        </w:rPr>
        <w:t>Bằng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chứng</w:t>
      </w:r>
      <w:proofErr w:type="spellEnd"/>
      <w:r>
        <w:rPr>
          <w:b/>
        </w:rPr>
        <w:t>:</w:t>
      </w:r>
      <w:r>
        <w:t xml:space="preserve"> Ánh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biểu</w:t>
      </w:r>
      <w:proofErr w:type="spellEnd"/>
      <w:r>
        <w:t>.</w:t>
      </w:r>
    </w:p>
    <w:p w14:paraId="5B427889" w14:textId="77777777" w:rsidR="00506A7D" w:rsidRDefault="00EC4A11">
      <w:pPr>
        <w:pStyle w:val="ListBullet"/>
      </w:pPr>
      <w:proofErr w:type="spellStart"/>
      <w:r>
        <w:rPr>
          <w:b/>
        </w:rPr>
        <w:t>Cách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khắc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phục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xuyên</w:t>
      </w:r>
      <w:proofErr w:type="spellEnd"/>
      <w:r>
        <w:t>.</w:t>
      </w:r>
    </w:p>
    <w:p w14:paraId="2016F976" w14:textId="007FCF44" w:rsidR="00506A7D" w:rsidRDefault="00EC4A11"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rộng</w:t>
      </w:r>
      <w:proofErr w:type="spellEnd"/>
      <w:r>
        <w:rPr>
          <w:b/>
        </w:rPr>
        <w:t>:</w:t>
      </w:r>
      <w:r>
        <w:t xml:space="preserve"> </w:t>
      </w:r>
      <w:r w:rsidR="00DC68EA">
        <w:t>“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xảy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AI?</w:t>
      </w:r>
      <w:r w:rsidR="00DC68EA">
        <w:t>”</w:t>
      </w:r>
    </w:p>
    <w:p w14:paraId="2C6CE79B" w14:textId="77777777" w:rsidR="00506A7D" w:rsidRDefault="00EC4A11">
      <w:pPr>
        <w:keepNext/>
        <w:spacing w:before="160" w:after="60"/>
        <w:jc w:val="left"/>
      </w:pPr>
      <w:r>
        <w:rPr>
          <w:b/>
        </w:rPr>
        <w:t xml:space="preserve">3. </w:t>
      </w:r>
      <w:proofErr w:type="spellStart"/>
      <w:r>
        <w:rPr>
          <w:b/>
        </w:rPr>
        <w:t>Sản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phẩm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làm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4 (</w:t>
      </w:r>
      <w:proofErr w:type="spellStart"/>
      <w:r>
        <w:rPr>
          <w:b/>
        </w:rPr>
        <w:t>Phiếu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>
        <w:rPr>
          <w:b/>
        </w:rPr>
        <w:t xml:space="preserve"> 11.5.1)</w:t>
      </w:r>
    </w:p>
    <w:p w14:paraId="68FDE093" w14:textId="77777777" w:rsidR="00506A7D" w:rsidRDefault="00EC4A11"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làm</w:t>
      </w:r>
      <w:proofErr w:type="spellEnd"/>
      <w:r>
        <w:rPr>
          <w:b/>
        </w:rPr>
        <w:t>: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3268"/>
        <w:gridCol w:w="6721"/>
      </w:tblGrid>
      <w:tr w:rsidR="00506A7D" w14:paraId="252B14B1" w14:textId="77777777" w:rsidTr="00D11F24">
        <w:trPr>
          <w:cantSplit/>
          <w:tblHeader/>
          <w:jc w:val="center"/>
        </w:trPr>
        <w:tc>
          <w:tcPr>
            <w:tcW w:w="163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9D5B3D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Mục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nhiệm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vụ</w:t>
            </w:r>
            <w:proofErr w:type="spellEnd"/>
          </w:p>
        </w:tc>
        <w:tc>
          <w:tcPr>
            <w:tcW w:w="336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5C22C52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Phần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bài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làm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của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em</w:t>
            </w:r>
            <w:proofErr w:type="spellEnd"/>
          </w:p>
        </w:tc>
      </w:tr>
      <w:tr w:rsidR="00506A7D" w14:paraId="7CE7E423" w14:textId="77777777" w:rsidTr="00D11F24">
        <w:trPr>
          <w:cantSplit/>
          <w:jc w:val="center"/>
        </w:trPr>
        <w:tc>
          <w:tcPr>
            <w:tcW w:w="163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0C5880C" w14:textId="77777777" w:rsidR="00506A7D" w:rsidRDefault="00EC4A11">
            <w:pPr>
              <w:spacing w:after="40"/>
            </w:pPr>
            <w:r>
              <w:rPr>
                <w:b/>
                <w:sz w:val="24"/>
              </w:rPr>
              <w:t xml:space="preserve">1. </w:t>
            </w:r>
            <w:proofErr w:type="spellStart"/>
            <w:r>
              <w:rPr>
                <w:b/>
                <w:sz w:val="24"/>
              </w:rPr>
              <w:t>Chọn</w:t>
            </w:r>
            <w:proofErr w:type="spellEnd"/>
            <w:r>
              <w:rPr>
                <w:b/>
                <w:sz w:val="24"/>
              </w:rPr>
              <w:t xml:space="preserve"> 1 </w:t>
            </w:r>
            <w:proofErr w:type="spellStart"/>
            <w:r>
              <w:rPr>
                <w:b/>
                <w:sz w:val="24"/>
              </w:rPr>
              <w:t>tình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huống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gũi</w:t>
            </w:r>
            <w:proofErr w:type="spellEnd"/>
          </w:p>
        </w:tc>
        <w:tc>
          <w:tcPr>
            <w:tcW w:w="336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500DB40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A: </w:t>
            </w:r>
            <w:proofErr w:type="spellStart"/>
            <w:r>
              <w:rPr>
                <w:sz w:val="24"/>
              </w:rPr>
              <w:t>Sử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 xml:space="preserve"> chatbot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đặt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lịch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hẹn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khám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bệnh</w:t>
            </w:r>
            <w:proofErr w:type="spellEnd"/>
          </w:p>
        </w:tc>
      </w:tr>
      <w:tr w:rsidR="00506A7D" w14:paraId="083B0DB8" w14:textId="77777777" w:rsidTr="00D11F24">
        <w:trPr>
          <w:cantSplit/>
          <w:jc w:val="center"/>
        </w:trPr>
        <w:tc>
          <w:tcPr>
            <w:tcW w:w="163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7281FC4" w14:textId="77777777" w:rsidR="00506A7D" w:rsidRDefault="00EC4A11">
            <w:pPr>
              <w:spacing w:after="40"/>
            </w:pPr>
            <w:r>
              <w:rPr>
                <w:b/>
                <w:sz w:val="24"/>
              </w:rPr>
              <w:t xml:space="preserve">2. </w:t>
            </w:r>
            <w:proofErr w:type="spellStart"/>
            <w:r>
              <w:rPr>
                <w:b/>
                <w:sz w:val="24"/>
              </w:rPr>
              <w:t>Thiết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kế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một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chuỗi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câu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lệnh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nâng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cao</w:t>
            </w:r>
            <w:proofErr w:type="spellEnd"/>
          </w:p>
        </w:tc>
        <w:tc>
          <w:tcPr>
            <w:tcW w:w="336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9578CFB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buộc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: Định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</w:p>
          <w:p w14:paraId="7EC82670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- Chia </w:t>
            </w:r>
            <w:proofErr w:type="spellStart"/>
            <w:r>
              <w:rPr>
                <w:sz w:val="24"/>
              </w:rPr>
              <w:t>nhỏ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Từng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bước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nhắc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nhở</w:t>
            </w:r>
            <w:proofErr w:type="spellEnd"/>
          </w:p>
          <w:p w14:paraId="5F778BCD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gian</w:t>
            </w:r>
            <w:proofErr w:type="spellEnd"/>
          </w:p>
        </w:tc>
      </w:tr>
      <w:tr w:rsidR="00506A7D" w14:paraId="305C3F4D" w14:textId="77777777" w:rsidTr="00D11F24">
        <w:trPr>
          <w:cantSplit/>
          <w:jc w:val="center"/>
        </w:trPr>
        <w:tc>
          <w:tcPr>
            <w:tcW w:w="163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C8A01F1" w14:textId="77777777" w:rsidR="00506A7D" w:rsidRDefault="00EC4A11">
            <w:pPr>
              <w:spacing w:after="40"/>
            </w:pPr>
            <w:r>
              <w:rPr>
                <w:b/>
                <w:sz w:val="24"/>
              </w:rPr>
              <w:t xml:space="preserve">3. </w:t>
            </w:r>
            <w:proofErr w:type="spellStart"/>
            <w:r>
              <w:rPr>
                <w:b/>
                <w:sz w:val="24"/>
              </w:rPr>
              <w:t>Điểm</w:t>
            </w:r>
            <w:proofErr w:type="spellEnd"/>
            <w:r>
              <w:rPr>
                <w:b/>
                <w:sz w:val="24"/>
              </w:rPr>
              <w:t xml:space="preserve"> con </w:t>
            </w:r>
            <w:proofErr w:type="spellStart"/>
            <w:r>
              <w:rPr>
                <w:b/>
                <w:sz w:val="24"/>
              </w:rPr>
              <w:t>người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soát</w:t>
            </w:r>
            <w:proofErr w:type="spellEnd"/>
            <w:r>
              <w:rPr>
                <w:b/>
                <w:sz w:val="24"/>
              </w:rPr>
              <w:t xml:space="preserve"> /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chứng</w:t>
            </w:r>
            <w:proofErr w:type="spellEnd"/>
          </w:p>
        </w:tc>
        <w:tc>
          <w:tcPr>
            <w:tcW w:w="336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57959EF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Nếu</w:t>
            </w:r>
            <w:proofErr w:type="spellEnd"/>
            <w:r>
              <w:rPr>
                <w:sz w:val="24"/>
              </w:rPr>
              <w:t xml:space="preserve"> con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thì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nhắc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nhở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giờ</w:t>
            </w:r>
            <w:proofErr w:type="spellEnd"/>
            <w:r>
              <w:rPr>
                <w:sz w:val="24"/>
              </w:rPr>
              <w:t>.</w:t>
            </w:r>
          </w:p>
          <w:p w14:paraId="0B7C086F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  <w:r>
              <w:rPr>
                <w:sz w:val="24"/>
              </w:rPr>
              <w:t xml:space="preserve"> an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trước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506A7D" w14:paraId="262FDCA9" w14:textId="77777777" w:rsidTr="00D11F24">
        <w:trPr>
          <w:cantSplit/>
          <w:jc w:val="center"/>
        </w:trPr>
        <w:tc>
          <w:tcPr>
            <w:tcW w:w="163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DF5308E" w14:textId="77777777" w:rsidR="00506A7D" w:rsidRDefault="00EC4A11">
            <w:pPr>
              <w:spacing w:after="40"/>
            </w:pPr>
            <w:r>
              <w:rPr>
                <w:b/>
                <w:sz w:val="24"/>
              </w:rPr>
              <w:t xml:space="preserve">4. Khai </w:t>
            </w:r>
            <w:proofErr w:type="spellStart"/>
            <w:r>
              <w:rPr>
                <w:b/>
                <w:sz w:val="24"/>
              </w:rPr>
              <w:t>báo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dụng</w:t>
            </w:r>
            <w:proofErr w:type="spellEnd"/>
            <w:r>
              <w:rPr>
                <w:b/>
                <w:sz w:val="24"/>
              </w:rPr>
              <w:t xml:space="preserve"> AI</w:t>
            </w:r>
          </w:p>
        </w:tc>
        <w:tc>
          <w:tcPr>
            <w:tcW w:w="336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254B1A5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☐ Em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AI.</w:t>
            </w:r>
          </w:p>
        </w:tc>
      </w:tr>
    </w:tbl>
    <w:p w14:paraId="1676F1EC" w14:textId="77777777" w:rsidR="00506A7D" w:rsidRDefault="00EC4A11">
      <w:pPr>
        <w:keepNext/>
        <w:spacing w:before="160" w:after="60"/>
        <w:jc w:val="left"/>
      </w:pPr>
      <w:r>
        <w:rPr>
          <w:b/>
        </w:rPr>
        <w:t xml:space="preserve">4. </w:t>
      </w:r>
      <w:proofErr w:type="spellStart"/>
      <w:r>
        <w:rPr>
          <w:b/>
        </w:rPr>
        <w:t>Mô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phẩm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của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nhận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xét</w:t>
      </w:r>
      <w:proofErr w:type="spellEnd"/>
      <w:r>
        <w:rPr>
          <w:b/>
        </w:rPr>
        <w:t xml:space="preserve"> (Thông </w:t>
      </w:r>
      <w:proofErr w:type="spellStart"/>
      <w:r>
        <w:rPr>
          <w:b/>
        </w:rPr>
        <w:t>tư</w:t>
      </w:r>
      <w:proofErr w:type="spellEnd"/>
      <w:r>
        <w:rPr>
          <w:b/>
        </w:rPr>
        <w:t xml:space="preserve"> 22/2021/TT-BGDĐT)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710"/>
        <w:gridCol w:w="2759"/>
        <w:gridCol w:w="2759"/>
        <w:gridCol w:w="2761"/>
      </w:tblGrid>
      <w:tr w:rsidR="00506A7D" w14:paraId="0DDD2F0B" w14:textId="77777777" w:rsidTr="00D11F24">
        <w:trPr>
          <w:cantSplit/>
          <w:tblHeader/>
          <w:jc w:val="center"/>
        </w:trPr>
        <w:tc>
          <w:tcPr>
            <w:tcW w:w="85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C2BA45A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Tiêu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chí</w:t>
            </w:r>
            <w:proofErr w:type="spellEnd"/>
            <w:r>
              <w:rPr>
                <w:b/>
                <w:sz w:val="24"/>
              </w:rPr>
              <w:t xml:space="preserve"> (</w:t>
            </w:r>
            <w:proofErr w:type="spellStart"/>
            <w:r>
              <w:rPr>
                <w:b/>
                <w:sz w:val="24"/>
              </w:rPr>
              <w:t>theo</w:t>
            </w:r>
            <w:proofErr w:type="spellEnd"/>
            <w:r>
              <w:rPr>
                <w:b/>
                <w:sz w:val="24"/>
              </w:rPr>
              <w:t xml:space="preserve"> CV 5512)</w:t>
            </w:r>
          </w:p>
        </w:tc>
        <w:tc>
          <w:tcPr>
            <w:tcW w:w="138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14D04AF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Mức</w:t>
            </w:r>
            <w:proofErr w:type="spellEnd"/>
            <w:r>
              <w:rPr>
                <w:b/>
                <w:sz w:val="24"/>
              </w:rPr>
              <w:t xml:space="preserve"> Đạt</w:t>
            </w:r>
          </w:p>
        </w:tc>
        <w:tc>
          <w:tcPr>
            <w:tcW w:w="138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2B98E4E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Mức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Khá</w:t>
            </w:r>
            <w:proofErr w:type="spellEnd"/>
          </w:p>
        </w:tc>
        <w:tc>
          <w:tcPr>
            <w:tcW w:w="138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3953349" w14:textId="77777777" w:rsidR="00506A7D" w:rsidRDefault="00EC4A11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Mức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Tốt</w:t>
            </w:r>
            <w:proofErr w:type="spellEnd"/>
          </w:p>
        </w:tc>
      </w:tr>
      <w:tr w:rsidR="00506A7D" w14:paraId="4ADA8E11" w14:textId="77777777" w:rsidTr="00D11F24">
        <w:trPr>
          <w:cantSplit/>
          <w:jc w:val="center"/>
        </w:trPr>
        <w:tc>
          <w:tcPr>
            <w:tcW w:w="85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9628352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1. </w:t>
            </w:r>
            <w:proofErr w:type="spellStart"/>
            <w:r>
              <w:rPr>
                <w:sz w:val="24"/>
              </w:rPr>
              <w:t>Đáp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 YCCĐ</w:t>
            </w:r>
          </w:p>
        </w:tc>
        <w:tc>
          <w:tcPr>
            <w:tcW w:w="138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354E82F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Xác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kĩ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prompt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nghệ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phù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cầu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8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B5C359A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Hiểu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chất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giải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thích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giữa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kĩ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nghệ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8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B814FAE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Lập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chặt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chẽ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506A7D" w14:paraId="6D42F37E" w14:textId="77777777" w:rsidTr="00D11F24">
        <w:trPr>
          <w:cantSplit/>
          <w:jc w:val="center"/>
        </w:trPr>
        <w:tc>
          <w:tcPr>
            <w:tcW w:w="85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D89036F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2.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biện</w:t>
            </w:r>
            <w:proofErr w:type="spellEnd"/>
          </w:p>
        </w:tc>
        <w:tc>
          <w:tcPr>
            <w:tcW w:w="138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C558A52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rủi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sót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xảy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nếu</w:t>
            </w:r>
            <w:proofErr w:type="spellEnd"/>
            <w:r>
              <w:rPr>
                <w:sz w:val="24"/>
              </w:rPr>
              <w:t xml:space="preserve"> tin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máy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8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8A85332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Chỉ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bằng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đúng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trong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8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C8C4BC1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Đề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lại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gì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đổi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506A7D" w14:paraId="2C1C25E6" w14:textId="77777777" w:rsidTr="00D11F24">
        <w:trPr>
          <w:cantSplit/>
          <w:jc w:val="center"/>
        </w:trPr>
        <w:tc>
          <w:tcPr>
            <w:tcW w:w="85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C841472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3. An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đạo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đức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trách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</w:p>
        </w:tc>
        <w:tc>
          <w:tcPr>
            <w:tcW w:w="138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2113401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; </w:t>
            </w:r>
            <w:proofErr w:type="spellStart"/>
            <w:r>
              <w:rPr>
                <w:sz w:val="24"/>
              </w:rPr>
              <w:t>khai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trung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việc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AI.</w:t>
            </w:r>
          </w:p>
        </w:tc>
        <w:tc>
          <w:tcPr>
            <w:tcW w:w="138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904D4FE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con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quyền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riêng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quan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8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96BEAD1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Chủ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ghép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tắc</w:t>
            </w:r>
            <w:proofErr w:type="spellEnd"/>
            <w:r>
              <w:rPr>
                <w:sz w:val="24"/>
              </w:rPr>
              <w:t xml:space="preserve"> an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giải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506A7D" w14:paraId="1254D249" w14:textId="77777777" w:rsidTr="00D11F24">
        <w:trPr>
          <w:cantSplit/>
          <w:jc w:val="center"/>
        </w:trPr>
        <w:tc>
          <w:tcPr>
            <w:tcW w:w="85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EE6B774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4.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bày</w:t>
            </w:r>
            <w:proofErr w:type="spellEnd"/>
          </w:p>
        </w:tc>
        <w:tc>
          <w:tcPr>
            <w:tcW w:w="138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418C140" w14:textId="77777777" w:rsidR="00506A7D" w:rsidRDefault="00EC4A11">
            <w:pPr>
              <w:spacing w:after="40"/>
            </w:pPr>
            <w:r>
              <w:rPr>
                <w:sz w:val="24"/>
              </w:rPr>
              <w:t xml:space="preserve">Tham </w:t>
            </w:r>
            <w:proofErr w:type="spellStart"/>
            <w:r>
              <w:rPr>
                <w:sz w:val="24"/>
              </w:rPr>
              <w:t>gia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cùng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bạn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8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4BA5B23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Góp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đồng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đẳng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biết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sửa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bằng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bút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màu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hồi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8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C4731F8" w14:textId="77777777" w:rsidR="00506A7D" w:rsidRDefault="00EC4A11">
            <w:pPr>
              <w:spacing w:after="40"/>
            </w:pP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phản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lịch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cứ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hỗ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cùng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14:paraId="26F17D8F" w14:textId="4D603E4B" w:rsidR="00506A7D" w:rsidRDefault="00EC4A11">
      <w:pPr>
        <w:pStyle w:val="ListBullet"/>
      </w:pP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nhận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xét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mức</w:t>
      </w:r>
      <w:proofErr w:type="spellEnd"/>
      <w:r>
        <w:rPr>
          <w:b/>
        </w:rPr>
        <w:t xml:space="preserve"> Đạt:</w:t>
      </w:r>
      <w:r>
        <w:t xml:space="preserve"> </w:t>
      </w:r>
      <w:r w:rsidR="00DC68EA">
        <w:t>“</w:t>
      </w:r>
      <w:proofErr w:type="spellStart"/>
      <w:r>
        <w:t>Bài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kĩ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AI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,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sung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hoạ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>.</w:t>
      </w:r>
      <w:r w:rsidR="00DC68EA">
        <w:t>”</w:t>
      </w:r>
    </w:p>
    <w:p w14:paraId="196AABEC" w14:textId="4DAB0275" w:rsidR="00506A7D" w:rsidRDefault="00EC4A11">
      <w:pPr>
        <w:pStyle w:val="ListBullet"/>
      </w:pP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nhận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xét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mức</w:t>
      </w:r>
      <w:proofErr w:type="spellEnd"/>
      <w:r>
        <w:rPr>
          <w:b/>
        </w:rPr>
        <w:t xml:space="preserve"> Khá:</w:t>
      </w:r>
      <w:r>
        <w:t xml:space="preserve"> </w:t>
      </w:r>
      <w:r w:rsidR="00DC68EA">
        <w:t>“</w:t>
      </w:r>
      <w:r>
        <w:t xml:space="preserve">Em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kĩ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prompt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AI, </w:t>
      </w:r>
      <w:proofErr w:type="spellStart"/>
      <w:r>
        <w:t>hãy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huống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>.</w:t>
      </w:r>
      <w:r w:rsidR="00DC68EA">
        <w:t>”</w:t>
      </w:r>
    </w:p>
    <w:p w14:paraId="67F39A95" w14:textId="70CA183F" w:rsidR="00506A7D" w:rsidRDefault="00EC4A11" w:rsidP="00D11F24">
      <w:pPr>
        <w:pStyle w:val="ListBullet"/>
      </w:pPr>
      <w:proofErr w:type="spellStart"/>
      <w:r w:rsidRPr="00D11F24">
        <w:rPr>
          <w:b/>
        </w:rPr>
        <w:t>Mẫu</w:t>
      </w:r>
      <w:proofErr w:type="spellEnd"/>
      <w:r w:rsidRPr="00D11F24">
        <w:rPr>
          <w:b/>
        </w:rPr>
        <w:t xml:space="preserve"> </w:t>
      </w:r>
      <w:proofErr w:type="spellStart"/>
      <w:r w:rsidRPr="00D11F24">
        <w:rPr>
          <w:b/>
        </w:rPr>
        <w:t>câu</w:t>
      </w:r>
      <w:proofErr w:type="spellEnd"/>
      <w:r w:rsidRPr="00D11F24">
        <w:rPr>
          <w:b/>
        </w:rPr>
        <w:t xml:space="preserve"> </w:t>
      </w:r>
      <w:proofErr w:type="spellStart"/>
      <w:r w:rsidRPr="00D11F24">
        <w:rPr>
          <w:b/>
        </w:rPr>
        <w:t>nhận</w:t>
      </w:r>
      <w:proofErr w:type="spellEnd"/>
      <w:r w:rsidRPr="00D11F24">
        <w:rPr>
          <w:b/>
        </w:rPr>
        <w:t xml:space="preserve"> </w:t>
      </w:r>
      <w:proofErr w:type="spellStart"/>
      <w:r w:rsidRPr="00D11F24">
        <w:rPr>
          <w:b/>
        </w:rPr>
        <w:t>xét</w:t>
      </w:r>
      <w:proofErr w:type="spellEnd"/>
      <w:r w:rsidRPr="00D11F24">
        <w:rPr>
          <w:b/>
        </w:rPr>
        <w:t xml:space="preserve"> </w:t>
      </w:r>
      <w:proofErr w:type="spellStart"/>
      <w:r w:rsidRPr="00D11F24">
        <w:rPr>
          <w:b/>
        </w:rPr>
        <w:t>mức</w:t>
      </w:r>
      <w:proofErr w:type="spellEnd"/>
      <w:r w:rsidRPr="00D11F24">
        <w:rPr>
          <w:b/>
        </w:rPr>
        <w:t xml:space="preserve"> Tốt:</w:t>
      </w:r>
      <w:r>
        <w:t xml:space="preserve"> </w:t>
      </w:r>
      <w:r w:rsidR="00DC68EA">
        <w:t>“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sắc</w:t>
      </w:r>
      <w:proofErr w:type="spellEnd"/>
      <w:r>
        <w:t xml:space="preserve"> </w:t>
      </w:r>
      <w:proofErr w:type="spellStart"/>
      <w:r>
        <w:t>sảo</w:t>
      </w:r>
      <w:proofErr w:type="spellEnd"/>
      <w:r>
        <w:t xml:space="preserve">, </w:t>
      </w:r>
      <w:proofErr w:type="spellStart"/>
      <w:r>
        <w:t>em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an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>.</w:t>
      </w:r>
      <w:r w:rsidR="00DC68EA">
        <w:t>”</w:t>
      </w:r>
      <w:r>
        <w:br w:type="page"/>
      </w:r>
    </w:p>
    <w:p w14:paraId="077E225F" w14:textId="77777777" w:rsidR="00506A7D" w:rsidRDefault="00EC4A11">
      <w:pPr>
        <w:keepNext/>
        <w:spacing w:before="200"/>
        <w:jc w:val="left"/>
      </w:pPr>
      <w:r>
        <w:rPr>
          <w:b/>
          <w:sz w:val="28"/>
        </w:rPr>
        <w:t xml:space="preserve">PL11.5.5. </w:t>
      </w:r>
      <w:proofErr w:type="spellStart"/>
      <w:r>
        <w:rPr>
          <w:b/>
          <w:sz w:val="28"/>
        </w:rPr>
        <w:t>Ghi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chú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chuyên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môn</w:t>
      </w:r>
      <w:proofErr w:type="spellEnd"/>
      <w:r>
        <w:rPr>
          <w:b/>
          <w:sz w:val="28"/>
        </w:rPr>
        <w:t xml:space="preserve">, </w:t>
      </w:r>
      <w:proofErr w:type="spellStart"/>
      <w:r>
        <w:rPr>
          <w:b/>
          <w:sz w:val="28"/>
        </w:rPr>
        <w:t>căn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cứ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pháp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lí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và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lưu</w:t>
      </w:r>
      <w:proofErr w:type="spellEnd"/>
      <w:r>
        <w:rPr>
          <w:b/>
          <w:sz w:val="28"/>
        </w:rPr>
        <w:t xml:space="preserve"> ý </w:t>
      </w:r>
      <w:proofErr w:type="spellStart"/>
      <w:r>
        <w:rPr>
          <w:b/>
          <w:sz w:val="28"/>
        </w:rPr>
        <w:t>sư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phạm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khi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dạy</w:t>
      </w:r>
      <w:proofErr w:type="spellEnd"/>
      <w:r>
        <w:rPr>
          <w:b/>
          <w:sz w:val="28"/>
        </w:rPr>
        <w:t xml:space="preserve"> (</w:t>
      </w:r>
      <w:proofErr w:type="spellStart"/>
      <w:r>
        <w:rPr>
          <w:b/>
          <w:sz w:val="28"/>
        </w:rPr>
        <w:t>Dành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cho</w:t>
      </w:r>
      <w:proofErr w:type="spellEnd"/>
      <w:r>
        <w:rPr>
          <w:b/>
          <w:sz w:val="28"/>
        </w:rPr>
        <w:t xml:space="preserve"> GV)</w:t>
      </w:r>
    </w:p>
    <w:p w14:paraId="0CF93AA1" w14:textId="77777777" w:rsidR="00506A7D" w:rsidRDefault="00EC4A11">
      <w:pPr>
        <w:keepNext/>
        <w:spacing w:before="160" w:after="60"/>
        <w:jc w:val="left"/>
      </w:pPr>
      <w:r>
        <w:rPr>
          <w:b/>
        </w:rPr>
        <w:t xml:space="preserve">1. </w:t>
      </w:r>
      <w:proofErr w:type="spellStart"/>
      <w:r>
        <w:rPr>
          <w:b/>
        </w:rPr>
        <w:t>Giải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thích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chuẩn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GV</w:t>
      </w:r>
    </w:p>
    <w:p w14:paraId="504AFB18" w14:textId="77777777" w:rsidR="00506A7D" w:rsidRDefault="00EC4A11">
      <w:pPr>
        <w:pStyle w:val="ListBullet"/>
      </w:pPr>
      <w:r>
        <w:rPr>
          <w:b/>
        </w:rPr>
        <w:t xml:space="preserve">Prompt </w:t>
      </w:r>
      <w:proofErr w:type="spellStart"/>
      <w:r>
        <w:rPr>
          <w:b/>
        </w:rPr>
        <w:t>nâng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cao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Kĩ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,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chia </w:t>
      </w:r>
      <w:proofErr w:type="spellStart"/>
      <w:r>
        <w:t>nhỏ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AI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hơn</w:t>
      </w:r>
      <w:proofErr w:type="spellEnd"/>
      <w:r>
        <w:t>.</w:t>
      </w:r>
    </w:p>
    <w:p w14:paraId="678FA1EE" w14:textId="77777777" w:rsidR="00506A7D" w:rsidRDefault="00EC4A11">
      <w:pPr>
        <w:pStyle w:val="ListBullet"/>
      </w:pPr>
      <w:proofErr w:type="spellStart"/>
      <w:r>
        <w:rPr>
          <w:b/>
        </w:rPr>
        <w:t>Ràng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buộc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định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dạng</w:t>
      </w:r>
      <w:proofErr w:type="spellEnd"/>
      <w:r>
        <w:rPr>
          <w:b/>
        </w:rPr>
        <w:t>:</w:t>
      </w:r>
      <w:r>
        <w:t xml:space="preserve"> Quy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, </w:t>
      </w:r>
      <w:proofErr w:type="spellStart"/>
      <w:r>
        <w:t>giúp</w:t>
      </w:r>
      <w:proofErr w:type="spellEnd"/>
      <w:r>
        <w:t xml:space="preserve"> AI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>.</w:t>
      </w:r>
    </w:p>
    <w:p w14:paraId="0C441BFA" w14:textId="77777777" w:rsidR="00506A7D" w:rsidRDefault="00EC4A11">
      <w:pPr>
        <w:pStyle w:val="ListBullet"/>
      </w:pPr>
      <w:r>
        <w:rPr>
          <w:b/>
        </w:rPr>
        <w:t xml:space="preserve">Chia </w:t>
      </w:r>
      <w:proofErr w:type="spellStart"/>
      <w:r>
        <w:rPr>
          <w:b/>
        </w:rPr>
        <w:t>nhỏ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vụ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Phân</w:t>
      </w:r>
      <w:proofErr w:type="spellEnd"/>
      <w:r>
        <w:t xml:space="preserve"> chia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nhỏ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AI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>.</w:t>
      </w:r>
    </w:p>
    <w:p w14:paraId="2BF20A9B" w14:textId="77777777" w:rsidR="00506A7D" w:rsidRDefault="00EC4A11">
      <w:pPr>
        <w:pStyle w:val="ListBullet"/>
      </w:pPr>
      <w:r>
        <w:rPr>
          <w:b/>
        </w:rPr>
        <w:t xml:space="preserve">Công </w:t>
      </w:r>
      <w:proofErr w:type="spellStart"/>
      <w:r>
        <w:rPr>
          <w:b/>
        </w:rPr>
        <w:t>nghệ</w:t>
      </w:r>
      <w:proofErr w:type="spellEnd"/>
      <w:r>
        <w:rPr>
          <w:b/>
        </w:rPr>
        <w:t xml:space="preserve"> AI </w:t>
      </w:r>
      <w:proofErr w:type="spellStart"/>
      <w:r>
        <w:rPr>
          <w:b/>
        </w:rPr>
        <w:t>cơ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bản</w:t>
      </w:r>
      <w:proofErr w:type="spellEnd"/>
      <w:r>
        <w:rPr>
          <w:b/>
        </w:rPr>
        <w:t>:</w:t>
      </w:r>
      <w:r>
        <w:t xml:space="preserve"> Các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AI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chatbot,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ngôn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,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>.</w:t>
      </w:r>
    </w:p>
    <w:p w14:paraId="7F8DAC67" w14:textId="77777777" w:rsidR="00506A7D" w:rsidRDefault="00EC4A11">
      <w:pPr>
        <w:keepNext/>
        <w:spacing w:before="160" w:after="60"/>
        <w:jc w:val="left"/>
      </w:pPr>
      <w:r>
        <w:rPr>
          <w:b/>
        </w:rPr>
        <w:t xml:space="preserve">2. </w:t>
      </w:r>
      <w:proofErr w:type="spellStart"/>
      <w:r>
        <w:rPr>
          <w:b/>
        </w:rPr>
        <w:t>Căn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tắc</w:t>
      </w:r>
      <w:proofErr w:type="spellEnd"/>
      <w:r>
        <w:rPr>
          <w:b/>
        </w:rPr>
        <w:t xml:space="preserve"> an </w:t>
      </w:r>
      <w:proofErr w:type="spellStart"/>
      <w:r>
        <w:rPr>
          <w:b/>
        </w:rPr>
        <w:t>toàn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</w:p>
    <w:p w14:paraId="791BF249" w14:textId="77777777" w:rsidR="00506A7D" w:rsidRDefault="00EC4A11">
      <w:pPr>
        <w:pStyle w:val="ListBullet"/>
      </w:pPr>
      <w:r>
        <w:rPr>
          <w:b/>
        </w:rPr>
        <w:t xml:space="preserve">Công </w:t>
      </w:r>
      <w:proofErr w:type="spellStart"/>
      <w:r>
        <w:rPr>
          <w:b/>
        </w:rPr>
        <w:t>văn</w:t>
      </w:r>
      <w:proofErr w:type="spellEnd"/>
      <w:r>
        <w:rPr>
          <w:b/>
        </w:rPr>
        <w:t xml:space="preserve"> 5588/BGDĐT-GDPT:</w:t>
      </w:r>
      <w:r>
        <w:t xml:space="preserve"> Hướng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, </w:t>
      </w:r>
      <w:proofErr w:type="spellStart"/>
      <w:r>
        <w:t>nhấn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AI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an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>.</w:t>
      </w:r>
    </w:p>
    <w:p w14:paraId="402AD8ED" w14:textId="77777777" w:rsidR="00506A7D" w:rsidRDefault="00EC4A11">
      <w:pPr>
        <w:pStyle w:val="ListBullet"/>
      </w:pPr>
      <w:proofErr w:type="spellStart"/>
      <w:r>
        <w:rPr>
          <w:b/>
        </w:rPr>
        <w:t>Luật</w:t>
      </w:r>
      <w:proofErr w:type="spellEnd"/>
      <w:r>
        <w:rPr>
          <w:b/>
        </w:rPr>
        <w:t xml:space="preserve"> Bảo </w:t>
      </w:r>
      <w:proofErr w:type="spellStart"/>
      <w:r>
        <w:rPr>
          <w:b/>
        </w:rPr>
        <w:t>vệ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nhân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số</w:t>
      </w:r>
      <w:proofErr w:type="spellEnd"/>
      <w:r>
        <w:rPr>
          <w:b/>
        </w:rPr>
        <w:t xml:space="preserve"> 91/2025/QH15:</w:t>
      </w:r>
      <w:r>
        <w:t xml:space="preserve"> Quy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thập</w:t>
      </w:r>
      <w:proofErr w:type="spellEnd"/>
      <w:r>
        <w:t xml:space="preserve">, </w:t>
      </w:r>
      <w:proofErr w:type="spellStart"/>
      <w:r>
        <w:t>lưu</w:t>
      </w:r>
      <w:proofErr w:type="spellEnd"/>
      <w:r>
        <w:t xml:space="preserve"> </w:t>
      </w:r>
      <w:proofErr w:type="spellStart"/>
      <w:r>
        <w:t>trữ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ý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>.</w:t>
      </w:r>
    </w:p>
    <w:p w14:paraId="46D0C00F" w14:textId="77777777" w:rsidR="00506A7D" w:rsidRDefault="00EC4A11">
      <w:pPr>
        <w:keepNext/>
        <w:spacing w:before="160" w:after="60"/>
        <w:jc w:val="left"/>
      </w:pPr>
      <w:r>
        <w:rPr>
          <w:b/>
        </w:rPr>
        <w:t xml:space="preserve">3. Các </w:t>
      </w:r>
      <w:proofErr w:type="spellStart"/>
      <w:r>
        <w:rPr>
          <w:b/>
        </w:rPr>
        <w:t>nhầm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lẫn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thường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của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cách</w:t>
      </w:r>
      <w:proofErr w:type="spellEnd"/>
      <w:r>
        <w:rPr>
          <w:b/>
        </w:rPr>
        <w:t xml:space="preserve"> GV </w:t>
      </w:r>
      <w:proofErr w:type="spellStart"/>
      <w:r>
        <w:rPr>
          <w:b/>
        </w:rPr>
        <w:t>tháo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</w:p>
    <w:p w14:paraId="5164CF9F" w14:textId="22230279" w:rsidR="00506A7D" w:rsidRDefault="00EC4A11">
      <w:pPr>
        <w:pStyle w:val="ListBullet"/>
      </w:pPr>
      <w:proofErr w:type="spellStart"/>
      <w:r>
        <w:rPr>
          <w:b/>
        </w:rPr>
        <w:t>Nhầm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lẫn</w:t>
      </w:r>
      <w:proofErr w:type="spellEnd"/>
      <w:r>
        <w:rPr>
          <w:b/>
        </w:rPr>
        <w:t xml:space="preserve"> 1:</w:t>
      </w:r>
      <w:r>
        <w:t xml:space="preserve"> HS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nghĩ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AI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. GV </w:t>
      </w:r>
      <w:proofErr w:type="spellStart"/>
      <w:r>
        <w:t>gợi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: </w:t>
      </w:r>
      <w:r w:rsidR="00DC68EA">
        <w:t>“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xảy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nếu</w:t>
      </w:r>
      <w:proofErr w:type="spellEnd"/>
      <w:r>
        <w:t xml:space="preserve"> AI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?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 ta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chữa</w:t>
      </w:r>
      <w:proofErr w:type="spellEnd"/>
      <w:r>
        <w:t>?</w:t>
      </w:r>
      <w:r w:rsidR="00DC68EA">
        <w:t>”</w:t>
      </w:r>
    </w:p>
    <w:p w14:paraId="237DEE3D" w14:textId="34B116B4" w:rsidR="00506A7D" w:rsidRDefault="00EC4A11">
      <w:pPr>
        <w:pStyle w:val="ListBullet"/>
      </w:pPr>
      <w:proofErr w:type="spellStart"/>
      <w:r>
        <w:rPr>
          <w:b/>
        </w:rPr>
        <w:t>Nhầm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lẫn</w:t>
      </w:r>
      <w:proofErr w:type="spellEnd"/>
      <w:r>
        <w:rPr>
          <w:b/>
        </w:rPr>
        <w:t xml:space="preserve"> 2:</w:t>
      </w:r>
      <w:r>
        <w:t xml:space="preserve"> HS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hiểu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. GV </w:t>
      </w:r>
      <w:proofErr w:type="spellStart"/>
      <w:r>
        <w:t>hỏi</w:t>
      </w:r>
      <w:proofErr w:type="spellEnd"/>
      <w:r>
        <w:t xml:space="preserve">: </w:t>
      </w:r>
      <w:r w:rsidR="00DC68EA">
        <w:t>“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,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nào</w:t>
      </w:r>
      <w:proofErr w:type="spellEnd"/>
      <w:r>
        <w:t>?</w:t>
      </w:r>
      <w:r w:rsidR="00DC68EA">
        <w:t>”</w:t>
      </w:r>
    </w:p>
    <w:p w14:paraId="31296E15" w14:textId="47D2E00E" w:rsidR="00506A7D" w:rsidRDefault="00EC4A11">
      <w:pPr>
        <w:pStyle w:val="ListBullet"/>
      </w:pPr>
      <w:proofErr w:type="spellStart"/>
      <w:r>
        <w:rPr>
          <w:b/>
        </w:rPr>
        <w:t>Nhầm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lẫn</w:t>
      </w:r>
      <w:proofErr w:type="spellEnd"/>
      <w:r>
        <w:rPr>
          <w:b/>
        </w:rPr>
        <w:t xml:space="preserve"> 3:</w:t>
      </w:r>
      <w:r>
        <w:t xml:space="preserve"> HS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biết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chia </w:t>
      </w:r>
      <w:proofErr w:type="spellStart"/>
      <w:r>
        <w:t>nhỏ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. GV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: </w:t>
      </w:r>
      <w:r w:rsidR="00DC68EA">
        <w:t>“</w:t>
      </w:r>
      <w:proofErr w:type="spellStart"/>
      <w:r>
        <w:t>Hãy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 chia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nhỏ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,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gì</w:t>
      </w:r>
      <w:proofErr w:type="spellEnd"/>
      <w:r>
        <w:t>?</w:t>
      </w:r>
      <w:r w:rsidR="00DC68EA">
        <w:t>”</w:t>
      </w:r>
    </w:p>
    <w:p w14:paraId="1D70DFE4" w14:textId="77777777" w:rsidR="00506A7D" w:rsidRDefault="00EC4A11">
      <w:pPr>
        <w:keepNext/>
        <w:spacing w:before="160" w:after="60"/>
        <w:jc w:val="left"/>
      </w:pPr>
      <w:r>
        <w:rPr>
          <w:b/>
        </w:rPr>
        <w:t xml:space="preserve">4. </w:t>
      </w:r>
      <w:proofErr w:type="spellStart"/>
      <w:r>
        <w:rPr>
          <w:b/>
        </w:rPr>
        <w:t>Nối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dạy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tích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hợp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môn</w:t>
      </w:r>
      <w:proofErr w:type="spellEnd"/>
    </w:p>
    <w:p w14:paraId="0E49F384" w14:textId="77777777" w:rsidR="00506A7D" w:rsidRDefault="00EC4A11">
      <w:pPr>
        <w:pStyle w:val="ListBullet"/>
      </w:pPr>
      <w:proofErr w:type="spellStart"/>
      <w:r>
        <w:rPr>
          <w:b/>
        </w:rPr>
        <w:t>Nối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khái</w:t>
      </w:r>
      <w:proofErr w:type="spellEnd"/>
      <w:r>
        <w:t xml:space="preserve"> </w:t>
      </w:r>
      <w:proofErr w:type="spellStart"/>
      <w:r>
        <w:t>niệm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AI,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kĩ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prompt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AI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.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AI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lĩnh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>.</w:t>
      </w:r>
    </w:p>
    <w:p w14:paraId="460FBF95" w14:textId="77777777" w:rsidR="00506A7D" w:rsidRDefault="00EC4A11">
      <w:pPr>
        <w:pStyle w:val="ListBullet"/>
      </w:pPr>
      <w:proofErr w:type="spellStart"/>
      <w:r>
        <w:rPr>
          <w:b/>
        </w:rPr>
        <w:t>Dạy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tiết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, GV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chốt</w:t>
      </w:r>
      <w:proofErr w:type="spellEnd"/>
      <w:r>
        <w:t xml:space="preserve"> ở </w:t>
      </w:r>
      <w:proofErr w:type="spellStart"/>
      <w:r>
        <w:t>Tiết</w:t>
      </w:r>
      <w:proofErr w:type="spellEnd"/>
      <w:r>
        <w:t xml:space="preserve"> 1 </w:t>
      </w:r>
      <w:proofErr w:type="spellStart"/>
      <w:r>
        <w:t>trong</w:t>
      </w:r>
      <w:proofErr w:type="spellEnd"/>
      <w:r>
        <w:t xml:space="preserve"> 1 </w:t>
      </w:r>
      <w:proofErr w:type="spellStart"/>
      <w:r>
        <w:t>phút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2 </w:t>
      </w:r>
      <w:proofErr w:type="spellStart"/>
      <w:r>
        <w:t>để</w:t>
      </w:r>
      <w:proofErr w:type="spellEnd"/>
      <w:r>
        <w:t xml:space="preserve"> HS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thức</w:t>
      </w:r>
      <w:proofErr w:type="spellEnd"/>
      <w:r>
        <w:t>.</w:t>
      </w:r>
    </w:p>
    <w:p w14:paraId="65358C8C" w14:textId="77777777" w:rsidR="00506A7D" w:rsidRDefault="00EC4A11">
      <w:pPr>
        <w:pStyle w:val="ListBullet"/>
      </w:pPr>
      <w:proofErr w:type="spellStart"/>
      <w:r>
        <w:rPr>
          <w:b/>
        </w:rPr>
        <w:t>Tích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hợp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môn</w:t>
      </w:r>
      <w:proofErr w:type="spellEnd"/>
      <w:r>
        <w:rPr>
          <w:b/>
        </w:rPr>
        <w:t>:</w:t>
      </w:r>
      <w:r>
        <w:t xml:space="preserve"> Liên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Tin </w:t>
      </w:r>
      <w:proofErr w:type="spellStart"/>
      <w:r>
        <w:t>học</w:t>
      </w:r>
      <w:proofErr w:type="spellEnd"/>
      <w:r>
        <w:t xml:space="preserve"> (</w:t>
      </w:r>
      <w:proofErr w:type="spellStart"/>
      <w:r>
        <w:t>lớp</w:t>
      </w:r>
      <w:proofErr w:type="spellEnd"/>
      <w:r>
        <w:t xml:space="preserve"> 11)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nói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;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(</w:t>
      </w:r>
      <w:proofErr w:type="spellStart"/>
      <w:r>
        <w:t>lớp</w:t>
      </w:r>
      <w:proofErr w:type="spellEnd"/>
      <w:r>
        <w:t xml:space="preserve"> 11)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quyền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>.</w:t>
      </w:r>
    </w:p>
    <w:sectPr w:rsidR="00506A7D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71870599">
    <w:abstractNumId w:val="8"/>
  </w:num>
  <w:num w:numId="2" w16cid:durableId="373627775">
    <w:abstractNumId w:val="6"/>
  </w:num>
  <w:num w:numId="3" w16cid:durableId="59714477">
    <w:abstractNumId w:val="5"/>
  </w:num>
  <w:num w:numId="4" w16cid:durableId="1926644979">
    <w:abstractNumId w:val="4"/>
  </w:num>
  <w:num w:numId="5" w16cid:durableId="542257401">
    <w:abstractNumId w:val="7"/>
  </w:num>
  <w:num w:numId="6" w16cid:durableId="792484556">
    <w:abstractNumId w:val="3"/>
  </w:num>
  <w:num w:numId="7" w16cid:durableId="442308364">
    <w:abstractNumId w:val="2"/>
  </w:num>
  <w:num w:numId="8" w16cid:durableId="1084061767">
    <w:abstractNumId w:val="1"/>
  </w:num>
  <w:num w:numId="9" w16cid:durableId="1160727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228EA"/>
    <w:rsid w:val="0029639D"/>
    <w:rsid w:val="00326F90"/>
    <w:rsid w:val="00467C49"/>
    <w:rsid w:val="00506A7D"/>
    <w:rsid w:val="005E4FB4"/>
    <w:rsid w:val="00643E62"/>
    <w:rsid w:val="009D3491"/>
    <w:rsid w:val="00AA1D8D"/>
    <w:rsid w:val="00B47730"/>
    <w:rsid w:val="00B61DA3"/>
    <w:rsid w:val="00C654AB"/>
    <w:rsid w:val="00CA6A0C"/>
    <w:rsid w:val="00CB0664"/>
    <w:rsid w:val="00D11F24"/>
    <w:rsid w:val="00D77CDA"/>
    <w:rsid w:val="00DC68EA"/>
    <w:rsid w:val="00EC4A11"/>
    <w:rsid w:val="00EF18B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898ABA0"/>
  <w14:defaultImageDpi w14:val="300"/>
  <w15:docId w15:val="{F060F294-0B89-4AB4-BF6B-E7E5743CC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/>
      <w:jc w:val="both"/>
    </w:pPr>
    <w:rPr>
      <w:rFonts w:ascii="Times New Roman" w:hAnsi="Times New Roman"/>
      <w:color w:val="000000"/>
      <w:sz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2196</Words>
  <Characters>12518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14685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Nguyen Hai</cp:lastModifiedBy>
  <cp:revision>9</cp:revision>
  <dcterms:created xsi:type="dcterms:W3CDTF">2013-12-23T23:15:00Z</dcterms:created>
  <dcterms:modified xsi:type="dcterms:W3CDTF">2026-11-01T12:14:00Z</dcterms:modified>
  <cp:category/>
</cp:coreProperties>
</file>