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0C69A" w14:textId="1B954B27" w:rsidR="00B3411E" w:rsidRDefault="00942E51">
      <w:pPr>
        <w:keepNext/>
        <w:spacing w:after="60" w:line="264" w:lineRule="auto"/>
        <w:jc w:val="center"/>
        <w:rPr>
          <w:b/>
          <w:lang w:val="en-US"/>
        </w:rPr>
      </w:pPr>
      <w:r>
        <w:rPr>
          <w:b/>
        </w:rPr>
        <w:t>PHỤ LỤC CỦA KẾ HOẠCH BÀI DẠY BÀI 7 – LỚP 10</w:t>
      </w:r>
    </w:p>
    <w:p w14:paraId="070621DC" w14:textId="0629CA17" w:rsidR="00942E51" w:rsidRPr="00942E51" w:rsidRDefault="00942E51" w:rsidP="00942E51">
      <w:pPr>
        <w:spacing w:after="60" w:line="264" w:lineRule="auto"/>
        <w:jc w:val="center"/>
        <w:rPr>
          <w:lang w:val="en-US"/>
        </w:rPr>
      </w:pPr>
      <w:r>
        <w:rPr>
          <w:b/>
          <w:lang w:val="en-US"/>
        </w:rPr>
        <w:t>TÊN BÀI:</w:t>
      </w:r>
      <w:r>
        <w:rPr>
          <w:b/>
        </w:rPr>
        <w:t xml:space="preserve"> TỪ MỤC TIÊU ĐẾN CẤU TRÚC MỘT HỆ THỐNG AI</w:t>
      </w:r>
    </w:p>
    <w:p w14:paraId="58CFD21E" w14:textId="77777777" w:rsidR="00B3411E" w:rsidRDefault="00EC2500">
      <w:pPr>
        <w:spacing w:after="60" w:line="264" w:lineRule="auto"/>
        <w:jc w:val="both"/>
      </w:pPr>
      <w:r>
        <w:t>Quy ước đánh số để không trùng với phụ lục của các kế hoạch bài dạy khác: phụ lục ghi “PL10.7.x”, phiếu học tập ghi “Phiếu học tập 10.7.x” (lớp 10, bài 7, số thứ tự).</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5245"/>
        <w:gridCol w:w="1418"/>
        <w:gridCol w:w="1165"/>
      </w:tblGrid>
      <w:tr w:rsidR="00B3411E" w14:paraId="2B485328" w14:textId="77777777" w:rsidTr="00074F69">
        <w:trPr>
          <w:tblHeader/>
        </w:trPr>
        <w:tc>
          <w:tcPr>
            <w:tcW w:w="1242" w:type="dxa"/>
          </w:tcPr>
          <w:p w14:paraId="37BCB060" w14:textId="77777777" w:rsidR="00B3411E" w:rsidRDefault="00EC2500">
            <w:pPr>
              <w:spacing w:after="60" w:line="264" w:lineRule="auto"/>
              <w:jc w:val="both"/>
            </w:pPr>
            <w:r>
              <w:rPr>
                <w:b/>
              </w:rPr>
              <w:t>Mã</w:t>
            </w:r>
          </w:p>
        </w:tc>
        <w:tc>
          <w:tcPr>
            <w:tcW w:w="5245" w:type="dxa"/>
          </w:tcPr>
          <w:p w14:paraId="5CC726CB" w14:textId="77777777" w:rsidR="00B3411E" w:rsidRDefault="00EC2500">
            <w:pPr>
              <w:spacing w:after="60" w:line="264" w:lineRule="auto"/>
              <w:jc w:val="both"/>
            </w:pPr>
            <w:r>
              <w:rPr>
                <w:b/>
              </w:rPr>
              <w:t>Tên</w:t>
            </w:r>
          </w:p>
        </w:tc>
        <w:tc>
          <w:tcPr>
            <w:tcW w:w="1418" w:type="dxa"/>
          </w:tcPr>
          <w:p w14:paraId="5F28245E" w14:textId="77777777" w:rsidR="00B3411E" w:rsidRDefault="00EC2500">
            <w:pPr>
              <w:spacing w:after="60" w:line="264" w:lineRule="auto"/>
              <w:jc w:val="both"/>
            </w:pPr>
            <w:r>
              <w:rPr>
                <w:b/>
              </w:rPr>
              <w:t>Dành cho</w:t>
            </w:r>
          </w:p>
        </w:tc>
        <w:tc>
          <w:tcPr>
            <w:tcW w:w="1165" w:type="dxa"/>
          </w:tcPr>
          <w:p w14:paraId="22081632" w14:textId="77777777" w:rsidR="00B3411E" w:rsidRDefault="00EC2500">
            <w:pPr>
              <w:spacing w:after="60" w:line="264" w:lineRule="auto"/>
              <w:jc w:val="both"/>
            </w:pPr>
            <w:r>
              <w:rPr>
                <w:b/>
              </w:rPr>
              <w:t>Dùng ở</w:t>
            </w:r>
          </w:p>
        </w:tc>
      </w:tr>
      <w:tr w:rsidR="00B3411E" w14:paraId="04FC617D" w14:textId="77777777" w:rsidTr="00074F69">
        <w:tc>
          <w:tcPr>
            <w:tcW w:w="1242" w:type="dxa"/>
          </w:tcPr>
          <w:p w14:paraId="10AAFAF4" w14:textId="77777777" w:rsidR="00B3411E" w:rsidRDefault="00EC2500" w:rsidP="006D22B1">
            <w:pPr>
              <w:spacing w:after="60" w:line="264" w:lineRule="auto"/>
            </w:pPr>
            <w:r>
              <w:t>PL10.7.1</w:t>
            </w:r>
          </w:p>
        </w:tc>
        <w:tc>
          <w:tcPr>
            <w:tcW w:w="5245" w:type="dxa"/>
          </w:tcPr>
          <w:p w14:paraId="0A6A18D1" w14:textId="77777777" w:rsidR="00B3411E" w:rsidRDefault="00EC2500" w:rsidP="006D22B1">
            <w:pPr>
              <w:spacing w:after="60" w:line="264" w:lineRule="auto"/>
            </w:pPr>
            <w:r>
              <w:t>Phiếu học tập 10.7.1: Từ mong muốn đến nhiệm vụ của hệ thống AI</w:t>
            </w:r>
          </w:p>
        </w:tc>
        <w:tc>
          <w:tcPr>
            <w:tcW w:w="1418" w:type="dxa"/>
          </w:tcPr>
          <w:p w14:paraId="2346C9EB" w14:textId="77777777" w:rsidR="00B3411E" w:rsidRDefault="00EC2500" w:rsidP="006D22B1">
            <w:pPr>
              <w:spacing w:after="60" w:line="264" w:lineRule="auto"/>
            </w:pPr>
            <w:r>
              <w:t>Nhóm</w:t>
            </w:r>
          </w:p>
        </w:tc>
        <w:tc>
          <w:tcPr>
            <w:tcW w:w="1165" w:type="dxa"/>
          </w:tcPr>
          <w:p w14:paraId="6DBCF47D" w14:textId="77777777" w:rsidR="00B3411E" w:rsidRDefault="00EC2500" w:rsidP="006D22B1">
            <w:pPr>
              <w:spacing w:after="60" w:line="264" w:lineRule="auto"/>
            </w:pPr>
            <w:r>
              <w:t>HĐ 2, 4</w:t>
            </w:r>
          </w:p>
        </w:tc>
      </w:tr>
      <w:tr w:rsidR="00B3411E" w14:paraId="3CEA4E04" w14:textId="77777777" w:rsidTr="00074F69">
        <w:tc>
          <w:tcPr>
            <w:tcW w:w="1242" w:type="dxa"/>
          </w:tcPr>
          <w:p w14:paraId="6134B879" w14:textId="77777777" w:rsidR="00B3411E" w:rsidRDefault="00EC2500" w:rsidP="006D22B1">
            <w:pPr>
              <w:spacing w:after="60" w:line="264" w:lineRule="auto"/>
            </w:pPr>
            <w:r>
              <w:t>PL10.7.2</w:t>
            </w:r>
          </w:p>
        </w:tc>
        <w:tc>
          <w:tcPr>
            <w:tcW w:w="5245" w:type="dxa"/>
          </w:tcPr>
          <w:p w14:paraId="3E95DF69" w14:textId="77777777" w:rsidR="00B3411E" w:rsidRDefault="00EC2500" w:rsidP="006D22B1">
            <w:pPr>
              <w:spacing w:after="60" w:line="264" w:lineRule="auto"/>
            </w:pPr>
            <w:r>
              <w:t>Bộ thẻ mô phỏng và Phần C của Phiếu học tập 10.7.1</w:t>
            </w:r>
          </w:p>
        </w:tc>
        <w:tc>
          <w:tcPr>
            <w:tcW w:w="1418" w:type="dxa"/>
          </w:tcPr>
          <w:p w14:paraId="16A896BD" w14:textId="77777777" w:rsidR="00B3411E" w:rsidRDefault="00EC2500" w:rsidP="006D22B1">
            <w:pPr>
              <w:spacing w:after="60" w:line="264" w:lineRule="auto"/>
            </w:pPr>
            <w:r>
              <w:t>Nhóm</w:t>
            </w:r>
          </w:p>
        </w:tc>
        <w:tc>
          <w:tcPr>
            <w:tcW w:w="1165" w:type="dxa"/>
          </w:tcPr>
          <w:p w14:paraId="5CAB9119" w14:textId="77777777" w:rsidR="00B3411E" w:rsidRDefault="00EC2500" w:rsidP="006D22B1">
            <w:pPr>
              <w:spacing w:after="60" w:line="264" w:lineRule="auto"/>
            </w:pPr>
            <w:r>
              <w:t>HĐ 2, 4</w:t>
            </w:r>
          </w:p>
        </w:tc>
      </w:tr>
      <w:tr w:rsidR="00B3411E" w14:paraId="4B243A62" w14:textId="77777777" w:rsidTr="00074F69">
        <w:tc>
          <w:tcPr>
            <w:tcW w:w="1242" w:type="dxa"/>
          </w:tcPr>
          <w:p w14:paraId="03BFB271" w14:textId="77777777" w:rsidR="00B3411E" w:rsidRDefault="00EC2500" w:rsidP="006D22B1">
            <w:pPr>
              <w:spacing w:after="60" w:line="264" w:lineRule="auto"/>
            </w:pPr>
            <w:r>
              <w:t>PL10.7.3</w:t>
            </w:r>
          </w:p>
        </w:tc>
        <w:tc>
          <w:tcPr>
            <w:tcW w:w="5245" w:type="dxa"/>
          </w:tcPr>
          <w:p w14:paraId="6C2D5B5C" w14:textId="77777777" w:rsidR="00B3411E" w:rsidRDefault="00EC2500" w:rsidP="006D22B1">
            <w:pPr>
              <w:spacing w:after="60" w:line="264" w:lineRule="auto"/>
            </w:pPr>
            <w:r>
              <w:t>Phiếu học tập 10.7.2: Một khu thu gom, ba mục tiêu</w:t>
            </w:r>
          </w:p>
        </w:tc>
        <w:tc>
          <w:tcPr>
            <w:tcW w:w="1418" w:type="dxa"/>
          </w:tcPr>
          <w:p w14:paraId="2316CF1C" w14:textId="77777777" w:rsidR="00B3411E" w:rsidRDefault="00EC2500" w:rsidP="006D22B1">
            <w:pPr>
              <w:spacing w:after="60" w:line="264" w:lineRule="auto"/>
            </w:pPr>
            <w:r>
              <w:t>Nhóm</w:t>
            </w:r>
          </w:p>
        </w:tc>
        <w:tc>
          <w:tcPr>
            <w:tcW w:w="1165" w:type="dxa"/>
          </w:tcPr>
          <w:p w14:paraId="3D143439" w14:textId="77777777" w:rsidR="00B3411E" w:rsidRDefault="00EC2500" w:rsidP="006D22B1">
            <w:pPr>
              <w:spacing w:after="60" w:line="264" w:lineRule="auto"/>
            </w:pPr>
            <w:r>
              <w:t>HĐ 3, 4</w:t>
            </w:r>
          </w:p>
        </w:tc>
      </w:tr>
      <w:tr w:rsidR="00B3411E" w14:paraId="7AE2894B" w14:textId="77777777" w:rsidTr="00074F69">
        <w:tc>
          <w:tcPr>
            <w:tcW w:w="1242" w:type="dxa"/>
          </w:tcPr>
          <w:p w14:paraId="47E0ACF9" w14:textId="77777777" w:rsidR="00B3411E" w:rsidRDefault="00EC2500" w:rsidP="006D22B1">
            <w:pPr>
              <w:spacing w:after="60" w:line="264" w:lineRule="auto"/>
            </w:pPr>
            <w:r>
              <w:t>PL10.7.4</w:t>
            </w:r>
          </w:p>
        </w:tc>
        <w:tc>
          <w:tcPr>
            <w:tcW w:w="5245" w:type="dxa"/>
          </w:tcPr>
          <w:p w14:paraId="1158B177" w14:textId="77777777" w:rsidR="00B3411E" w:rsidRDefault="00EC2500" w:rsidP="006D22B1">
            <w:pPr>
              <w:spacing w:after="60" w:line="264" w:lineRule="auto"/>
            </w:pPr>
            <w:r>
              <w:t>Thẻ tình huống vận dụng và bảng kiểm tra đồng đẳng</w:t>
            </w:r>
          </w:p>
        </w:tc>
        <w:tc>
          <w:tcPr>
            <w:tcW w:w="1418" w:type="dxa"/>
          </w:tcPr>
          <w:p w14:paraId="129CD004" w14:textId="77777777" w:rsidR="00B3411E" w:rsidRDefault="00EC2500" w:rsidP="006D22B1">
            <w:pPr>
              <w:spacing w:after="60" w:line="264" w:lineRule="auto"/>
            </w:pPr>
            <w:r>
              <w:t>Nhóm</w:t>
            </w:r>
          </w:p>
        </w:tc>
        <w:tc>
          <w:tcPr>
            <w:tcW w:w="1165" w:type="dxa"/>
          </w:tcPr>
          <w:p w14:paraId="24E4DC42" w14:textId="77777777" w:rsidR="00B3411E" w:rsidRDefault="00EC2500" w:rsidP="006D22B1">
            <w:pPr>
              <w:spacing w:after="60" w:line="264" w:lineRule="auto"/>
            </w:pPr>
            <w:r>
              <w:t>HĐ 4</w:t>
            </w:r>
          </w:p>
        </w:tc>
      </w:tr>
      <w:tr w:rsidR="00B3411E" w14:paraId="559EF9EA" w14:textId="77777777" w:rsidTr="00074F69">
        <w:tc>
          <w:tcPr>
            <w:tcW w:w="1242" w:type="dxa"/>
          </w:tcPr>
          <w:p w14:paraId="5FBA00B9" w14:textId="77777777" w:rsidR="00B3411E" w:rsidRDefault="00EC2500" w:rsidP="006D22B1">
            <w:pPr>
              <w:spacing w:after="60" w:line="264" w:lineRule="auto"/>
            </w:pPr>
            <w:r>
              <w:t>PL10.7.5</w:t>
            </w:r>
          </w:p>
        </w:tc>
        <w:tc>
          <w:tcPr>
            <w:tcW w:w="5245" w:type="dxa"/>
          </w:tcPr>
          <w:p w14:paraId="7DBAAA6C" w14:textId="77777777" w:rsidR="00B3411E" w:rsidRDefault="00EC2500" w:rsidP="006D22B1">
            <w:pPr>
              <w:spacing w:after="60" w:line="264" w:lineRule="auto"/>
            </w:pPr>
            <w:r>
              <w:t>Định hướng nội dung và gợi ý đáp án (dành cho GV)</w:t>
            </w:r>
          </w:p>
        </w:tc>
        <w:tc>
          <w:tcPr>
            <w:tcW w:w="1418" w:type="dxa"/>
          </w:tcPr>
          <w:p w14:paraId="7D28DCAE" w14:textId="77777777" w:rsidR="00B3411E" w:rsidRDefault="00EC2500" w:rsidP="006D22B1">
            <w:pPr>
              <w:spacing w:after="60" w:line="264" w:lineRule="auto"/>
            </w:pPr>
            <w:r>
              <w:t>GV</w:t>
            </w:r>
          </w:p>
        </w:tc>
        <w:tc>
          <w:tcPr>
            <w:tcW w:w="1165" w:type="dxa"/>
          </w:tcPr>
          <w:p w14:paraId="23A6EB56" w14:textId="77777777" w:rsidR="00B3411E" w:rsidRDefault="00EC2500" w:rsidP="006D22B1">
            <w:pPr>
              <w:spacing w:after="60" w:line="264" w:lineRule="auto"/>
            </w:pPr>
            <w:r>
              <w:t>HĐ 2, 3, 4</w:t>
            </w:r>
          </w:p>
        </w:tc>
      </w:tr>
      <w:tr w:rsidR="00B3411E" w14:paraId="6F67331B" w14:textId="77777777" w:rsidTr="00074F69">
        <w:tc>
          <w:tcPr>
            <w:tcW w:w="1242" w:type="dxa"/>
          </w:tcPr>
          <w:p w14:paraId="4EE65E46" w14:textId="77777777" w:rsidR="00B3411E" w:rsidRDefault="00EC2500" w:rsidP="006D22B1">
            <w:pPr>
              <w:spacing w:after="60" w:line="264" w:lineRule="auto"/>
            </w:pPr>
            <w:r>
              <w:t>PL10.7.6</w:t>
            </w:r>
          </w:p>
        </w:tc>
        <w:tc>
          <w:tcPr>
            <w:tcW w:w="5245" w:type="dxa"/>
          </w:tcPr>
          <w:p w14:paraId="76BB7C37" w14:textId="77777777" w:rsidR="00B3411E" w:rsidRDefault="00EC2500" w:rsidP="006D22B1">
            <w:pPr>
              <w:spacing w:after="60" w:line="264" w:lineRule="auto"/>
            </w:pPr>
            <w:r>
              <w:t>Ghi chú chuyên môn, nguồn tư liệu và lưu ý khi dạy (dành cho GV)</w:t>
            </w:r>
          </w:p>
        </w:tc>
        <w:tc>
          <w:tcPr>
            <w:tcW w:w="1418" w:type="dxa"/>
          </w:tcPr>
          <w:p w14:paraId="1199538D" w14:textId="77777777" w:rsidR="00B3411E" w:rsidRDefault="00EC2500" w:rsidP="006D22B1">
            <w:pPr>
              <w:spacing w:after="60" w:line="264" w:lineRule="auto"/>
            </w:pPr>
            <w:r>
              <w:t>GV</w:t>
            </w:r>
          </w:p>
        </w:tc>
        <w:tc>
          <w:tcPr>
            <w:tcW w:w="1165" w:type="dxa"/>
          </w:tcPr>
          <w:p w14:paraId="42270E95" w14:textId="77777777" w:rsidR="00B3411E" w:rsidRDefault="00EC2500" w:rsidP="006D22B1">
            <w:pPr>
              <w:spacing w:after="60" w:line="264" w:lineRule="auto"/>
            </w:pPr>
            <w:r>
              <w:t>Trước giờ dạy</w:t>
            </w:r>
          </w:p>
        </w:tc>
      </w:tr>
      <w:tr w:rsidR="00B3411E" w14:paraId="61DB83ED" w14:textId="77777777" w:rsidTr="00074F69">
        <w:tc>
          <w:tcPr>
            <w:tcW w:w="1242" w:type="dxa"/>
          </w:tcPr>
          <w:p w14:paraId="65208FDD" w14:textId="77777777" w:rsidR="00B3411E" w:rsidRDefault="00EC2500" w:rsidP="006D22B1">
            <w:pPr>
              <w:spacing w:after="60" w:line="264" w:lineRule="auto"/>
            </w:pPr>
            <w:r>
              <w:t>PL10.7.7</w:t>
            </w:r>
          </w:p>
        </w:tc>
        <w:tc>
          <w:tcPr>
            <w:tcW w:w="5245" w:type="dxa"/>
          </w:tcPr>
          <w:p w14:paraId="2D3BF145" w14:textId="77777777" w:rsidR="00B3411E" w:rsidRDefault="00EC2500" w:rsidP="006D22B1">
            <w:pPr>
              <w:spacing w:after="60" w:line="264" w:lineRule="auto"/>
            </w:pPr>
            <w:r>
              <w:t>Mô tả mức đánh giá của bài và mẫu câu nhận xét</w:t>
            </w:r>
          </w:p>
        </w:tc>
        <w:tc>
          <w:tcPr>
            <w:tcW w:w="1418" w:type="dxa"/>
          </w:tcPr>
          <w:p w14:paraId="6FA3B1B1" w14:textId="77777777" w:rsidR="00B3411E" w:rsidRDefault="00EC2500" w:rsidP="006D22B1">
            <w:pPr>
              <w:spacing w:after="60" w:line="264" w:lineRule="auto"/>
            </w:pPr>
            <w:r>
              <w:t>GV</w:t>
            </w:r>
          </w:p>
        </w:tc>
        <w:tc>
          <w:tcPr>
            <w:tcW w:w="1165" w:type="dxa"/>
          </w:tcPr>
          <w:p w14:paraId="75E4B408" w14:textId="77777777" w:rsidR="00B3411E" w:rsidRDefault="00EC2500" w:rsidP="006D22B1">
            <w:pPr>
              <w:spacing w:after="60" w:line="264" w:lineRule="auto"/>
            </w:pPr>
            <w:r>
              <w:t>mục IV</w:t>
            </w:r>
          </w:p>
        </w:tc>
      </w:tr>
      <w:tr w:rsidR="00B3411E" w14:paraId="2A055940" w14:textId="77777777" w:rsidTr="00074F69">
        <w:tc>
          <w:tcPr>
            <w:tcW w:w="1242" w:type="dxa"/>
          </w:tcPr>
          <w:p w14:paraId="3D610007" w14:textId="77777777" w:rsidR="00B3411E" w:rsidRDefault="00EC2500" w:rsidP="006D22B1">
            <w:pPr>
              <w:spacing w:after="60" w:line="264" w:lineRule="auto"/>
            </w:pPr>
            <w:r>
              <w:t>PL10.7.8</w:t>
            </w:r>
          </w:p>
        </w:tc>
        <w:tc>
          <w:tcPr>
            <w:tcW w:w="5245" w:type="dxa"/>
          </w:tcPr>
          <w:p w14:paraId="4D4AD9B8" w14:textId="77777777" w:rsidR="00B3411E" w:rsidRDefault="00EC2500" w:rsidP="006D22B1">
            <w:pPr>
              <w:spacing w:after="60" w:line="264" w:lineRule="auto"/>
            </w:pPr>
            <w:r>
              <w:t>Bảng kiểm an toàn và trách nhiệm của bài</w:t>
            </w:r>
          </w:p>
        </w:tc>
        <w:tc>
          <w:tcPr>
            <w:tcW w:w="1418" w:type="dxa"/>
          </w:tcPr>
          <w:p w14:paraId="4B8F4521" w14:textId="77777777" w:rsidR="00B3411E" w:rsidRDefault="00EC2500" w:rsidP="006D22B1">
            <w:pPr>
              <w:spacing w:after="60" w:line="264" w:lineRule="auto"/>
            </w:pPr>
            <w:r>
              <w:t>GV</w:t>
            </w:r>
          </w:p>
        </w:tc>
        <w:tc>
          <w:tcPr>
            <w:tcW w:w="1165" w:type="dxa"/>
          </w:tcPr>
          <w:p w14:paraId="525BE24C" w14:textId="77777777" w:rsidR="00B3411E" w:rsidRDefault="00EC2500" w:rsidP="006D22B1">
            <w:pPr>
              <w:spacing w:after="60" w:line="264" w:lineRule="auto"/>
            </w:pPr>
            <w:r>
              <w:t>Trước giờ dạy</w:t>
            </w:r>
          </w:p>
        </w:tc>
      </w:tr>
      <w:tr w:rsidR="00B3411E" w14:paraId="1D46A43A" w14:textId="77777777" w:rsidTr="00074F69">
        <w:tc>
          <w:tcPr>
            <w:tcW w:w="1242" w:type="dxa"/>
          </w:tcPr>
          <w:p w14:paraId="2A3DA559" w14:textId="77777777" w:rsidR="00B3411E" w:rsidRDefault="00EC2500" w:rsidP="006D22B1">
            <w:pPr>
              <w:spacing w:after="60" w:line="264" w:lineRule="auto"/>
            </w:pPr>
            <w:r>
              <w:t>PL10.7.9</w:t>
            </w:r>
          </w:p>
        </w:tc>
        <w:tc>
          <w:tcPr>
            <w:tcW w:w="5245" w:type="dxa"/>
          </w:tcPr>
          <w:p w14:paraId="19FD0A8C" w14:textId="77777777" w:rsidR="00B3411E" w:rsidRDefault="00EC2500" w:rsidP="006D22B1">
            <w:pPr>
              <w:spacing w:after="60" w:line="264" w:lineRule="auto"/>
            </w:pPr>
            <w:r>
              <w:t>Lưu ý về đánh giá của bài</w:t>
            </w:r>
          </w:p>
        </w:tc>
        <w:tc>
          <w:tcPr>
            <w:tcW w:w="1418" w:type="dxa"/>
          </w:tcPr>
          <w:p w14:paraId="1B8A4DB7" w14:textId="77777777" w:rsidR="00B3411E" w:rsidRDefault="00EC2500" w:rsidP="006D22B1">
            <w:pPr>
              <w:spacing w:after="60" w:line="264" w:lineRule="auto"/>
            </w:pPr>
            <w:r>
              <w:t>GV</w:t>
            </w:r>
          </w:p>
        </w:tc>
        <w:tc>
          <w:tcPr>
            <w:tcW w:w="1165" w:type="dxa"/>
          </w:tcPr>
          <w:p w14:paraId="23D42971" w14:textId="77777777" w:rsidR="00B3411E" w:rsidRDefault="00EC2500" w:rsidP="006D22B1">
            <w:pPr>
              <w:spacing w:after="60" w:line="264" w:lineRule="auto"/>
            </w:pPr>
            <w:r>
              <w:t>mục IV</w:t>
            </w:r>
          </w:p>
        </w:tc>
      </w:tr>
      <w:tr w:rsidR="00B3411E" w14:paraId="78EEAA4C" w14:textId="77777777" w:rsidTr="00074F69">
        <w:tc>
          <w:tcPr>
            <w:tcW w:w="1242" w:type="dxa"/>
          </w:tcPr>
          <w:p w14:paraId="3A17062F" w14:textId="77777777" w:rsidR="00B3411E" w:rsidRDefault="00EC2500" w:rsidP="006D22B1">
            <w:pPr>
              <w:spacing w:after="60" w:line="264" w:lineRule="auto"/>
            </w:pPr>
            <w:r>
              <w:t>PL10.7.10</w:t>
            </w:r>
          </w:p>
        </w:tc>
        <w:tc>
          <w:tcPr>
            <w:tcW w:w="5245" w:type="dxa"/>
          </w:tcPr>
          <w:p w14:paraId="20550CFF" w14:textId="77777777" w:rsidR="00B3411E" w:rsidRDefault="00EC2500" w:rsidP="006D22B1">
            <w:pPr>
              <w:spacing w:after="60" w:line="264" w:lineRule="auto"/>
            </w:pPr>
            <w:r>
              <w:t>Sản phẩm và gợi ý đáp án theo hoạt động</w:t>
            </w:r>
          </w:p>
        </w:tc>
        <w:tc>
          <w:tcPr>
            <w:tcW w:w="1418" w:type="dxa"/>
          </w:tcPr>
          <w:p w14:paraId="79E056E5" w14:textId="77777777" w:rsidR="00B3411E" w:rsidRDefault="00EC2500" w:rsidP="006D22B1">
            <w:pPr>
              <w:spacing w:after="60" w:line="264" w:lineRule="auto"/>
            </w:pPr>
            <w:r>
              <w:t>GV</w:t>
            </w:r>
          </w:p>
        </w:tc>
        <w:tc>
          <w:tcPr>
            <w:tcW w:w="1165" w:type="dxa"/>
          </w:tcPr>
          <w:p w14:paraId="2E727B3D" w14:textId="77777777" w:rsidR="00B3411E" w:rsidRDefault="00EC2500" w:rsidP="006D22B1">
            <w:pPr>
              <w:spacing w:after="60" w:line="264" w:lineRule="auto"/>
            </w:pPr>
            <w:r>
              <w:t>Các hoạt động; mục IV</w:t>
            </w:r>
          </w:p>
        </w:tc>
      </w:tr>
    </w:tbl>
    <w:p w14:paraId="77082F53" w14:textId="77777777" w:rsidR="00B3411E" w:rsidRDefault="00B3411E">
      <w:pPr>
        <w:spacing w:after="60" w:line="264" w:lineRule="auto"/>
        <w:jc w:val="both"/>
      </w:pPr>
    </w:p>
    <w:p w14:paraId="100C7DF7" w14:textId="77777777" w:rsidR="00B3411E" w:rsidRDefault="00EC2500">
      <w:pPr>
        <w:keepNext/>
        <w:spacing w:before="80" w:after="60" w:line="264" w:lineRule="auto"/>
      </w:pPr>
      <w:r>
        <w:rPr>
          <w:b/>
        </w:rPr>
        <w:t>PL10.7.1. Phiếu học tập 10.7.1: Từ mong muốn đến nhiệm vụ của hệ thống AI</w:t>
      </w:r>
    </w:p>
    <w:p w14:paraId="4A49151E" w14:textId="77777777" w:rsidR="00B3411E" w:rsidRDefault="00EC2500">
      <w:pPr>
        <w:spacing w:after="60" w:line="264" w:lineRule="auto"/>
        <w:jc w:val="both"/>
      </w:pPr>
      <w:r>
        <w:t>Nhóm: ……………………</w:t>
      </w:r>
      <w:r>
        <w:tab/>
        <w:t>Lớp: ……………</w:t>
      </w:r>
    </w:p>
    <w:p w14:paraId="70BBF610" w14:textId="77777777" w:rsidR="00B3411E" w:rsidRDefault="00EC2500">
      <w:pPr>
        <w:spacing w:after="60" w:line="264" w:lineRule="auto"/>
        <w:jc w:val="both"/>
      </w:pPr>
      <w:r>
        <w:rPr>
          <w:b/>
        </w:rPr>
        <w:t>Phần A.</w:t>
      </w:r>
      <w:r>
        <w:t xml:space="preserve"> Đánh dấu (✓) vào yếu tố có trong mỗi phát biểu.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3685"/>
        <w:gridCol w:w="1077"/>
        <w:gridCol w:w="1077"/>
        <w:gridCol w:w="1077"/>
        <w:gridCol w:w="1077"/>
        <w:gridCol w:w="1077"/>
      </w:tblGrid>
      <w:tr w:rsidR="00B3411E" w14:paraId="2FF3FDF4" w14:textId="77777777">
        <w:trPr>
          <w:cantSplit/>
          <w:tblHeader/>
          <w:jc w:val="center"/>
        </w:trPr>
        <w:tc>
          <w:tcPr>
            <w:tcW w:w="3685" w:type="dxa"/>
            <w:vAlign w:val="center"/>
          </w:tcPr>
          <w:p w14:paraId="75DBBFAA" w14:textId="77777777" w:rsidR="00B3411E" w:rsidRDefault="00EC2500">
            <w:pPr>
              <w:spacing w:after="0" w:line="240" w:lineRule="auto"/>
              <w:jc w:val="center"/>
            </w:pPr>
            <w:r>
              <w:rPr>
                <w:b/>
                <w:sz w:val="22"/>
                <w:szCs w:val="22"/>
              </w:rPr>
              <w:t>Phát biểu</w:t>
            </w:r>
          </w:p>
        </w:tc>
        <w:tc>
          <w:tcPr>
            <w:tcW w:w="1077" w:type="dxa"/>
            <w:vAlign w:val="center"/>
          </w:tcPr>
          <w:p w14:paraId="0A54E6B4" w14:textId="77777777" w:rsidR="00B3411E" w:rsidRDefault="00EC2500">
            <w:pPr>
              <w:spacing w:after="0" w:line="240" w:lineRule="auto"/>
              <w:jc w:val="center"/>
            </w:pPr>
            <w:r>
              <w:rPr>
                <w:b/>
                <w:sz w:val="22"/>
                <w:szCs w:val="22"/>
              </w:rPr>
              <w:t>Người dùng</w:t>
            </w:r>
          </w:p>
        </w:tc>
        <w:tc>
          <w:tcPr>
            <w:tcW w:w="1077" w:type="dxa"/>
            <w:vAlign w:val="center"/>
          </w:tcPr>
          <w:p w14:paraId="76234A4C" w14:textId="77777777" w:rsidR="00B3411E" w:rsidRDefault="00EC2500">
            <w:pPr>
              <w:spacing w:after="0" w:line="240" w:lineRule="auto"/>
              <w:jc w:val="center"/>
            </w:pPr>
            <w:r>
              <w:rPr>
                <w:b/>
                <w:sz w:val="22"/>
                <w:szCs w:val="22"/>
              </w:rPr>
              <w:t>Mục tiêu</w:t>
            </w:r>
          </w:p>
        </w:tc>
        <w:tc>
          <w:tcPr>
            <w:tcW w:w="1077" w:type="dxa"/>
            <w:vAlign w:val="center"/>
          </w:tcPr>
          <w:p w14:paraId="42E64DAE" w14:textId="77777777" w:rsidR="00B3411E" w:rsidRDefault="00EC2500">
            <w:pPr>
              <w:spacing w:after="0" w:line="240" w:lineRule="auto"/>
              <w:jc w:val="center"/>
            </w:pPr>
            <w:r>
              <w:rPr>
                <w:b/>
                <w:sz w:val="22"/>
                <w:szCs w:val="22"/>
              </w:rPr>
              <w:t>Đầu vào</w:t>
            </w:r>
          </w:p>
        </w:tc>
        <w:tc>
          <w:tcPr>
            <w:tcW w:w="1077" w:type="dxa"/>
            <w:vAlign w:val="center"/>
          </w:tcPr>
          <w:p w14:paraId="183EE0A8" w14:textId="77777777" w:rsidR="00B3411E" w:rsidRDefault="00EC2500">
            <w:pPr>
              <w:spacing w:after="0" w:line="240" w:lineRule="auto"/>
              <w:jc w:val="center"/>
            </w:pPr>
            <w:r>
              <w:rPr>
                <w:b/>
                <w:sz w:val="22"/>
                <w:szCs w:val="22"/>
              </w:rPr>
              <w:t>Đầu ra</w:t>
            </w:r>
          </w:p>
        </w:tc>
        <w:tc>
          <w:tcPr>
            <w:tcW w:w="1077" w:type="dxa"/>
            <w:vAlign w:val="center"/>
          </w:tcPr>
          <w:p w14:paraId="3F3D5BB5" w14:textId="77777777" w:rsidR="00B3411E" w:rsidRDefault="00EC2500">
            <w:pPr>
              <w:spacing w:after="0" w:line="240" w:lineRule="auto"/>
              <w:jc w:val="center"/>
            </w:pPr>
            <w:r>
              <w:rPr>
                <w:b/>
                <w:sz w:val="22"/>
                <w:szCs w:val="22"/>
              </w:rPr>
              <w:t>Tiêu chí thành công</w:t>
            </w:r>
          </w:p>
        </w:tc>
      </w:tr>
      <w:tr w:rsidR="00B3411E" w14:paraId="18E9DECC" w14:textId="77777777">
        <w:trPr>
          <w:cantSplit/>
          <w:jc w:val="center"/>
        </w:trPr>
        <w:tc>
          <w:tcPr>
            <w:tcW w:w="3685" w:type="dxa"/>
          </w:tcPr>
          <w:p w14:paraId="3E625341" w14:textId="77777777" w:rsidR="00B3411E" w:rsidRDefault="00EC2500">
            <w:pPr>
              <w:spacing w:after="0" w:line="240" w:lineRule="auto"/>
            </w:pPr>
            <w:r>
              <w:rPr>
                <w:sz w:val="22"/>
                <w:szCs w:val="22"/>
              </w:rPr>
              <w:t>(1) “Làm một AI để phân loại rác tốt hơn.”</w:t>
            </w:r>
          </w:p>
        </w:tc>
        <w:tc>
          <w:tcPr>
            <w:tcW w:w="1077" w:type="dxa"/>
          </w:tcPr>
          <w:p w14:paraId="5D20C7BE" w14:textId="77777777" w:rsidR="00B3411E" w:rsidRDefault="00B3411E">
            <w:pPr>
              <w:spacing w:after="0" w:line="264" w:lineRule="auto"/>
            </w:pPr>
          </w:p>
        </w:tc>
        <w:tc>
          <w:tcPr>
            <w:tcW w:w="1077" w:type="dxa"/>
          </w:tcPr>
          <w:p w14:paraId="4D9BA9C7" w14:textId="77777777" w:rsidR="00B3411E" w:rsidRDefault="00B3411E">
            <w:pPr>
              <w:spacing w:after="0" w:line="264" w:lineRule="auto"/>
            </w:pPr>
          </w:p>
        </w:tc>
        <w:tc>
          <w:tcPr>
            <w:tcW w:w="1077" w:type="dxa"/>
          </w:tcPr>
          <w:p w14:paraId="67CD0464" w14:textId="77777777" w:rsidR="00B3411E" w:rsidRDefault="00B3411E">
            <w:pPr>
              <w:spacing w:after="0" w:line="264" w:lineRule="auto"/>
            </w:pPr>
          </w:p>
        </w:tc>
        <w:tc>
          <w:tcPr>
            <w:tcW w:w="1077" w:type="dxa"/>
          </w:tcPr>
          <w:p w14:paraId="3F2E6D02" w14:textId="77777777" w:rsidR="00B3411E" w:rsidRDefault="00B3411E">
            <w:pPr>
              <w:spacing w:after="0" w:line="264" w:lineRule="auto"/>
            </w:pPr>
          </w:p>
        </w:tc>
        <w:tc>
          <w:tcPr>
            <w:tcW w:w="1077" w:type="dxa"/>
          </w:tcPr>
          <w:p w14:paraId="7318C927" w14:textId="77777777" w:rsidR="00B3411E" w:rsidRDefault="00B3411E">
            <w:pPr>
              <w:spacing w:after="0" w:line="264" w:lineRule="auto"/>
            </w:pPr>
          </w:p>
        </w:tc>
      </w:tr>
      <w:tr w:rsidR="00B3411E" w14:paraId="7F42FD0B" w14:textId="77777777">
        <w:trPr>
          <w:cantSplit/>
          <w:jc w:val="center"/>
        </w:trPr>
        <w:tc>
          <w:tcPr>
            <w:tcW w:w="3685" w:type="dxa"/>
          </w:tcPr>
          <w:p w14:paraId="5F14F4E0" w14:textId="77777777" w:rsidR="00B3411E" w:rsidRDefault="00EC2500">
            <w:pPr>
              <w:spacing w:after="0" w:line="240" w:lineRule="auto"/>
            </w:pPr>
            <w:r>
              <w:rPr>
                <w:sz w:val="22"/>
                <w:szCs w:val="22"/>
              </w:rPr>
              <w:t>(2) “Dùng AI để phân loại rác ở căng tin.”</w:t>
            </w:r>
          </w:p>
        </w:tc>
        <w:tc>
          <w:tcPr>
            <w:tcW w:w="1077" w:type="dxa"/>
          </w:tcPr>
          <w:p w14:paraId="42031B21" w14:textId="77777777" w:rsidR="00B3411E" w:rsidRDefault="00B3411E">
            <w:pPr>
              <w:spacing w:after="0" w:line="264" w:lineRule="auto"/>
            </w:pPr>
          </w:p>
        </w:tc>
        <w:tc>
          <w:tcPr>
            <w:tcW w:w="1077" w:type="dxa"/>
          </w:tcPr>
          <w:p w14:paraId="0C348E18" w14:textId="77777777" w:rsidR="00B3411E" w:rsidRDefault="00B3411E">
            <w:pPr>
              <w:spacing w:after="0" w:line="264" w:lineRule="auto"/>
            </w:pPr>
          </w:p>
        </w:tc>
        <w:tc>
          <w:tcPr>
            <w:tcW w:w="1077" w:type="dxa"/>
          </w:tcPr>
          <w:p w14:paraId="573BDEAC" w14:textId="77777777" w:rsidR="00B3411E" w:rsidRDefault="00B3411E">
            <w:pPr>
              <w:spacing w:after="0" w:line="264" w:lineRule="auto"/>
            </w:pPr>
          </w:p>
        </w:tc>
        <w:tc>
          <w:tcPr>
            <w:tcW w:w="1077" w:type="dxa"/>
          </w:tcPr>
          <w:p w14:paraId="2EDA4FEA" w14:textId="77777777" w:rsidR="00B3411E" w:rsidRDefault="00B3411E">
            <w:pPr>
              <w:spacing w:after="0" w:line="264" w:lineRule="auto"/>
            </w:pPr>
          </w:p>
        </w:tc>
        <w:tc>
          <w:tcPr>
            <w:tcW w:w="1077" w:type="dxa"/>
          </w:tcPr>
          <w:p w14:paraId="08389F46" w14:textId="77777777" w:rsidR="00B3411E" w:rsidRDefault="00B3411E">
            <w:pPr>
              <w:spacing w:after="0" w:line="264" w:lineRule="auto"/>
            </w:pPr>
          </w:p>
        </w:tc>
      </w:tr>
      <w:tr w:rsidR="00B3411E" w14:paraId="552B300E" w14:textId="77777777">
        <w:trPr>
          <w:cantSplit/>
          <w:jc w:val="center"/>
        </w:trPr>
        <w:tc>
          <w:tcPr>
            <w:tcW w:w="3685" w:type="dxa"/>
          </w:tcPr>
          <w:p w14:paraId="47F28D2D" w14:textId="77777777" w:rsidR="00B3411E" w:rsidRDefault="00EC2500">
            <w:pPr>
              <w:spacing w:after="0" w:line="240" w:lineRule="auto"/>
            </w:pPr>
            <w:r>
              <w:rPr>
                <w:sz w:val="22"/>
                <w:szCs w:val="22"/>
              </w:rPr>
              <w:lastRenderedPageBreak/>
              <w:t>(3) “Nhân viên vệ sinh chụp ảnh rác bằng điện thoại; trong vài giây, hệ thống cho biết vật là giấy hay nhựa, giúp đưa đúng thùng và báo cho nhân viên vệ sinh. Hệ thống kết luận đúng ít nhất 9 trên 10 ảnh kiểm thử.”</w:t>
            </w:r>
          </w:p>
        </w:tc>
        <w:tc>
          <w:tcPr>
            <w:tcW w:w="1077" w:type="dxa"/>
          </w:tcPr>
          <w:p w14:paraId="3F1ECCB1" w14:textId="77777777" w:rsidR="00B3411E" w:rsidRDefault="00B3411E">
            <w:pPr>
              <w:spacing w:after="0" w:line="264" w:lineRule="auto"/>
            </w:pPr>
          </w:p>
        </w:tc>
        <w:tc>
          <w:tcPr>
            <w:tcW w:w="1077" w:type="dxa"/>
          </w:tcPr>
          <w:p w14:paraId="1B9F77DF" w14:textId="77777777" w:rsidR="00B3411E" w:rsidRDefault="00B3411E">
            <w:pPr>
              <w:spacing w:after="0" w:line="264" w:lineRule="auto"/>
            </w:pPr>
          </w:p>
        </w:tc>
        <w:tc>
          <w:tcPr>
            <w:tcW w:w="1077" w:type="dxa"/>
          </w:tcPr>
          <w:p w14:paraId="4FC66A1F" w14:textId="77777777" w:rsidR="00B3411E" w:rsidRDefault="00B3411E">
            <w:pPr>
              <w:spacing w:after="0" w:line="264" w:lineRule="auto"/>
            </w:pPr>
          </w:p>
        </w:tc>
        <w:tc>
          <w:tcPr>
            <w:tcW w:w="1077" w:type="dxa"/>
          </w:tcPr>
          <w:p w14:paraId="09E20560" w14:textId="77777777" w:rsidR="00B3411E" w:rsidRDefault="00B3411E">
            <w:pPr>
              <w:spacing w:after="0" w:line="264" w:lineRule="auto"/>
            </w:pPr>
          </w:p>
        </w:tc>
        <w:tc>
          <w:tcPr>
            <w:tcW w:w="1077" w:type="dxa"/>
          </w:tcPr>
          <w:p w14:paraId="3EF4ECBF" w14:textId="77777777" w:rsidR="00B3411E" w:rsidRDefault="00B3411E">
            <w:pPr>
              <w:spacing w:after="0" w:line="264" w:lineRule="auto"/>
            </w:pPr>
          </w:p>
        </w:tc>
      </w:tr>
    </w:tbl>
    <w:p w14:paraId="74DF6CAA" w14:textId="77777777" w:rsidR="00B3411E" w:rsidRDefault="00B3411E">
      <w:pPr>
        <w:spacing w:after="40" w:line="192" w:lineRule="auto"/>
        <w:jc w:val="both"/>
      </w:pPr>
    </w:p>
    <w:p w14:paraId="3A589EF5" w14:textId="77777777" w:rsidR="00B3411E" w:rsidRDefault="00EC2500">
      <w:pPr>
        <w:spacing w:after="60" w:line="264" w:lineRule="auto"/>
        <w:jc w:val="both"/>
      </w:pPr>
      <w:r>
        <w:rPr>
          <w:b/>
        </w:rPr>
        <w:t>Phần B.</w:t>
      </w:r>
      <w:r>
        <w:t xml:space="preserve"> Chọn một nhu cầu cụ thể của nhân viên vệ sinh (khác phát biểu 3) và viết tuyên bố mục tiêu và nhiệm vụ cho hệ thống AI.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814"/>
        <w:gridCol w:w="3175"/>
        <w:gridCol w:w="4082"/>
      </w:tblGrid>
      <w:tr w:rsidR="00B3411E" w14:paraId="4ADA5011" w14:textId="77777777">
        <w:trPr>
          <w:cantSplit/>
          <w:tblHeader/>
          <w:jc w:val="center"/>
        </w:trPr>
        <w:tc>
          <w:tcPr>
            <w:tcW w:w="1814" w:type="dxa"/>
            <w:vAlign w:val="center"/>
          </w:tcPr>
          <w:p w14:paraId="74D6F7BD" w14:textId="77777777" w:rsidR="00B3411E" w:rsidRDefault="00EC2500">
            <w:pPr>
              <w:spacing w:after="0" w:line="240" w:lineRule="auto"/>
              <w:jc w:val="center"/>
            </w:pPr>
            <w:r>
              <w:rPr>
                <w:b/>
                <w:sz w:val="22"/>
                <w:szCs w:val="22"/>
              </w:rPr>
              <w:t>Yếu tố</w:t>
            </w:r>
          </w:p>
        </w:tc>
        <w:tc>
          <w:tcPr>
            <w:tcW w:w="3175" w:type="dxa"/>
            <w:vAlign w:val="center"/>
          </w:tcPr>
          <w:p w14:paraId="75EB0C96" w14:textId="77777777" w:rsidR="00B3411E" w:rsidRDefault="00EC2500">
            <w:pPr>
              <w:spacing w:after="0" w:line="240" w:lineRule="auto"/>
              <w:jc w:val="center"/>
            </w:pPr>
            <w:r>
              <w:rPr>
                <w:b/>
                <w:sz w:val="22"/>
                <w:szCs w:val="22"/>
              </w:rPr>
              <w:t>Câu hỏi gợi ý</w:t>
            </w:r>
          </w:p>
        </w:tc>
        <w:tc>
          <w:tcPr>
            <w:tcW w:w="4082" w:type="dxa"/>
            <w:vAlign w:val="center"/>
          </w:tcPr>
          <w:p w14:paraId="554ECB4E" w14:textId="77777777" w:rsidR="00B3411E" w:rsidRDefault="00EC2500">
            <w:pPr>
              <w:spacing w:after="0" w:line="240" w:lineRule="auto"/>
              <w:jc w:val="center"/>
            </w:pPr>
            <w:r>
              <w:rPr>
                <w:b/>
                <w:sz w:val="22"/>
                <w:szCs w:val="22"/>
              </w:rPr>
              <w:t>Nội dung của nhóm</w:t>
            </w:r>
          </w:p>
        </w:tc>
      </w:tr>
      <w:tr w:rsidR="00B3411E" w14:paraId="65E88D62" w14:textId="77777777">
        <w:trPr>
          <w:cantSplit/>
          <w:trHeight w:val="624"/>
          <w:jc w:val="center"/>
        </w:trPr>
        <w:tc>
          <w:tcPr>
            <w:tcW w:w="1814" w:type="dxa"/>
          </w:tcPr>
          <w:p w14:paraId="343E891F" w14:textId="77777777" w:rsidR="00B3411E" w:rsidRDefault="00EC2500">
            <w:pPr>
              <w:spacing w:after="0" w:line="240" w:lineRule="auto"/>
            </w:pPr>
            <w:r>
              <w:rPr>
                <w:sz w:val="22"/>
                <w:szCs w:val="22"/>
              </w:rPr>
              <w:t>Người dùng</w:t>
            </w:r>
          </w:p>
        </w:tc>
        <w:tc>
          <w:tcPr>
            <w:tcW w:w="3175" w:type="dxa"/>
          </w:tcPr>
          <w:p w14:paraId="5E1F4825" w14:textId="77777777" w:rsidR="00B3411E" w:rsidRDefault="00EC2500">
            <w:pPr>
              <w:spacing w:after="0" w:line="240" w:lineRule="auto"/>
            </w:pPr>
            <w:r>
              <w:rPr>
                <w:sz w:val="22"/>
                <w:szCs w:val="22"/>
              </w:rPr>
              <w:t>Ai dùng hệ thống?</w:t>
            </w:r>
          </w:p>
        </w:tc>
        <w:tc>
          <w:tcPr>
            <w:tcW w:w="4082" w:type="dxa"/>
          </w:tcPr>
          <w:p w14:paraId="711FA422" w14:textId="77777777" w:rsidR="00B3411E" w:rsidRDefault="00B3411E">
            <w:pPr>
              <w:spacing w:after="0" w:line="264" w:lineRule="auto"/>
            </w:pPr>
          </w:p>
        </w:tc>
      </w:tr>
      <w:tr w:rsidR="00B3411E" w14:paraId="5764A767" w14:textId="77777777">
        <w:trPr>
          <w:cantSplit/>
          <w:trHeight w:val="624"/>
          <w:jc w:val="center"/>
        </w:trPr>
        <w:tc>
          <w:tcPr>
            <w:tcW w:w="1814" w:type="dxa"/>
          </w:tcPr>
          <w:p w14:paraId="2584CB22" w14:textId="77777777" w:rsidR="00B3411E" w:rsidRDefault="00EC2500">
            <w:pPr>
              <w:spacing w:after="0" w:line="240" w:lineRule="auto"/>
            </w:pPr>
            <w:r>
              <w:rPr>
                <w:sz w:val="22"/>
                <w:szCs w:val="22"/>
              </w:rPr>
              <w:t>Mục tiêu</w:t>
            </w:r>
          </w:p>
        </w:tc>
        <w:tc>
          <w:tcPr>
            <w:tcW w:w="3175" w:type="dxa"/>
          </w:tcPr>
          <w:p w14:paraId="7271ABB8" w14:textId="77777777" w:rsidR="00B3411E" w:rsidRDefault="00EC2500">
            <w:pPr>
              <w:spacing w:after="0" w:line="240" w:lineRule="auto"/>
            </w:pPr>
            <w:r>
              <w:rPr>
                <w:sz w:val="22"/>
                <w:szCs w:val="22"/>
              </w:rPr>
              <w:t>Hệ thống giúp người dùng giải quyết vấn đề gì?</w:t>
            </w:r>
          </w:p>
        </w:tc>
        <w:tc>
          <w:tcPr>
            <w:tcW w:w="4082" w:type="dxa"/>
          </w:tcPr>
          <w:p w14:paraId="0DD59FEB" w14:textId="77777777" w:rsidR="00B3411E" w:rsidRDefault="00B3411E">
            <w:pPr>
              <w:spacing w:after="0" w:line="264" w:lineRule="auto"/>
            </w:pPr>
          </w:p>
        </w:tc>
      </w:tr>
      <w:tr w:rsidR="00B3411E" w14:paraId="41103220" w14:textId="77777777">
        <w:trPr>
          <w:cantSplit/>
          <w:trHeight w:val="624"/>
          <w:jc w:val="center"/>
        </w:trPr>
        <w:tc>
          <w:tcPr>
            <w:tcW w:w="1814" w:type="dxa"/>
          </w:tcPr>
          <w:p w14:paraId="4B76FAA0" w14:textId="77777777" w:rsidR="00B3411E" w:rsidRDefault="00EC2500">
            <w:pPr>
              <w:spacing w:after="0" w:line="240" w:lineRule="auto"/>
            </w:pPr>
            <w:r>
              <w:rPr>
                <w:sz w:val="22"/>
                <w:szCs w:val="22"/>
              </w:rPr>
              <w:t>Đầu vào</w:t>
            </w:r>
          </w:p>
        </w:tc>
        <w:tc>
          <w:tcPr>
            <w:tcW w:w="3175" w:type="dxa"/>
          </w:tcPr>
          <w:p w14:paraId="2E79AEA8" w14:textId="77777777" w:rsidR="00B3411E" w:rsidRDefault="00EC2500">
            <w:pPr>
              <w:spacing w:after="0" w:line="240" w:lineRule="auto"/>
            </w:pPr>
            <w:r>
              <w:rPr>
                <w:sz w:val="22"/>
                <w:szCs w:val="22"/>
              </w:rPr>
              <w:t>Hệ thống nhận gì?</w:t>
            </w:r>
          </w:p>
        </w:tc>
        <w:tc>
          <w:tcPr>
            <w:tcW w:w="4082" w:type="dxa"/>
          </w:tcPr>
          <w:p w14:paraId="0D2E3767" w14:textId="77777777" w:rsidR="00B3411E" w:rsidRDefault="00B3411E">
            <w:pPr>
              <w:spacing w:after="0" w:line="264" w:lineRule="auto"/>
            </w:pPr>
          </w:p>
        </w:tc>
      </w:tr>
      <w:tr w:rsidR="00B3411E" w14:paraId="5F46FF48" w14:textId="77777777">
        <w:trPr>
          <w:cantSplit/>
          <w:trHeight w:val="624"/>
          <w:jc w:val="center"/>
        </w:trPr>
        <w:tc>
          <w:tcPr>
            <w:tcW w:w="1814" w:type="dxa"/>
          </w:tcPr>
          <w:p w14:paraId="255FC8F2" w14:textId="77777777" w:rsidR="00B3411E" w:rsidRDefault="00EC2500">
            <w:pPr>
              <w:spacing w:after="0" w:line="240" w:lineRule="auto"/>
            </w:pPr>
            <w:r>
              <w:rPr>
                <w:sz w:val="22"/>
                <w:szCs w:val="22"/>
              </w:rPr>
              <w:t>Đầu ra</w:t>
            </w:r>
          </w:p>
        </w:tc>
        <w:tc>
          <w:tcPr>
            <w:tcW w:w="3175" w:type="dxa"/>
          </w:tcPr>
          <w:p w14:paraId="66ACC527" w14:textId="77777777" w:rsidR="00B3411E" w:rsidRDefault="00EC2500">
            <w:pPr>
              <w:spacing w:after="0" w:line="240" w:lineRule="auto"/>
            </w:pPr>
            <w:r>
              <w:rPr>
                <w:sz w:val="22"/>
                <w:szCs w:val="22"/>
              </w:rPr>
              <w:t>Hệ thống đưa ra gì, ở dạng nào?</w:t>
            </w:r>
          </w:p>
        </w:tc>
        <w:tc>
          <w:tcPr>
            <w:tcW w:w="4082" w:type="dxa"/>
          </w:tcPr>
          <w:p w14:paraId="0D144FD3" w14:textId="77777777" w:rsidR="00B3411E" w:rsidRDefault="00B3411E">
            <w:pPr>
              <w:spacing w:after="0" w:line="264" w:lineRule="auto"/>
            </w:pPr>
          </w:p>
        </w:tc>
      </w:tr>
      <w:tr w:rsidR="00B3411E" w14:paraId="43FE2702" w14:textId="77777777">
        <w:trPr>
          <w:cantSplit/>
          <w:trHeight w:val="624"/>
          <w:jc w:val="center"/>
        </w:trPr>
        <w:tc>
          <w:tcPr>
            <w:tcW w:w="1814" w:type="dxa"/>
          </w:tcPr>
          <w:p w14:paraId="41BC5EBF" w14:textId="77777777" w:rsidR="00B3411E" w:rsidRDefault="00EC2500">
            <w:pPr>
              <w:spacing w:after="0" w:line="240" w:lineRule="auto"/>
            </w:pPr>
            <w:r>
              <w:rPr>
                <w:sz w:val="22"/>
                <w:szCs w:val="22"/>
              </w:rPr>
              <w:t>Tiêu chí thành công</w:t>
            </w:r>
          </w:p>
        </w:tc>
        <w:tc>
          <w:tcPr>
            <w:tcW w:w="3175" w:type="dxa"/>
          </w:tcPr>
          <w:p w14:paraId="728BAD4F" w14:textId="77777777" w:rsidR="00B3411E" w:rsidRDefault="00EC2500">
            <w:pPr>
              <w:spacing w:after="0" w:line="240" w:lineRule="auto"/>
            </w:pPr>
            <w:r>
              <w:rPr>
                <w:sz w:val="22"/>
                <w:szCs w:val="22"/>
              </w:rPr>
              <w:t>Căn cứ đo được nào cho biết hệ thống đạt mục tiêu?</w:t>
            </w:r>
          </w:p>
        </w:tc>
        <w:tc>
          <w:tcPr>
            <w:tcW w:w="4082" w:type="dxa"/>
          </w:tcPr>
          <w:p w14:paraId="7384AD6D" w14:textId="77777777" w:rsidR="00B3411E" w:rsidRDefault="00B3411E">
            <w:pPr>
              <w:spacing w:after="0" w:line="264" w:lineRule="auto"/>
            </w:pPr>
          </w:p>
        </w:tc>
      </w:tr>
    </w:tbl>
    <w:p w14:paraId="082B4DAC" w14:textId="77777777" w:rsidR="00B3411E" w:rsidRDefault="00B3411E">
      <w:pPr>
        <w:spacing w:after="40" w:line="192" w:lineRule="auto"/>
        <w:jc w:val="both"/>
      </w:pPr>
    </w:p>
    <w:p w14:paraId="004F8014" w14:textId="77777777" w:rsidR="00B3411E" w:rsidRDefault="00EC2500">
      <w:pPr>
        <w:spacing w:after="0" w:line="264" w:lineRule="auto"/>
        <w:jc w:val="both"/>
      </w:pPr>
      <w:r>
        <w:br w:type="page"/>
      </w:r>
    </w:p>
    <w:p w14:paraId="04F12269" w14:textId="77777777" w:rsidR="00B3411E" w:rsidRDefault="00EC2500">
      <w:pPr>
        <w:keepNext/>
        <w:spacing w:before="80" w:after="60" w:line="264" w:lineRule="auto"/>
      </w:pPr>
      <w:r>
        <w:rPr>
          <w:b/>
        </w:rPr>
        <w:t>PL10.7.2. Bộ thẻ mô phỏng và Phần C của Phiếu học tập 10.7.1</w:t>
      </w:r>
    </w:p>
    <w:p w14:paraId="31C1D0E4" w14:textId="77777777" w:rsidR="00B3411E" w:rsidRDefault="00EC2500">
      <w:pPr>
        <w:spacing w:after="60" w:line="264" w:lineRule="auto"/>
        <w:jc w:val="both"/>
      </w:pPr>
      <w:r>
        <w:rPr>
          <w:i/>
          <w:sz w:val="24"/>
        </w:rPr>
        <w:t>GV in và cắt thành thẻ, mỗi nhóm một bộ.</w:t>
      </w:r>
    </w:p>
    <w:p w14:paraId="73778C42" w14:textId="77777777" w:rsidR="00B3411E" w:rsidRDefault="00EC2500">
      <w:pPr>
        <w:keepNext/>
        <w:spacing w:after="60" w:line="264" w:lineRule="auto"/>
        <w:jc w:val="both"/>
      </w:pPr>
      <w:r>
        <w:rPr>
          <w:b/>
        </w:rPr>
        <w:t>a) 12 thẻ dữ liệu huấn luyện (đã gán nhãn)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134"/>
        <w:gridCol w:w="1814"/>
        <w:gridCol w:w="1361"/>
        <w:gridCol w:w="2948"/>
        <w:gridCol w:w="1814"/>
      </w:tblGrid>
      <w:tr w:rsidR="00B3411E" w14:paraId="0165667E" w14:textId="77777777">
        <w:trPr>
          <w:cantSplit/>
          <w:tblHeader/>
          <w:jc w:val="center"/>
        </w:trPr>
        <w:tc>
          <w:tcPr>
            <w:tcW w:w="1134" w:type="dxa"/>
            <w:vAlign w:val="center"/>
          </w:tcPr>
          <w:p w14:paraId="4C4CBA4C" w14:textId="77777777" w:rsidR="00B3411E" w:rsidRDefault="00EC2500">
            <w:pPr>
              <w:spacing w:after="0" w:line="240" w:lineRule="auto"/>
              <w:jc w:val="center"/>
            </w:pPr>
            <w:r>
              <w:rPr>
                <w:b/>
                <w:sz w:val="22"/>
                <w:szCs w:val="22"/>
              </w:rPr>
              <w:t>Mã thẻ</w:t>
            </w:r>
          </w:p>
        </w:tc>
        <w:tc>
          <w:tcPr>
            <w:tcW w:w="1814" w:type="dxa"/>
            <w:vAlign w:val="center"/>
          </w:tcPr>
          <w:p w14:paraId="3693D0A6" w14:textId="77777777" w:rsidR="00B3411E" w:rsidRDefault="00EC2500">
            <w:pPr>
              <w:spacing w:after="0" w:line="240" w:lineRule="auto"/>
              <w:jc w:val="center"/>
            </w:pPr>
            <w:r>
              <w:rPr>
                <w:b/>
                <w:sz w:val="22"/>
                <w:szCs w:val="22"/>
              </w:rPr>
              <w:t>Màu</w:t>
            </w:r>
          </w:p>
        </w:tc>
        <w:tc>
          <w:tcPr>
            <w:tcW w:w="1361" w:type="dxa"/>
            <w:vAlign w:val="center"/>
          </w:tcPr>
          <w:p w14:paraId="5FB83E61" w14:textId="77777777" w:rsidR="00B3411E" w:rsidRDefault="00EC2500">
            <w:pPr>
              <w:spacing w:after="0" w:line="240" w:lineRule="auto"/>
              <w:jc w:val="center"/>
            </w:pPr>
            <w:r>
              <w:rPr>
                <w:b/>
                <w:sz w:val="22"/>
                <w:szCs w:val="22"/>
              </w:rPr>
              <w:t>Bề mặt</w:t>
            </w:r>
          </w:p>
        </w:tc>
        <w:tc>
          <w:tcPr>
            <w:tcW w:w="2948" w:type="dxa"/>
            <w:vAlign w:val="center"/>
          </w:tcPr>
          <w:p w14:paraId="3A3DF36B" w14:textId="77777777" w:rsidR="00B3411E" w:rsidRDefault="00EC2500">
            <w:pPr>
              <w:spacing w:after="0" w:line="240" w:lineRule="auto"/>
              <w:jc w:val="center"/>
            </w:pPr>
            <w:r>
              <w:rPr>
                <w:b/>
                <w:sz w:val="22"/>
                <w:szCs w:val="22"/>
              </w:rPr>
              <w:t>Hình dạng</w:t>
            </w:r>
          </w:p>
        </w:tc>
        <w:tc>
          <w:tcPr>
            <w:tcW w:w="1814" w:type="dxa"/>
            <w:vAlign w:val="center"/>
          </w:tcPr>
          <w:p w14:paraId="75B02416" w14:textId="77777777" w:rsidR="00B3411E" w:rsidRDefault="00EC2500">
            <w:pPr>
              <w:spacing w:after="0" w:line="240" w:lineRule="auto"/>
              <w:jc w:val="center"/>
            </w:pPr>
            <w:r>
              <w:rPr>
                <w:b/>
                <w:sz w:val="22"/>
                <w:szCs w:val="22"/>
              </w:rPr>
              <w:t>Nhãn</w:t>
            </w:r>
          </w:p>
        </w:tc>
      </w:tr>
      <w:tr w:rsidR="00B3411E" w14:paraId="64537422" w14:textId="77777777">
        <w:trPr>
          <w:cantSplit/>
          <w:jc w:val="center"/>
        </w:trPr>
        <w:tc>
          <w:tcPr>
            <w:tcW w:w="1134" w:type="dxa"/>
            <w:vAlign w:val="center"/>
          </w:tcPr>
          <w:p w14:paraId="2A19A50D" w14:textId="77777777" w:rsidR="00B3411E" w:rsidRDefault="00EC2500">
            <w:pPr>
              <w:spacing w:after="0" w:line="240" w:lineRule="auto"/>
              <w:jc w:val="center"/>
            </w:pPr>
            <w:r>
              <w:rPr>
                <w:sz w:val="22"/>
                <w:szCs w:val="22"/>
              </w:rPr>
              <w:t>H01</w:t>
            </w:r>
          </w:p>
        </w:tc>
        <w:tc>
          <w:tcPr>
            <w:tcW w:w="1814" w:type="dxa"/>
            <w:vAlign w:val="center"/>
          </w:tcPr>
          <w:p w14:paraId="34DD9CD2" w14:textId="77777777" w:rsidR="00B3411E" w:rsidRDefault="00EC2500">
            <w:pPr>
              <w:spacing w:after="0" w:line="240" w:lineRule="auto"/>
              <w:jc w:val="center"/>
            </w:pPr>
            <w:r>
              <w:rPr>
                <w:sz w:val="22"/>
                <w:szCs w:val="22"/>
              </w:rPr>
              <w:t>Trắng</w:t>
            </w:r>
          </w:p>
        </w:tc>
        <w:tc>
          <w:tcPr>
            <w:tcW w:w="1361" w:type="dxa"/>
            <w:vAlign w:val="center"/>
          </w:tcPr>
          <w:p w14:paraId="34D5F301" w14:textId="77777777" w:rsidR="00B3411E" w:rsidRDefault="00EC2500">
            <w:pPr>
              <w:spacing w:after="0" w:line="240" w:lineRule="auto"/>
              <w:jc w:val="center"/>
            </w:pPr>
            <w:r>
              <w:rPr>
                <w:sz w:val="22"/>
                <w:szCs w:val="22"/>
              </w:rPr>
              <w:t>Bóng</w:t>
            </w:r>
          </w:p>
        </w:tc>
        <w:tc>
          <w:tcPr>
            <w:tcW w:w="2948" w:type="dxa"/>
            <w:vAlign w:val="center"/>
          </w:tcPr>
          <w:p w14:paraId="0ED82CDE" w14:textId="77777777" w:rsidR="00B3411E" w:rsidRDefault="00EC2500">
            <w:pPr>
              <w:spacing w:after="0" w:line="240" w:lineRule="auto"/>
              <w:jc w:val="center"/>
            </w:pPr>
            <w:r>
              <w:rPr>
                <w:sz w:val="22"/>
                <w:szCs w:val="22"/>
              </w:rPr>
              <w:t>Chai</w:t>
            </w:r>
          </w:p>
        </w:tc>
        <w:tc>
          <w:tcPr>
            <w:tcW w:w="1814" w:type="dxa"/>
            <w:vAlign w:val="center"/>
          </w:tcPr>
          <w:p w14:paraId="163E0506" w14:textId="77777777" w:rsidR="00B3411E" w:rsidRDefault="00EC2500">
            <w:pPr>
              <w:spacing w:after="0" w:line="240" w:lineRule="auto"/>
              <w:jc w:val="center"/>
            </w:pPr>
            <w:r>
              <w:rPr>
                <w:sz w:val="22"/>
                <w:szCs w:val="22"/>
              </w:rPr>
              <w:t>Nhựa</w:t>
            </w:r>
          </w:p>
        </w:tc>
      </w:tr>
      <w:tr w:rsidR="00B3411E" w14:paraId="5CFA51F3" w14:textId="77777777">
        <w:trPr>
          <w:cantSplit/>
          <w:jc w:val="center"/>
        </w:trPr>
        <w:tc>
          <w:tcPr>
            <w:tcW w:w="1134" w:type="dxa"/>
            <w:vAlign w:val="center"/>
          </w:tcPr>
          <w:p w14:paraId="709B2057" w14:textId="77777777" w:rsidR="00B3411E" w:rsidRDefault="00EC2500">
            <w:pPr>
              <w:spacing w:after="0" w:line="240" w:lineRule="auto"/>
              <w:jc w:val="center"/>
            </w:pPr>
            <w:r>
              <w:rPr>
                <w:sz w:val="22"/>
                <w:szCs w:val="22"/>
              </w:rPr>
              <w:t>H02</w:t>
            </w:r>
          </w:p>
        </w:tc>
        <w:tc>
          <w:tcPr>
            <w:tcW w:w="1814" w:type="dxa"/>
            <w:vAlign w:val="center"/>
          </w:tcPr>
          <w:p w14:paraId="0A34A5FD" w14:textId="77777777" w:rsidR="00B3411E" w:rsidRDefault="00EC2500">
            <w:pPr>
              <w:spacing w:after="0" w:line="240" w:lineRule="auto"/>
              <w:jc w:val="center"/>
            </w:pPr>
            <w:r>
              <w:rPr>
                <w:sz w:val="22"/>
                <w:szCs w:val="22"/>
              </w:rPr>
              <w:t>Xanh</w:t>
            </w:r>
          </w:p>
        </w:tc>
        <w:tc>
          <w:tcPr>
            <w:tcW w:w="1361" w:type="dxa"/>
            <w:vAlign w:val="center"/>
          </w:tcPr>
          <w:p w14:paraId="20D0A278" w14:textId="77777777" w:rsidR="00B3411E" w:rsidRDefault="00EC2500">
            <w:pPr>
              <w:spacing w:after="0" w:line="240" w:lineRule="auto"/>
              <w:jc w:val="center"/>
            </w:pPr>
            <w:r>
              <w:rPr>
                <w:sz w:val="22"/>
                <w:szCs w:val="22"/>
              </w:rPr>
              <w:t>Bóng</w:t>
            </w:r>
          </w:p>
        </w:tc>
        <w:tc>
          <w:tcPr>
            <w:tcW w:w="2948" w:type="dxa"/>
            <w:vAlign w:val="center"/>
          </w:tcPr>
          <w:p w14:paraId="7EF59AF9" w14:textId="77777777" w:rsidR="00B3411E" w:rsidRDefault="00EC2500">
            <w:pPr>
              <w:spacing w:after="0" w:line="240" w:lineRule="auto"/>
              <w:jc w:val="center"/>
            </w:pPr>
            <w:r>
              <w:rPr>
                <w:sz w:val="22"/>
                <w:szCs w:val="22"/>
              </w:rPr>
              <w:t>Chai</w:t>
            </w:r>
          </w:p>
        </w:tc>
        <w:tc>
          <w:tcPr>
            <w:tcW w:w="1814" w:type="dxa"/>
            <w:vAlign w:val="center"/>
          </w:tcPr>
          <w:p w14:paraId="2F474A4E" w14:textId="77777777" w:rsidR="00B3411E" w:rsidRDefault="00EC2500">
            <w:pPr>
              <w:spacing w:after="0" w:line="240" w:lineRule="auto"/>
              <w:jc w:val="center"/>
            </w:pPr>
            <w:r>
              <w:rPr>
                <w:sz w:val="22"/>
                <w:szCs w:val="22"/>
              </w:rPr>
              <w:t>Nhựa</w:t>
            </w:r>
          </w:p>
        </w:tc>
      </w:tr>
      <w:tr w:rsidR="00B3411E" w14:paraId="012E7296" w14:textId="77777777">
        <w:trPr>
          <w:cantSplit/>
          <w:jc w:val="center"/>
        </w:trPr>
        <w:tc>
          <w:tcPr>
            <w:tcW w:w="1134" w:type="dxa"/>
            <w:vAlign w:val="center"/>
          </w:tcPr>
          <w:p w14:paraId="0A26B94A" w14:textId="77777777" w:rsidR="00B3411E" w:rsidRDefault="00EC2500">
            <w:pPr>
              <w:spacing w:after="0" w:line="240" w:lineRule="auto"/>
              <w:jc w:val="center"/>
            </w:pPr>
            <w:r>
              <w:rPr>
                <w:sz w:val="22"/>
                <w:szCs w:val="22"/>
              </w:rPr>
              <w:t>H03</w:t>
            </w:r>
          </w:p>
        </w:tc>
        <w:tc>
          <w:tcPr>
            <w:tcW w:w="1814" w:type="dxa"/>
            <w:vAlign w:val="center"/>
          </w:tcPr>
          <w:p w14:paraId="0A9EEF7A" w14:textId="77777777" w:rsidR="00B3411E" w:rsidRDefault="00EC2500">
            <w:pPr>
              <w:spacing w:after="0" w:line="240" w:lineRule="auto"/>
              <w:jc w:val="center"/>
            </w:pPr>
            <w:r>
              <w:rPr>
                <w:sz w:val="22"/>
                <w:szCs w:val="22"/>
              </w:rPr>
              <w:t>Trắng</w:t>
            </w:r>
          </w:p>
        </w:tc>
        <w:tc>
          <w:tcPr>
            <w:tcW w:w="1361" w:type="dxa"/>
            <w:vAlign w:val="center"/>
          </w:tcPr>
          <w:p w14:paraId="0E55D984" w14:textId="77777777" w:rsidR="00B3411E" w:rsidRDefault="00EC2500">
            <w:pPr>
              <w:spacing w:after="0" w:line="240" w:lineRule="auto"/>
              <w:jc w:val="center"/>
            </w:pPr>
            <w:r>
              <w:rPr>
                <w:sz w:val="22"/>
                <w:szCs w:val="22"/>
              </w:rPr>
              <w:t>Bóng</w:t>
            </w:r>
          </w:p>
        </w:tc>
        <w:tc>
          <w:tcPr>
            <w:tcW w:w="2948" w:type="dxa"/>
            <w:vAlign w:val="center"/>
          </w:tcPr>
          <w:p w14:paraId="0E86474A" w14:textId="77777777" w:rsidR="00B3411E" w:rsidRDefault="00EC2500">
            <w:pPr>
              <w:spacing w:after="0" w:line="240" w:lineRule="auto"/>
              <w:jc w:val="center"/>
            </w:pPr>
            <w:r>
              <w:rPr>
                <w:sz w:val="22"/>
                <w:szCs w:val="22"/>
              </w:rPr>
              <w:t>Túi</w:t>
            </w:r>
          </w:p>
        </w:tc>
        <w:tc>
          <w:tcPr>
            <w:tcW w:w="1814" w:type="dxa"/>
            <w:vAlign w:val="center"/>
          </w:tcPr>
          <w:p w14:paraId="5069AD69" w14:textId="77777777" w:rsidR="00B3411E" w:rsidRDefault="00EC2500">
            <w:pPr>
              <w:spacing w:after="0" w:line="240" w:lineRule="auto"/>
              <w:jc w:val="center"/>
            </w:pPr>
            <w:r>
              <w:rPr>
                <w:sz w:val="22"/>
                <w:szCs w:val="22"/>
              </w:rPr>
              <w:t>Nhựa</w:t>
            </w:r>
          </w:p>
        </w:tc>
      </w:tr>
      <w:tr w:rsidR="00B3411E" w14:paraId="7DD39F96" w14:textId="77777777">
        <w:trPr>
          <w:cantSplit/>
          <w:jc w:val="center"/>
        </w:trPr>
        <w:tc>
          <w:tcPr>
            <w:tcW w:w="1134" w:type="dxa"/>
            <w:vAlign w:val="center"/>
          </w:tcPr>
          <w:p w14:paraId="6DEE8502" w14:textId="77777777" w:rsidR="00B3411E" w:rsidRDefault="00EC2500">
            <w:pPr>
              <w:spacing w:after="0" w:line="240" w:lineRule="auto"/>
              <w:jc w:val="center"/>
            </w:pPr>
            <w:r>
              <w:rPr>
                <w:sz w:val="22"/>
                <w:szCs w:val="22"/>
              </w:rPr>
              <w:t>H04</w:t>
            </w:r>
          </w:p>
        </w:tc>
        <w:tc>
          <w:tcPr>
            <w:tcW w:w="1814" w:type="dxa"/>
            <w:vAlign w:val="center"/>
          </w:tcPr>
          <w:p w14:paraId="7271977C" w14:textId="77777777" w:rsidR="00B3411E" w:rsidRDefault="00EC2500">
            <w:pPr>
              <w:spacing w:after="0" w:line="240" w:lineRule="auto"/>
              <w:jc w:val="center"/>
            </w:pPr>
            <w:r>
              <w:rPr>
                <w:sz w:val="22"/>
                <w:szCs w:val="22"/>
              </w:rPr>
              <w:t>Nâu</w:t>
            </w:r>
          </w:p>
        </w:tc>
        <w:tc>
          <w:tcPr>
            <w:tcW w:w="1361" w:type="dxa"/>
            <w:vAlign w:val="center"/>
          </w:tcPr>
          <w:p w14:paraId="0ACD5BDF" w14:textId="77777777" w:rsidR="00B3411E" w:rsidRDefault="00EC2500">
            <w:pPr>
              <w:spacing w:after="0" w:line="240" w:lineRule="auto"/>
              <w:jc w:val="center"/>
            </w:pPr>
            <w:r>
              <w:rPr>
                <w:sz w:val="22"/>
                <w:szCs w:val="22"/>
              </w:rPr>
              <w:t>Mờ</w:t>
            </w:r>
          </w:p>
        </w:tc>
        <w:tc>
          <w:tcPr>
            <w:tcW w:w="2948" w:type="dxa"/>
            <w:vAlign w:val="center"/>
          </w:tcPr>
          <w:p w14:paraId="034A3C2D" w14:textId="77777777" w:rsidR="00B3411E" w:rsidRDefault="00EC2500">
            <w:pPr>
              <w:spacing w:after="0" w:line="240" w:lineRule="auto"/>
              <w:jc w:val="center"/>
            </w:pPr>
            <w:r>
              <w:rPr>
                <w:sz w:val="22"/>
                <w:szCs w:val="22"/>
              </w:rPr>
              <w:t>Hộp</w:t>
            </w:r>
          </w:p>
        </w:tc>
        <w:tc>
          <w:tcPr>
            <w:tcW w:w="1814" w:type="dxa"/>
            <w:vAlign w:val="center"/>
          </w:tcPr>
          <w:p w14:paraId="51F34CBC" w14:textId="77777777" w:rsidR="00B3411E" w:rsidRDefault="00EC2500">
            <w:pPr>
              <w:spacing w:after="0" w:line="240" w:lineRule="auto"/>
              <w:jc w:val="center"/>
            </w:pPr>
            <w:r>
              <w:rPr>
                <w:sz w:val="22"/>
                <w:szCs w:val="22"/>
              </w:rPr>
              <w:t>Giấy</w:t>
            </w:r>
          </w:p>
        </w:tc>
      </w:tr>
      <w:tr w:rsidR="00B3411E" w14:paraId="09EADC10" w14:textId="77777777">
        <w:trPr>
          <w:cantSplit/>
          <w:jc w:val="center"/>
        </w:trPr>
        <w:tc>
          <w:tcPr>
            <w:tcW w:w="1134" w:type="dxa"/>
            <w:vAlign w:val="center"/>
          </w:tcPr>
          <w:p w14:paraId="3A9E45CA" w14:textId="77777777" w:rsidR="00B3411E" w:rsidRDefault="00EC2500">
            <w:pPr>
              <w:spacing w:after="0" w:line="240" w:lineRule="auto"/>
              <w:jc w:val="center"/>
            </w:pPr>
            <w:r>
              <w:rPr>
                <w:sz w:val="22"/>
                <w:szCs w:val="22"/>
              </w:rPr>
              <w:t>H05</w:t>
            </w:r>
          </w:p>
        </w:tc>
        <w:tc>
          <w:tcPr>
            <w:tcW w:w="1814" w:type="dxa"/>
            <w:vAlign w:val="center"/>
          </w:tcPr>
          <w:p w14:paraId="64E81971" w14:textId="77777777" w:rsidR="00B3411E" w:rsidRDefault="00EC2500">
            <w:pPr>
              <w:spacing w:after="0" w:line="240" w:lineRule="auto"/>
              <w:jc w:val="center"/>
            </w:pPr>
            <w:r>
              <w:rPr>
                <w:sz w:val="22"/>
                <w:szCs w:val="22"/>
              </w:rPr>
              <w:t>Trắng</w:t>
            </w:r>
          </w:p>
        </w:tc>
        <w:tc>
          <w:tcPr>
            <w:tcW w:w="1361" w:type="dxa"/>
            <w:vAlign w:val="center"/>
          </w:tcPr>
          <w:p w14:paraId="3724F3B2" w14:textId="77777777" w:rsidR="00B3411E" w:rsidRDefault="00EC2500">
            <w:pPr>
              <w:spacing w:after="0" w:line="240" w:lineRule="auto"/>
              <w:jc w:val="center"/>
            </w:pPr>
            <w:r>
              <w:rPr>
                <w:sz w:val="22"/>
                <w:szCs w:val="22"/>
              </w:rPr>
              <w:t>Mờ</w:t>
            </w:r>
          </w:p>
        </w:tc>
        <w:tc>
          <w:tcPr>
            <w:tcW w:w="2948" w:type="dxa"/>
            <w:vAlign w:val="center"/>
          </w:tcPr>
          <w:p w14:paraId="1FA5BFDE" w14:textId="77777777" w:rsidR="00B3411E" w:rsidRDefault="00EC2500">
            <w:pPr>
              <w:spacing w:after="0" w:line="240" w:lineRule="auto"/>
              <w:jc w:val="center"/>
            </w:pPr>
            <w:r>
              <w:rPr>
                <w:sz w:val="22"/>
                <w:szCs w:val="22"/>
              </w:rPr>
              <w:t>Hộp</w:t>
            </w:r>
          </w:p>
        </w:tc>
        <w:tc>
          <w:tcPr>
            <w:tcW w:w="1814" w:type="dxa"/>
            <w:vAlign w:val="center"/>
          </w:tcPr>
          <w:p w14:paraId="34BE7713" w14:textId="77777777" w:rsidR="00B3411E" w:rsidRDefault="00EC2500">
            <w:pPr>
              <w:spacing w:after="0" w:line="240" w:lineRule="auto"/>
              <w:jc w:val="center"/>
            </w:pPr>
            <w:r>
              <w:rPr>
                <w:sz w:val="22"/>
                <w:szCs w:val="22"/>
              </w:rPr>
              <w:t>Giấy</w:t>
            </w:r>
          </w:p>
        </w:tc>
      </w:tr>
      <w:tr w:rsidR="00B3411E" w14:paraId="79837B58" w14:textId="77777777">
        <w:trPr>
          <w:cantSplit/>
          <w:jc w:val="center"/>
        </w:trPr>
        <w:tc>
          <w:tcPr>
            <w:tcW w:w="1134" w:type="dxa"/>
            <w:vAlign w:val="center"/>
          </w:tcPr>
          <w:p w14:paraId="12090238" w14:textId="77777777" w:rsidR="00B3411E" w:rsidRDefault="00EC2500">
            <w:pPr>
              <w:spacing w:after="0" w:line="240" w:lineRule="auto"/>
              <w:jc w:val="center"/>
            </w:pPr>
            <w:r>
              <w:rPr>
                <w:sz w:val="22"/>
                <w:szCs w:val="22"/>
              </w:rPr>
              <w:t>H06</w:t>
            </w:r>
          </w:p>
        </w:tc>
        <w:tc>
          <w:tcPr>
            <w:tcW w:w="1814" w:type="dxa"/>
            <w:vAlign w:val="center"/>
          </w:tcPr>
          <w:p w14:paraId="7EA6DEDA" w14:textId="77777777" w:rsidR="00B3411E" w:rsidRDefault="00EC2500">
            <w:pPr>
              <w:spacing w:after="0" w:line="240" w:lineRule="auto"/>
              <w:jc w:val="center"/>
            </w:pPr>
            <w:r>
              <w:rPr>
                <w:sz w:val="22"/>
                <w:szCs w:val="22"/>
              </w:rPr>
              <w:t>Xanh</w:t>
            </w:r>
          </w:p>
        </w:tc>
        <w:tc>
          <w:tcPr>
            <w:tcW w:w="1361" w:type="dxa"/>
            <w:vAlign w:val="center"/>
          </w:tcPr>
          <w:p w14:paraId="62C06075" w14:textId="77777777" w:rsidR="00B3411E" w:rsidRDefault="00EC2500">
            <w:pPr>
              <w:spacing w:after="0" w:line="240" w:lineRule="auto"/>
              <w:jc w:val="center"/>
            </w:pPr>
            <w:r>
              <w:rPr>
                <w:sz w:val="22"/>
                <w:szCs w:val="22"/>
              </w:rPr>
              <w:t>Mờ</w:t>
            </w:r>
          </w:p>
        </w:tc>
        <w:tc>
          <w:tcPr>
            <w:tcW w:w="2948" w:type="dxa"/>
            <w:vAlign w:val="center"/>
          </w:tcPr>
          <w:p w14:paraId="09414DBC" w14:textId="77777777" w:rsidR="00B3411E" w:rsidRDefault="00EC2500">
            <w:pPr>
              <w:spacing w:after="0" w:line="240" w:lineRule="auto"/>
              <w:jc w:val="center"/>
            </w:pPr>
            <w:r>
              <w:rPr>
                <w:sz w:val="22"/>
                <w:szCs w:val="22"/>
              </w:rPr>
              <w:t>Hộp</w:t>
            </w:r>
          </w:p>
        </w:tc>
        <w:tc>
          <w:tcPr>
            <w:tcW w:w="1814" w:type="dxa"/>
            <w:vAlign w:val="center"/>
          </w:tcPr>
          <w:p w14:paraId="294FE7FC" w14:textId="77777777" w:rsidR="00B3411E" w:rsidRDefault="00EC2500">
            <w:pPr>
              <w:spacing w:after="0" w:line="240" w:lineRule="auto"/>
              <w:jc w:val="center"/>
            </w:pPr>
            <w:r>
              <w:rPr>
                <w:sz w:val="22"/>
                <w:szCs w:val="22"/>
              </w:rPr>
              <w:t>Giấy</w:t>
            </w:r>
          </w:p>
        </w:tc>
      </w:tr>
      <w:tr w:rsidR="00B3411E" w14:paraId="7FD02F09" w14:textId="77777777">
        <w:trPr>
          <w:cantSplit/>
          <w:jc w:val="center"/>
        </w:trPr>
        <w:tc>
          <w:tcPr>
            <w:tcW w:w="1134" w:type="dxa"/>
            <w:vAlign w:val="center"/>
          </w:tcPr>
          <w:p w14:paraId="441FE624" w14:textId="77777777" w:rsidR="00B3411E" w:rsidRDefault="00EC2500">
            <w:pPr>
              <w:spacing w:after="0" w:line="240" w:lineRule="auto"/>
              <w:jc w:val="center"/>
            </w:pPr>
            <w:r>
              <w:rPr>
                <w:sz w:val="22"/>
                <w:szCs w:val="22"/>
              </w:rPr>
              <w:t>H07</w:t>
            </w:r>
          </w:p>
        </w:tc>
        <w:tc>
          <w:tcPr>
            <w:tcW w:w="1814" w:type="dxa"/>
            <w:vAlign w:val="center"/>
          </w:tcPr>
          <w:p w14:paraId="16CCC0A2" w14:textId="77777777" w:rsidR="00B3411E" w:rsidRDefault="00EC2500">
            <w:pPr>
              <w:spacing w:after="0" w:line="240" w:lineRule="auto"/>
              <w:jc w:val="center"/>
            </w:pPr>
            <w:r>
              <w:rPr>
                <w:sz w:val="22"/>
                <w:szCs w:val="22"/>
              </w:rPr>
              <w:t>Đen</w:t>
            </w:r>
          </w:p>
        </w:tc>
        <w:tc>
          <w:tcPr>
            <w:tcW w:w="1361" w:type="dxa"/>
            <w:vAlign w:val="center"/>
          </w:tcPr>
          <w:p w14:paraId="4806BA41" w14:textId="77777777" w:rsidR="00B3411E" w:rsidRDefault="00EC2500">
            <w:pPr>
              <w:spacing w:after="0" w:line="240" w:lineRule="auto"/>
              <w:jc w:val="center"/>
            </w:pPr>
            <w:r>
              <w:rPr>
                <w:sz w:val="22"/>
                <w:szCs w:val="22"/>
              </w:rPr>
              <w:t>Bóng</w:t>
            </w:r>
          </w:p>
        </w:tc>
        <w:tc>
          <w:tcPr>
            <w:tcW w:w="2948" w:type="dxa"/>
            <w:vAlign w:val="center"/>
          </w:tcPr>
          <w:p w14:paraId="45241A51" w14:textId="77777777" w:rsidR="00B3411E" w:rsidRDefault="00EC2500">
            <w:pPr>
              <w:spacing w:after="0" w:line="240" w:lineRule="auto"/>
              <w:jc w:val="center"/>
            </w:pPr>
            <w:r>
              <w:rPr>
                <w:sz w:val="22"/>
                <w:szCs w:val="22"/>
              </w:rPr>
              <w:t>Hộp</w:t>
            </w:r>
          </w:p>
        </w:tc>
        <w:tc>
          <w:tcPr>
            <w:tcW w:w="1814" w:type="dxa"/>
            <w:vAlign w:val="center"/>
          </w:tcPr>
          <w:p w14:paraId="151272F0" w14:textId="77777777" w:rsidR="00B3411E" w:rsidRDefault="00EC2500">
            <w:pPr>
              <w:spacing w:after="0" w:line="240" w:lineRule="auto"/>
              <w:jc w:val="center"/>
            </w:pPr>
            <w:r>
              <w:rPr>
                <w:sz w:val="22"/>
                <w:szCs w:val="22"/>
              </w:rPr>
              <w:t>Nhựa</w:t>
            </w:r>
          </w:p>
        </w:tc>
      </w:tr>
      <w:tr w:rsidR="00B3411E" w14:paraId="395D21E6" w14:textId="77777777">
        <w:trPr>
          <w:cantSplit/>
          <w:jc w:val="center"/>
        </w:trPr>
        <w:tc>
          <w:tcPr>
            <w:tcW w:w="1134" w:type="dxa"/>
            <w:vAlign w:val="center"/>
          </w:tcPr>
          <w:p w14:paraId="70A961E8" w14:textId="77777777" w:rsidR="00B3411E" w:rsidRDefault="00EC2500">
            <w:pPr>
              <w:spacing w:after="0" w:line="240" w:lineRule="auto"/>
              <w:jc w:val="center"/>
            </w:pPr>
            <w:r>
              <w:rPr>
                <w:sz w:val="22"/>
                <w:szCs w:val="22"/>
              </w:rPr>
              <w:t>H08</w:t>
            </w:r>
          </w:p>
        </w:tc>
        <w:tc>
          <w:tcPr>
            <w:tcW w:w="1814" w:type="dxa"/>
            <w:vAlign w:val="center"/>
          </w:tcPr>
          <w:p w14:paraId="2D1DE204" w14:textId="77777777" w:rsidR="00B3411E" w:rsidRDefault="00EC2500">
            <w:pPr>
              <w:spacing w:after="0" w:line="240" w:lineRule="auto"/>
              <w:jc w:val="center"/>
            </w:pPr>
            <w:r>
              <w:rPr>
                <w:sz w:val="22"/>
                <w:szCs w:val="22"/>
              </w:rPr>
              <w:t>Nâu</w:t>
            </w:r>
          </w:p>
        </w:tc>
        <w:tc>
          <w:tcPr>
            <w:tcW w:w="1361" w:type="dxa"/>
            <w:vAlign w:val="center"/>
          </w:tcPr>
          <w:p w14:paraId="6E747A1C" w14:textId="77777777" w:rsidR="00B3411E" w:rsidRDefault="00EC2500">
            <w:pPr>
              <w:spacing w:after="0" w:line="240" w:lineRule="auto"/>
              <w:jc w:val="center"/>
            </w:pPr>
            <w:r>
              <w:rPr>
                <w:sz w:val="22"/>
                <w:szCs w:val="22"/>
              </w:rPr>
              <w:t>Bóng</w:t>
            </w:r>
          </w:p>
        </w:tc>
        <w:tc>
          <w:tcPr>
            <w:tcW w:w="2948" w:type="dxa"/>
            <w:vAlign w:val="center"/>
          </w:tcPr>
          <w:p w14:paraId="057D6907" w14:textId="77777777" w:rsidR="00B3411E" w:rsidRDefault="00EC2500">
            <w:pPr>
              <w:spacing w:after="0" w:line="240" w:lineRule="auto"/>
              <w:jc w:val="center"/>
            </w:pPr>
            <w:r>
              <w:rPr>
                <w:sz w:val="22"/>
                <w:szCs w:val="22"/>
              </w:rPr>
              <w:t>Túi</w:t>
            </w:r>
          </w:p>
        </w:tc>
        <w:tc>
          <w:tcPr>
            <w:tcW w:w="1814" w:type="dxa"/>
            <w:vAlign w:val="center"/>
          </w:tcPr>
          <w:p w14:paraId="3732F7E7" w14:textId="77777777" w:rsidR="00B3411E" w:rsidRDefault="00EC2500">
            <w:pPr>
              <w:spacing w:after="0" w:line="240" w:lineRule="auto"/>
              <w:jc w:val="center"/>
            </w:pPr>
            <w:r>
              <w:rPr>
                <w:sz w:val="22"/>
                <w:szCs w:val="22"/>
              </w:rPr>
              <w:t>Nhựa</w:t>
            </w:r>
          </w:p>
        </w:tc>
      </w:tr>
      <w:tr w:rsidR="00B3411E" w14:paraId="36FE2454" w14:textId="77777777">
        <w:trPr>
          <w:cantSplit/>
          <w:jc w:val="center"/>
        </w:trPr>
        <w:tc>
          <w:tcPr>
            <w:tcW w:w="1134" w:type="dxa"/>
            <w:vAlign w:val="center"/>
          </w:tcPr>
          <w:p w14:paraId="44EA4B3F" w14:textId="77777777" w:rsidR="00B3411E" w:rsidRDefault="00EC2500">
            <w:pPr>
              <w:spacing w:after="0" w:line="240" w:lineRule="auto"/>
              <w:jc w:val="center"/>
            </w:pPr>
            <w:r>
              <w:rPr>
                <w:sz w:val="22"/>
                <w:szCs w:val="22"/>
              </w:rPr>
              <w:t>H09</w:t>
            </w:r>
          </w:p>
        </w:tc>
        <w:tc>
          <w:tcPr>
            <w:tcW w:w="1814" w:type="dxa"/>
            <w:vAlign w:val="center"/>
          </w:tcPr>
          <w:p w14:paraId="6B558FCB" w14:textId="77777777" w:rsidR="00B3411E" w:rsidRDefault="00EC2500">
            <w:pPr>
              <w:spacing w:after="0" w:line="240" w:lineRule="auto"/>
              <w:jc w:val="center"/>
            </w:pPr>
            <w:r>
              <w:rPr>
                <w:sz w:val="22"/>
                <w:szCs w:val="22"/>
              </w:rPr>
              <w:t>Nâu</w:t>
            </w:r>
          </w:p>
        </w:tc>
        <w:tc>
          <w:tcPr>
            <w:tcW w:w="1361" w:type="dxa"/>
            <w:vAlign w:val="center"/>
          </w:tcPr>
          <w:p w14:paraId="4C7A4BC4" w14:textId="77777777" w:rsidR="00B3411E" w:rsidRDefault="00EC2500">
            <w:pPr>
              <w:spacing w:after="0" w:line="240" w:lineRule="auto"/>
              <w:jc w:val="center"/>
            </w:pPr>
            <w:r>
              <w:rPr>
                <w:sz w:val="22"/>
                <w:szCs w:val="22"/>
              </w:rPr>
              <w:t>Mờ</w:t>
            </w:r>
          </w:p>
        </w:tc>
        <w:tc>
          <w:tcPr>
            <w:tcW w:w="2948" w:type="dxa"/>
            <w:vAlign w:val="center"/>
          </w:tcPr>
          <w:p w14:paraId="0AB98323" w14:textId="77777777" w:rsidR="00B3411E" w:rsidRDefault="00EC2500">
            <w:pPr>
              <w:spacing w:after="0" w:line="240" w:lineRule="auto"/>
              <w:jc w:val="center"/>
            </w:pPr>
            <w:r>
              <w:rPr>
                <w:sz w:val="22"/>
                <w:szCs w:val="22"/>
              </w:rPr>
              <w:t>Thùng</w:t>
            </w:r>
          </w:p>
        </w:tc>
        <w:tc>
          <w:tcPr>
            <w:tcW w:w="1814" w:type="dxa"/>
            <w:vAlign w:val="center"/>
          </w:tcPr>
          <w:p w14:paraId="09E87C88" w14:textId="77777777" w:rsidR="00B3411E" w:rsidRDefault="00EC2500">
            <w:pPr>
              <w:spacing w:after="0" w:line="240" w:lineRule="auto"/>
              <w:jc w:val="center"/>
            </w:pPr>
            <w:r>
              <w:rPr>
                <w:sz w:val="22"/>
                <w:szCs w:val="22"/>
              </w:rPr>
              <w:t>Giấy</w:t>
            </w:r>
          </w:p>
        </w:tc>
      </w:tr>
      <w:tr w:rsidR="00B3411E" w14:paraId="5080656C" w14:textId="77777777">
        <w:trPr>
          <w:cantSplit/>
          <w:jc w:val="center"/>
        </w:trPr>
        <w:tc>
          <w:tcPr>
            <w:tcW w:w="1134" w:type="dxa"/>
            <w:vAlign w:val="center"/>
          </w:tcPr>
          <w:p w14:paraId="4EC489D3" w14:textId="77777777" w:rsidR="00B3411E" w:rsidRDefault="00EC2500">
            <w:pPr>
              <w:spacing w:after="0" w:line="240" w:lineRule="auto"/>
              <w:jc w:val="center"/>
            </w:pPr>
            <w:r>
              <w:rPr>
                <w:sz w:val="22"/>
                <w:szCs w:val="22"/>
              </w:rPr>
              <w:t>H10</w:t>
            </w:r>
          </w:p>
        </w:tc>
        <w:tc>
          <w:tcPr>
            <w:tcW w:w="1814" w:type="dxa"/>
            <w:vAlign w:val="center"/>
          </w:tcPr>
          <w:p w14:paraId="64E83F4A" w14:textId="77777777" w:rsidR="00B3411E" w:rsidRDefault="00EC2500">
            <w:pPr>
              <w:spacing w:after="0" w:line="240" w:lineRule="auto"/>
              <w:jc w:val="center"/>
            </w:pPr>
            <w:r>
              <w:rPr>
                <w:sz w:val="22"/>
                <w:szCs w:val="22"/>
              </w:rPr>
              <w:t>Xanh</w:t>
            </w:r>
          </w:p>
        </w:tc>
        <w:tc>
          <w:tcPr>
            <w:tcW w:w="1361" w:type="dxa"/>
            <w:vAlign w:val="center"/>
          </w:tcPr>
          <w:p w14:paraId="3CD0D958" w14:textId="77777777" w:rsidR="00B3411E" w:rsidRDefault="00EC2500">
            <w:pPr>
              <w:spacing w:after="0" w:line="240" w:lineRule="auto"/>
              <w:jc w:val="center"/>
            </w:pPr>
            <w:r>
              <w:rPr>
                <w:sz w:val="22"/>
                <w:szCs w:val="22"/>
              </w:rPr>
              <w:t>Mờ</w:t>
            </w:r>
          </w:p>
        </w:tc>
        <w:tc>
          <w:tcPr>
            <w:tcW w:w="2948" w:type="dxa"/>
            <w:vAlign w:val="center"/>
          </w:tcPr>
          <w:p w14:paraId="332EC82E" w14:textId="77777777" w:rsidR="00B3411E" w:rsidRDefault="00EC2500">
            <w:pPr>
              <w:spacing w:after="0" w:line="240" w:lineRule="auto"/>
              <w:jc w:val="center"/>
            </w:pPr>
            <w:r>
              <w:rPr>
                <w:sz w:val="22"/>
                <w:szCs w:val="22"/>
              </w:rPr>
              <w:t>Bìa</w:t>
            </w:r>
          </w:p>
        </w:tc>
        <w:tc>
          <w:tcPr>
            <w:tcW w:w="1814" w:type="dxa"/>
            <w:vAlign w:val="center"/>
          </w:tcPr>
          <w:p w14:paraId="24C263EE" w14:textId="77777777" w:rsidR="00B3411E" w:rsidRDefault="00EC2500">
            <w:pPr>
              <w:spacing w:after="0" w:line="240" w:lineRule="auto"/>
              <w:jc w:val="center"/>
            </w:pPr>
            <w:r>
              <w:rPr>
                <w:sz w:val="22"/>
                <w:szCs w:val="22"/>
              </w:rPr>
              <w:t>Giấy</w:t>
            </w:r>
          </w:p>
        </w:tc>
      </w:tr>
      <w:tr w:rsidR="00B3411E" w14:paraId="73E375A9" w14:textId="77777777">
        <w:trPr>
          <w:cantSplit/>
          <w:jc w:val="center"/>
        </w:trPr>
        <w:tc>
          <w:tcPr>
            <w:tcW w:w="1134" w:type="dxa"/>
            <w:vAlign w:val="center"/>
          </w:tcPr>
          <w:p w14:paraId="68BFB068" w14:textId="77777777" w:rsidR="00B3411E" w:rsidRDefault="00EC2500">
            <w:pPr>
              <w:spacing w:after="0" w:line="240" w:lineRule="auto"/>
              <w:jc w:val="center"/>
            </w:pPr>
            <w:r>
              <w:rPr>
                <w:sz w:val="22"/>
                <w:szCs w:val="22"/>
              </w:rPr>
              <w:t>H11</w:t>
            </w:r>
          </w:p>
        </w:tc>
        <w:tc>
          <w:tcPr>
            <w:tcW w:w="1814" w:type="dxa"/>
            <w:vAlign w:val="center"/>
          </w:tcPr>
          <w:p w14:paraId="1CDF6D42" w14:textId="77777777" w:rsidR="00B3411E" w:rsidRDefault="00EC2500">
            <w:pPr>
              <w:spacing w:after="0" w:line="240" w:lineRule="auto"/>
              <w:jc w:val="center"/>
            </w:pPr>
            <w:r>
              <w:rPr>
                <w:sz w:val="22"/>
                <w:szCs w:val="22"/>
              </w:rPr>
              <w:t>Trắng</w:t>
            </w:r>
          </w:p>
        </w:tc>
        <w:tc>
          <w:tcPr>
            <w:tcW w:w="1361" w:type="dxa"/>
            <w:vAlign w:val="center"/>
          </w:tcPr>
          <w:p w14:paraId="426F50E5" w14:textId="77777777" w:rsidR="00B3411E" w:rsidRDefault="00EC2500">
            <w:pPr>
              <w:spacing w:after="0" w:line="240" w:lineRule="auto"/>
              <w:jc w:val="center"/>
            </w:pPr>
            <w:r>
              <w:rPr>
                <w:sz w:val="22"/>
                <w:szCs w:val="22"/>
              </w:rPr>
              <w:t>Mờ</w:t>
            </w:r>
          </w:p>
        </w:tc>
        <w:tc>
          <w:tcPr>
            <w:tcW w:w="2948" w:type="dxa"/>
            <w:vAlign w:val="center"/>
          </w:tcPr>
          <w:p w14:paraId="437F4BD1" w14:textId="77777777" w:rsidR="00B3411E" w:rsidRDefault="00EC2500">
            <w:pPr>
              <w:spacing w:after="0" w:line="240" w:lineRule="auto"/>
              <w:jc w:val="center"/>
            </w:pPr>
            <w:r>
              <w:rPr>
                <w:sz w:val="22"/>
                <w:szCs w:val="22"/>
              </w:rPr>
              <w:t>Tờ phẳng</w:t>
            </w:r>
          </w:p>
        </w:tc>
        <w:tc>
          <w:tcPr>
            <w:tcW w:w="1814" w:type="dxa"/>
            <w:vAlign w:val="center"/>
          </w:tcPr>
          <w:p w14:paraId="058C569D" w14:textId="77777777" w:rsidR="00B3411E" w:rsidRDefault="00EC2500">
            <w:pPr>
              <w:spacing w:after="0" w:line="240" w:lineRule="auto"/>
              <w:jc w:val="center"/>
            </w:pPr>
            <w:r>
              <w:rPr>
                <w:sz w:val="22"/>
                <w:szCs w:val="22"/>
              </w:rPr>
              <w:t>Giấy</w:t>
            </w:r>
          </w:p>
        </w:tc>
      </w:tr>
      <w:tr w:rsidR="00B3411E" w14:paraId="0D3B0760" w14:textId="77777777">
        <w:trPr>
          <w:cantSplit/>
          <w:jc w:val="center"/>
        </w:trPr>
        <w:tc>
          <w:tcPr>
            <w:tcW w:w="1134" w:type="dxa"/>
            <w:vAlign w:val="center"/>
          </w:tcPr>
          <w:p w14:paraId="7825D02C" w14:textId="77777777" w:rsidR="00B3411E" w:rsidRDefault="00EC2500">
            <w:pPr>
              <w:spacing w:after="0" w:line="240" w:lineRule="auto"/>
              <w:jc w:val="center"/>
            </w:pPr>
            <w:r>
              <w:rPr>
                <w:sz w:val="22"/>
                <w:szCs w:val="22"/>
              </w:rPr>
              <w:t>H12</w:t>
            </w:r>
          </w:p>
        </w:tc>
        <w:tc>
          <w:tcPr>
            <w:tcW w:w="1814" w:type="dxa"/>
            <w:vAlign w:val="center"/>
          </w:tcPr>
          <w:p w14:paraId="5DB02AE2" w14:textId="77777777" w:rsidR="00B3411E" w:rsidRDefault="00EC2500">
            <w:pPr>
              <w:spacing w:after="0" w:line="240" w:lineRule="auto"/>
              <w:jc w:val="center"/>
            </w:pPr>
            <w:r>
              <w:rPr>
                <w:sz w:val="22"/>
                <w:szCs w:val="22"/>
              </w:rPr>
              <w:t>Đen</w:t>
            </w:r>
          </w:p>
        </w:tc>
        <w:tc>
          <w:tcPr>
            <w:tcW w:w="1361" w:type="dxa"/>
            <w:vAlign w:val="center"/>
          </w:tcPr>
          <w:p w14:paraId="4A6A0687" w14:textId="77777777" w:rsidR="00B3411E" w:rsidRDefault="00EC2500">
            <w:pPr>
              <w:spacing w:after="0" w:line="240" w:lineRule="auto"/>
              <w:jc w:val="center"/>
            </w:pPr>
            <w:r>
              <w:rPr>
                <w:sz w:val="22"/>
                <w:szCs w:val="22"/>
              </w:rPr>
              <w:t>Bóng</w:t>
            </w:r>
          </w:p>
        </w:tc>
        <w:tc>
          <w:tcPr>
            <w:tcW w:w="2948" w:type="dxa"/>
            <w:vAlign w:val="center"/>
          </w:tcPr>
          <w:p w14:paraId="60894E7F" w14:textId="77777777" w:rsidR="00B3411E" w:rsidRDefault="00EC2500">
            <w:pPr>
              <w:spacing w:after="0" w:line="240" w:lineRule="auto"/>
              <w:jc w:val="center"/>
            </w:pPr>
            <w:r>
              <w:rPr>
                <w:sz w:val="22"/>
                <w:szCs w:val="22"/>
              </w:rPr>
              <w:t>Túi</w:t>
            </w:r>
          </w:p>
        </w:tc>
        <w:tc>
          <w:tcPr>
            <w:tcW w:w="1814" w:type="dxa"/>
            <w:vAlign w:val="center"/>
          </w:tcPr>
          <w:p w14:paraId="0E9535BB" w14:textId="77777777" w:rsidR="00B3411E" w:rsidRDefault="00EC2500">
            <w:pPr>
              <w:spacing w:after="0" w:line="240" w:lineRule="auto"/>
              <w:jc w:val="center"/>
            </w:pPr>
            <w:r>
              <w:rPr>
                <w:sz w:val="22"/>
                <w:szCs w:val="22"/>
              </w:rPr>
              <w:t>Nhựa</w:t>
            </w:r>
          </w:p>
        </w:tc>
      </w:tr>
    </w:tbl>
    <w:p w14:paraId="2C96A972" w14:textId="77777777" w:rsidR="00B3411E" w:rsidRDefault="00B3411E">
      <w:pPr>
        <w:spacing w:after="40" w:line="192" w:lineRule="auto"/>
        <w:jc w:val="both"/>
      </w:pPr>
    </w:p>
    <w:p w14:paraId="2AEF3D67" w14:textId="77777777" w:rsidR="00B3411E" w:rsidRDefault="00EC2500">
      <w:pPr>
        <w:spacing w:after="60" w:line="264" w:lineRule="auto"/>
        <w:jc w:val="both"/>
      </w:pPr>
      <w:r>
        <w:rPr>
          <w:b/>
        </w:rPr>
        <w:t>b) Bốn thẻ dữ liệu kiểm thử</w:t>
      </w:r>
      <w:r>
        <w:t xml:space="preserve"> (GV phát cho HS phần không có cột “Nhãn thật”)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134"/>
        <w:gridCol w:w="1814"/>
        <w:gridCol w:w="1361"/>
        <w:gridCol w:w="2948"/>
        <w:gridCol w:w="1814"/>
      </w:tblGrid>
      <w:tr w:rsidR="00B3411E" w14:paraId="2DF98D60" w14:textId="77777777">
        <w:trPr>
          <w:cantSplit/>
          <w:tblHeader/>
          <w:jc w:val="center"/>
        </w:trPr>
        <w:tc>
          <w:tcPr>
            <w:tcW w:w="1134" w:type="dxa"/>
            <w:vAlign w:val="center"/>
          </w:tcPr>
          <w:p w14:paraId="37135ABB" w14:textId="77777777" w:rsidR="00B3411E" w:rsidRDefault="00EC2500">
            <w:pPr>
              <w:spacing w:after="0" w:line="240" w:lineRule="auto"/>
              <w:jc w:val="center"/>
            </w:pPr>
            <w:r>
              <w:rPr>
                <w:b/>
                <w:sz w:val="22"/>
                <w:szCs w:val="22"/>
              </w:rPr>
              <w:t>Mã thẻ</w:t>
            </w:r>
          </w:p>
        </w:tc>
        <w:tc>
          <w:tcPr>
            <w:tcW w:w="1814" w:type="dxa"/>
            <w:vAlign w:val="center"/>
          </w:tcPr>
          <w:p w14:paraId="7C8C8841" w14:textId="77777777" w:rsidR="00B3411E" w:rsidRDefault="00EC2500">
            <w:pPr>
              <w:spacing w:after="0" w:line="240" w:lineRule="auto"/>
              <w:jc w:val="center"/>
            </w:pPr>
            <w:r>
              <w:rPr>
                <w:b/>
                <w:sz w:val="22"/>
                <w:szCs w:val="22"/>
              </w:rPr>
              <w:t>Màu</w:t>
            </w:r>
          </w:p>
        </w:tc>
        <w:tc>
          <w:tcPr>
            <w:tcW w:w="1361" w:type="dxa"/>
            <w:vAlign w:val="center"/>
          </w:tcPr>
          <w:p w14:paraId="36541B07" w14:textId="77777777" w:rsidR="00B3411E" w:rsidRDefault="00EC2500">
            <w:pPr>
              <w:spacing w:after="0" w:line="240" w:lineRule="auto"/>
              <w:jc w:val="center"/>
            </w:pPr>
            <w:r>
              <w:rPr>
                <w:b/>
                <w:sz w:val="22"/>
                <w:szCs w:val="22"/>
              </w:rPr>
              <w:t>Bề mặt</w:t>
            </w:r>
          </w:p>
        </w:tc>
        <w:tc>
          <w:tcPr>
            <w:tcW w:w="2948" w:type="dxa"/>
            <w:vAlign w:val="center"/>
          </w:tcPr>
          <w:p w14:paraId="539DA74B" w14:textId="77777777" w:rsidR="00B3411E" w:rsidRDefault="00EC2500">
            <w:pPr>
              <w:spacing w:after="0" w:line="240" w:lineRule="auto"/>
              <w:jc w:val="center"/>
            </w:pPr>
            <w:r>
              <w:rPr>
                <w:b/>
                <w:sz w:val="22"/>
                <w:szCs w:val="22"/>
              </w:rPr>
              <w:t>Hình dạng</w:t>
            </w:r>
          </w:p>
        </w:tc>
        <w:tc>
          <w:tcPr>
            <w:tcW w:w="1814" w:type="dxa"/>
            <w:vAlign w:val="center"/>
          </w:tcPr>
          <w:p w14:paraId="6227DA96" w14:textId="77777777" w:rsidR="00B3411E" w:rsidRDefault="00EC2500">
            <w:pPr>
              <w:spacing w:after="0" w:line="240" w:lineRule="auto"/>
              <w:jc w:val="center"/>
            </w:pPr>
            <w:r>
              <w:rPr>
                <w:b/>
                <w:sz w:val="22"/>
                <w:szCs w:val="22"/>
              </w:rPr>
              <w:t>Nhãn</w:t>
            </w:r>
          </w:p>
        </w:tc>
      </w:tr>
      <w:tr w:rsidR="00B3411E" w14:paraId="1E1DC511" w14:textId="77777777">
        <w:trPr>
          <w:cantSplit/>
          <w:jc w:val="center"/>
        </w:trPr>
        <w:tc>
          <w:tcPr>
            <w:tcW w:w="1134" w:type="dxa"/>
            <w:vAlign w:val="center"/>
          </w:tcPr>
          <w:p w14:paraId="59B17065" w14:textId="77777777" w:rsidR="00B3411E" w:rsidRDefault="00EC2500">
            <w:pPr>
              <w:spacing w:after="0" w:line="240" w:lineRule="auto"/>
              <w:jc w:val="center"/>
            </w:pPr>
            <w:r>
              <w:rPr>
                <w:sz w:val="22"/>
                <w:szCs w:val="22"/>
              </w:rPr>
              <w:t>K1</w:t>
            </w:r>
          </w:p>
        </w:tc>
        <w:tc>
          <w:tcPr>
            <w:tcW w:w="1814" w:type="dxa"/>
            <w:vAlign w:val="center"/>
          </w:tcPr>
          <w:p w14:paraId="0731A857" w14:textId="77777777" w:rsidR="00B3411E" w:rsidRDefault="00EC2500">
            <w:pPr>
              <w:spacing w:after="0" w:line="240" w:lineRule="auto"/>
              <w:jc w:val="center"/>
            </w:pPr>
            <w:r>
              <w:rPr>
                <w:sz w:val="22"/>
                <w:szCs w:val="22"/>
              </w:rPr>
              <w:t>Nâu</w:t>
            </w:r>
          </w:p>
        </w:tc>
        <w:tc>
          <w:tcPr>
            <w:tcW w:w="1361" w:type="dxa"/>
            <w:vAlign w:val="center"/>
          </w:tcPr>
          <w:p w14:paraId="1713B653" w14:textId="77777777" w:rsidR="00B3411E" w:rsidRDefault="00EC2500">
            <w:pPr>
              <w:spacing w:after="0" w:line="240" w:lineRule="auto"/>
              <w:jc w:val="center"/>
            </w:pPr>
            <w:r>
              <w:rPr>
                <w:sz w:val="22"/>
                <w:szCs w:val="22"/>
              </w:rPr>
              <w:t>Mờ</w:t>
            </w:r>
          </w:p>
        </w:tc>
        <w:tc>
          <w:tcPr>
            <w:tcW w:w="2948" w:type="dxa"/>
            <w:vAlign w:val="center"/>
          </w:tcPr>
          <w:p w14:paraId="6A4641C7" w14:textId="77777777" w:rsidR="00B3411E" w:rsidRDefault="00EC2500">
            <w:pPr>
              <w:spacing w:after="0" w:line="240" w:lineRule="auto"/>
              <w:jc w:val="center"/>
            </w:pPr>
            <w:r>
              <w:rPr>
                <w:sz w:val="22"/>
                <w:szCs w:val="22"/>
              </w:rPr>
              <w:t>Hộp</w:t>
            </w:r>
          </w:p>
        </w:tc>
        <w:tc>
          <w:tcPr>
            <w:tcW w:w="1814" w:type="dxa"/>
          </w:tcPr>
          <w:p w14:paraId="24564EE7" w14:textId="77777777" w:rsidR="00B3411E" w:rsidRDefault="00EC2500">
            <w:pPr>
              <w:spacing w:after="0" w:line="240" w:lineRule="auto"/>
            </w:pPr>
            <w:r>
              <w:rPr>
                <w:sz w:val="22"/>
                <w:szCs w:val="22"/>
              </w:rPr>
              <w:t>Giấy</w:t>
            </w:r>
          </w:p>
        </w:tc>
      </w:tr>
      <w:tr w:rsidR="00B3411E" w14:paraId="0F98FE8E" w14:textId="77777777">
        <w:trPr>
          <w:cantSplit/>
          <w:jc w:val="center"/>
        </w:trPr>
        <w:tc>
          <w:tcPr>
            <w:tcW w:w="1134" w:type="dxa"/>
            <w:vAlign w:val="center"/>
          </w:tcPr>
          <w:p w14:paraId="771DEC26" w14:textId="77777777" w:rsidR="00B3411E" w:rsidRDefault="00EC2500">
            <w:pPr>
              <w:spacing w:after="0" w:line="240" w:lineRule="auto"/>
              <w:jc w:val="center"/>
            </w:pPr>
            <w:r>
              <w:rPr>
                <w:sz w:val="22"/>
                <w:szCs w:val="22"/>
              </w:rPr>
              <w:t>K2</w:t>
            </w:r>
          </w:p>
        </w:tc>
        <w:tc>
          <w:tcPr>
            <w:tcW w:w="1814" w:type="dxa"/>
            <w:vAlign w:val="center"/>
          </w:tcPr>
          <w:p w14:paraId="51F958E0" w14:textId="77777777" w:rsidR="00B3411E" w:rsidRDefault="00EC2500">
            <w:pPr>
              <w:spacing w:after="0" w:line="240" w:lineRule="auto"/>
              <w:jc w:val="center"/>
            </w:pPr>
            <w:r>
              <w:rPr>
                <w:sz w:val="22"/>
                <w:szCs w:val="22"/>
              </w:rPr>
              <w:t>Trắng</w:t>
            </w:r>
          </w:p>
        </w:tc>
        <w:tc>
          <w:tcPr>
            <w:tcW w:w="1361" w:type="dxa"/>
            <w:vAlign w:val="center"/>
          </w:tcPr>
          <w:p w14:paraId="65D378F1" w14:textId="77777777" w:rsidR="00B3411E" w:rsidRDefault="00EC2500">
            <w:pPr>
              <w:spacing w:after="0" w:line="240" w:lineRule="auto"/>
              <w:jc w:val="center"/>
            </w:pPr>
            <w:r>
              <w:rPr>
                <w:sz w:val="22"/>
                <w:szCs w:val="22"/>
              </w:rPr>
              <w:t>Bóng</w:t>
            </w:r>
          </w:p>
        </w:tc>
        <w:tc>
          <w:tcPr>
            <w:tcW w:w="2948" w:type="dxa"/>
            <w:vAlign w:val="center"/>
          </w:tcPr>
          <w:p w14:paraId="7CD3A125" w14:textId="77777777" w:rsidR="00B3411E" w:rsidRDefault="00EC2500">
            <w:pPr>
              <w:spacing w:after="0" w:line="240" w:lineRule="auto"/>
              <w:jc w:val="center"/>
            </w:pPr>
            <w:r>
              <w:rPr>
                <w:sz w:val="22"/>
                <w:szCs w:val="22"/>
              </w:rPr>
              <w:t>Chai</w:t>
            </w:r>
          </w:p>
        </w:tc>
        <w:tc>
          <w:tcPr>
            <w:tcW w:w="1814" w:type="dxa"/>
          </w:tcPr>
          <w:p w14:paraId="5DDA0259" w14:textId="77777777" w:rsidR="00B3411E" w:rsidRDefault="00EC2500">
            <w:pPr>
              <w:spacing w:after="0" w:line="240" w:lineRule="auto"/>
            </w:pPr>
            <w:r>
              <w:rPr>
                <w:sz w:val="22"/>
                <w:szCs w:val="22"/>
              </w:rPr>
              <w:t>Nhựa</w:t>
            </w:r>
          </w:p>
        </w:tc>
      </w:tr>
      <w:tr w:rsidR="00B3411E" w14:paraId="723A20C1" w14:textId="77777777">
        <w:trPr>
          <w:cantSplit/>
          <w:jc w:val="center"/>
        </w:trPr>
        <w:tc>
          <w:tcPr>
            <w:tcW w:w="1134" w:type="dxa"/>
            <w:vAlign w:val="center"/>
          </w:tcPr>
          <w:p w14:paraId="7B6A487A" w14:textId="77777777" w:rsidR="00B3411E" w:rsidRDefault="00EC2500">
            <w:pPr>
              <w:spacing w:after="0" w:line="240" w:lineRule="auto"/>
              <w:jc w:val="center"/>
            </w:pPr>
            <w:r>
              <w:rPr>
                <w:sz w:val="22"/>
                <w:szCs w:val="22"/>
              </w:rPr>
              <w:t>K3</w:t>
            </w:r>
          </w:p>
        </w:tc>
        <w:tc>
          <w:tcPr>
            <w:tcW w:w="1814" w:type="dxa"/>
            <w:vAlign w:val="center"/>
          </w:tcPr>
          <w:p w14:paraId="376B67AF" w14:textId="77777777" w:rsidR="00B3411E" w:rsidRDefault="00EC2500">
            <w:pPr>
              <w:spacing w:after="0" w:line="240" w:lineRule="auto"/>
              <w:jc w:val="center"/>
            </w:pPr>
            <w:r>
              <w:rPr>
                <w:sz w:val="22"/>
                <w:szCs w:val="22"/>
              </w:rPr>
              <w:t>Xanh</w:t>
            </w:r>
          </w:p>
        </w:tc>
        <w:tc>
          <w:tcPr>
            <w:tcW w:w="1361" w:type="dxa"/>
            <w:vAlign w:val="center"/>
          </w:tcPr>
          <w:p w14:paraId="2E7565B0" w14:textId="77777777" w:rsidR="00B3411E" w:rsidRDefault="00EC2500">
            <w:pPr>
              <w:spacing w:after="0" w:line="240" w:lineRule="auto"/>
              <w:jc w:val="center"/>
            </w:pPr>
            <w:r>
              <w:rPr>
                <w:sz w:val="22"/>
                <w:szCs w:val="22"/>
              </w:rPr>
              <w:t>Bóng</w:t>
            </w:r>
          </w:p>
        </w:tc>
        <w:tc>
          <w:tcPr>
            <w:tcW w:w="2948" w:type="dxa"/>
            <w:vAlign w:val="center"/>
          </w:tcPr>
          <w:p w14:paraId="68CAE4DB" w14:textId="77777777" w:rsidR="00B3411E" w:rsidRDefault="00EC2500">
            <w:pPr>
              <w:spacing w:after="0" w:line="240" w:lineRule="auto"/>
              <w:jc w:val="center"/>
            </w:pPr>
            <w:r>
              <w:rPr>
                <w:sz w:val="22"/>
                <w:szCs w:val="22"/>
              </w:rPr>
              <w:t>Túi</w:t>
            </w:r>
          </w:p>
        </w:tc>
        <w:tc>
          <w:tcPr>
            <w:tcW w:w="1814" w:type="dxa"/>
          </w:tcPr>
          <w:p w14:paraId="4ABA902E" w14:textId="77777777" w:rsidR="00B3411E" w:rsidRDefault="00EC2500">
            <w:pPr>
              <w:spacing w:after="0" w:line="240" w:lineRule="auto"/>
            </w:pPr>
            <w:r>
              <w:rPr>
                <w:sz w:val="22"/>
                <w:szCs w:val="22"/>
              </w:rPr>
              <w:t>Nhựa</w:t>
            </w:r>
          </w:p>
        </w:tc>
      </w:tr>
      <w:tr w:rsidR="00B3411E" w14:paraId="45E540EB" w14:textId="77777777">
        <w:trPr>
          <w:cantSplit/>
          <w:jc w:val="center"/>
        </w:trPr>
        <w:tc>
          <w:tcPr>
            <w:tcW w:w="1134" w:type="dxa"/>
            <w:vAlign w:val="center"/>
          </w:tcPr>
          <w:p w14:paraId="3B078978" w14:textId="77777777" w:rsidR="00B3411E" w:rsidRDefault="00EC2500">
            <w:pPr>
              <w:spacing w:after="0" w:line="240" w:lineRule="auto"/>
              <w:jc w:val="center"/>
            </w:pPr>
            <w:r>
              <w:rPr>
                <w:sz w:val="22"/>
                <w:szCs w:val="22"/>
              </w:rPr>
              <w:t>K4</w:t>
            </w:r>
          </w:p>
        </w:tc>
        <w:tc>
          <w:tcPr>
            <w:tcW w:w="1814" w:type="dxa"/>
            <w:vAlign w:val="center"/>
          </w:tcPr>
          <w:p w14:paraId="2B319617" w14:textId="77777777" w:rsidR="00B3411E" w:rsidRDefault="00EC2500">
            <w:pPr>
              <w:spacing w:after="0" w:line="240" w:lineRule="auto"/>
              <w:jc w:val="center"/>
            </w:pPr>
            <w:r>
              <w:rPr>
                <w:sz w:val="22"/>
                <w:szCs w:val="22"/>
              </w:rPr>
              <w:t>Bạc</w:t>
            </w:r>
          </w:p>
        </w:tc>
        <w:tc>
          <w:tcPr>
            <w:tcW w:w="1361" w:type="dxa"/>
            <w:vAlign w:val="center"/>
          </w:tcPr>
          <w:p w14:paraId="2857AD80" w14:textId="77777777" w:rsidR="00B3411E" w:rsidRDefault="00EC2500">
            <w:pPr>
              <w:spacing w:after="0" w:line="240" w:lineRule="auto"/>
              <w:jc w:val="center"/>
            </w:pPr>
            <w:r>
              <w:rPr>
                <w:sz w:val="22"/>
                <w:szCs w:val="22"/>
              </w:rPr>
              <w:t>Bóng</w:t>
            </w:r>
          </w:p>
        </w:tc>
        <w:tc>
          <w:tcPr>
            <w:tcW w:w="2948" w:type="dxa"/>
            <w:vAlign w:val="center"/>
          </w:tcPr>
          <w:p w14:paraId="46A7C35E" w14:textId="77777777" w:rsidR="00B3411E" w:rsidRDefault="00EC2500">
            <w:pPr>
              <w:spacing w:after="0" w:line="240" w:lineRule="auto"/>
              <w:jc w:val="center"/>
            </w:pPr>
            <w:r>
              <w:rPr>
                <w:sz w:val="22"/>
                <w:szCs w:val="22"/>
              </w:rPr>
              <w:t>Lon</w:t>
            </w:r>
          </w:p>
        </w:tc>
        <w:tc>
          <w:tcPr>
            <w:tcW w:w="1814" w:type="dxa"/>
          </w:tcPr>
          <w:p w14:paraId="2CFECC02" w14:textId="77777777" w:rsidR="00B3411E" w:rsidRDefault="00EC2500">
            <w:pPr>
              <w:spacing w:after="0" w:line="240" w:lineRule="auto"/>
            </w:pPr>
            <w:r>
              <w:rPr>
                <w:sz w:val="22"/>
                <w:szCs w:val="22"/>
              </w:rPr>
              <w:t>Kim loại (không thuộc hai nhãn đã học)</w:t>
            </w:r>
          </w:p>
        </w:tc>
      </w:tr>
    </w:tbl>
    <w:p w14:paraId="06F84932" w14:textId="77777777" w:rsidR="00B3411E" w:rsidRDefault="00B3411E">
      <w:pPr>
        <w:spacing w:after="40" w:line="192" w:lineRule="auto"/>
        <w:jc w:val="both"/>
      </w:pPr>
    </w:p>
    <w:p w14:paraId="7E1CC420" w14:textId="77777777" w:rsidR="00B3411E" w:rsidRDefault="00EC2500">
      <w:pPr>
        <w:keepNext/>
        <w:spacing w:after="60" w:line="264" w:lineRule="auto"/>
        <w:jc w:val="both"/>
      </w:pPr>
      <w:r>
        <w:rPr>
          <w:b/>
        </w:rPr>
        <w:t>c) Thẻ thuật toán: Cách máy học từ dữ liệu</w:t>
      </w:r>
    </w:p>
    <w:p w14:paraId="309CEBF9" w14:textId="77777777" w:rsidR="00B3411E" w:rsidRDefault="00EC2500">
      <w:pPr>
        <w:keepNext/>
        <w:spacing w:after="60" w:line="264" w:lineRule="auto"/>
        <w:ind w:left="425" w:hanging="227"/>
        <w:jc w:val="both"/>
      </w:pPr>
      <w:r>
        <w:t>Bước 1. Xếp 12 thẻ dữ liệu huấn luyện thành hai nhóm theo nhãn.</w:t>
      </w:r>
    </w:p>
    <w:p w14:paraId="0F157C1D" w14:textId="77777777" w:rsidR="00B3411E" w:rsidRDefault="00EC2500">
      <w:pPr>
        <w:keepNext/>
        <w:spacing w:after="60" w:line="264" w:lineRule="auto"/>
        <w:ind w:left="425" w:hanging="227"/>
        <w:jc w:val="both"/>
      </w:pPr>
      <w:r>
        <w:t>Bước 2. Với từng đặc điểm (màu, bề mặt, hình dạng), so sánh giá trị ở nhóm “Giấy” và nhóm “Nhựa”.</w:t>
      </w:r>
    </w:p>
    <w:p w14:paraId="4647110B" w14:textId="77777777" w:rsidR="00B3411E" w:rsidRDefault="00EC2500">
      <w:pPr>
        <w:keepNext/>
        <w:spacing w:after="60" w:line="264" w:lineRule="auto"/>
        <w:ind w:left="425" w:hanging="227"/>
        <w:jc w:val="both"/>
      </w:pPr>
      <w:r>
        <w:t>Bước 3. Chọn đặc điểm tách hai nhóm rõ nhất.</w:t>
      </w:r>
    </w:p>
    <w:p w14:paraId="2F65A8CA" w14:textId="77777777" w:rsidR="00B3411E" w:rsidRDefault="00EC2500">
      <w:pPr>
        <w:keepNext/>
        <w:spacing w:after="60" w:line="264" w:lineRule="auto"/>
        <w:ind w:left="425" w:hanging="227"/>
        <w:jc w:val="both"/>
      </w:pPr>
      <w:r>
        <w:t>Bước 4. Viết quy tắc vào thẻ mô hình theo dạng “Nếu vật có … thì kết luận vật làm bằng …; nếu không thì kết luận vật làm bằng …”.</w:t>
      </w:r>
    </w:p>
    <w:p w14:paraId="6A092665" w14:textId="77777777" w:rsidR="00B3411E" w:rsidRDefault="00EC2500">
      <w:pPr>
        <w:spacing w:after="60" w:line="264" w:lineRule="auto"/>
        <w:ind w:left="425" w:hanging="227"/>
        <w:jc w:val="both"/>
      </w:pPr>
      <w:r>
        <w:t>Bước 5. Thử quy tắc trên cả 12 thẻ. Nếu còn thẻ bị kết luận sai, quay lại bước 3 và điều chỉnh.</w:t>
      </w:r>
    </w:p>
    <w:p w14:paraId="7C12E8CC" w14:textId="77777777" w:rsidR="00B3411E" w:rsidRDefault="00EC2500">
      <w:pPr>
        <w:keepNext/>
        <w:spacing w:after="60" w:line="264" w:lineRule="auto"/>
        <w:jc w:val="both"/>
      </w:pPr>
      <w:r>
        <w:rPr>
          <w:b/>
        </w:rPr>
        <w:t>d) Thẻ mô hình của nhóm</w:t>
      </w:r>
    </w:p>
    <w:p w14:paraId="7C79E0D4" w14:textId="77777777" w:rsidR="00B3411E" w:rsidRDefault="00EC2500">
      <w:pPr>
        <w:spacing w:after="60" w:line="264" w:lineRule="auto"/>
        <w:jc w:val="both"/>
      </w:pPr>
      <w:r>
        <w:t>Nếu vật có ………………………………………… thì kết luận vật làm bằng ……………………; nếu không thì kết luận vật làm bằng …………………….</w:t>
      </w:r>
    </w:p>
    <w:p w14:paraId="6AB315A1" w14:textId="77777777" w:rsidR="00B3411E" w:rsidRDefault="00EC2500">
      <w:pPr>
        <w:spacing w:after="60" w:line="264" w:lineRule="auto"/>
        <w:jc w:val="both"/>
      </w:pPr>
      <w:r>
        <w:t>Số thẻ huấn luyện được kết luận đúng: …… / 12.</w:t>
      </w:r>
    </w:p>
    <w:p w14:paraId="7351C1FD" w14:textId="77777777" w:rsidR="00B3411E" w:rsidRDefault="00EC2500">
      <w:pPr>
        <w:keepNext/>
        <w:spacing w:after="60" w:line="264" w:lineRule="auto"/>
        <w:jc w:val="both"/>
      </w:pPr>
      <w:r>
        <w:rPr>
          <w:b/>
        </w:rPr>
        <w:t>e) Bảng kết luận cho thẻ kiểm thử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361"/>
        <w:gridCol w:w="2835"/>
        <w:gridCol w:w="2835"/>
        <w:gridCol w:w="2041"/>
      </w:tblGrid>
      <w:tr w:rsidR="00B3411E" w14:paraId="69CFADB7" w14:textId="77777777">
        <w:trPr>
          <w:cantSplit/>
          <w:tblHeader/>
          <w:jc w:val="center"/>
        </w:trPr>
        <w:tc>
          <w:tcPr>
            <w:tcW w:w="1361" w:type="dxa"/>
            <w:vAlign w:val="center"/>
          </w:tcPr>
          <w:p w14:paraId="228BF475" w14:textId="77777777" w:rsidR="00B3411E" w:rsidRDefault="00EC2500">
            <w:pPr>
              <w:spacing w:after="0" w:line="240" w:lineRule="auto"/>
              <w:jc w:val="center"/>
            </w:pPr>
            <w:r>
              <w:rPr>
                <w:b/>
                <w:sz w:val="22"/>
                <w:szCs w:val="22"/>
              </w:rPr>
              <w:t>Mã thẻ</w:t>
            </w:r>
          </w:p>
        </w:tc>
        <w:tc>
          <w:tcPr>
            <w:tcW w:w="2835" w:type="dxa"/>
            <w:vAlign w:val="center"/>
          </w:tcPr>
          <w:p w14:paraId="6E2DF58E" w14:textId="77777777" w:rsidR="00B3411E" w:rsidRDefault="00EC2500">
            <w:pPr>
              <w:spacing w:after="0" w:line="240" w:lineRule="auto"/>
              <w:jc w:val="center"/>
            </w:pPr>
            <w:r>
              <w:rPr>
                <w:b/>
                <w:sz w:val="22"/>
                <w:szCs w:val="22"/>
              </w:rPr>
              <w:t>Màu</w:t>
            </w:r>
          </w:p>
        </w:tc>
        <w:tc>
          <w:tcPr>
            <w:tcW w:w="2835" w:type="dxa"/>
            <w:vAlign w:val="center"/>
          </w:tcPr>
          <w:p w14:paraId="74324C9B" w14:textId="77777777" w:rsidR="00B3411E" w:rsidRDefault="00EC2500">
            <w:pPr>
              <w:spacing w:after="0" w:line="240" w:lineRule="auto"/>
              <w:jc w:val="center"/>
            </w:pPr>
            <w:r>
              <w:rPr>
                <w:b/>
                <w:sz w:val="22"/>
                <w:szCs w:val="22"/>
              </w:rPr>
              <w:t>Bề mặt</w:t>
            </w:r>
          </w:p>
        </w:tc>
        <w:tc>
          <w:tcPr>
            <w:tcW w:w="2041" w:type="dxa"/>
            <w:vAlign w:val="center"/>
          </w:tcPr>
          <w:p w14:paraId="48B1D89C" w14:textId="77777777" w:rsidR="00B3411E" w:rsidRDefault="00EC2500">
            <w:pPr>
              <w:spacing w:after="0" w:line="240" w:lineRule="auto"/>
              <w:jc w:val="center"/>
            </w:pPr>
            <w:r>
              <w:rPr>
                <w:b/>
                <w:sz w:val="22"/>
                <w:szCs w:val="22"/>
              </w:rPr>
              <w:t>Hình dạng</w:t>
            </w:r>
          </w:p>
        </w:tc>
      </w:tr>
      <w:tr w:rsidR="00B3411E" w14:paraId="5835B245" w14:textId="77777777">
        <w:trPr>
          <w:cantSplit/>
          <w:jc w:val="center"/>
        </w:trPr>
        <w:tc>
          <w:tcPr>
            <w:tcW w:w="1361" w:type="dxa"/>
            <w:vAlign w:val="center"/>
          </w:tcPr>
          <w:p w14:paraId="5F482589" w14:textId="77777777" w:rsidR="00B3411E" w:rsidRDefault="00EC2500">
            <w:pPr>
              <w:spacing w:after="0" w:line="240" w:lineRule="auto"/>
              <w:jc w:val="center"/>
            </w:pPr>
            <w:r>
              <w:rPr>
                <w:sz w:val="22"/>
                <w:szCs w:val="22"/>
              </w:rPr>
              <w:t>K1</w:t>
            </w:r>
          </w:p>
        </w:tc>
        <w:tc>
          <w:tcPr>
            <w:tcW w:w="2835" w:type="dxa"/>
          </w:tcPr>
          <w:p w14:paraId="6DD4F3B9" w14:textId="77777777" w:rsidR="00B3411E" w:rsidRDefault="00B3411E">
            <w:pPr>
              <w:spacing w:after="0" w:line="264" w:lineRule="auto"/>
            </w:pPr>
          </w:p>
        </w:tc>
        <w:tc>
          <w:tcPr>
            <w:tcW w:w="2835" w:type="dxa"/>
          </w:tcPr>
          <w:p w14:paraId="1D97032F" w14:textId="77777777" w:rsidR="00B3411E" w:rsidRDefault="00B3411E">
            <w:pPr>
              <w:spacing w:after="0" w:line="264" w:lineRule="auto"/>
            </w:pPr>
          </w:p>
        </w:tc>
        <w:tc>
          <w:tcPr>
            <w:tcW w:w="2041" w:type="dxa"/>
          </w:tcPr>
          <w:p w14:paraId="4561E908" w14:textId="77777777" w:rsidR="00B3411E" w:rsidRDefault="00B3411E">
            <w:pPr>
              <w:spacing w:after="0" w:line="264" w:lineRule="auto"/>
            </w:pPr>
          </w:p>
        </w:tc>
      </w:tr>
      <w:tr w:rsidR="00B3411E" w14:paraId="3F379B2D" w14:textId="77777777">
        <w:trPr>
          <w:cantSplit/>
          <w:jc w:val="center"/>
        </w:trPr>
        <w:tc>
          <w:tcPr>
            <w:tcW w:w="1361" w:type="dxa"/>
            <w:vAlign w:val="center"/>
          </w:tcPr>
          <w:p w14:paraId="1F04DD28" w14:textId="77777777" w:rsidR="00B3411E" w:rsidRDefault="00EC2500">
            <w:pPr>
              <w:spacing w:after="0" w:line="240" w:lineRule="auto"/>
              <w:jc w:val="center"/>
            </w:pPr>
            <w:r>
              <w:rPr>
                <w:sz w:val="22"/>
                <w:szCs w:val="22"/>
              </w:rPr>
              <w:t>K2</w:t>
            </w:r>
          </w:p>
        </w:tc>
        <w:tc>
          <w:tcPr>
            <w:tcW w:w="2835" w:type="dxa"/>
          </w:tcPr>
          <w:p w14:paraId="18A50413" w14:textId="77777777" w:rsidR="00B3411E" w:rsidRDefault="00B3411E">
            <w:pPr>
              <w:spacing w:after="0" w:line="264" w:lineRule="auto"/>
            </w:pPr>
          </w:p>
        </w:tc>
        <w:tc>
          <w:tcPr>
            <w:tcW w:w="2835" w:type="dxa"/>
          </w:tcPr>
          <w:p w14:paraId="0D9A1DC1" w14:textId="77777777" w:rsidR="00B3411E" w:rsidRDefault="00B3411E">
            <w:pPr>
              <w:spacing w:after="0" w:line="264" w:lineRule="auto"/>
            </w:pPr>
          </w:p>
        </w:tc>
        <w:tc>
          <w:tcPr>
            <w:tcW w:w="2041" w:type="dxa"/>
          </w:tcPr>
          <w:p w14:paraId="6C742836" w14:textId="77777777" w:rsidR="00B3411E" w:rsidRDefault="00B3411E">
            <w:pPr>
              <w:spacing w:after="0" w:line="264" w:lineRule="auto"/>
            </w:pPr>
          </w:p>
        </w:tc>
      </w:tr>
      <w:tr w:rsidR="00B3411E" w14:paraId="2DD1C597" w14:textId="77777777">
        <w:trPr>
          <w:cantSplit/>
          <w:jc w:val="center"/>
        </w:trPr>
        <w:tc>
          <w:tcPr>
            <w:tcW w:w="1361" w:type="dxa"/>
            <w:vAlign w:val="center"/>
          </w:tcPr>
          <w:p w14:paraId="5348D50E" w14:textId="77777777" w:rsidR="00B3411E" w:rsidRDefault="00EC2500">
            <w:pPr>
              <w:spacing w:after="0" w:line="240" w:lineRule="auto"/>
              <w:jc w:val="center"/>
            </w:pPr>
            <w:r>
              <w:rPr>
                <w:sz w:val="22"/>
                <w:szCs w:val="22"/>
              </w:rPr>
              <w:t>K3</w:t>
            </w:r>
          </w:p>
        </w:tc>
        <w:tc>
          <w:tcPr>
            <w:tcW w:w="2835" w:type="dxa"/>
          </w:tcPr>
          <w:p w14:paraId="2C224D68" w14:textId="77777777" w:rsidR="00B3411E" w:rsidRDefault="00B3411E">
            <w:pPr>
              <w:spacing w:after="0" w:line="264" w:lineRule="auto"/>
            </w:pPr>
          </w:p>
        </w:tc>
        <w:tc>
          <w:tcPr>
            <w:tcW w:w="2835" w:type="dxa"/>
          </w:tcPr>
          <w:p w14:paraId="3B006805" w14:textId="77777777" w:rsidR="00B3411E" w:rsidRDefault="00B3411E">
            <w:pPr>
              <w:spacing w:after="0" w:line="264" w:lineRule="auto"/>
            </w:pPr>
          </w:p>
        </w:tc>
        <w:tc>
          <w:tcPr>
            <w:tcW w:w="2041" w:type="dxa"/>
          </w:tcPr>
          <w:p w14:paraId="19A36E79" w14:textId="77777777" w:rsidR="00B3411E" w:rsidRDefault="00B3411E">
            <w:pPr>
              <w:spacing w:after="0" w:line="264" w:lineRule="auto"/>
            </w:pPr>
          </w:p>
        </w:tc>
      </w:tr>
      <w:tr w:rsidR="00B3411E" w14:paraId="3F446C11" w14:textId="77777777">
        <w:trPr>
          <w:cantSplit/>
          <w:jc w:val="center"/>
        </w:trPr>
        <w:tc>
          <w:tcPr>
            <w:tcW w:w="1361" w:type="dxa"/>
            <w:vAlign w:val="center"/>
          </w:tcPr>
          <w:p w14:paraId="6395FD15" w14:textId="77777777" w:rsidR="00B3411E" w:rsidRDefault="00EC2500">
            <w:pPr>
              <w:spacing w:after="0" w:line="240" w:lineRule="auto"/>
              <w:jc w:val="center"/>
            </w:pPr>
            <w:r>
              <w:rPr>
                <w:sz w:val="22"/>
                <w:szCs w:val="22"/>
              </w:rPr>
              <w:t>K4</w:t>
            </w:r>
          </w:p>
        </w:tc>
        <w:tc>
          <w:tcPr>
            <w:tcW w:w="2835" w:type="dxa"/>
          </w:tcPr>
          <w:p w14:paraId="0C1AF68F" w14:textId="77777777" w:rsidR="00B3411E" w:rsidRDefault="00B3411E">
            <w:pPr>
              <w:spacing w:after="0" w:line="264" w:lineRule="auto"/>
            </w:pPr>
          </w:p>
        </w:tc>
        <w:tc>
          <w:tcPr>
            <w:tcW w:w="2835" w:type="dxa"/>
          </w:tcPr>
          <w:p w14:paraId="01717CF5" w14:textId="77777777" w:rsidR="00B3411E" w:rsidRDefault="00B3411E">
            <w:pPr>
              <w:spacing w:after="0" w:line="264" w:lineRule="auto"/>
            </w:pPr>
          </w:p>
        </w:tc>
        <w:tc>
          <w:tcPr>
            <w:tcW w:w="2041" w:type="dxa"/>
          </w:tcPr>
          <w:p w14:paraId="79D36E89" w14:textId="77777777" w:rsidR="00B3411E" w:rsidRDefault="00B3411E">
            <w:pPr>
              <w:spacing w:after="0" w:line="264" w:lineRule="auto"/>
            </w:pPr>
          </w:p>
        </w:tc>
      </w:tr>
    </w:tbl>
    <w:p w14:paraId="3EF29594" w14:textId="77777777" w:rsidR="00B3411E" w:rsidRDefault="00B3411E">
      <w:pPr>
        <w:spacing w:after="40" w:line="192" w:lineRule="auto"/>
        <w:jc w:val="both"/>
      </w:pPr>
    </w:p>
    <w:p w14:paraId="7B611A97" w14:textId="77777777" w:rsidR="00B3411E" w:rsidRDefault="00EC2500">
      <w:pPr>
        <w:keepNext/>
        <w:spacing w:after="60" w:line="264" w:lineRule="auto"/>
        <w:jc w:val="both"/>
      </w:pPr>
      <w:r>
        <w:rPr>
          <w:b/>
        </w:rPr>
        <w:t>f) Phiếu học tập 10.7.1, Phần C: Năm thành phần trong mô phỏng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1"/>
        <w:gridCol w:w="3685"/>
        <w:gridCol w:w="3685"/>
      </w:tblGrid>
      <w:tr w:rsidR="00B3411E" w14:paraId="71A5EA20" w14:textId="77777777">
        <w:trPr>
          <w:cantSplit/>
          <w:tblHeader/>
          <w:jc w:val="center"/>
        </w:trPr>
        <w:tc>
          <w:tcPr>
            <w:tcW w:w="1701" w:type="dxa"/>
            <w:vAlign w:val="center"/>
          </w:tcPr>
          <w:p w14:paraId="57460C2A" w14:textId="77777777" w:rsidR="00B3411E" w:rsidRDefault="00EC2500">
            <w:pPr>
              <w:spacing w:after="0" w:line="240" w:lineRule="auto"/>
              <w:jc w:val="center"/>
            </w:pPr>
            <w:r>
              <w:rPr>
                <w:b/>
                <w:sz w:val="22"/>
                <w:szCs w:val="22"/>
              </w:rPr>
              <w:t>Thành phần</w:t>
            </w:r>
          </w:p>
        </w:tc>
        <w:tc>
          <w:tcPr>
            <w:tcW w:w="3685" w:type="dxa"/>
            <w:vAlign w:val="center"/>
          </w:tcPr>
          <w:p w14:paraId="354D8418" w14:textId="77777777" w:rsidR="00B3411E" w:rsidRDefault="00EC2500">
            <w:pPr>
              <w:spacing w:after="0" w:line="240" w:lineRule="auto"/>
              <w:jc w:val="center"/>
            </w:pPr>
            <w:r>
              <w:rPr>
                <w:b/>
                <w:sz w:val="22"/>
                <w:szCs w:val="22"/>
              </w:rPr>
              <w:t>Trong mô phỏng là gì?</w:t>
            </w:r>
          </w:p>
        </w:tc>
        <w:tc>
          <w:tcPr>
            <w:tcW w:w="3685" w:type="dxa"/>
            <w:vAlign w:val="center"/>
          </w:tcPr>
          <w:p w14:paraId="79D16894" w14:textId="77777777" w:rsidR="00B3411E" w:rsidRDefault="00EC2500">
            <w:pPr>
              <w:spacing w:after="0" w:line="240" w:lineRule="auto"/>
              <w:jc w:val="center"/>
            </w:pPr>
            <w:r>
              <w:rPr>
                <w:b/>
                <w:sz w:val="22"/>
                <w:szCs w:val="22"/>
              </w:rPr>
              <w:t>Vai trò trong hệ thống</w:t>
            </w:r>
          </w:p>
        </w:tc>
      </w:tr>
      <w:tr w:rsidR="00B3411E" w14:paraId="0416B3F6" w14:textId="77777777">
        <w:trPr>
          <w:cantSplit/>
          <w:trHeight w:val="624"/>
          <w:jc w:val="center"/>
        </w:trPr>
        <w:tc>
          <w:tcPr>
            <w:tcW w:w="1701" w:type="dxa"/>
          </w:tcPr>
          <w:p w14:paraId="0513D147" w14:textId="77777777" w:rsidR="00B3411E" w:rsidRDefault="00EC2500">
            <w:pPr>
              <w:spacing w:after="0" w:line="240" w:lineRule="auto"/>
            </w:pPr>
            <w:r>
              <w:rPr>
                <w:sz w:val="22"/>
                <w:szCs w:val="22"/>
              </w:rPr>
              <w:t>Dữ liệu</w:t>
            </w:r>
          </w:p>
        </w:tc>
        <w:tc>
          <w:tcPr>
            <w:tcW w:w="3685" w:type="dxa"/>
          </w:tcPr>
          <w:p w14:paraId="645049D0" w14:textId="77777777" w:rsidR="00B3411E" w:rsidRDefault="00B3411E">
            <w:pPr>
              <w:spacing w:after="0" w:line="264" w:lineRule="auto"/>
            </w:pPr>
          </w:p>
        </w:tc>
        <w:tc>
          <w:tcPr>
            <w:tcW w:w="3685" w:type="dxa"/>
          </w:tcPr>
          <w:p w14:paraId="772C932A" w14:textId="77777777" w:rsidR="00B3411E" w:rsidRDefault="00B3411E">
            <w:pPr>
              <w:spacing w:after="0" w:line="264" w:lineRule="auto"/>
            </w:pPr>
          </w:p>
        </w:tc>
      </w:tr>
      <w:tr w:rsidR="00B3411E" w14:paraId="3A4C5E5C" w14:textId="77777777">
        <w:trPr>
          <w:cantSplit/>
          <w:trHeight w:val="624"/>
          <w:jc w:val="center"/>
        </w:trPr>
        <w:tc>
          <w:tcPr>
            <w:tcW w:w="1701" w:type="dxa"/>
          </w:tcPr>
          <w:p w14:paraId="7602A806" w14:textId="77777777" w:rsidR="00B3411E" w:rsidRDefault="00EC2500">
            <w:pPr>
              <w:spacing w:after="0" w:line="240" w:lineRule="auto"/>
            </w:pPr>
            <w:r>
              <w:rPr>
                <w:sz w:val="22"/>
                <w:szCs w:val="22"/>
              </w:rPr>
              <w:t>Thuật toán</w:t>
            </w:r>
          </w:p>
        </w:tc>
        <w:tc>
          <w:tcPr>
            <w:tcW w:w="3685" w:type="dxa"/>
          </w:tcPr>
          <w:p w14:paraId="5EF4EF34" w14:textId="77777777" w:rsidR="00B3411E" w:rsidRDefault="00B3411E">
            <w:pPr>
              <w:spacing w:after="0" w:line="264" w:lineRule="auto"/>
            </w:pPr>
          </w:p>
        </w:tc>
        <w:tc>
          <w:tcPr>
            <w:tcW w:w="3685" w:type="dxa"/>
          </w:tcPr>
          <w:p w14:paraId="758995FF" w14:textId="77777777" w:rsidR="00B3411E" w:rsidRDefault="00B3411E">
            <w:pPr>
              <w:spacing w:after="0" w:line="264" w:lineRule="auto"/>
            </w:pPr>
          </w:p>
        </w:tc>
      </w:tr>
      <w:tr w:rsidR="00B3411E" w14:paraId="45A157BC" w14:textId="77777777">
        <w:trPr>
          <w:cantSplit/>
          <w:trHeight w:val="624"/>
          <w:jc w:val="center"/>
        </w:trPr>
        <w:tc>
          <w:tcPr>
            <w:tcW w:w="1701" w:type="dxa"/>
          </w:tcPr>
          <w:p w14:paraId="1ECCB9AE" w14:textId="77777777" w:rsidR="00B3411E" w:rsidRDefault="00EC2500">
            <w:pPr>
              <w:spacing w:after="0" w:line="240" w:lineRule="auto"/>
            </w:pPr>
            <w:r>
              <w:rPr>
                <w:sz w:val="22"/>
                <w:szCs w:val="22"/>
              </w:rPr>
              <w:t>Mô hình</w:t>
            </w:r>
          </w:p>
        </w:tc>
        <w:tc>
          <w:tcPr>
            <w:tcW w:w="3685" w:type="dxa"/>
          </w:tcPr>
          <w:p w14:paraId="2EFBFBEA" w14:textId="77777777" w:rsidR="00B3411E" w:rsidRDefault="00B3411E">
            <w:pPr>
              <w:spacing w:after="0" w:line="264" w:lineRule="auto"/>
            </w:pPr>
          </w:p>
        </w:tc>
        <w:tc>
          <w:tcPr>
            <w:tcW w:w="3685" w:type="dxa"/>
          </w:tcPr>
          <w:p w14:paraId="13FC0039" w14:textId="77777777" w:rsidR="00B3411E" w:rsidRDefault="00B3411E">
            <w:pPr>
              <w:spacing w:after="0" w:line="264" w:lineRule="auto"/>
            </w:pPr>
          </w:p>
        </w:tc>
      </w:tr>
      <w:tr w:rsidR="00B3411E" w14:paraId="729BDCE5" w14:textId="77777777">
        <w:trPr>
          <w:cantSplit/>
          <w:trHeight w:val="624"/>
          <w:jc w:val="center"/>
        </w:trPr>
        <w:tc>
          <w:tcPr>
            <w:tcW w:w="1701" w:type="dxa"/>
          </w:tcPr>
          <w:p w14:paraId="59AF96A5" w14:textId="77777777" w:rsidR="00B3411E" w:rsidRDefault="00EC2500">
            <w:pPr>
              <w:spacing w:after="0" w:line="240" w:lineRule="auto"/>
            </w:pPr>
            <w:r>
              <w:rPr>
                <w:sz w:val="22"/>
                <w:szCs w:val="22"/>
              </w:rPr>
              <w:t>Đầu ra</w:t>
            </w:r>
          </w:p>
        </w:tc>
        <w:tc>
          <w:tcPr>
            <w:tcW w:w="3685" w:type="dxa"/>
          </w:tcPr>
          <w:p w14:paraId="40331F7E" w14:textId="77777777" w:rsidR="00B3411E" w:rsidRDefault="00B3411E">
            <w:pPr>
              <w:spacing w:after="0" w:line="264" w:lineRule="auto"/>
            </w:pPr>
          </w:p>
        </w:tc>
        <w:tc>
          <w:tcPr>
            <w:tcW w:w="3685" w:type="dxa"/>
          </w:tcPr>
          <w:p w14:paraId="044BFFAA" w14:textId="77777777" w:rsidR="00B3411E" w:rsidRDefault="00B3411E">
            <w:pPr>
              <w:spacing w:after="0" w:line="264" w:lineRule="auto"/>
            </w:pPr>
          </w:p>
        </w:tc>
      </w:tr>
      <w:tr w:rsidR="00B3411E" w14:paraId="76460AEE" w14:textId="77777777">
        <w:trPr>
          <w:cantSplit/>
          <w:trHeight w:val="624"/>
          <w:jc w:val="center"/>
        </w:trPr>
        <w:tc>
          <w:tcPr>
            <w:tcW w:w="1701" w:type="dxa"/>
          </w:tcPr>
          <w:p w14:paraId="6076299C" w14:textId="77777777" w:rsidR="00B3411E" w:rsidRDefault="00EC2500">
            <w:pPr>
              <w:spacing w:after="0" w:line="240" w:lineRule="auto"/>
            </w:pPr>
            <w:r>
              <w:rPr>
                <w:sz w:val="22"/>
                <w:szCs w:val="22"/>
              </w:rPr>
              <w:t>Phản hồi</w:t>
            </w:r>
          </w:p>
        </w:tc>
        <w:tc>
          <w:tcPr>
            <w:tcW w:w="3685" w:type="dxa"/>
          </w:tcPr>
          <w:p w14:paraId="30273F95" w14:textId="77777777" w:rsidR="00B3411E" w:rsidRDefault="00B3411E">
            <w:pPr>
              <w:spacing w:after="0" w:line="264" w:lineRule="auto"/>
            </w:pPr>
          </w:p>
        </w:tc>
        <w:tc>
          <w:tcPr>
            <w:tcW w:w="3685" w:type="dxa"/>
          </w:tcPr>
          <w:p w14:paraId="6CBEFEE8" w14:textId="77777777" w:rsidR="00B3411E" w:rsidRDefault="00B3411E">
            <w:pPr>
              <w:spacing w:after="0" w:line="264" w:lineRule="auto"/>
            </w:pPr>
          </w:p>
        </w:tc>
      </w:tr>
    </w:tbl>
    <w:p w14:paraId="781E4804" w14:textId="77777777" w:rsidR="00B3411E" w:rsidRDefault="00B3411E">
      <w:pPr>
        <w:spacing w:after="40" w:line="192" w:lineRule="auto"/>
        <w:jc w:val="both"/>
      </w:pPr>
    </w:p>
    <w:p w14:paraId="3CBDAF86" w14:textId="77777777" w:rsidR="00B3411E" w:rsidRDefault="00EC2500">
      <w:pPr>
        <w:spacing w:after="60" w:line="264" w:lineRule="auto"/>
        <w:jc w:val="both"/>
      </w:pPr>
      <w:r>
        <w:t>Mô hình của nhóm kết luận sai ở thẻ nào? Theo nhóm, cần sửa thành phần nào, vì sao?</w:t>
      </w:r>
    </w:p>
    <w:p w14:paraId="54037B13" w14:textId="77777777" w:rsidR="00B3411E" w:rsidRDefault="00EC2500">
      <w:pPr>
        <w:spacing w:after="60" w:line="264" w:lineRule="auto"/>
        <w:jc w:val="both"/>
      </w:pPr>
      <w:r>
        <w:t>………………………………………………………………………………………</w:t>
      </w:r>
    </w:p>
    <w:p w14:paraId="2495681D" w14:textId="77777777" w:rsidR="00B3411E" w:rsidRDefault="00EC2500">
      <w:pPr>
        <w:spacing w:after="60" w:line="264" w:lineRule="auto"/>
        <w:jc w:val="both"/>
      </w:pPr>
      <w:r>
        <w:t>………………………………………………………………………………………</w:t>
      </w:r>
    </w:p>
    <w:p w14:paraId="12C7DCB5" w14:textId="77777777" w:rsidR="00B3411E" w:rsidRDefault="00EC2500">
      <w:pPr>
        <w:spacing w:after="0" w:line="264" w:lineRule="auto"/>
        <w:jc w:val="both"/>
      </w:pPr>
      <w:r>
        <w:br w:type="page"/>
      </w:r>
    </w:p>
    <w:p w14:paraId="186AB9C3" w14:textId="77777777" w:rsidR="00B3411E" w:rsidRDefault="00EC2500">
      <w:pPr>
        <w:keepNext/>
        <w:spacing w:before="80" w:after="60" w:line="264" w:lineRule="auto"/>
      </w:pPr>
      <w:r>
        <w:rPr>
          <w:b/>
        </w:rPr>
        <w:t>PL10.7.3. Phiếu học tập 10.7.2: Một khu thu gom, ba mục tiêu</w:t>
      </w:r>
    </w:p>
    <w:p w14:paraId="5165358C" w14:textId="77777777" w:rsidR="00B3411E" w:rsidRDefault="00EC2500">
      <w:pPr>
        <w:spacing w:after="60" w:line="264" w:lineRule="auto"/>
        <w:jc w:val="both"/>
      </w:pPr>
      <w:r>
        <w:t>Nhóm: ……………………</w:t>
      </w:r>
      <w:r>
        <w:tab/>
        <w:t>Mục tiêu được giao: □ M1</w:t>
      </w:r>
      <w:r>
        <w:tab/>
        <w:t>□ M2</w:t>
      </w:r>
      <w:r>
        <w:tab/>
        <w:t>□ M3</w:t>
      </w:r>
    </w:p>
    <w:p w14:paraId="32C40F2E" w14:textId="77777777" w:rsidR="00B3411E" w:rsidRDefault="00EC2500">
      <w:pPr>
        <w:spacing w:after="60" w:line="264" w:lineRule="auto"/>
        <w:ind w:left="425" w:hanging="227"/>
        <w:jc w:val="both"/>
      </w:pPr>
      <w:r>
        <w:t>M1. Dự báo lượng rác phát sinh trong 7 ngày tới cho từng khu thu gom của căng tin.</w:t>
      </w:r>
    </w:p>
    <w:p w14:paraId="268730F4" w14:textId="77777777" w:rsidR="00B3411E" w:rsidRDefault="00EC2500">
      <w:pPr>
        <w:spacing w:after="60" w:line="264" w:lineRule="auto"/>
        <w:ind w:left="425" w:hanging="227"/>
        <w:jc w:val="both"/>
      </w:pPr>
      <w:r>
        <w:t>M2. Trả lời câu hỏi của HS về cách phân loại rác bằng tiếng Việt.</w:t>
      </w:r>
    </w:p>
    <w:p w14:paraId="2B6DC0EE" w14:textId="77777777" w:rsidR="00B3411E" w:rsidRDefault="00EC2500">
      <w:pPr>
        <w:spacing w:after="60" w:line="264" w:lineRule="auto"/>
        <w:ind w:left="425" w:hanging="227"/>
        <w:jc w:val="both"/>
      </w:pPr>
      <w:r>
        <w:t>M3. Phát hiện và đếm vật bỏ nhầm thùng (ví dụ lon, hộp giấy trong thùng nhựa) trong ảnh chụp lòng thùng rác, để nhắc nhân viên vệ sinh xử lí.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268"/>
        <w:gridCol w:w="3402"/>
        <w:gridCol w:w="3402"/>
      </w:tblGrid>
      <w:tr w:rsidR="00B3411E" w14:paraId="088C494B" w14:textId="77777777">
        <w:trPr>
          <w:cantSplit/>
          <w:tblHeader/>
          <w:jc w:val="center"/>
        </w:trPr>
        <w:tc>
          <w:tcPr>
            <w:tcW w:w="2268" w:type="dxa"/>
            <w:vAlign w:val="center"/>
          </w:tcPr>
          <w:p w14:paraId="2C8F3E75" w14:textId="77777777" w:rsidR="00B3411E" w:rsidRDefault="00EC2500">
            <w:pPr>
              <w:spacing w:after="0" w:line="240" w:lineRule="auto"/>
              <w:jc w:val="center"/>
            </w:pPr>
            <w:r>
              <w:rPr>
                <w:b/>
                <w:sz w:val="22"/>
                <w:szCs w:val="22"/>
              </w:rPr>
              <w:t>Câu hỏi thiết kế</w:t>
            </w:r>
          </w:p>
        </w:tc>
        <w:tc>
          <w:tcPr>
            <w:tcW w:w="3402" w:type="dxa"/>
            <w:vAlign w:val="center"/>
          </w:tcPr>
          <w:p w14:paraId="0E5BD9BC" w14:textId="77777777" w:rsidR="00B3411E" w:rsidRDefault="00EC2500">
            <w:pPr>
              <w:spacing w:after="0" w:line="240" w:lineRule="auto"/>
              <w:jc w:val="center"/>
            </w:pPr>
            <w:r>
              <w:rPr>
                <w:b/>
                <w:sz w:val="22"/>
                <w:szCs w:val="22"/>
              </w:rPr>
              <w:t>Hệ thống mẫu: phân loại rác</w:t>
            </w:r>
          </w:p>
        </w:tc>
        <w:tc>
          <w:tcPr>
            <w:tcW w:w="3402" w:type="dxa"/>
            <w:vAlign w:val="center"/>
          </w:tcPr>
          <w:p w14:paraId="74BCC2DB" w14:textId="77777777" w:rsidR="00B3411E" w:rsidRDefault="00EC2500">
            <w:pPr>
              <w:spacing w:after="0" w:line="240" w:lineRule="auto"/>
              <w:jc w:val="center"/>
            </w:pPr>
            <w:r>
              <w:rPr>
                <w:b/>
                <w:sz w:val="22"/>
                <w:szCs w:val="22"/>
              </w:rPr>
              <w:t>Hệ thống của nhóm</w:t>
            </w:r>
          </w:p>
        </w:tc>
      </w:tr>
      <w:tr w:rsidR="00B3411E" w14:paraId="5B167B20" w14:textId="77777777">
        <w:trPr>
          <w:cantSplit/>
          <w:jc w:val="center"/>
        </w:trPr>
        <w:tc>
          <w:tcPr>
            <w:tcW w:w="2268" w:type="dxa"/>
          </w:tcPr>
          <w:p w14:paraId="08E46DEF" w14:textId="77777777" w:rsidR="00B3411E" w:rsidRDefault="00EC2500">
            <w:pPr>
              <w:spacing w:after="0" w:line="240" w:lineRule="auto"/>
            </w:pPr>
            <w:r>
              <w:rPr>
                <w:sz w:val="22"/>
                <w:szCs w:val="22"/>
              </w:rPr>
              <w:t>1. Đầu ra: để đạt mục tiêu, hệ thống cần đưa ra gì, cho ai?</w:t>
            </w:r>
          </w:p>
        </w:tc>
        <w:tc>
          <w:tcPr>
            <w:tcW w:w="3402" w:type="dxa"/>
          </w:tcPr>
          <w:p w14:paraId="3E5A1954" w14:textId="77777777" w:rsidR="00B3411E" w:rsidRDefault="00EC2500">
            <w:pPr>
              <w:spacing w:after="0" w:line="240" w:lineRule="auto"/>
            </w:pPr>
            <w:r>
              <w:rPr>
                <w:sz w:val="22"/>
                <w:szCs w:val="22"/>
              </w:rPr>
              <w:t>Kết luận “Giấy” hoặc “Nhựa” cho từng ảnh rác, gửi nhân viên vệ sinh.</w:t>
            </w:r>
          </w:p>
        </w:tc>
        <w:tc>
          <w:tcPr>
            <w:tcW w:w="3402" w:type="dxa"/>
          </w:tcPr>
          <w:p w14:paraId="218A8B80" w14:textId="77777777" w:rsidR="00B3411E" w:rsidRDefault="00B3411E">
            <w:pPr>
              <w:spacing w:after="0" w:line="264" w:lineRule="auto"/>
            </w:pPr>
          </w:p>
        </w:tc>
      </w:tr>
      <w:tr w:rsidR="00B3411E" w14:paraId="1423ACA8" w14:textId="77777777">
        <w:trPr>
          <w:cantSplit/>
          <w:jc w:val="center"/>
        </w:trPr>
        <w:tc>
          <w:tcPr>
            <w:tcW w:w="2268" w:type="dxa"/>
          </w:tcPr>
          <w:p w14:paraId="087E5B5C" w14:textId="77777777" w:rsidR="00B3411E" w:rsidRDefault="00EC2500">
            <w:pPr>
              <w:spacing w:after="0" w:line="240" w:lineRule="auto"/>
            </w:pPr>
            <w:r>
              <w:rPr>
                <w:sz w:val="22"/>
                <w:szCs w:val="22"/>
              </w:rPr>
              <w:t>2. Dữ liệu: cần dữ liệu nào để học và để kiểm thử? Lấy từ đâu, ai gán nhãn?</w:t>
            </w:r>
          </w:p>
        </w:tc>
        <w:tc>
          <w:tcPr>
            <w:tcW w:w="3402" w:type="dxa"/>
          </w:tcPr>
          <w:p w14:paraId="72839F00" w14:textId="77777777" w:rsidR="00B3411E" w:rsidRDefault="00EC2500">
            <w:pPr>
              <w:spacing w:after="0" w:line="240" w:lineRule="auto"/>
            </w:pPr>
            <w:r>
              <w:rPr>
                <w:sz w:val="22"/>
                <w:szCs w:val="22"/>
              </w:rPr>
              <w:t>Ảnh rác do nhân viên vệ sinh gán nhãn; giữ riêng một phần ảnh để kiểm thử.</w:t>
            </w:r>
          </w:p>
        </w:tc>
        <w:tc>
          <w:tcPr>
            <w:tcW w:w="3402" w:type="dxa"/>
          </w:tcPr>
          <w:p w14:paraId="3E77C740" w14:textId="77777777" w:rsidR="00B3411E" w:rsidRDefault="00B3411E">
            <w:pPr>
              <w:spacing w:after="0" w:line="264" w:lineRule="auto"/>
            </w:pPr>
          </w:p>
        </w:tc>
      </w:tr>
      <w:tr w:rsidR="00B3411E" w14:paraId="5320D076" w14:textId="77777777">
        <w:trPr>
          <w:cantSplit/>
          <w:jc w:val="center"/>
        </w:trPr>
        <w:tc>
          <w:tcPr>
            <w:tcW w:w="2268" w:type="dxa"/>
          </w:tcPr>
          <w:p w14:paraId="37A36AAB" w14:textId="77777777" w:rsidR="00B3411E" w:rsidRDefault="00EC2500">
            <w:pPr>
              <w:spacing w:after="0" w:line="240" w:lineRule="auto"/>
            </w:pPr>
            <w:r>
              <w:rPr>
                <w:sz w:val="22"/>
                <w:szCs w:val="22"/>
              </w:rPr>
              <w:t>3. Thuật toán: bài toán thuộc loại nào, nên học theo cách nào?</w:t>
            </w:r>
          </w:p>
        </w:tc>
        <w:tc>
          <w:tcPr>
            <w:tcW w:w="3402" w:type="dxa"/>
          </w:tcPr>
          <w:p w14:paraId="13400075" w14:textId="77777777" w:rsidR="00B3411E" w:rsidRDefault="00EC2500">
            <w:pPr>
              <w:spacing w:after="0" w:line="240" w:lineRule="auto"/>
            </w:pPr>
            <w:r>
              <w:rPr>
                <w:sz w:val="22"/>
                <w:szCs w:val="22"/>
              </w:rPr>
              <w:t>Bài toán phân loại; học từ ảnh đã gán nhãn.</w:t>
            </w:r>
          </w:p>
        </w:tc>
        <w:tc>
          <w:tcPr>
            <w:tcW w:w="3402" w:type="dxa"/>
          </w:tcPr>
          <w:p w14:paraId="195E5648" w14:textId="77777777" w:rsidR="00B3411E" w:rsidRDefault="00B3411E">
            <w:pPr>
              <w:spacing w:after="0" w:line="264" w:lineRule="auto"/>
            </w:pPr>
          </w:p>
        </w:tc>
      </w:tr>
      <w:tr w:rsidR="00B3411E" w14:paraId="51758C89" w14:textId="77777777">
        <w:trPr>
          <w:cantSplit/>
          <w:jc w:val="center"/>
        </w:trPr>
        <w:tc>
          <w:tcPr>
            <w:tcW w:w="2268" w:type="dxa"/>
          </w:tcPr>
          <w:p w14:paraId="2CEA2393" w14:textId="77777777" w:rsidR="00B3411E" w:rsidRDefault="00EC2500">
            <w:pPr>
              <w:spacing w:after="0" w:line="240" w:lineRule="auto"/>
            </w:pPr>
            <w:r>
              <w:rPr>
                <w:sz w:val="22"/>
                <w:szCs w:val="22"/>
              </w:rPr>
              <w:t>4. Mô hình: sau khi học, mô hình nhận gì và tạo ra gì?</w:t>
            </w:r>
          </w:p>
        </w:tc>
        <w:tc>
          <w:tcPr>
            <w:tcW w:w="3402" w:type="dxa"/>
          </w:tcPr>
          <w:p w14:paraId="2D6376AD" w14:textId="77777777" w:rsidR="00B3411E" w:rsidRDefault="00EC2500">
            <w:pPr>
              <w:spacing w:after="0" w:line="240" w:lineRule="auto"/>
            </w:pPr>
            <w:r>
              <w:rPr>
                <w:sz w:val="22"/>
                <w:szCs w:val="22"/>
              </w:rPr>
              <w:t>Nhận ảnh rác mới, trả về nhãn kèm mức độ tự tin do hệ thống ước tính.</w:t>
            </w:r>
          </w:p>
        </w:tc>
        <w:tc>
          <w:tcPr>
            <w:tcW w:w="3402" w:type="dxa"/>
          </w:tcPr>
          <w:p w14:paraId="5BCC8E22" w14:textId="77777777" w:rsidR="00B3411E" w:rsidRDefault="00B3411E">
            <w:pPr>
              <w:spacing w:after="0" w:line="264" w:lineRule="auto"/>
            </w:pPr>
          </w:p>
        </w:tc>
      </w:tr>
      <w:tr w:rsidR="00B3411E" w14:paraId="2225011B" w14:textId="77777777">
        <w:trPr>
          <w:cantSplit/>
          <w:jc w:val="center"/>
        </w:trPr>
        <w:tc>
          <w:tcPr>
            <w:tcW w:w="2268" w:type="dxa"/>
          </w:tcPr>
          <w:p w14:paraId="259D49F9" w14:textId="77777777" w:rsidR="00B3411E" w:rsidRDefault="00EC2500">
            <w:pPr>
              <w:spacing w:after="0" w:line="240" w:lineRule="auto"/>
            </w:pPr>
            <w:r>
              <w:rPr>
                <w:sz w:val="22"/>
                <w:szCs w:val="22"/>
              </w:rPr>
              <w:t>5. Phản hồi: ai kiểm tra đầu ra, bằng cách nào; thông tin đó dùng để sửa thành phần nào?</w:t>
            </w:r>
          </w:p>
        </w:tc>
        <w:tc>
          <w:tcPr>
            <w:tcW w:w="3402" w:type="dxa"/>
          </w:tcPr>
          <w:p w14:paraId="1E2BA602" w14:textId="77777777" w:rsidR="00B3411E" w:rsidRDefault="00EC2500">
            <w:pPr>
              <w:spacing w:after="0" w:line="240" w:lineRule="auto"/>
            </w:pPr>
            <w:r>
              <w:rPr>
                <w:sz w:val="22"/>
                <w:szCs w:val="22"/>
              </w:rPr>
              <w:t>Nhân viên vệ sinh xác nhận kết luận; ảnh bị kết luận sai được bổ sung vào dữ liệu để học lại.</w:t>
            </w:r>
          </w:p>
        </w:tc>
        <w:tc>
          <w:tcPr>
            <w:tcW w:w="3402" w:type="dxa"/>
          </w:tcPr>
          <w:p w14:paraId="0B8C5852" w14:textId="77777777" w:rsidR="00B3411E" w:rsidRDefault="00B3411E">
            <w:pPr>
              <w:spacing w:after="0" w:line="264" w:lineRule="auto"/>
            </w:pPr>
          </w:p>
        </w:tc>
      </w:tr>
      <w:tr w:rsidR="00B3411E" w14:paraId="20F3DEFB" w14:textId="77777777">
        <w:trPr>
          <w:cantSplit/>
          <w:jc w:val="center"/>
        </w:trPr>
        <w:tc>
          <w:tcPr>
            <w:tcW w:w="2268" w:type="dxa"/>
          </w:tcPr>
          <w:p w14:paraId="00A82EF2" w14:textId="77777777" w:rsidR="00B3411E" w:rsidRDefault="00EC2500">
            <w:pPr>
              <w:spacing w:after="0" w:line="240" w:lineRule="auto"/>
            </w:pPr>
            <w:r>
              <w:rPr>
                <w:sz w:val="22"/>
                <w:szCs w:val="22"/>
              </w:rPr>
              <w:t>Điểm kiểm soát của con người</w:t>
            </w:r>
          </w:p>
        </w:tc>
        <w:tc>
          <w:tcPr>
            <w:tcW w:w="3402" w:type="dxa"/>
          </w:tcPr>
          <w:p w14:paraId="4F1DADFD" w14:textId="77777777" w:rsidR="00B3411E" w:rsidRDefault="00EC2500">
            <w:pPr>
              <w:spacing w:after="0" w:line="240" w:lineRule="auto"/>
            </w:pPr>
            <w:r>
              <w:rPr>
                <w:sz w:val="22"/>
                <w:szCs w:val="22"/>
              </w:rPr>
              <w:t>Vật có hình dạng chưa có trong dữ liệu (ví dụ lon) được chuyển cho nhân viên vệ sinh kiểm tra trước khi bỏ vào thùng.</w:t>
            </w:r>
          </w:p>
        </w:tc>
        <w:tc>
          <w:tcPr>
            <w:tcW w:w="3402" w:type="dxa"/>
          </w:tcPr>
          <w:p w14:paraId="40A8A5F8" w14:textId="77777777" w:rsidR="00B3411E" w:rsidRDefault="00B3411E">
            <w:pPr>
              <w:spacing w:after="0" w:line="264" w:lineRule="auto"/>
            </w:pPr>
          </w:p>
        </w:tc>
      </w:tr>
    </w:tbl>
    <w:p w14:paraId="46BE0C63" w14:textId="77777777" w:rsidR="00B3411E" w:rsidRDefault="00B3411E">
      <w:pPr>
        <w:spacing w:after="40" w:line="192" w:lineRule="auto"/>
        <w:jc w:val="both"/>
      </w:pPr>
    </w:p>
    <w:p w14:paraId="03EE1D91" w14:textId="77777777" w:rsidR="00B3411E" w:rsidRDefault="00EC2500">
      <w:pPr>
        <w:spacing w:after="60" w:line="264" w:lineRule="auto"/>
        <w:jc w:val="both"/>
      </w:pPr>
      <w:r>
        <w:t>So với hệ thống mẫu, những thành phần nào trong hệ thống của các nhóm khác đi? Vì sao?</w:t>
      </w:r>
    </w:p>
    <w:p w14:paraId="60F0F0DB" w14:textId="77777777" w:rsidR="00B3411E" w:rsidRDefault="00EC2500">
      <w:pPr>
        <w:spacing w:after="60" w:line="264" w:lineRule="auto"/>
        <w:jc w:val="both"/>
      </w:pPr>
      <w:r>
        <w:t>………………………………………………………………………………………</w:t>
      </w:r>
    </w:p>
    <w:p w14:paraId="1654EFB5" w14:textId="77777777" w:rsidR="00B3411E" w:rsidRDefault="00EC2500">
      <w:pPr>
        <w:spacing w:after="60" w:line="264" w:lineRule="auto"/>
        <w:jc w:val="both"/>
      </w:pPr>
      <w:r>
        <w:t>………………………………………………………………………………………</w:t>
      </w:r>
    </w:p>
    <w:p w14:paraId="537CA6AE" w14:textId="77777777" w:rsidR="00B3411E" w:rsidRDefault="00EC2500">
      <w:pPr>
        <w:spacing w:after="0" w:line="264" w:lineRule="auto"/>
        <w:jc w:val="both"/>
      </w:pPr>
      <w:r>
        <w:br w:type="page"/>
      </w:r>
    </w:p>
    <w:p w14:paraId="70133654" w14:textId="77777777" w:rsidR="00B3411E" w:rsidRDefault="00EC2500">
      <w:pPr>
        <w:keepNext/>
        <w:spacing w:before="80" w:after="60" w:line="264" w:lineRule="auto"/>
      </w:pPr>
      <w:r>
        <w:rPr>
          <w:b/>
        </w:rPr>
        <w:t>PL10.7.4. Thẻ tình huống vận dụng và bảng kiểm tra đồng đẳng</w:t>
      </w:r>
    </w:p>
    <w:p w14:paraId="2C181B8B" w14:textId="77777777" w:rsidR="00B3411E" w:rsidRDefault="00EC2500">
      <w:pPr>
        <w:keepNext/>
        <w:spacing w:after="60" w:line="264" w:lineRule="auto"/>
        <w:jc w:val="both"/>
      </w:pPr>
      <w:r>
        <w:rPr>
          <w:b/>
        </w:rPr>
        <w:t>a) Sáu thẻ tình huống</w:t>
      </w:r>
    </w:p>
    <w:p w14:paraId="33E5740C" w14:textId="77777777" w:rsidR="00B3411E" w:rsidRDefault="00EC2500">
      <w:pPr>
        <w:spacing w:after="60" w:line="264" w:lineRule="auto"/>
        <w:ind w:left="425" w:hanging="227"/>
        <w:jc w:val="both"/>
      </w:pPr>
      <w:r>
        <w:t>Thẻ 1. Phần mềm hội thoại tự động (chatbot) giải đáp thắc mắc về nội quy, thời khoá biểu cho HS lớp 10 mới vào trường.</w:t>
      </w:r>
    </w:p>
    <w:p w14:paraId="04A1ADF4" w14:textId="77777777" w:rsidR="00B3411E" w:rsidRDefault="00EC2500">
      <w:pPr>
        <w:spacing w:after="60" w:line="264" w:lineRule="auto"/>
        <w:ind w:left="425" w:hanging="227"/>
        <w:jc w:val="both"/>
      </w:pPr>
      <w:r>
        <w:t>Thẻ 2. Nhận biết lá lúa bị bệnh đạo ôn qua ảnh chụp để báo sớm cho cán bộ khuyến nông.</w:t>
      </w:r>
    </w:p>
    <w:p w14:paraId="499B28F4" w14:textId="77777777" w:rsidR="00B3411E" w:rsidRDefault="00EC2500">
      <w:pPr>
        <w:spacing w:after="60" w:line="264" w:lineRule="auto"/>
        <w:ind w:left="425" w:hanging="227"/>
        <w:jc w:val="both"/>
      </w:pPr>
      <w:r>
        <w:t>Thẻ 3. Cảnh báo sớm nguy cơ ngập ở đoạn đường trước cổng trường khi mưa lớn.</w:t>
      </w:r>
    </w:p>
    <w:p w14:paraId="607F0523" w14:textId="77777777" w:rsidR="00B3411E" w:rsidRDefault="00EC2500">
      <w:pPr>
        <w:spacing w:after="60" w:line="264" w:lineRule="auto"/>
        <w:ind w:left="425" w:hanging="227"/>
        <w:jc w:val="both"/>
      </w:pPr>
      <w:r>
        <w:t>Thẻ 4. Gợi ý bài luyện tập tiếng Anh phù hợp với trình độ của từng HS.</w:t>
      </w:r>
    </w:p>
    <w:p w14:paraId="03F4EA28" w14:textId="77777777" w:rsidR="00B3411E" w:rsidRDefault="00EC2500">
      <w:pPr>
        <w:spacing w:after="60" w:line="264" w:lineRule="auto"/>
        <w:ind w:left="425" w:hanging="227"/>
        <w:jc w:val="both"/>
      </w:pPr>
      <w:r>
        <w:t>Thẻ 5. Nhận dạng cây thuốc nam trong vườn trường qua ảnh chụp lá.</w:t>
      </w:r>
    </w:p>
    <w:p w14:paraId="65C7BD39" w14:textId="77777777" w:rsidR="00B3411E" w:rsidRDefault="00EC2500">
      <w:pPr>
        <w:spacing w:after="60" w:line="264" w:lineRule="auto"/>
        <w:ind w:left="425" w:hanging="227"/>
        <w:jc w:val="both"/>
      </w:pPr>
      <w:r>
        <w:t>Thẻ 6. Vấn đề do nhóm tự đề xuất, được GV đồng ý.</w:t>
      </w:r>
    </w:p>
    <w:p w14:paraId="3AB3127E" w14:textId="77777777" w:rsidR="00B3411E" w:rsidRDefault="00EC2500">
      <w:pPr>
        <w:keepNext/>
        <w:spacing w:after="60" w:line="264" w:lineRule="auto"/>
        <w:jc w:val="both"/>
      </w:pPr>
      <w:r>
        <w:rPr>
          <w:b/>
        </w:rPr>
        <w:t>b) Hướng dẫn vẽ sơ đồ cấu trúc trên giấy A3</w:t>
      </w:r>
    </w:p>
    <w:p w14:paraId="02D93D00" w14:textId="77777777" w:rsidR="00B3411E" w:rsidRDefault="00EC2500">
      <w:pPr>
        <w:tabs>
          <w:tab w:val="left" w:pos="425"/>
        </w:tabs>
        <w:spacing w:after="60" w:line="264" w:lineRule="auto"/>
        <w:ind w:left="425" w:hanging="227"/>
        <w:jc w:val="both"/>
      </w:pPr>
      <w:r>
        <w:t xml:space="preserve">- </w:t>
      </w:r>
      <w:r>
        <w:tab/>
        <w:t>Ghi tuyên bố mục tiêu và nhiệm vụ (năm yếu tố) ở đầu tờ giấy.</w:t>
      </w:r>
    </w:p>
    <w:p w14:paraId="6305D894" w14:textId="77777777" w:rsidR="00B3411E" w:rsidRDefault="00EC2500">
      <w:pPr>
        <w:tabs>
          <w:tab w:val="left" w:pos="425"/>
        </w:tabs>
        <w:spacing w:after="60" w:line="264" w:lineRule="auto"/>
        <w:ind w:left="425" w:hanging="227"/>
        <w:jc w:val="both"/>
      </w:pPr>
      <w:r>
        <w:t xml:space="preserve">- </w:t>
      </w:r>
      <w:r>
        <w:tab/>
        <w:t>Vẽ năm ô thành phần, nối bằng mũi tên theo trình tự vận hành: dữ liệu, thuật toán, mô hình, đầu ra, phản hồi.</w:t>
      </w:r>
    </w:p>
    <w:p w14:paraId="72528CB7" w14:textId="77777777" w:rsidR="00B3411E" w:rsidRDefault="00EC2500">
      <w:pPr>
        <w:tabs>
          <w:tab w:val="left" w:pos="425"/>
        </w:tabs>
        <w:spacing w:after="60" w:line="264" w:lineRule="auto"/>
        <w:ind w:left="425" w:hanging="227"/>
        <w:jc w:val="both"/>
      </w:pPr>
      <w:r>
        <w:t xml:space="preserve">- </w:t>
      </w:r>
      <w:r>
        <w:tab/>
        <w:t>Vẽ mũi tên phản hồi quay lại thành phần cần sửa.</w:t>
      </w:r>
    </w:p>
    <w:p w14:paraId="63ED4F59" w14:textId="77777777" w:rsidR="00B3411E" w:rsidRDefault="00EC2500">
      <w:pPr>
        <w:tabs>
          <w:tab w:val="left" w:pos="425"/>
        </w:tabs>
        <w:spacing w:after="60" w:line="264" w:lineRule="auto"/>
        <w:ind w:left="425" w:hanging="227"/>
        <w:jc w:val="both"/>
      </w:pPr>
      <w:r>
        <w:t xml:space="preserve">- </w:t>
      </w:r>
      <w:r>
        <w:tab/>
        <w:t>Dùng bút màu khác đánh dấu các điểm kiểm soát của con người, ghi rõ ai thực hiện.</w:t>
      </w:r>
    </w:p>
    <w:p w14:paraId="220A07BD" w14:textId="77777777" w:rsidR="00B3411E" w:rsidRDefault="00EC2500">
      <w:pPr>
        <w:keepNext/>
        <w:spacing w:after="60" w:line="264" w:lineRule="auto"/>
        <w:jc w:val="both"/>
      </w:pPr>
      <w:r>
        <w:rPr>
          <w:b/>
        </w:rPr>
        <w:t>c) Bảng kiểm tra đồng đẳng</w:t>
      </w:r>
    </w:p>
    <w:p w14:paraId="75D7A18B" w14:textId="77777777" w:rsidR="00B3411E" w:rsidRDefault="00EC2500">
      <w:pPr>
        <w:spacing w:after="60" w:line="264" w:lineRule="auto"/>
        <w:jc w:val="both"/>
      </w:pPr>
      <w:r>
        <w:t>Nhóm được góp ý: ……………</w:t>
      </w:r>
      <w:r>
        <w:tab/>
        <w:t>Nhóm góp ý: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309"/>
        <w:gridCol w:w="850"/>
        <w:gridCol w:w="850"/>
        <w:gridCol w:w="3061"/>
      </w:tblGrid>
      <w:tr w:rsidR="00B3411E" w14:paraId="2E5AFD03" w14:textId="77777777">
        <w:trPr>
          <w:cantSplit/>
          <w:tblHeader/>
          <w:jc w:val="center"/>
        </w:trPr>
        <w:tc>
          <w:tcPr>
            <w:tcW w:w="4309" w:type="dxa"/>
            <w:vAlign w:val="center"/>
          </w:tcPr>
          <w:p w14:paraId="6C5D4110" w14:textId="77777777" w:rsidR="00B3411E" w:rsidRDefault="00EC2500">
            <w:pPr>
              <w:spacing w:after="0" w:line="240" w:lineRule="auto"/>
              <w:jc w:val="center"/>
            </w:pPr>
            <w:r>
              <w:rPr>
                <w:b/>
                <w:sz w:val="22"/>
                <w:szCs w:val="22"/>
              </w:rPr>
              <w:t>Tiêu chí</w:t>
            </w:r>
          </w:p>
        </w:tc>
        <w:tc>
          <w:tcPr>
            <w:tcW w:w="850" w:type="dxa"/>
            <w:vAlign w:val="center"/>
          </w:tcPr>
          <w:p w14:paraId="5095EE7C" w14:textId="77777777" w:rsidR="00B3411E" w:rsidRDefault="00EC2500">
            <w:pPr>
              <w:spacing w:after="0" w:line="240" w:lineRule="auto"/>
              <w:jc w:val="center"/>
            </w:pPr>
            <w:r>
              <w:rPr>
                <w:b/>
                <w:sz w:val="22"/>
                <w:szCs w:val="22"/>
              </w:rPr>
              <w:t>Có</w:t>
            </w:r>
          </w:p>
        </w:tc>
        <w:tc>
          <w:tcPr>
            <w:tcW w:w="850" w:type="dxa"/>
            <w:vAlign w:val="center"/>
          </w:tcPr>
          <w:p w14:paraId="22EAE5A3" w14:textId="77777777" w:rsidR="00B3411E" w:rsidRDefault="00EC2500">
            <w:pPr>
              <w:spacing w:after="0" w:line="240" w:lineRule="auto"/>
              <w:jc w:val="center"/>
            </w:pPr>
            <w:r>
              <w:rPr>
                <w:b/>
                <w:sz w:val="22"/>
                <w:szCs w:val="22"/>
              </w:rPr>
              <w:t>Chưa</w:t>
            </w:r>
          </w:p>
        </w:tc>
        <w:tc>
          <w:tcPr>
            <w:tcW w:w="3061" w:type="dxa"/>
            <w:vAlign w:val="center"/>
          </w:tcPr>
          <w:p w14:paraId="287868D8" w14:textId="77777777" w:rsidR="00B3411E" w:rsidRDefault="00EC2500">
            <w:pPr>
              <w:spacing w:after="0" w:line="240" w:lineRule="auto"/>
              <w:jc w:val="center"/>
            </w:pPr>
            <w:r>
              <w:rPr>
                <w:b/>
                <w:sz w:val="22"/>
                <w:szCs w:val="22"/>
              </w:rPr>
              <w:t>Góp ý cụ thể</w:t>
            </w:r>
          </w:p>
        </w:tc>
      </w:tr>
      <w:tr w:rsidR="00B3411E" w14:paraId="5D3A2C26" w14:textId="77777777">
        <w:trPr>
          <w:cantSplit/>
          <w:jc w:val="center"/>
        </w:trPr>
        <w:tc>
          <w:tcPr>
            <w:tcW w:w="4309" w:type="dxa"/>
          </w:tcPr>
          <w:p w14:paraId="73A92E0F" w14:textId="77777777" w:rsidR="00B3411E" w:rsidRDefault="00EC2500">
            <w:pPr>
              <w:spacing w:after="0" w:line="240" w:lineRule="auto"/>
            </w:pPr>
            <w:r>
              <w:rPr>
                <w:sz w:val="22"/>
                <w:szCs w:val="22"/>
              </w:rPr>
              <w:t>1. Tuyên bố mục tiêu và nhiệm vụ có đủ năm yếu tố; tiêu chí thành công đo được.</w:t>
            </w:r>
          </w:p>
        </w:tc>
        <w:tc>
          <w:tcPr>
            <w:tcW w:w="850" w:type="dxa"/>
            <w:vAlign w:val="center"/>
          </w:tcPr>
          <w:p w14:paraId="3C58EAB6" w14:textId="77777777" w:rsidR="00B3411E" w:rsidRDefault="00EC2500">
            <w:pPr>
              <w:spacing w:after="0" w:line="240" w:lineRule="auto"/>
              <w:jc w:val="center"/>
            </w:pPr>
            <w:r>
              <w:rPr>
                <w:sz w:val="22"/>
                <w:szCs w:val="22"/>
              </w:rPr>
              <w:t>□</w:t>
            </w:r>
          </w:p>
        </w:tc>
        <w:tc>
          <w:tcPr>
            <w:tcW w:w="850" w:type="dxa"/>
            <w:vAlign w:val="center"/>
          </w:tcPr>
          <w:p w14:paraId="3A312C4C" w14:textId="77777777" w:rsidR="00B3411E" w:rsidRDefault="00EC2500">
            <w:pPr>
              <w:spacing w:after="0" w:line="240" w:lineRule="auto"/>
              <w:jc w:val="center"/>
            </w:pPr>
            <w:r>
              <w:rPr>
                <w:sz w:val="22"/>
                <w:szCs w:val="22"/>
              </w:rPr>
              <w:t>□</w:t>
            </w:r>
          </w:p>
        </w:tc>
        <w:tc>
          <w:tcPr>
            <w:tcW w:w="3061" w:type="dxa"/>
          </w:tcPr>
          <w:p w14:paraId="0B7D33D5" w14:textId="77777777" w:rsidR="00B3411E" w:rsidRDefault="00B3411E">
            <w:pPr>
              <w:spacing w:after="0" w:line="264" w:lineRule="auto"/>
            </w:pPr>
          </w:p>
        </w:tc>
      </w:tr>
      <w:tr w:rsidR="00B3411E" w14:paraId="7765C8E4" w14:textId="77777777">
        <w:trPr>
          <w:cantSplit/>
          <w:jc w:val="center"/>
        </w:trPr>
        <w:tc>
          <w:tcPr>
            <w:tcW w:w="4309" w:type="dxa"/>
          </w:tcPr>
          <w:p w14:paraId="1BBC895F" w14:textId="77777777" w:rsidR="00B3411E" w:rsidRDefault="00EC2500">
            <w:pPr>
              <w:spacing w:after="0" w:line="240" w:lineRule="auto"/>
            </w:pPr>
            <w:r>
              <w:rPr>
                <w:sz w:val="22"/>
                <w:szCs w:val="22"/>
              </w:rPr>
              <w:t>2. Sơ đồ có đủ năm thành phần: dữ liệu, thuật toán, mô hình, đầu ra, phản hồi.</w:t>
            </w:r>
          </w:p>
        </w:tc>
        <w:tc>
          <w:tcPr>
            <w:tcW w:w="850" w:type="dxa"/>
            <w:vAlign w:val="center"/>
          </w:tcPr>
          <w:p w14:paraId="2AEEB3A4" w14:textId="77777777" w:rsidR="00B3411E" w:rsidRDefault="00EC2500">
            <w:pPr>
              <w:spacing w:after="0" w:line="240" w:lineRule="auto"/>
              <w:jc w:val="center"/>
            </w:pPr>
            <w:r>
              <w:rPr>
                <w:sz w:val="22"/>
                <w:szCs w:val="22"/>
              </w:rPr>
              <w:t>□</w:t>
            </w:r>
          </w:p>
        </w:tc>
        <w:tc>
          <w:tcPr>
            <w:tcW w:w="850" w:type="dxa"/>
            <w:vAlign w:val="center"/>
          </w:tcPr>
          <w:p w14:paraId="226E61E9" w14:textId="77777777" w:rsidR="00B3411E" w:rsidRDefault="00EC2500">
            <w:pPr>
              <w:spacing w:after="0" w:line="240" w:lineRule="auto"/>
              <w:jc w:val="center"/>
            </w:pPr>
            <w:r>
              <w:rPr>
                <w:sz w:val="22"/>
                <w:szCs w:val="22"/>
              </w:rPr>
              <w:t>□</w:t>
            </w:r>
          </w:p>
        </w:tc>
        <w:tc>
          <w:tcPr>
            <w:tcW w:w="3061" w:type="dxa"/>
          </w:tcPr>
          <w:p w14:paraId="7FAEFE7C" w14:textId="77777777" w:rsidR="00B3411E" w:rsidRDefault="00B3411E">
            <w:pPr>
              <w:spacing w:after="0" w:line="264" w:lineRule="auto"/>
            </w:pPr>
          </w:p>
        </w:tc>
      </w:tr>
      <w:tr w:rsidR="00B3411E" w14:paraId="3FDAE61E" w14:textId="77777777">
        <w:trPr>
          <w:cantSplit/>
          <w:jc w:val="center"/>
        </w:trPr>
        <w:tc>
          <w:tcPr>
            <w:tcW w:w="4309" w:type="dxa"/>
          </w:tcPr>
          <w:p w14:paraId="16D8B7C2" w14:textId="77777777" w:rsidR="00B3411E" w:rsidRDefault="00EC2500">
            <w:pPr>
              <w:spacing w:after="0" w:line="240" w:lineRule="auto"/>
            </w:pPr>
            <w:r>
              <w:rPr>
                <w:sz w:val="22"/>
                <w:szCs w:val="22"/>
              </w:rPr>
              <w:t>3. Mỗi thành phần được mô tả cụ thể, phù hợp với nhiệm vụ.</w:t>
            </w:r>
          </w:p>
        </w:tc>
        <w:tc>
          <w:tcPr>
            <w:tcW w:w="850" w:type="dxa"/>
            <w:vAlign w:val="center"/>
          </w:tcPr>
          <w:p w14:paraId="130E5ABB" w14:textId="77777777" w:rsidR="00B3411E" w:rsidRDefault="00EC2500">
            <w:pPr>
              <w:spacing w:after="0" w:line="240" w:lineRule="auto"/>
              <w:jc w:val="center"/>
            </w:pPr>
            <w:r>
              <w:rPr>
                <w:sz w:val="22"/>
                <w:szCs w:val="22"/>
              </w:rPr>
              <w:t>□</w:t>
            </w:r>
          </w:p>
        </w:tc>
        <w:tc>
          <w:tcPr>
            <w:tcW w:w="850" w:type="dxa"/>
            <w:vAlign w:val="center"/>
          </w:tcPr>
          <w:p w14:paraId="28BB75D3" w14:textId="77777777" w:rsidR="00B3411E" w:rsidRDefault="00EC2500">
            <w:pPr>
              <w:spacing w:after="0" w:line="240" w:lineRule="auto"/>
              <w:jc w:val="center"/>
            </w:pPr>
            <w:r>
              <w:rPr>
                <w:sz w:val="22"/>
                <w:szCs w:val="22"/>
              </w:rPr>
              <w:t>□</w:t>
            </w:r>
          </w:p>
        </w:tc>
        <w:tc>
          <w:tcPr>
            <w:tcW w:w="3061" w:type="dxa"/>
          </w:tcPr>
          <w:p w14:paraId="3AA3FAD7" w14:textId="77777777" w:rsidR="00B3411E" w:rsidRDefault="00B3411E">
            <w:pPr>
              <w:spacing w:after="0" w:line="264" w:lineRule="auto"/>
            </w:pPr>
          </w:p>
        </w:tc>
      </w:tr>
      <w:tr w:rsidR="00B3411E" w14:paraId="4E784854" w14:textId="77777777">
        <w:trPr>
          <w:cantSplit/>
          <w:jc w:val="center"/>
        </w:trPr>
        <w:tc>
          <w:tcPr>
            <w:tcW w:w="4309" w:type="dxa"/>
          </w:tcPr>
          <w:p w14:paraId="4BBAE8D6" w14:textId="77777777" w:rsidR="00B3411E" w:rsidRDefault="00EC2500">
            <w:pPr>
              <w:spacing w:after="0" w:line="240" w:lineRule="auto"/>
            </w:pPr>
            <w:r>
              <w:rPr>
                <w:sz w:val="22"/>
                <w:szCs w:val="22"/>
              </w:rPr>
              <w:t>4. Nhóm giải thích được mỗi thành phần phục vụ mục tiêu thế nào.</w:t>
            </w:r>
          </w:p>
        </w:tc>
        <w:tc>
          <w:tcPr>
            <w:tcW w:w="850" w:type="dxa"/>
            <w:vAlign w:val="center"/>
          </w:tcPr>
          <w:p w14:paraId="5C832EB6" w14:textId="77777777" w:rsidR="00B3411E" w:rsidRDefault="00EC2500">
            <w:pPr>
              <w:spacing w:after="0" w:line="240" w:lineRule="auto"/>
              <w:jc w:val="center"/>
            </w:pPr>
            <w:r>
              <w:rPr>
                <w:sz w:val="22"/>
                <w:szCs w:val="22"/>
              </w:rPr>
              <w:t>□</w:t>
            </w:r>
          </w:p>
        </w:tc>
        <w:tc>
          <w:tcPr>
            <w:tcW w:w="850" w:type="dxa"/>
            <w:vAlign w:val="center"/>
          </w:tcPr>
          <w:p w14:paraId="2FA3D535" w14:textId="77777777" w:rsidR="00B3411E" w:rsidRDefault="00EC2500">
            <w:pPr>
              <w:spacing w:after="0" w:line="240" w:lineRule="auto"/>
              <w:jc w:val="center"/>
            </w:pPr>
            <w:r>
              <w:rPr>
                <w:sz w:val="22"/>
                <w:szCs w:val="22"/>
              </w:rPr>
              <w:t>□</w:t>
            </w:r>
          </w:p>
        </w:tc>
        <w:tc>
          <w:tcPr>
            <w:tcW w:w="3061" w:type="dxa"/>
          </w:tcPr>
          <w:p w14:paraId="3B372AF8" w14:textId="77777777" w:rsidR="00B3411E" w:rsidRDefault="00B3411E">
            <w:pPr>
              <w:spacing w:after="0" w:line="264" w:lineRule="auto"/>
            </w:pPr>
          </w:p>
        </w:tc>
      </w:tr>
      <w:tr w:rsidR="00B3411E" w14:paraId="0890FE2B" w14:textId="77777777">
        <w:trPr>
          <w:cantSplit/>
          <w:jc w:val="center"/>
        </w:trPr>
        <w:tc>
          <w:tcPr>
            <w:tcW w:w="4309" w:type="dxa"/>
          </w:tcPr>
          <w:p w14:paraId="777BAF5B" w14:textId="77777777" w:rsidR="00B3411E" w:rsidRDefault="00EC2500">
            <w:pPr>
              <w:spacing w:after="0" w:line="240" w:lineRule="auto"/>
            </w:pPr>
            <w:r>
              <w:rPr>
                <w:sz w:val="22"/>
                <w:szCs w:val="22"/>
              </w:rPr>
              <w:t>5. Sơ đồ có ít nhất hai điểm kiểm soát của con người, ghi rõ ai thực hiện.</w:t>
            </w:r>
          </w:p>
        </w:tc>
        <w:tc>
          <w:tcPr>
            <w:tcW w:w="850" w:type="dxa"/>
            <w:vAlign w:val="center"/>
          </w:tcPr>
          <w:p w14:paraId="5F032507" w14:textId="77777777" w:rsidR="00B3411E" w:rsidRDefault="00EC2500">
            <w:pPr>
              <w:spacing w:after="0" w:line="240" w:lineRule="auto"/>
              <w:jc w:val="center"/>
            </w:pPr>
            <w:r>
              <w:rPr>
                <w:sz w:val="22"/>
                <w:szCs w:val="22"/>
              </w:rPr>
              <w:t>□</w:t>
            </w:r>
          </w:p>
        </w:tc>
        <w:tc>
          <w:tcPr>
            <w:tcW w:w="850" w:type="dxa"/>
            <w:vAlign w:val="center"/>
          </w:tcPr>
          <w:p w14:paraId="16B057D6" w14:textId="77777777" w:rsidR="00B3411E" w:rsidRDefault="00EC2500">
            <w:pPr>
              <w:spacing w:after="0" w:line="240" w:lineRule="auto"/>
              <w:jc w:val="center"/>
            </w:pPr>
            <w:r>
              <w:rPr>
                <w:sz w:val="22"/>
                <w:szCs w:val="22"/>
              </w:rPr>
              <w:t>□</w:t>
            </w:r>
          </w:p>
        </w:tc>
        <w:tc>
          <w:tcPr>
            <w:tcW w:w="3061" w:type="dxa"/>
          </w:tcPr>
          <w:p w14:paraId="06265B80" w14:textId="77777777" w:rsidR="00B3411E" w:rsidRDefault="00B3411E">
            <w:pPr>
              <w:spacing w:after="0" w:line="264" w:lineRule="auto"/>
            </w:pPr>
          </w:p>
        </w:tc>
      </w:tr>
    </w:tbl>
    <w:p w14:paraId="3D7361BB" w14:textId="77777777" w:rsidR="00B3411E" w:rsidRDefault="00B3411E">
      <w:pPr>
        <w:spacing w:after="40" w:line="192" w:lineRule="auto"/>
        <w:jc w:val="both"/>
      </w:pPr>
    </w:p>
    <w:p w14:paraId="0E791FEC" w14:textId="77777777" w:rsidR="00B3411E" w:rsidRDefault="00EC2500">
      <w:pPr>
        <w:spacing w:after="0" w:line="264" w:lineRule="auto"/>
        <w:jc w:val="both"/>
      </w:pPr>
      <w:r>
        <w:br w:type="page"/>
      </w:r>
    </w:p>
    <w:p w14:paraId="57CA642B" w14:textId="77777777" w:rsidR="00B3411E" w:rsidRDefault="00EC2500">
      <w:pPr>
        <w:keepNext/>
        <w:spacing w:before="80" w:after="60" w:line="264" w:lineRule="auto"/>
      </w:pPr>
      <w:r>
        <w:rPr>
          <w:b/>
        </w:rPr>
        <w:t>PL10.7.5. Định hướng nội dung và gợi ý đáp án (dành cho GV)</w:t>
      </w:r>
    </w:p>
    <w:p w14:paraId="0A71B1BF" w14:textId="77777777" w:rsidR="00B3411E" w:rsidRDefault="00EC2500">
      <w:pPr>
        <w:spacing w:after="60" w:line="264" w:lineRule="auto"/>
        <w:jc w:val="both"/>
      </w:pPr>
      <w:r>
        <w:rPr>
          <w:sz w:val="24"/>
        </w:rPr>
        <w:t>Đáp án dưới đây là gợi ý. GV chấp nhận câu trả lời khác nếu HS lập luận có căn cứ từ tình huống, hồ sơ hoặc dữ liệu của bài.</w:t>
      </w:r>
    </w:p>
    <w:p w14:paraId="46BCA3FC" w14:textId="77777777" w:rsidR="00B3411E" w:rsidRDefault="00EC2500">
      <w:pPr>
        <w:keepNext/>
        <w:spacing w:before="80" w:after="60" w:line="264" w:lineRule="auto"/>
        <w:jc w:val="both"/>
      </w:pPr>
      <w:r>
        <w:rPr>
          <w:b/>
        </w:rPr>
        <w:t>1. Nội dung chuẩn hoá cuối nhiệm vụ 2.2</w:t>
      </w:r>
    </w:p>
    <w:p w14:paraId="4DEBCBD8" w14:textId="77777777" w:rsidR="00B3411E" w:rsidRDefault="00EC2500">
      <w:pPr>
        <w:spacing w:after="60" w:line="264" w:lineRule="auto"/>
        <w:jc w:val="both"/>
      </w:pPr>
      <w:r>
        <w:t>Theo phần giải thích thuật ngữ của Quyết định 2422, hệ thống AI suy luận từ dữ liệu đầu vào để tạo ra đầu ra như dự đoán, nội dung, khuyến nghị hoặc quyết định. Theo YCCĐ 10.D2.1, cấu trúc của một hệ thống AI được mô tả qua năm thành phần sau (đánh số theo Hình 1).</w:t>
      </w:r>
    </w:p>
    <w:p w14:paraId="69F7FA61" w14:textId="77777777" w:rsidR="00B3411E" w:rsidRDefault="00EC2500">
      <w:pPr>
        <w:keepNext/>
        <w:spacing w:before="80" w:after="60" w:line="264" w:lineRule="auto"/>
        <w:jc w:val="center"/>
      </w:pPr>
      <w:r>
        <w:rPr>
          <w:noProof/>
        </w:rPr>
        <mc:AlternateContent>
          <mc:Choice Requires="wpg">
            <w:drawing>
              <wp:inline distT="0" distB="0" distL="0" distR="0" wp14:anchorId="334C524D" wp14:editId="5CCD9DFE">
                <wp:extent cx="5651651" cy="3181984"/>
                <wp:effectExtent l="0" t="0" r="0" b="19050"/>
                <wp:docPr id="1001" name="Hình 1. Năm thành phần của hệ thống phân loại rác" descr="Hình 1. Năm thành phần của hệ thống phân loại rác"/>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651651" cy="3181984"/>
                          <a:chOff x="108000" y="57600"/>
                          <a:chExt cx="5651651" cy="3181984"/>
                        </a:xfrm>
                      </wpg:grpSpPr>
                      <wps:wsp>
                        <wps:cNvPr id="1912953173" name="Rectangle: Rounded Corners 1912953173"/>
                        <wps:cNvSpPr/>
                        <wps:spPr>
                          <a:xfrm>
                            <a:off x="791982" y="2843637"/>
                            <a:ext cx="4176000" cy="395947"/>
                          </a:xfrm>
                          <a:prstGeom prst="roundRect">
                            <a:avLst>
                              <a:gd name="adj" fmla="val 8000"/>
                            </a:avLst>
                          </a:prstGeom>
                          <a:noFill/>
                          <a:ln w="9600">
                            <a:solidFill>
                              <a:srgbClr val="222222"/>
                            </a:solidFill>
                            <a:prstDash val="dash"/>
                          </a:ln>
                        </wps:spPr>
                        <wps:txbx>
                          <w:txbxContent>
                            <w:p w14:paraId="71687D52" w14:textId="77777777" w:rsidR="00B3411E" w:rsidRDefault="00EC2500">
                              <w:pPr>
                                <w:spacing w:after="0" w:line="240" w:lineRule="auto"/>
                                <w:jc w:val="center"/>
                              </w:pPr>
                              <w:r>
                                <w:rPr>
                                  <w:b/>
                                  <w:sz w:val="17"/>
                                  <w:szCs w:val="17"/>
                                </w:rPr>
                                <w:t>Mục tiêu và nhiệm vụ (do con người đặt)</w:t>
                              </w:r>
                            </w:p>
                            <w:p w14:paraId="509CA44E" w14:textId="77777777" w:rsidR="00B3411E" w:rsidRDefault="00EC2500">
                              <w:pPr>
                                <w:spacing w:after="0" w:line="240" w:lineRule="auto"/>
                                <w:jc w:val="center"/>
                              </w:pPr>
                              <w:r>
                                <w:rPr>
                                  <w:sz w:val="17"/>
                                  <w:szCs w:val="17"/>
                                </w:rPr>
                                <w:t>Từ ảnh chụp rác, kết luận vật làm bằng giấy hay nhựa để bỏ vào đúng thùng thu gom</w:t>
                              </w:r>
                            </w:p>
                          </w:txbxContent>
                        </wps:txbx>
                        <wps:bodyPr lIns="45720" tIns="22860" rIns="45720" bIns="22860" anchor="ctr">
                          <a:noAutofit/>
                        </wps:bodyPr>
                      </wps:wsp>
                      <wps:wsp>
                        <wps:cNvPr id="1579212515" name="Rectangle: Rounded Corners 1579212515"/>
                        <wps:cNvSpPr/>
                        <wps:spPr>
                          <a:xfrm>
                            <a:off x="271200" y="1495200"/>
                            <a:ext cx="988800" cy="576000"/>
                          </a:xfrm>
                          <a:prstGeom prst="roundRect">
                            <a:avLst>
                              <a:gd name="adj" fmla="val 8000"/>
                            </a:avLst>
                          </a:prstGeom>
                          <a:solidFill>
                            <a:srgbClr val="F0F0F0"/>
                          </a:solidFill>
                          <a:ln w="9600">
                            <a:solidFill>
                              <a:srgbClr val="222222"/>
                            </a:solidFill>
                          </a:ln>
                        </wps:spPr>
                        <wps:txbx>
                          <w:txbxContent>
                            <w:p w14:paraId="2C462CB6" w14:textId="77777777" w:rsidR="00B3411E" w:rsidRDefault="00EC2500">
                              <w:pPr>
                                <w:spacing w:after="0" w:line="240" w:lineRule="auto"/>
                                <w:jc w:val="center"/>
                              </w:pPr>
                              <w:r>
                                <w:rPr>
                                  <w:b/>
                                  <w:sz w:val="17"/>
                                  <w:szCs w:val="17"/>
                                </w:rPr>
                                <w:t>(1) Dữ liệu</w:t>
                              </w:r>
                            </w:p>
                            <w:p w14:paraId="1B2E0DF2" w14:textId="77777777" w:rsidR="00B3411E" w:rsidRDefault="00EC2500">
                              <w:pPr>
                                <w:spacing w:after="0" w:line="240" w:lineRule="auto"/>
                                <w:jc w:val="center"/>
                              </w:pPr>
                              <w:r>
                                <w:rPr>
                                  <w:sz w:val="17"/>
                                  <w:szCs w:val="17"/>
                                </w:rPr>
                                <w:t>ảnh rác</w:t>
                              </w:r>
                            </w:p>
                            <w:p w14:paraId="50D9CFDC" w14:textId="77777777" w:rsidR="00B3411E" w:rsidRDefault="00EC2500">
                              <w:pPr>
                                <w:spacing w:after="0" w:line="240" w:lineRule="auto"/>
                                <w:jc w:val="center"/>
                              </w:pPr>
                              <w:r>
                                <w:rPr>
                                  <w:sz w:val="17"/>
                                  <w:szCs w:val="17"/>
                                </w:rPr>
                                <w:t>đã gán nhãn</w:t>
                              </w:r>
                            </w:p>
                          </w:txbxContent>
                        </wps:txbx>
                        <wps:bodyPr lIns="45720" tIns="22860" rIns="45720" bIns="22860" anchor="ctr">
                          <a:noAutofit/>
                        </wps:bodyPr>
                      </wps:wsp>
                      <wps:wsp>
                        <wps:cNvPr id="679236755" name="Rectangle: Rounded Corners 679236755"/>
                        <wps:cNvSpPr/>
                        <wps:spPr>
                          <a:xfrm>
                            <a:off x="1368000" y="1495200"/>
                            <a:ext cx="988800" cy="576000"/>
                          </a:xfrm>
                          <a:prstGeom prst="roundRect">
                            <a:avLst>
                              <a:gd name="adj" fmla="val 8000"/>
                            </a:avLst>
                          </a:prstGeom>
                          <a:solidFill>
                            <a:srgbClr val="F0F0F0"/>
                          </a:solidFill>
                          <a:ln w="9600">
                            <a:solidFill>
                              <a:srgbClr val="222222"/>
                            </a:solidFill>
                          </a:ln>
                        </wps:spPr>
                        <wps:txbx>
                          <w:txbxContent>
                            <w:p w14:paraId="77DB62B6" w14:textId="77777777" w:rsidR="00B3411E" w:rsidRDefault="00EC2500">
                              <w:pPr>
                                <w:spacing w:after="0" w:line="240" w:lineRule="auto"/>
                                <w:jc w:val="center"/>
                              </w:pPr>
                              <w:r>
                                <w:rPr>
                                  <w:b/>
                                  <w:sz w:val="17"/>
                                  <w:szCs w:val="17"/>
                                </w:rPr>
                                <w:t>(2) Thuật toán</w:t>
                              </w:r>
                            </w:p>
                            <w:p w14:paraId="3666E352" w14:textId="77777777" w:rsidR="00B3411E" w:rsidRDefault="00EC2500">
                              <w:pPr>
                                <w:spacing w:after="0" w:line="240" w:lineRule="auto"/>
                                <w:jc w:val="center"/>
                              </w:pPr>
                              <w:r>
                                <w:rPr>
                                  <w:sz w:val="17"/>
                                  <w:szCs w:val="17"/>
                                </w:rPr>
                                <w:t>cách học</w:t>
                              </w:r>
                            </w:p>
                            <w:p w14:paraId="242B8D4B" w14:textId="77777777" w:rsidR="00B3411E" w:rsidRDefault="00EC2500">
                              <w:pPr>
                                <w:spacing w:after="0" w:line="240" w:lineRule="auto"/>
                                <w:jc w:val="center"/>
                              </w:pPr>
                              <w:r>
                                <w:rPr>
                                  <w:sz w:val="17"/>
                                  <w:szCs w:val="17"/>
                                </w:rPr>
                                <w:t>từ dữ liệu</w:t>
                              </w:r>
                            </w:p>
                          </w:txbxContent>
                        </wps:txbx>
                        <wps:bodyPr lIns="45720" tIns="22860" rIns="45720" bIns="22860" anchor="ctr">
                          <a:noAutofit/>
                        </wps:bodyPr>
                      </wps:wsp>
                      <wps:wsp>
                        <wps:cNvPr id="1740211248" name="Rectangle: Rounded Corners 1740211248"/>
                        <wps:cNvSpPr/>
                        <wps:spPr>
                          <a:xfrm>
                            <a:off x="2467200" y="1495200"/>
                            <a:ext cx="988800" cy="576000"/>
                          </a:xfrm>
                          <a:prstGeom prst="roundRect">
                            <a:avLst>
                              <a:gd name="adj" fmla="val 8000"/>
                            </a:avLst>
                          </a:prstGeom>
                          <a:solidFill>
                            <a:srgbClr val="F0F0F0"/>
                          </a:solidFill>
                          <a:ln w="9600">
                            <a:solidFill>
                              <a:srgbClr val="222222"/>
                            </a:solidFill>
                          </a:ln>
                        </wps:spPr>
                        <wps:txbx>
                          <w:txbxContent>
                            <w:p w14:paraId="4F7844A7" w14:textId="77777777" w:rsidR="00B3411E" w:rsidRDefault="00EC2500">
                              <w:pPr>
                                <w:spacing w:after="0" w:line="240" w:lineRule="auto"/>
                                <w:jc w:val="center"/>
                              </w:pPr>
                              <w:r>
                                <w:rPr>
                                  <w:b/>
                                  <w:sz w:val="17"/>
                                  <w:szCs w:val="17"/>
                                </w:rPr>
                                <w:t>(3) Mô hình</w:t>
                              </w:r>
                            </w:p>
                            <w:p w14:paraId="53EE9375" w14:textId="77777777" w:rsidR="00B3411E" w:rsidRDefault="00EC2500">
                              <w:pPr>
                                <w:spacing w:after="0" w:line="240" w:lineRule="auto"/>
                                <w:jc w:val="center"/>
                              </w:pPr>
                              <w:r>
                                <w:rPr>
                                  <w:sz w:val="17"/>
                                  <w:szCs w:val="17"/>
                                </w:rPr>
                                <w:t>quy tắc</w:t>
                              </w:r>
                            </w:p>
                            <w:p w14:paraId="029BD2B7" w14:textId="77777777" w:rsidR="00B3411E" w:rsidRDefault="00EC2500">
                              <w:pPr>
                                <w:spacing w:after="0" w:line="240" w:lineRule="auto"/>
                                <w:jc w:val="center"/>
                              </w:pPr>
                              <w:r>
                                <w:rPr>
                                  <w:sz w:val="17"/>
                                  <w:szCs w:val="17"/>
                                </w:rPr>
                                <w:t>đã học</w:t>
                              </w:r>
                            </w:p>
                          </w:txbxContent>
                        </wps:txbx>
                        <wps:bodyPr lIns="45720" tIns="22860" rIns="45720" bIns="22860" anchor="ctr">
                          <a:noAutofit/>
                        </wps:bodyPr>
                      </wps:wsp>
                      <wps:wsp>
                        <wps:cNvPr id="1339125574" name="Rectangle: Rounded Corners 1339125574"/>
                        <wps:cNvSpPr/>
                        <wps:spPr>
                          <a:xfrm>
                            <a:off x="3564000" y="1495200"/>
                            <a:ext cx="988800" cy="576000"/>
                          </a:xfrm>
                          <a:prstGeom prst="roundRect">
                            <a:avLst>
                              <a:gd name="adj" fmla="val 8000"/>
                            </a:avLst>
                          </a:prstGeom>
                          <a:solidFill>
                            <a:srgbClr val="F0F0F0"/>
                          </a:solidFill>
                          <a:ln w="9600">
                            <a:solidFill>
                              <a:srgbClr val="222222"/>
                            </a:solidFill>
                          </a:ln>
                        </wps:spPr>
                        <wps:txbx>
                          <w:txbxContent>
                            <w:p w14:paraId="48502AAB" w14:textId="77777777" w:rsidR="00B3411E" w:rsidRDefault="00EC2500">
                              <w:pPr>
                                <w:spacing w:after="0" w:line="240" w:lineRule="auto"/>
                                <w:jc w:val="center"/>
                              </w:pPr>
                              <w:r>
                                <w:rPr>
                                  <w:b/>
                                  <w:sz w:val="17"/>
                                  <w:szCs w:val="17"/>
                                </w:rPr>
                                <w:t>(4) Đầu ra</w:t>
                              </w:r>
                            </w:p>
                            <w:p w14:paraId="4681B8F7" w14:textId="77777777" w:rsidR="00B3411E" w:rsidRDefault="00EC2500">
                              <w:pPr>
                                <w:spacing w:after="0" w:line="240" w:lineRule="auto"/>
                                <w:jc w:val="center"/>
                              </w:pPr>
                              <w:r>
                                <w:rPr>
                                  <w:sz w:val="17"/>
                                  <w:szCs w:val="17"/>
                                </w:rPr>
                                <w:t>kết luận</w:t>
                              </w:r>
                            </w:p>
                            <w:p w14:paraId="79A1A335" w14:textId="77777777" w:rsidR="00B3411E" w:rsidRDefault="00EC2500">
                              <w:pPr>
                                <w:spacing w:after="0" w:line="240" w:lineRule="auto"/>
                                <w:jc w:val="center"/>
                              </w:pPr>
                              <w:r>
                                <w:rPr>
                                  <w:sz w:val="17"/>
                                  <w:szCs w:val="17"/>
                                </w:rPr>
                                <w:t>cho ảnh rác mới</w:t>
                              </w:r>
                            </w:p>
                          </w:txbxContent>
                        </wps:txbx>
                        <wps:bodyPr lIns="45720" tIns="22860" rIns="45720" bIns="22860" anchor="ctr">
                          <a:noAutofit/>
                        </wps:bodyPr>
                      </wps:wsp>
                      <wps:wsp>
                        <wps:cNvPr id="497489289" name="Rectangle: Rounded Corners 497489289"/>
                        <wps:cNvSpPr/>
                        <wps:spPr>
                          <a:xfrm>
                            <a:off x="4663200" y="1495200"/>
                            <a:ext cx="988800" cy="576000"/>
                          </a:xfrm>
                          <a:prstGeom prst="roundRect">
                            <a:avLst>
                              <a:gd name="adj" fmla="val 8000"/>
                            </a:avLst>
                          </a:prstGeom>
                          <a:solidFill>
                            <a:srgbClr val="F0F0F0"/>
                          </a:solidFill>
                          <a:ln w="9600">
                            <a:solidFill>
                              <a:srgbClr val="222222"/>
                            </a:solidFill>
                          </a:ln>
                        </wps:spPr>
                        <wps:txbx>
                          <w:txbxContent>
                            <w:p w14:paraId="637FF5A5" w14:textId="77777777" w:rsidR="00B3411E" w:rsidRDefault="00EC2500">
                              <w:pPr>
                                <w:spacing w:after="0" w:line="240" w:lineRule="auto"/>
                                <w:jc w:val="center"/>
                              </w:pPr>
                              <w:r>
                                <w:rPr>
                                  <w:b/>
                                  <w:sz w:val="17"/>
                                  <w:szCs w:val="17"/>
                                </w:rPr>
                                <w:t>(5) Phản hồi</w:t>
                              </w:r>
                            </w:p>
                            <w:p w14:paraId="3EFF9562" w14:textId="77777777" w:rsidR="00B3411E" w:rsidRDefault="00EC2500">
                              <w:pPr>
                                <w:spacing w:after="0" w:line="240" w:lineRule="auto"/>
                                <w:jc w:val="center"/>
                              </w:pPr>
                              <w:r>
                                <w:rPr>
                                  <w:sz w:val="17"/>
                                  <w:szCs w:val="17"/>
                                </w:rPr>
                                <w:t>kết luận</w:t>
                              </w:r>
                            </w:p>
                            <w:p w14:paraId="6E1298C1" w14:textId="77777777" w:rsidR="00B3411E" w:rsidRDefault="00EC2500">
                              <w:pPr>
                                <w:spacing w:after="0" w:line="240" w:lineRule="auto"/>
                                <w:jc w:val="center"/>
                              </w:pPr>
                              <w:r>
                                <w:rPr>
                                  <w:sz w:val="17"/>
                                  <w:szCs w:val="17"/>
                                </w:rPr>
                                <w:t>có đúng không?</w:t>
                              </w:r>
                            </w:p>
                          </w:txbxContent>
                        </wps:txbx>
                        <wps:bodyPr lIns="45720" tIns="22860" rIns="45720" bIns="22860" anchor="ctr">
                          <a:noAutofit/>
                        </wps:bodyPr>
                      </wps:wsp>
                      <wps:wsp>
                        <wps:cNvPr id="1386597006" name="Straight Connector 1386597006"/>
                        <wps:cNvCnPr/>
                        <wps:spPr>
                          <a:xfrm>
                            <a:off x="1260000" y="1783200"/>
                            <a:ext cx="108000" cy="1"/>
                          </a:xfrm>
                          <a:prstGeom prst="line">
                            <a:avLst/>
                          </a:prstGeom>
                          <a:ln w="12000">
                            <a:solidFill>
                              <a:srgbClr val="222222"/>
                            </a:solidFill>
                            <a:tailEnd type="arrow" w="med" len="med"/>
                          </a:ln>
                        </wps:spPr>
                        <wps:bodyPr/>
                      </wps:wsp>
                      <wps:wsp>
                        <wps:cNvPr id="1119983294" name="Straight Connector 1119983294"/>
                        <wps:cNvCnPr/>
                        <wps:spPr>
                          <a:xfrm>
                            <a:off x="2356800" y="1783200"/>
                            <a:ext cx="110400" cy="1"/>
                          </a:xfrm>
                          <a:prstGeom prst="line">
                            <a:avLst/>
                          </a:prstGeom>
                          <a:ln w="12000">
                            <a:solidFill>
                              <a:srgbClr val="222222"/>
                            </a:solidFill>
                            <a:tailEnd type="arrow" w="med" len="med"/>
                          </a:ln>
                        </wps:spPr>
                        <wps:bodyPr/>
                      </wps:wsp>
                      <wps:wsp>
                        <wps:cNvPr id="1469676354" name="Straight Connector 1469676354"/>
                        <wps:cNvCnPr/>
                        <wps:spPr>
                          <a:xfrm>
                            <a:off x="3456000" y="1783200"/>
                            <a:ext cx="108000" cy="1"/>
                          </a:xfrm>
                          <a:prstGeom prst="line">
                            <a:avLst/>
                          </a:prstGeom>
                          <a:ln w="12000">
                            <a:solidFill>
                              <a:srgbClr val="222222"/>
                            </a:solidFill>
                            <a:tailEnd type="arrow" w="med" len="med"/>
                          </a:ln>
                        </wps:spPr>
                        <wps:bodyPr/>
                      </wps:wsp>
                      <wps:wsp>
                        <wps:cNvPr id="139969792" name="Straight Connector 139969792"/>
                        <wps:cNvCnPr/>
                        <wps:spPr>
                          <a:xfrm>
                            <a:off x="4552800" y="1783200"/>
                            <a:ext cx="110400" cy="1"/>
                          </a:xfrm>
                          <a:prstGeom prst="line">
                            <a:avLst/>
                          </a:prstGeom>
                          <a:ln w="12000">
                            <a:solidFill>
                              <a:srgbClr val="222222"/>
                            </a:solidFill>
                            <a:tailEnd type="arrow" w="med" len="med"/>
                          </a:ln>
                        </wps:spPr>
                        <wps:bodyPr/>
                      </wps:wsp>
                      <wps:wsp>
                        <wps:cNvPr id="79607744" name="Straight Connector 79607744"/>
                        <wps:cNvCnPr/>
                        <wps:spPr>
                          <a:xfrm flipH="1" flipV="1">
                            <a:off x="1512000" y="2844000"/>
                            <a:ext cx="1" cy="1"/>
                          </a:xfrm>
                          <a:prstGeom prst="line">
                            <a:avLst/>
                          </a:prstGeom>
                          <a:ln w="9600">
                            <a:solidFill>
                              <a:srgbClr val="222222"/>
                            </a:solidFill>
                            <a:prstDash val="dash"/>
                            <a:tailEnd type="arrow" w="med" len="med"/>
                          </a:ln>
                        </wps:spPr>
                        <wps:bodyPr/>
                      </wps:wsp>
                      <wps:wsp>
                        <wps:cNvPr id="1089000515" name="Straight Connector 1089000515"/>
                        <wps:cNvCnPr/>
                        <wps:spPr>
                          <a:xfrm flipV="1">
                            <a:off x="3931200" y="2844000"/>
                            <a:ext cx="127200" cy="1"/>
                          </a:xfrm>
                          <a:prstGeom prst="line">
                            <a:avLst/>
                          </a:prstGeom>
                          <a:ln w="9600">
                            <a:solidFill>
                              <a:srgbClr val="222222"/>
                            </a:solidFill>
                            <a:prstDash val="dash"/>
                            <a:tailEnd type="arrow" w="med" len="med"/>
                          </a:ln>
                        </wps:spPr>
                        <wps:bodyPr/>
                      </wps:wsp>
                      <wps:wsp>
                        <wps:cNvPr id="116223048" name="Rectangle: Rounded Corners 116223048"/>
                        <wps:cNvSpPr/>
                        <wps:spPr>
                          <a:xfrm>
                            <a:off x="719946" y="2353125"/>
                            <a:ext cx="1320000" cy="238545"/>
                          </a:xfrm>
                          <a:prstGeom prst="roundRect">
                            <a:avLst>
                              <a:gd name="adj" fmla="val 8000"/>
                            </a:avLst>
                          </a:prstGeom>
                          <a:noFill/>
                          <a:ln w="0">
                            <a:noFill/>
                          </a:ln>
                        </wps:spPr>
                        <wps:txbx>
                          <w:txbxContent>
                            <w:p w14:paraId="4E81A7B2" w14:textId="77777777" w:rsidR="00B3411E" w:rsidRDefault="00EC2500">
                              <w:pPr>
                                <w:spacing w:after="0" w:line="240" w:lineRule="auto"/>
                              </w:pPr>
                              <w:r>
                                <w:rPr>
                                  <w:sz w:val="16"/>
                                  <w:szCs w:val="16"/>
                                </w:rPr>
                                <w:t>xác định dữ liệu cần có</w:t>
                              </w:r>
                            </w:p>
                          </w:txbxContent>
                        </wps:txbx>
                        <wps:bodyPr lIns="45720" tIns="22860" rIns="45720" bIns="22860" anchor="ctr">
                          <a:noAutofit/>
                        </wps:bodyPr>
                      </wps:wsp>
                      <wps:wsp>
                        <wps:cNvPr id="985253795" name="Rectangle: Rounded Corners 985253795"/>
                        <wps:cNvSpPr/>
                        <wps:spPr>
                          <a:xfrm>
                            <a:off x="3935661" y="2286450"/>
                            <a:ext cx="1152000" cy="305220"/>
                          </a:xfrm>
                          <a:prstGeom prst="roundRect">
                            <a:avLst>
                              <a:gd name="adj" fmla="val 8000"/>
                            </a:avLst>
                          </a:prstGeom>
                          <a:noFill/>
                          <a:ln w="0">
                            <a:noFill/>
                          </a:ln>
                        </wps:spPr>
                        <wps:txbx>
                          <w:txbxContent>
                            <w:p w14:paraId="44F70791" w14:textId="77777777" w:rsidR="00B3411E" w:rsidRDefault="00EC2500">
                              <w:pPr>
                                <w:spacing w:after="0" w:line="240" w:lineRule="auto"/>
                              </w:pPr>
                              <w:r>
                                <w:rPr>
                                  <w:sz w:val="16"/>
                                  <w:szCs w:val="16"/>
                                </w:rPr>
                                <w:t>xác định đầu ra</w:t>
                              </w:r>
                            </w:p>
                          </w:txbxContent>
                        </wps:txbx>
                        <wps:bodyPr lIns="45720" tIns="22860" rIns="45720" bIns="22860" anchor="ctr">
                          <a:noAutofit/>
                        </wps:bodyPr>
                      </wps:wsp>
                      <wps:wsp>
                        <wps:cNvPr id="1459638979" name="Rectangle: Rounded Corners 1459638979"/>
                        <wps:cNvSpPr/>
                        <wps:spPr>
                          <a:xfrm>
                            <a:off x="2258210" y="648150"/>
                            <a:ext cx="1404000" cy="412519"/>
                          </a:xfrm>
                          <a:prstGeom prst="roundRect">
                            <a:avLst>
                              <a:gd name="adj" fmla="val 8000"/>
                            </a:avLst>
                          </a:prstGeom>
                          <a:noFill/>
                          <a:ln w="9600">
                            <a:solidFill>
                              <a:srgbClr val="222222"/>
                            </a:solidFill>
                          </a:ln>
                        </wps:spPr>
                        <wps:txbx>
                          <w:txbxContent>
                            <w:p w14:paraId="5A887F80" w14:textId="77777777" w:rsidR="00B3411E" w:rsidRDefault="00EC2500">
                              <w:pPr>
                                <w:spacing w:after="0" w:line="240" w:lineRule="auto"/>
                                <w:jc w:val="center"/>
                              </w:pPr>
                              <w:r>
                                <w:rPr>
                                  <w:sz w:val="17"/>
                                  <w:szCs w:val="17"/>
                                </w:rPr>
                                <w:t>Ảnh rác mới do nhân viên vệ sinh chụp</w:t>
                              </w:r>
                            </w:p>
                          </w:txbxContent>
                        </wps:txbx>
                        <wps:bodyPr lIns="45720" tIns="22860" rIns="45720" bIns="22860" anchor="ctr">
                          <a:noAutofit/>
                        </wps:bodyPr>
                      </wps:wsp>
                      <wps:wsp>
                        <wps:cNvPr id="291327762" name="Straight Connector 291327762"/>
                        <wps:cNvCnPr/>
                        <wps:spPr>
                          <a:xfrm>
                            <a:off x="2961600" y="1063200"/>
                            <a:ext cx="1" cy="432000"/>
                          </a:xfrm>
                          <a:prstGeom prst="line">
                            <a:avLst/>
                          </a:prstGeom>
                          <a:ln w="12000">
                            <a:solidFill>
                              <a:srgbClr val="222222"/>
                            </a:solidFill>
                            <a:tailEnd type="arrow" w="med" len="med"/>
                          </a:ln>
                        </wps:spPr>
                        <wps:bodyPr/>
                      </wps:wsp>
                      <wps:wsp>
                        <wps:cNvPr id="437390625" name="Rectangle: Rounded Corners 437390625"/>
                        <wps:cNvSpPr/>
                        <wps:spPr>
                          <a:xfrm>
                            <a:off x="2999744" y="1162500"/>
                            <a:ext cx="480000" cy="193331"/>
                          </a:xfrm>
                          <a:prstGeom prst="roundRect">
                            <a:avLst>
                              <a:gd name="adj" fmla="val 8000"/>
                            </a:avLst>
                          </a:prstGeom>
                          <a:noFill/>
                          <a:ln w="0">
                            <a:noFill/>
                          </a:ln>
                        </wps:spPr>
                        <wps:txbx>
                          <w:txbxContent>
                            <w:p w14:paraId="79F0720F" w14:textId="77777777" w:rsidR="00B3411E" w:rsidRDefault="00EC2500">
                              <w:pPr>
                                <w:spacing w:after="0" w:line="240" w:lineRule="auto"/>
                              </w:pPr>
                              <w:r>
                                <w:rPr>
                                  <w:sz w:val="16"/>
                                  <w:szCs w:val="16"/>
                                </w:rPr>
                                <w:t>đầu vào</w:t>
                              </w:r>
                            </w:p>
                          </w:txbxContent>
                        </wps:txbx>
                        <wps:bodyPr lIns="45720" tIns="22860" rIns="45720" bIns="22860" anchor="ctr">
                          <a:noAutofit/>
                        </wps:bodyPr>
                      </wps:wsp>
                      <wps:wsp>
                        <wps:cNvPr id="1168068846" name="Rectangle: Rounded Corners 1168068846"/>
                        <wps:cNvSpPr/>
                        <wps:spPr>
                          <a:xfrm>
                            <a:off x="352800" y="1034400"/>
                            <a:ext cx="825600" cy="343200"/>
                          </a:xfrm>
                          <a:prstGeom prst="roundRect">
                            <a:avLst>
                              <a:gd name="adj" fmla="val 8000"/>
                            </a:avLst>
                          </a:prstGeom>
                          <a:noFill/>
                          <a:ln w="9600">
                            <a:solidFill>
                              <a:srgbClr val="222222"/>
                            </a:solidFill>
                            <a:prstDash val="dash"/>
                          </a:ln>
                        </wps:spPr>
                        <wps:txbx>
                          <w:txbxContent>
                            <w:p w14:paraId="6BB95551" w14:textId="77777777" w:rsidR="00B3411E" w:rsidRDefault="00EC2500">
                              <w:pPr>
                                <w:spacing w:after="0" w:line="240" w:lineRule="auto"/>
                                <w:jc w:val="center"/>
                              </w:pPr>
                              <w:r>
                                <w:rPr>
                                  <w:b/>
                                  <w:sz w:val="16"/>
                                  <w:szCs w:val="16"/>
                                </w:rPr>
                                <w:t>Người chọn,</w:t>
                              </w:r>
                            </w:p>
                            <w:p w14:paraId="400B0647" w14:textId="77777777" w:rsidR="00B3411E" w:rsidRDefault="00EC2500">
                              <w:pPr>
                                <w:spacing w:after="0" w:line="240" w:lineRule="auto"/>
                                <w:jc w:val="center"/>
                              </w:pPr>
                              <w:r>
                                <w:rPr>
                                  <w:sz w:val="16"/>
                                  <w:szCs w:val="16"/>
                                </w:rPr>
                                <w:t>gán nhãn dữ liệu</w:t>
                              </w:r>
                            </w:p>
                          </w:txbxContent>
                        </wps:txbx>
                        <wps:bodyPr lIns="45720" tIns="22860" rIns="45720" bIns="22860" anchor="ctr">
                          <a:noAutofit/>
                        </wps:bodyPr>
                      </wps:wsp>
                      <wps:wsp>
                        <wps:cNvPr id="955764234" name="Rectangle: Rounded Corners 955764234"/>
                        <wps:cNvSpPr/>
                        <wps:spPr>
                          <a:xfrm>
                            <a:off x="3686400" y="1034400"/>
                            <a:ext cx="806400" cy="343200"/>
                          </a:xfrm>
                          <a:prstGeom prst="roundRect">
                            <a:avLst>
                              <a:gd name="adj" fmla="val 8000"/>
                            </a:avLst>
                          </a:prstGeom>
                          <a:noFill/>
                          <a:ln w="9600">
                            <a:solidFill>
                              <a:srgbClr val="222222"/>
                            </a:solidFill>
                            <a:prstDash val="dash"/>
                          </a:ln>
                        </wps:spPr>
                        <wps:txbx>
                          <w:txbxContent>
                            <w:p w14:paraId="15B4FBA5" w14:textId="77777777" w:rsidR="00B3411E" w:rsidRDefault="00EC2500">
                              <w:pPr>
                                <w:spacing w:after="0" w:line="240" w:lineRule="auto"/>
                                <w:jc w:val="center"/>
                              </w:pPr>
                              <w:r>
                                <w:rPr>
                                  <w:b/>
                                  <w:sz w:val="16"/>
                                  <w:szCs w:val="16"/>
                                </w:rPr>
                                <w:t>Người kiểm tra</w:t>
                              </w:r>
                            </w:p>
                            <w:p w14:paraId="5B26A482" w14:textId="77777777" w:rsidR="00B3411E" w:rsidRDefault="00EC2500">
                              <w:pPr>
                                <w:spacing w:after="0" w:line="240" w:lineRule="auto"/>
                                <w:jc w:val="center"/>
                              </w:pPr>
                              <w:r>
                                <w:rPr>
                                  <w:sz w:val="16"/>
                                  <w:szCs w:val="16"/>
                                </w:rPr>
                                <w:t>trước khi dùng</w:t>
                              </w:r>
                            </w:p>
                          </w:txbxContent>
                        </wps:txbx>
                        <wps:bodyPr lIns="45720" tIns="22860" rIns="45720" bIns="22860" anchor="ctr">
                          <a:noAutofit/>
                        </wps:bodyPr>
                      </wps:wsp>
                      <wps:wsp>
                        <wps:cNvPr id="1570743238" name="Rectangle: Rounded Corners 1570743238"/>
                        <wps:cNvSpPr/>
                        <wps:spPr>
                          <a:xfrm>
                            <a:off x="4540800" y="1034400"/>
                            <a:ext cx="897600" cy="343200"/>
                          </a:xfrm>
                          <a:prstGeom prst="roundRect">
                            <a:avLst>
                              <a:gd name="adj" fmla="val 8000"/>
                            </a:avLst>
                          </a:prstGeom>
                          <a:noFill/>
                          <a:ln w="9600">
                            <a:solidFill>
                              <a:srgbClr val="222222"/>
                            </a:solidFill>
                            <a:prstDash val="dash"/>
                          </a:ln>
                        </wps:spPr>
                        <wps:txbx>
                          <w:txbxContent>
                            <w:p w14:paraId="1C84B7AB" w14:textId="77777777" w:rsidR="00B3411E" w:rsidRDefault="00EC2500">
                              <w:pPr>
                                <w:spacing w:after="0" w:line="240" w:lineRule="auto"/>
                                <w:jc w:val="center"/>
                              </w:pPr>
                              <w:r>
                                <w:rPr>
                                  <w:b/>
                                  <w:sz w:val="16"/>
                                  <w:szCs w:val="16"/>
                                </w:rPr>
                                <w:t>Người quyết định</w:t>
                              </w:r>
                            </w:p>
                            <w:p w14:paraId="2A86CAC7" w14:textId="77777777" w:rsidR="00B3411E" w:rsidRDefault="00EC2500">
                              <w:pPr>
                                <w:spacing w:after="0" w:line="240" w:lineRule="auto"/>
                                <w:jc w:val="center"/>
                              </w:pPr>
                              <w:r>
                                <w:rPr>
                                  <w:sz w:val="16"/>
                                  <w:szCs w:val="16"/>
                                </w:rPr>
                                <w:t>cần sửa gì</w:t>
                              </w:r>
                            </w:p>
                          </w:txbxContent>
                        </wps:txbx>
                        <wps:bodyPr lIns="45720" tIns="22860" rIns="45720" bIns="22860" anchor="ctr">
                          <a:noAutofit/>
                        </wps:bodyPr>
                      </wps:wsp>
                      <wps:wsp>
                        <wps:cNvPr id="292590087" name="Straight Connector 292590087"/>
                        <wps:cNvCnPr/>
                        <wps:spPr>
                          <a:xfrm flipV="1">
                            <a:off x="5580000" y="1495200"/>
                            <a:ext cx="1" cy="1"/>
                          </a:xfrm>
                          <a:prstGeom prst="line">
                            <a:avLst/>
                          </a:prstGeom>
                          <a:ln w="9525">
                            <a:solidFill>
                              <a:srgbClr val="222222"/>
                            </a:solidFill>
                          </a:ln>
                        </wps:spPr>
                        <wps:bodyPr/>
                      </wps:wsp>
                      <wps:wsp>
                        <wps:cNvPr id="1077384941" name="Straight Connector 1077384941"/>
                        <wps:cNvCnPr/>
                        <wps:spPr>
                          <a:xfrm flipH="1">
                            <a:off x="5580000" y="468000"/>
                            <a:ext cx="1" cy="1"/>
                          </a:xfrm>
                          <a:prstGeom prst="line">
                            <a:avLst/>
                          </a:prstGeom>
                          <a:ln w="9525">
                            <a:solidFill>
                              <a:srgbClr val="222222"/>
                            </a:solidFill>
                          </a:ln>
                        </wps:spPr>
                        <wps:bodyPr/>
                      </wps:wsp>
                      <wps:wsp>
                        <wps:cNvPr id="1251835064" name="Straight Connector 1251835064"/>
                        <wps:cNvCnPr/>
                        <wps:spPr>
                          <a:xfrm>
                            <a:off x="108000" y="468000"/>
                            <a:ext cx="1" cy="1315200"/>
                          </a:xfrm>
                          <a:prstGeom prst="line">
                            <a:avLst/>
                          </a:prstGeom>
                          <a:ln w="9525">
                            <a:solidFill>
                              <a:srgbClr val="222222"/>
                            </a:solidFill>
                          </a:ln>
                        </wps:spPr>
                        <wps:bodyPr/>
                      </wps:wsp>
                      <wps:wsp>
                        <wps:cNvPr id="225014385" name="Straight Connector 225014385"/>
                        <wps:cNvCnPr/>
                        <wps:spPr>
                          <a:xfrm>
                            <a:off x="108000" y="1783200"/>
                            <a:ext cx="163200" cy="1"/>
                          </a:xfrm>
                          <a:prstGeom prst="line">
                            <a:avLst/>
                          </a:prstGeom>
                          <a:ln w="9525">
                            <a:solidFill>
                              <a:srgbClr val="222222"/>
                            </a:solidFill>
                            <a:tailEnd type="arrow" w="med" len="med"/>
                          </a:ln>
                        </wps:spPr>
                        <wps:bodyPr/>
                      </wps:wsp>
                      <wps:wsp>
                        <wps:cNvPr id="311630554" name="Rectangle: Rounded Corners 311630554"/>
                        <wps:cNvSpPr/>
                        <wps:spPr>
                          <a:xfrm>
                            <a:off x="719931" y="381000"/>
                            <a:ext cx="4392000" cy="230913"/>
                          </a:xfrm>
                          <a:prstGeom prst="roundRect">
                            <a:avLst>
                              <a:gd name="adj" fmla="val 8000"/>
                            </a:avLst>
                          </a:prstGeom>
                          <a:noFill/>
                          <a:ln w="0">
                            <a:noFill/>
                          </a:ln>
                        </wps:spPr>
                        <wps:txbx>
                          <w:txbxContent>
                            <w:p w14:paraId="481DD23F" w14:textId="77777777" w:rsidR="00B3411E" w:rsidRDefault="00EC2500">
                              <w:pPr>
                                <w:spacing w:after="0" w:line="240" w:lineRule="auto"/>
                                <w:jc w:val="center"/>
                              </w:pPr>
                              <w:r>
                                <w:rPr>
                                  <w:sz w:val="16"/>
                                  <w:szCs w:val="16"/>
                                </w:rPr>
                                <w:t>bổ sung, sửa dữ liệu rồi cho học lại</w:t>
                              </w:r>
                            </w:p>
                          </w:txbxContent>
                        </wps:txbx>
                        <wps:bodyPr lIns="45720" tIns="22860" rIns="45720" bIns="22860" anchor="ctr">
                          <a:noAutofit/>
                        </wps:bodyPr>
                      </wps:wsp>
                      <wps:wsp>
                        <wps:cNvPr id="397504412" name="Rectangle: Rounded Corners 397504412"/>
                        <wps:cNvSpPr/>
                        <wps:spPr>
                          <a:xfrm>
                            <a:off x="3796800" y="57600"/>
                            <a:ext cx="252000" cy="129600"/>
                          </a:xfrm>
                          <a:prstGeom prst="roundRect">
                            <a:avLst>
                              <a:gd name="adj" fmla="val 8000"/>
                            </a:avLst>
                          </a:prstGeom>
                          <a:noFill/>
                          <a:ln w="7200">
                            <a:solidFill>
                              <a:srgbClr val="222222"/>
                            </a:solidFill>
                            <a:prstDash val="dash"/>
                          </a:ln>
                        </wps:spPr>
                        <wps:bodyPr/>
                      </wps:wsp>
                      <wps:wsp>
                        <wps:cNvPr id="1424252396" name="Rectangle: Rounded Corners 1424252396"/>
                        <wps:cNvSpPr/>
                        <wps:spPr>
                          <a:xfrm>
                            <a:off x="4055651" y="57600"/>
                            <a:ext cx="1704000" cy="200025"/>
                          </a:xfrm>
                          <a:prstGeom prst="roundRect">
                            <a:avLst>
                              <a:gd name="adj" fmla="val 8000"/>
                            </a:avLst>
                          </a:prstGeom>
                          <a:noFill/>
                          <a:ln w="0">
                            <a:noFill/>
                          </a:ln>
                        </wps:spPr>
                        <wps:txbx>
                          <w:txbxContent>
                            <w:p w14:paraId="17343D50" w14:textId="77777777" w:rsidR="00B3411E" w:rsidRDefault="00EC2500">
                              <w:pPr>
                                <w:spacing w:after="0" w:line="240" w:lineRule="auto"/>
                              </w:pPr>
                              <w:r>
                                <w:rPr>
                                  <w:sz w:val="16"/>
                                  <w:szCs w:val="16"/>
                                </w:rPr>
                                <w:t>điểm kiểm soát của con người</w:t>
                              </w:r>
                            </w:p>
                          </w:txbxContent>
                        </wps:txbx>
                        <wps:bodyPr lIns="45720" tIns="22860" rIns="45720" bIns="22860" anchor="ctr">
                          <a:noAutofit/>
                        </wps:bodyPr>
                      </wps:wsp>
                    </wpg:wgp>
                  </a:graphicData>
                </a:graphic>
              </wp:inline>
            </w:drawing>
          </mc:Choice>
          <mc:Fallback>
            <w:pict>
              <v:group w14:anchorId="334C524D" id="Hình 1. Năm thành phần của hệ thống phân loại rác" o:spid="_x0000_s1026" alt="Hình 1. Năm thành phần của hệ thống phân loại rác" style="width:445pt;height:250.55pt;mso-position-horizontal-relative:char;mso-position-vertical-relative:line" coordorigin="1080,576" coordsize="56516,31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">
                <o:lock v:ext="edit" aspectratio="t"/>
                <v:roundrect id="Rectangle: Rounded Corners 1912953173" o:spid="_x0000_s1027" style="position:absolute;left:7919;top:28436;width:41760;height:3959;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" filled="f" strokecolor="#222" strokeweight=".26667mm">
                  <v:stroke dashstyle="dash"/>
                  <v:textbox inset="3.6pt,1.8pt,3.6pt,1.8pt">
                    <w:txbxContent>
                      <w:p w14:paraId="71687D52" w14:textId="77777777" w:rsidR="00B3411E" w:rsidRDefault="00EC2500">
                        <w:pPr>
                          <w:spacing w:after="0" w:line="240" w:lineRule="auto"/>
                          <w:jc w:val="center"/>
                        </w:pPr>
                        <w:r>
                          <w:rPr>
                            <w:b/>
                            <w:sz w:val="17"/>
                            <w:szCs w:val="17"/>
                          </w:rPr>
                          <w:t>Mục tiêu và nhiệm vụ (do con người đặt)</w:t>
                        </w:r>
                      </w:p>
                      <w:p w14:paraId="509CA44E" w14:textId="77777777" w:rsidR="00B3411E" w:rsidRDefault="00EC2500">
                        <w:pPr>
                          <w:spacing w:after="0" w:line="240" w:lineRule="auto"/>
                          <w:jc w:val="center"/>
                        </w:pPr>
                        <w:r>
                          <w:rPr>
                            <w:sz w:val="17"/>
                            <w:szCs w:val="17"/>
                          </w:rPr>
                          <w:t>Từ ảnh chụp rác, kết luận vật làm bằng giấy hay nhựa để bỏ vào đúng thùng thu gom</w:t>
                        </w:r>
                      </w:p>
                    </w:txbxContent>
                  </v:textbox>
                </v:roundrect>
                <v:roundrect id="Rectangle: Rounded Corners 1579212515" o:spid="_x0000_s1028" style="position:absolute;left:2712;top:14952;width:9888;height:576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" fillcolor="#f0f0f0" strokecolor="#222" strokeweight=".26667mm">
                  <v:textbox inset="3.6pt,1.8pt,3.6pt,1.8pt">
                    <w:txbxContent>
                      <w:p w14:paraId="2C462CB6" w14:textId="77777777" w:rsidR="00B3411E" w:rsidRDefault="00EC2500">
                        <w:pPr>
                          <w:spacing w:after="0" w:line="240" w:lineRule="auto"/>
                          <w:jc w:val="center"/>
                        </w:pPr>
                        <w:r>
                          <w:rPr>
                            <w:b/>
                            <w:sz w:val="17"/>
                            <w:szCs w:val="17"/>
                          </w:rPr>
                          <w:t>(1) Dữ liệu</w:t>
                        </w:r>
                      </w:p>
                      <w:p w14:paraId="1B2E0DF2" w14:textId="77777777" w:rsidR="00B3411E" w:rsidRDefault="00EC2500">
                        <w:pPr>
                          <w:spacing w:after="0" w:line="240" w:lineRule="auto"/>
                          <w:jc w:val="center"/>
                        </w:pPr>
                        <w:r>
                          <w:rPr>
                            <w:sz w:val="17"/>
                            <w:szCs w:val="17"/>
                          </w:rPr>
                          <w:t>ảnh rác</w:t>
                        </w:r>
                      </w:p>
                      <w:p w14:paraId="50D9CFDC" w14:textId="77777777" w:rsidR="00B3411E" w:rsidRDefault="00EC2500">
                        <w:pPr>
                          <w:spacing w:after="0" w:line="240" w:lineRule="auto"/>
                          <w:jc w:val="center"/>
                        </w:pPr>
                        <w:r>
                          <w:rPr>
                            <w:sz w:val="17"/>
                            <w:szCs w:val="17"/>
                          </w:rPr>
                          <w:t>đã gán nhãn</w:t>
                        </w:r>
                      </w:p>
                    </w:txbxContent>
                  </v:textbox>
                </v:roundrect>
                <v:roundrect id="Rectangle: Rounded Corners 679236755" o:spid="_x0000_s1029" style="position:absolute;left:13680;top:14952;width:9888;height:576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" fillcolor="#f0f0f0" strokecolor="#222" strokeweight=".26667mm">
                  <v:textbox inset="3.6pt,1.8pt,3.6pt,1.8pt">
                    <w:txbxContent>
                      <w:p w14:paraId="77DB62B6" w14:textId="77777777" w:rsidR="00B3411E" w:rsidRDefault="00EC2500">
                        <w:pPr>
                          <w:spacing w:after="0" w:line="240" w:lineRule="auto"/>
                          <w:jc w:val="center"/>
                        </w:pPr>
                        <w:r>
                          <w:rPr>
                            <w:b/>
                            <w:sz w:val="17"/>
                            <w:szCs w:val="17"/>
                          </w:rPr>
                          <w:t>(2) Thuật toán</w:t>
                        </w:r>
                      </w:p>
                      <w:p w14:paraId="3666E352" w14:textId="77777777" w:rsidR="00B3411E" w:rsidRDefault="00EC2500">
                        <w:pPr>
                          <w:spacing w:after="0" w:line="240" w:lineRule="auto"/>
                          <w:jc w:val="center"/>
                        </w:pPr>
                        <w:r>
                          <w:rPr>
                            <w:sz w:val="17"/>
                            <w:szCs w:val="17"/>
                          </w:rPr>
                          <w:t>cách học</w:t>
                        </w:r>
                      </w:p>
                      <w:p w14:paraId="242B8D4B" w14:textId="77777777" w:rsidR="00B3411E" w:rsidRDefault="00EC2500">
                        <w:pPr>
                          <w:spacing w:after="0" w:line="240" w:lineRule="auto"/>
                          <w:jc w:val="center"/>
                        </w:pPr>
                        <w:r>
                          <w:rPr>
                            <w:sz w:val="17"/>
                            <w:szCs w:val="17"/>
                          </w:rPr>
                          <w:t>từ dữ liệu</w:t>
                        </w:r>
                      </w:p>
                    </w:txbxContent>
                  </v:textbox>
                </v:roundrect>
                <v:roundrect id="Rectangle: Rounded Corners 1740211248" o:spid="_x0000_s1030" style="position:absolute;left:24672;top:14952;width:9888;height:576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" fillcolor="#f0f0f0" strokecolor="#222" strokeweight=".26667mm">
                  <v:textbox inset="3.6pt,1.8pt,3.6pt,1.8pt">
                    <w:txbxContent>
                      <w:p w14:paraId="4F7844A7" w14:textId="77777777" w:rsidR="00B3411E" w:rsidRDefault="00EC2500">
                        <w:pPr>
                          <w:spacing w:after="0" w:line="240" w:lineRule="auto"/>
                          <w:jc w:val="center"/>
                        </w:pPr>
                        <w:r>
                          <w:rPr>
                            <w:b/>
                            <w:sz w:val="17"/>
                            <w:szCs w:val="17"/>
                          </w:rPr>
                          <w:t>(3) Mô hình</w:t>
                        </w:r>
                      </w:p>
                      <w:p w14:paraId="53EE9375" w14:textId="77777777" w:rsidR="00B3411E" w:rsidRDefault="00EC2500">
                        <w:pPr>
                          <w:spacing w:after="0" w:line="240" w:lineRule="auto"/>
                          <w:jc w:val="center"/>
                        </w:pPr>
                        <w:r>
                          <w:rPr>
                            <w:sz w:val="17"/>
                            <w:szCs w:val="17"/>
                          </w:rPr>
                          <w:t>quy tắc</w:t>
                        </w:r>
                      </w:p>
                      <w:p w14:paraId="029BD2B7" w14:textId="77777777" w:rsidR="00B3411E" w:rsidRDefault="00EC2500">
                        <w:pPr>
                          <w:spacing w:after="0" w:line="240" w:lineRule="auto"/>
                          <w:jc w:val="center"/>
                        </w:pPr>
                        <w:r>
                          <w:rPr>
                            <w:sz w:val="17"/>
                            <w:szCs w:val="17"/>
                          </w:rPr>
                          <w:t>đã học</w:t>
                        </w:r>
                      </w:p>
                    </w:txbxContent>
                  </v:textbox>
                </v:roundrect>
                <v:roundrect id="Rectangle: Rounded Corners 1339125574" o:spid="_x0000_s1031" style="position:absolute;left:35640;top:14952;width:9888;height:576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" fillcolor="#f0f0f0" strokecolor="#222" strokeweight=".26667mm">
                  <v:textbox inset="3.6pt,1.8pt,3.6pt,1.8pt">
                    <w:txbxContent>
                      <w:p w14:paraId="48502AAB" w14:textId="77777777" w:rsidR="00B3411E" w:rsidRDefault="00EC2500">
                        <w:pPr>
                          <w:spacing w:after="0" w:line="240" w:lineRule="auto"/>
                          <w:jc w:val="center"/>
                        </w:pPr>
                        <w:r>
                          <w:rPr>
                            <w:b/>
                            <w:sz w:val="17"/>
                            <w:szCs w:val="17"/>
                          </w:rPr>
                          <w:t>(4) Đầu ra</w:t>
                        </w:r>
                      </w:p>
                      <w:p w14:paraId="4681B8F7" w14:textId="77777777" w:rsidR="00B3411E" w:rsidRDefault="00EC2500">
                        <w:pPr>
                          <w:spacing w:after="0" w:line="240" w:lineRule="auto"/>
                          <w:jc w:val="center"/>
                        </w:pPr>
                        <w:r>
                          <w:rPr>
                            <w:sz w:val="17"/>
                            <w:szCs w:val="17"/>
                          </w:rPr>
                          <w:t>kết luận</w:t>
                        </w:r>
                      </w:p>
                      <w:p w14:paraId="79A1A335" w14:textId="77777777" w:rsidR="00B3411E" w:rsidRDefault="00EC2500">
                        <w:pPr>
                          <w:spacing w:after="0" w:line="240" w:lineRule="auto"/>
                          <w:jc w:val="center"/>
                        </w:pPr>
                        <w:r>
                          <w:rPr>
                            <w:sz w:val="17"/>
                            <w:szCs w:val="17"/>
                          </w:rPr>
                          <w:t>cho ảnh rác mới</w:t>
                        </w:r>
                      </w:p>
                    </w:txbxContent>
                  </v:textbox>
                </v:roundrect>
                <v:roundrect id="Rectangle: Rounded Corners 497489289" o:spid="_x0000_s1032" style="position:absolute;left:46632;top:14952;width:9888;height:576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" fillcolor="#f0f0f0" strokecolor="#222" strokeweight=".26667mm">
                  <v:textbox inset="3.6pt,1.8pt,3.6pt,1.8pt">
                    <w:txbxContent>
                      <w:p w14:paraId="637FF5A5" w14:textId="77777777" w:rsidR="00B3411E" w:rsidRDefault="00EC2500">
                        <w:pPr>
                          <w:spacing w:after="0" w:line="240" w:lineRule="auto"/>
                          <w:jc w:val="center"/>
                        </w:pPr>
                        <w:r>
                          <w:rPr>
                            <w:b/>
                            <w:sz w:val="17"/>
                            <w:szCs w:val="17"/>
                          </w:rPr>
                          <w:t>(5) Phản hồi</w:t>
                        </w:r>
                      </w:p>
                      <w:p w14:paraId="3EFF9562" w14:textId="77777777" w:rsidR="00B3411E" w:rsidRDefault="00EC2500">
                        <w:pPr>
                          <w:spacing w:after="0" w:line="240" w:lineRule="auto"/>
                          <w:jc w:val="center"/>
                        </w:pPr>
                        <w:r>
                          <w:rPr>
                            <w:sz w:val="17"/>
                            <w:szCs w:val="17"/>
                          </w:rPr>
                          <w:t>kết luận</w:t>
                        </w:r>
                      </w:p>
                      <w:p w14:paraId="6E1298C1" w14:textId="77777777" w:rsidR="00B3411E" w:rsidRDefault="00EC2500">
                        <w:pPr>
                          <w:spacing w:after="0" w:line="240" w:lineRule="auto"/>
                          <w:jc w:val="center"/>
                        </w:pPr>
                        <w:r>
                          <w:rPr>
                            <w:sz w:val="17"/>
                            <w:szCs w:val="17"/>
                          </w:rPr>
                          <w:t>có đúng không?</w:t>
                        </w:r>
                      </w:p>
                    </w:txbxContent>
                  </v:textbox>
                </v:roundrect>
                <v:line id="Straight Connector 1386597006" o:spid="_x0000_s1033" style="position:absolute;visibility:visible;mso-wrap-style:square" from="12600,17832" to="13680,17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" strokecolor="#222" strokeweight=".33333mm">
                  <v:stroke endarrow="open"/>
                </v:line>
                <v:line id="Straight Connector 1119983294" o:spid="_x0000_s1034" style="position:absolute;visibility:visible;mso-wrap-style:square" from="23568,17832" to="24672,17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" strokecolor="#222" strokeweight=".33333mm">
                  <v:stroke endarrow="open"/>
                </v:line>
                <v:line id="Straight Connector 1469676354" o:spid="_x0000_s1035" style="position:absolute;visibility:visible;mso-wrap-style:square" from="34560,17832" to="35640,17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" strokecolor="#222" strokeweight=".33333mm">
                  <v:stroke endarrow="open"/>
                </v:line>
                <v:line id="Straight Connector 139969792" o:spid="_x0000_s1036" style="position:absolute;visibility:visible;mso-wrap-style:square" from="45528,17832" to="46632,17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" strokecolor="#222" strokeweight=".33333mm">
                  <v:stroke endarrow="open"/>
                </v:line>
                <v:line id="Straight Connector 79607744" o:spid="_x0000_s1037" style="position:absolute;flip:x y;visibility:visible;mso-wrap-style:square" from="15120,28440" to="15120,28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" strokecolor="#222" strokeweight=".26667mm">
                  <v:stroke dashstyle="dash" endarrow="open"/>
                </v:line>
                <v:line id="Straight Connector 1089000515" o:spid="_x0000_s1038" style="position:absolute;flip:y;visibility:visible;mso-wrap-style:square" from="39312,28440" to="40584,28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" strokecolor="#222" strokeweight=".26667mm">
                  <v:stroke dashstyle="dash" endarrow="open"/>
                </v:line>
                <v:roundrect id="Rectangle: Rounded Corners 116223048" o:spid="_x0000_s1039" style="position:absolute;left:7199;top:23531;width:13200;height:2385;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" filled="f" stroked="f" strokeweight="0">
                  <v:textbox inset="3.6pt,1.8pt,3.6pt,1.8pt">
                    <w:txbxContent>
                      <w:p w14:paraId="4E81A7B2" w14:textId="77777777" w:rsidR="00B3411E" w:rsidRDefault="00EC2500">
                        <w:pPr>
                          <w:spacing w:after="0" w:line="240" w:lineRule="auto"/>
                        </w:pPr>
                        <w:r>
                          <w:rPr>
                            <w:sz w:val="16"/>
                            <w:szCs w:val="16"/>
                          </w:rPr>
                          <w:t>xác định dữ liệu cần có</w:t>
                        </w:r>
                      </w:p>
                    </w:txbxContent>
                  </v:textbox>
                </v:roundrect>
                <v:roundrect id="Rectangle: Rounded Corners 985253795" o:spid="_x0000_s1040" style="position:absolute;left:39356;top:22864;width:11520;height:3052;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" filled="f" stroked="f" strokeweight="0">
                  <v:textbox inset="3.6pt,1.8pt,3.6pt,1.8pt">
                    <w:txbxContent>
                      <w:p w14:paraId="44F70791" w14:textId="77777777" w:rsidR="00B3411E" w:rsidRDefault="00EC2500">
                        <w:pPr>
                          <w:spacing w:after="0" w:line="240" w:lineRule="auto"/>
                        </w:pPr>
                        <w:r>
                          <w:rPr>
                            <w:sz w:val="16"/>
                            <w:szCs w:val="16"/>
                          </w:rPr>
                          <w:t>xác định đầu ra</w:t>
                        </w:r>
                      </w:p>
                    </w:txbxContent>
                  </v:textbox>
                </v:roundrect>
                <v:roundrect id="Rectangle: Rounded Corners 1459638979" o:spid="_x0000_s1041" style="position:absolute;left:22582;top:6481;width:14040;height:4125;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" filled="f" strokecolor="#222" strokeweight=".26667mm">
                  <v:textbox inset="3.6pt,1.8pt,3.6pt,1.8pt">
                    <w:txbxContent>
                      <w:p w14:paraId="5A887F80" w14:textId="77777777" w:rsidR="00B3411E" w:rsidRDefault="00EC2500">
                        <w:pPr>
                          <w:spacing w:after="0" w:line="240" w:lineRule="auto"/>
                          <w:jc w:val="center"/>
                        </w:pPr>
                        <w:r>
                          <w:rPr>
                            <w:sz w:val="17"/>
                            <w:szCs w:val="17"/>
                          </w:rPr>
                          <w:t>Ảnh rác mới do nhân viên vệ sinh chụp</w:t>
                        </w:r>
                      </w:p>
                    </w:txbxContent>
                  </v:textbox>
                </v:roundrect>
                <v:line id="Straight Connector 291327762" o:spid="_x0000_s1042" style="position:absolute;visibility:visible;mso-wrap-style:square" from="29616,10632" to="29616,14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" strokecolor="#222" strokeweight=".33333mm">
                  <v:stroke endarrow="open"/>
                </v:line>
                <v:roundrect id="Rectangle: Rounded Corners 437390625" o:spid="_x0000_s1043" style="position:absolute;left:29997;top:11625;width:4800;height:1933;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" filled="f" stroked="f" strokeweight="0">
                  <v:textbox inset="3.6pt,1.8pt,3.6pt,1.8pt">
                    <w:txbxContent>
                      <w:p w14:paraId="79F0720F" w14:textId="77777777" w:rsidR="00B3411E" w:rsidRDefault="00EC2500">
                        <w:pPr>
                          <w:spacing w:after="0" w:line="240" w:lineRule="auto"/>
                        </w:pPr>
                        <w:r>
                          <w:rPr>
                            <w:sz w:val="16"/>
                            <w:szCs w:val="16"/>
                          </w:rPr>
                          <w:t>đầu vào</w:t>
                        </w:r>
                      </w:p>
                    </w:txbxContent>
                  </v:textbox>
                </v:roundrect>
                <v:roundrect id="Rectangle: Rounded Corners 1168068846" o:spid="_x0000_s1044" style="position:absolute;left:3528;top:10344;width:8256;height:3432;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" filled="f" strokecolor="#222" strokeweight=".26667mm">
                  <v:stroke dashstyle="dash"/>
                  <v:textbox inset="3.6pt,1.8pt,3.6pt,1.8pt">
                    <w:txbxContent>
                      <w:p w14:paraId="6BB95551" w14:textId="77777777" w:rsidR="00B3411E" w:rsidRDefault="00EC2500">
                        <w:pPr>
                          <w:spacing w:after="0" w:line="240" w:lineRule="auto"/>
                          <w:jc w:val="center"/>
                        </w:pPr>
                        <w:r>
                          <w:rPr>
                            <w:b/>
                            <w:sz w:val="16"/>
                            <w:szCs w:val="16"/>
                          </w:rPr>
                          <w:t>Người chọn,</w:t>
                        </w:r>
                      </w:p>
                      <w:p w14:paraId="400B0647" w14:textId="77777777" w:rsidR="00B3411E" w:rsidRDefault="00EC2500">
                        <w:pPr>
                          <w:spacing w:after="0" w:line="240" w:lineRule="auto"/>
                          <w:jc w:val="center"/>
                        </w:pPr>
                        <w:r>
                          <w:rPr>
                            <w:sz w:val="16"/>
                            <w:szCs w:val="16"/>
                          </w:rPr>
                          <w:t>gán nhãn dữ liệu</w:t>
                        </w:r>
                      </w:p>
                    </w:txbxContent>
                  </v:textbox>
                </v:roundrect>
                <v:roundrect id="Rectangle: Rounded Corners 955764234" o:spid="_x0000_s1045" style="position:absolute;left:36864;top:10344;width:8064;height:3432;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" filled="f" strokecolor="#222" strokeweight=".26667mm">
                  <v:stroke dashstyle="dash"/>
                  <v:textbox inset="3.6pt,1.8pt,3.6pt,1.8pt">
                    <w:txbxContent>
                      <w:p w14:paraId="15B4FBA5" w14:textId="77777777" w:rsidR="00B3411E" w:rsidRDefault="00EC2500">
                        <w:pPr>
                          <w:spacing w:after="0" w:line="240" w:lineRule="auto"/>
                          <w:jc w:val="center"/>
                        </w:pPr>
                        <w:r>
                          <w:rPr>
                            <w:b/>
                            <w:sz w:val="16"/>
                            <w:szCs w:val="16"/>
                          </w:rPr>
                          <w:t>Người kiểm tra</w:t>
                        </w:r>
                      </w:p>
                      <w:p w14:paraId="5B26A482" w14:textId="77777777" w:rsidR="00B3411E" w:rsidRDefault="00EC2500">
                        <w:pPr>
                          <w:spacing w:after="0" w:line="240" w:lineRule="auto"/>
                          <w:jc w:val="center"/>
                        </w:pPr>
                        <w:r>
                          <w:rPr>
                            <w:sz w:val="16"/>
                            <w:szCs w:val="16"/>
                          </w:rPr>
                          <w:t>trước khi dùng</w:t>
                        </w:r>
                      </w:p>
                    </w:txbxContent>
                  </v:textbox>
                </v:roundrect>
                <v:roundrect id="Rectangle: Rounded Corners 1570743238" o:spid="_x0000_s1046" style="position:absolute;left:45408;top:10344;width:8976;height:3432;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" filled="f" strokecolor="#222" strokeweight=".26667mm">
                  <v:stroke dashstyle="dash"/>
                  <v:textbox inset="3.6pt,1.8pt,3.6pt,1.8pt">
                    <w:txbxContent>
                      <w:p w14:paraId="1C84B7AB" w14:textId="77777777" w:rsidR="00B3411E" w:rsidRDefault="00EC2500">
                        <w:pPr>
                          <w:spacing w:after="0" w:line="240" w:lineRule="auto"/>
                          <w:jc w:val="center"/>
                        </w:pPr>
                        <w:r>
                          <w:rPr>
                            <w:b/>
                            <w:sz w:val="16"/>
                            <w:szCs w:val="16"/>
                          </w:rPr>
                          <w:t>Người quyết định</w:t>
                        </w:r>
                      </w:p>
                      <w:p w14:paraId="2A86CAC7" w14:textId="77777777" w:rsidR="00B3411E" w:rsidRDefault="00EC2500">
                        <w:pPr>
                          <w:spacing w:after="0" w:line="240" w:lineRule="auto"/>
                          <w:jc w:val="center"/>
                        </w:pPr>
                        <w:r>
                          <w:rPr>
                            <w:sz w:val="16"/>
                            <w:szCs w:val="16"/>
                          </w:rPr>
                          <w:t>cần sửa gì</w:t>
                        </w:r>
                      </w:p>
                    </w:txbxContent>
                  </v:textbox>
                </v:roundrect>
                <v:line id="Straight Connector 292590087" o:spid="_x0000_s1047" style="position:absolute;flip:y;visibility:visible;mso-wrap-style:square" from="55800,14952" to="55800,14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" strokecolor="#222"/>
                <v:line id="Straight Connector 1077384941" o:spid="_x0000_s1048" style="position:absolute;flip:x;visibility:visible;mso-wrap-style:square" from="55800,4680" to="55800,4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" strokecolor="#222"/>
                <v:line id="Straight Connector 1251835064" o:spid="_x0000_s1049" style="position:absolute;visibility:visible;mso-wrap-style:square" from="1080,4680" to="1080,17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" strokecolor="#222"/>
                <v:line id="Straight Connector 225014385" o:spid="_x0000_s1050" style="position:absolute;visibility:visible;mso-wrap-style:square" from="1080,17832" to="2712,17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" strokecolor="#222">
                  <v:stroke endarrow="open"/>
                </v:line>
                <v:roundrect id="Rectangle: Rounded Corners 311630554" o:spid="_x0000_s1051" style="position:absolute;left:7199;top:3810;width:43920;height:2309;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" filled="f" stroked="f" strokeweight="0">
                  <v:textbox inset="3.6pt,1.8pt,3.6pt,1.8pt">
                    <w:txbxContent>
                      <w:p w14:paraId="481DD23F" w14:textId="77777777" w:rsidR="00B3411E" w:rsidRDefault="00EC2500">
                        <w:pPr>
                          <w:spacing w:after="0" w:line="240" w:lineRule="auto"/>
                          <w:jc w:val="center"/>
                        </w:pPr>
                        <w:r>
                          <w:rPr>
                            <w:sz w:val="16"/>
                            <w:szCs w:val="16"/>
                          </w:rPr>
                          <w:t>bổ sung, sửa dữ liệu rồi cho học lại</w:t>
                        </w:r>
                      </w:p>
                    </w:txbxContent>
                  </v:textbox>
                </v:roundrect>
                <v:roundrect id="Rectangle: Rounded Corners 397504412" o:spid="_x0000_s1052" style="position:absolute;left:37968;top:576;width:2520;height:1296;visibility:visible;mso-wrap-style:square;v-text-anchor:top"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" filled="f" strokecolor="#222" strokeweight=".2mm">
                  <v:stroke dashstyle="dash"/>
                </v:roundrect>
                <v:roundrect id="Rectangle: Rounded Corners 1424252396" o:spid="_x0000_s1053" style="position:absolute;left:40556;top:576;width:17040;height:200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" filled="f" stroked="f" strokeweight="0">
                  <v:textbox inset="3.6pt,1.8pt,3.6pt,1.8pt">
                    <w:txbxContent>
                      <w:p w14:paraId="17343D50" w14:textId="77777777" w:rsidR="00B3411E" w:rsidRDefault="00EC2500">
                        <w:pPr>
                          <w:spacing w:after="0" w:line="240" w:lineRule="auto"/>
                        </w:pPr>
                        <w:r>
                          <w:rPr>
                            <w:sz w:val="16"/>
                            <w:szCs w:val="16"/>
                          </w:rPr>
                          <w:t>điểm kiểm soát của con người</w:t>
                        </w:r>
                      </w:p>
                    </w:txbxContent>
                  </v:textbox>
                </v:roundrect>
                <w10:anchorlock/>
              </v:group>
            </w:pict>
          </mc:Fallback>
        </mc:AlternateContent>
      </w:r>
    </w:p>
    <w:p w14:paraId="4A20E3E1" w14:textId="77777777" w:rsidR="00B3411E" w:rsidRDefault="00EC2500">
      <w:pPr>
        <w:spacing w:after="60" w:line="264" w:lineRule="auto"/>
        <w:jc w:val="both"/>
      </w:pPr>
      <w:r>
        <w:rPr>
          <w:b/>
          <w:i/>
          <w:sz w:val="24"/>
        </w:rPr>
        <w:t xml:space="preserve">Hình 1. </w:t>
      </w:r>
      <w:r>
        <w:rPr>
          <w:i/>
          <w:sz w:val="24"/>
        </w:rPr>
        <w:t>Năm thành phần của hệ thống phân loại rác. Dữ liệu (1) đi qua thuật toán (2) để tạo ra mô hình (3); mô hình biến ảnh mới thành đầu ra (4); phản hồi (5) quay lại để sửa dữ liệu và học lại. Khung nét đứt là điểm kiểm soát của con người.</w:t>
      </w:r>
    </w:p>
    <w:p w14:paraId="6AD302F5" w14:textId="77777777" w:rsidR="00B3411E" w:rsidRDefault="00EC2500">
      <w:pPr>
        <w:spacing w:after="60" w:line="264" w:lineRule="auto"/>
        <w:ind w:left="425" w:hanging="227"/>
        <w:jc w:val="both"/>
      </w:pPr>
      <w:r>
        <w:t xml:space="preserve">(1) </w:t>
      </w:r>
      <w:r>
        <w:rPr>
          <w:b/>
        </w:rPr>
        <w:t>Dữ liệu:</w:t>
      </w:r>
      <w:r>
        <w:t xml:space="preserve"> các ví dụ hệ thống dùng để học (dữ liệu huấn luyện) và để thử lại (dữ liệu kiểm thử). Khi được sử dụng, hệ thống còn nhận dữ liệu đầu vào mới, ví dụ ảnh rác do nhân viên vệ sinh chụp.</w:t>
      </w:r>
    </w:p>
    <w:p w14:paraId="3C255123" w14:textId="77777777" w:rsidR="00B3411E" w:rsidRDefault="00EC2500">
      <w:pPr>
        <w:spacing w:after="60" w:line="264" w:lineRule="auto"/>
        <w:ind w:left="425" w:hanging="227"/>
        <w:jc w:val="both"/>
      </w:pPr>
      <w:r>
        <w:t xml:space="preserve">(2) </w:t>
      </w:r>
      <w:r>
        <w:rPr>
          <w:b/>
        </w:rPr>
        <w:t>Thuật toán:</w:t>
      </w:r>
      <w:r>
        <w:t xml:space="preserve"> dãy bước xác định rõ mà máy làm theo để rút ra quy luật từ dữ liệu. Trong mô phỏng, đó là thẻ thuật toán.</w:t>
      </w:r>
    </w:p>
    <w:p w14:paraId="7EA68759" w14:textId="77777777" w:rsidR="00B3411E" w:rsidRDefault="00EC2500">
      <w:pPr>
        <w:spacing w:after="60" w:line="264" w:lineRule="auto"/>
        <w:ind w:left="425" w:hanging="227"/>
        <w:jc w:val="both"/>
      </w:pPr>
      <w:r>
        <w:t xml:space="preserve">(3) </w:t>
      </w:r>
      <w:r>
        <w:rPr>
          <w:b/>
        </w:rPr>
        <w:t>Mô hình:</w:t>
      </w:r>
      <w:r>
        <w:t xml:space="preserve"> kết quả của quá trình học, có thể hiểu là “kiến thức” máy học được; mô hình nhận đầu vào và tạo ra đầu ra dựa trên những quy tắc đã học. Trong mô phỏng, đó là thẻ mô hình.</w:t>
      </w:r>
    </w:p>
    <w:p w14:paraId="55A36727" w14:textId="77777777" w:rsidR="00B3411E" w:rsidRDefault="00EC2500">
      <w:pPr>
        <w:spacing w:after="60" w:line="264" w:lineRule="auto"/>
        <w:ind w:left="425" w:hanging="227"/>
        <w:jc w:val="both"/>
      </w:pPr>
      <w:r>
        <w:t xml:space="preserve">(4) </w:t>
      </w:r>
      <w:r>
        <w:rPr>
          <w:b/>
        </w:rPr>
        <w:t>Đầu ra:</w:t>
      </w:r>
      <w:r>
        <w:t xml:space="preserve"> điều hệ thống đưa ra cho người dùng, như nhãn phân loại, giá trị dự đoán, nội dung mới hoặc khuyến nghị.</w:t>
      </w:r>
    </w:p>
    <w:p w14:paraId="78B92CE3" w14:textId="77777777" w:rsidR="00B3411E" w:rsidRDefault="00EC2500">
      <w:pPr>
        <w:spacing w:after="60" w:line="264" w:lineRule="auto"/>
        <w:ind w:left="425" w:hanging="227"/>
        <w:jc w:val="both"/>
      </w:pPr>
      <w:r>
        <w:t xml:space="preserve">(5) </w:t>
      </w:r>
      <w:r>
        <w:rPr>
          <w:b/>
        </w:rPr>
        <w:t>Phản hồi:</w:t>
      </w:r>
      <w:r>
        <w:t xml:space="preserve"> thông tin cho biết đầu ra đúng hay sai, có phù hợp hay không; được dùng để sửa dữ liệu, mô hình hoặc cách sử dụng hệ thống.</w:t>
      </w:r>
    </w:p>
    <w:p w14:paraId="72FC0BFB" w14:textId="77777777" w:rsidR="00B3411E" w:rsidRDefault="00EC2500">
      <w:pPr>
        <w:spacing w:after="60" w:line="264" w:lineRule="auto"/>
        <w:jc w:val="both"/>
      </w:pPr>
      <w:r>
        <w:t>Đối chiếu với phần giải thích thuật ngữ của Quyết định 2422:</w:t>
      </w:r>
    </w:p>
    <w:p w14:paraId="4A647E6A" w14:textId="77777777" w:rsidR="00B3411E" w:rsidRDefault="00EC2500">
      <w:pPr>
        <w:tabs>
          <w:tab w:val="left" w:pos="425"/>
        </w:tabs>
        <w:spacing w:after="60" w:line="264" w:lineRule="auto"/>
        <w:ind w:left="425" w:hanging="227"/>
        <w:jc w:val="both"/>
      </w:pPr>
      <w:r>
        <w:t xml:space="preserve">- </w:t>
      </w:r>
      <w:r>
        <w:tab/>
      </w:r>
      <w:r>
        <w:rPr>
          <w:b/>
        </w:rPr>
        <w:t>Mô hình AI:</w:t>
      </w:r>
      <w:r>
        <w:t xml:space="preserve"> “Thành phần của hệ thống AI, tạo ra đầu ra từ đầu vào dựa trên các tham số hoặc quy tắc được xây dựng sẵn hoặc học được từ dữ liệu.”</w:t>
      </w:r>
    </w:p>
    <w:p w14:paraId="0C528772" w14:textId="77777777" w:rsidR="00B3411E" w:rsidRDefault="00EC2500">
      <w:pPr>
        <w:tabs>
          <w:tab w:val="left" w:pos="425"/>
        </w:tabs>
        <w:spacing w:after="60" w:line="264" w:lineRule="auto"/>
        <w:ind w:left="425" w:hanging="227"/>
        <w:jc w:val="both"/>
      </w:pPr>
      <w:r>
        <w:t xml:space="preserve">- </w:t>
      </w:r>
      <w:r>
        <w:tab/>
      </w:r>
      <w:r>
        <w:rPr>
          <w:b/>
        </w:rPr>
        <w:t>Thuật toán:</w:t>
      </w:r>
      <w:r>
        <w:t xml:space="preserve"> “Dãy hữu hạn các bước, quy tắc được xác định rõ ràng nhằm giải quyết một bài toán hoặc thực hiện một nhiệm vụ; là cơ sở để xây dựng chương trình máy tính và mô hình AI.”</w:t>
      </w:r>
    </w:p>
    <w:p w14:paraId="5522D935" w14:textId="77777777" w:rsidR="00B3411E" w:rsidRDefault="00EC2500">
      <w:pPr>
        <w:spacing w:after="60" w:line="264" w:lineRule="auto"/>
        <w:jc w:val="both"/>
      </w:pPr>
      <w:r>
        <w:t>Hai ý cần làm rõ với HS: (a) cùng một thuật toán nhưng học từ dữ liệu khác nhau sẽ cho mô hình khác nhau; (b) mục tiêu cho biết cần đầu ra nào; đầu ra cho biết cần thu thập dữ liệu gì, từ đó chọn thuật toán và mô hình.</w:t>
      </w:r>
    </w:p>
    <w:p w14:paraId="34F3BA52" w14:textId="77777777" w:rsidR="00B3411E" w:rsidRDefault="00EC2500">
      <w:pPr>
        <w:keepNext/>
        <w:spacing w:before="80" w:after="60" w:line="264" w:lineRule="auto"/>
        <w:jc w:val="both"/>
      </w:pPr>
      <w:r>
        <w:rPr>
          <w:b/>
        </w:rPr>
        <w:t>2. Những nhầm lẫn thường gặp</w:t>
      </w:r>
    </w:p>
    <w:p w14:paraId="053F9D21" w14:textId="77777777" w:rsidR="00B3411E" w:rsidRDefault="00EC2500">
      <w:pPr>
        <w:tabs>
          <w:tab w:val="left" w:pos="425"/>
        </w:tabs>
        <w:spacing w:after="60" w:line="264" w:lineRule="auto"/>
        <w:ind w:left="425" w:hanging="227"/>
        <w:jc w:val="both"/>
      </w:pPr>
      <w:r>
        <w:t xml:space="preserve">- </w:t>
      </w:r>
      <w:r>
        <w:tab/>
        <w:t>Đồng nhất thuật toán với mô hình. Cách khắc phục: hỏi “Thẻ nào có trước khi học, thẻ nào chỉ có sau khi học?”</w:t>
      </w:r>
    </w:p>
    <w:p w14:paraId="747BBD72" w14:textId="77777777" w:rsidR="00B3411E" w:rsidRDefault="00EC2500">
      <w:pPr>
        <w:tabs>
          <w:tab w:val="left" w:pos="425"/>
        </w:tabs>
        <w:spacing w:after="60" w:line="264" w:lineRule="auto"/>
        <w:ind w:left="425" w:hanging="227"/>
        <w:jc w:val="both"/>
      </w:pPr>
      <w:r>
        <w:t xml:space="preserve">- </w:t>
      </w:r>
      <w:r>
        <w:tab/>
        <w:t>Coi dữ liệu chỉ là dữ liệu huấn luyện. Cách khắc phục: chỉ ra vai trò của bốn thẻ kiểm thử và của ảnh mới khi sử dụng.</w:t>
      </w:r>
    </w:p>
    <w:p w14:paraId="4A1FC309" w14:textId="77777777" w:rsidR="00B3411E" w:rsidRDefault="00EC2500">
      <w:pPr>
        <w:tabs>
          <w:tab w:val="left" w:pos="425"/>
        </w:tabs>
        <w:spacing w:after="60" w:line="264" w:lineRule="auto"/>
        <w:ind w:left="425" w:hanging="227"/>
        <w:jc w:val="both"/>
      </w:pPr>
      <w:r>
        <w:t xml:space="preserve">- </w:t>
      </w:r>
      <w:r>
        <w:tab/>
        <w:t>Coi phản hồi là lời khen, chê của người dùng. Cách khắc phục: yêu cầu HS nêu phản hồi được dùng để sửa thành phần nào.</w:t>
      </w:r>
    </w:p>
    <w:p w14:paraId="3F8A1D97" w14:textId="77777777" w:rsidR="00B3411E" w:rsidRDefault="00EC2500">
      <w:pPr>
        <w:tabs>
          <w:tab w:val="left" w:pos="425"/>
        </w:tabs>
        <w:spacing w:after="60" w:line="264" w:lineRule="auto"/>
        <w:ind w:left="425" w:hanging="227"/>
        <w:jc w:val="both"/>
      </w:pPr>
      <w:r>
        <w:t xml:space="preserve">- </w:t>
      </w:r>
      <w:r>
        <w:tab/>
        <w:t>Cho rằng hệ thống AI tự đặt mục tiêu. Cách khắc phục: quay lại tình huống ban quản lí căng tin ở HĐ 1.</w:t>
      </w:r>
    </w:p>
    <w:p w14:paraId="309E0438" w14:textId="77777777" w:rsidR="00B3411E" w:rsidRDefault="00EC2500">
      <w:pPr>
        <w:keepNext/>
        <w:spacing w:before="80" w:after="60" w:line="264" w:lineRule="auto"/>
        <w:jc w:val="both"/>
      </w:pPr>
      <w:r>
        <w:rPr>
          <w:b/>
        </w:rPr>
        <w:t>3. Gợi ý đáp án Phiếu học tập 10.7.1</w:t>
      </w:r>
    </w:p>
    <w:p w14:paraId="3914B46E" w14:textId="77777777" w:rsidR="00B3411E" w:rsidRDefault="00EC2500">
      <w:pPr>
        <w:spacing w:after="60" w:line="264" w:lineRule="auto"/>
        <w:jc w:val="both"/>
      </w:pPr>
      <w:r>
        <w:t>Phần 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3118"/>
        <w:gridCol w:w="1191"/>
        <w:gridCol w:w="1191"/>
        <w:gridCol w:w="1191"/>
        <w:gridCol w:w="1191"/>
        <w:gridCol w:w="1191"/>
      </w:tblGrid>
      <w:tr w:rsidR="00B3411E" w14:paraId="55F59007" w14:textId="77777777">
        <w:trPr>
          <w:cantSplit/>
          <w:tblHeader/>
          <w:jc w:val="center"/>
        </w:trPr>
        <w:tc>
          <w:tcPr>
            <w:tcW w:w="3118" w:type="dxa"/>
            <w:vAlign w:val="center"/>
          </w:tcPr>
          <w:p w14:paraId="6A5AC2DD" w14:textId="77777777" w:rsidR="00B3411E" w:rsidRDefault="00EC2500">
            <w:pPr>
              <w:spacing w:after="0" w:line="240" w:lineRule="auto"/>
              <w:jc w:val="center"/>
            </w:pPr>
            <w:r>
              <w:rPr>
                <w:b/>
                <w:sz w:val="22"/>
                <w:szCs w:val="22"/>
              </w:rPr>
              <w:t>Phát biểu</w:t>
            </w:r>
          </w:p>
        </w:tc>
        <w:tc>
          <w:tcPr>
            <w:tcW w:w="1191" w:type="dxa"/>
            <w:vAlign w:val="center"/>
          </w:tcPr>
          <w:p w14:paraId="36F28F7F" w14:textId="77777777" w:rsidR="00B3411E" w:rsidRDefault="00EC2500">
            <w:pPr>
              <w:spacing w:after="0" w:line="240" w:lineRule="auto"/>
              <w:jc w:val="center"/>
            </w:pPr>
            <w:r>
              <w:rPr>
                <w:b/>
                <w:sz w:val="22"/>
                <w:szCs w:val="22"/>
              </w:rPr>
              <w:t>Người dùng</w:t>
            </w:r>
          </w:p>
        </w:tc>
        <w:tc>
          <w:tcPr>
            <w:tcW w:w="1191" w:type="dxa"/>
            <w:vAlign w:val="center"/>
          </w:tcPr>
          <w:p w14:paraId="1277D49B" w14:textId="77777777" w:rsidR="00B3411E" w:rsidRDefault="00EC2500">
            <w:pPr>
              <w:spacing w:after="0" w:line="240" w:lineRule="auto"/>
              <w:jc w:val="center"/>
            </w:pPr>
            <w:r>
              <w:rPr>
                <w:b/>
                <w:sz w:val="22"/>
                <w:szCs w:val="22"/>
              </w:rPr>
              <w:t>Mục tiêu</w:t>
            </w:r>
          </w:p>
        </w:tc>
        <w:tc>
          <w:tcPr>
            <w:tcW w:w="1191" w:type="dxa"/>
            <w:vAlign w:val="center"/>
          </w:tcPr>
          <w:p w14:paraId="1A23ED24" w14:textId="77777777" w:rsidR="00B3411E" w:rsidRDefault="00EC2500">
            <w:pPr>
              <w:spacing w:after="0" w:line="240" w:lineRule="auto"/>
              <w:jc w:val="center"/>
            </w:pPr>
            <w:r>
              <w:rPr>
                <w:b/>
                <w:sz w:val="22"/>
                <w:szCs w:val="22"/>
              </w:rPr>
              <w:t>Đầu vào</w:t>
            </w:r>
          </w:p>
        </w:tc>
        <w:tc>
          <w:tcPr>
            <w:tcW w:w="1191" w:type="dxa"/>
            <w:vAlign w:val="center"/>
          </w:tcPr>
          <w:p w14:paraId="6F4D45B5" w14:textId="77777777" w:rsidR="00B3411E" w:rsidRDefault="00EC2500">
            <w:pPr>
              <w:spacing w:after="0" w:line="240" w:lineRule="auto"/>
              <w:jc w:val="center"/>
            </w:pPr>
            <w:r>
              <w:rPr>
                <w:b/>
                <w:sz w:val="22"/>
                <w:szCs w:val="22"/>
              </w:rPr>
              <w:t>Đầu ra</w:t>
            </w:r>
          </w:p>
        </w:tc>
        <w:tc>
          <w:tcPr>
            <w:tcW w:w="1191" w:type="dxa"/>
            <w:vAlign w:val="center"/>
          </w:tcPr>
          <w:p w14:paraId="02782379" w14:textId="77777777" w:rsidR="00B3411E" w:rsidRDefault="00EC2500">
            <w:pPr>
              <w:spacing w:after="0" w:line="240" w:lineRule="auto"/>
              <w:jc w:val="center"/>
            </w:pPr>
            <w:r>
              <w:rPr>
                <w:b/>
                <w:sz w:val="22"/>
                <w:szCs w:val="22"/>
              </w:rPr>
              <w:t>Tiêu chí thành công</w:t>
            </w:r>
          </w:p>
        </w:tc>
      </w:tr>
      <w:tr w:rsidR="00B3411E" w14:paraId="6E0A7007" w14:textId="77777777">
        <w:trPr>
          <w:cantSplit/>
          <w:jc w:val="center"/>
        </w:trPr>
        <w:tc>
          <w:tcPr>
            <w:tcW w:w="3118" w:type="dxa"/>
          </w:tcPr>
          <w:p w14:paraId="48A349CA" w14:textId="77777777" w:rsidR="00B3411E" w:rsidRDefault="00EC2500">
            <w:pPr>
              <w:spacing w:after="0" w:line="240" w:lineRule="auto"/>
            </w:pPr>
            <w:r>
              <w:rPr>
                <w:sz w:val="22"/>
                <w:szCs w:val="22"/>
              </w:rPr>
              <w:t>(1) Làm một AI để phân loại rác tốt hơn</w:t>
            </w:r>
          </w:p>
        </w:tc>
        <w:tc>
          <w:tcPr>
            <w:tcW w:w="1191" w:type="dxa"/>
            <w:vAlign w:val="center"/>
          </w:tcPr>
          <w:p w14:paraId="3B52B4C8" w14:textId="77777777" w:rsidR="00B3411E" w:rsidRDefault="00EC2500">
            <w:pPr>
              <w:spacing w:after="0" w:line="240" w:lineRule="auto"/>
              <w:jc w:val="center"/>
            </w:pPr>
            <w:r>
              <w:rPr>
                <w:sz w:val="22"/>
                <w:szCs w:val="22"/>
              </w:rPr>
              <w:t>–</w:t>
            </w:r>
          </w:p>
        </w:tc>
        <w:tc>
          <w:tcPr>
            <w:tcW w:w="1191" w:type="dxa"/>
            <w:vAlign w:val="center"/>
          </w:tcPr>
          <w:p w14:paraId="6EEE33CC" w14:textId="77777777" w:rsidR="00B3411E" w:rsidRDefault="00EC2500">
            <w:pPr>
              <w:spacing w:after="0" w:line="240" w:lineRule="auto"/>
              <w:jc w:val="center"/>
            </w:pPr>
            <w:r>
              <w:rPr>
                <w:sz w:val="22"/>
                <w:szCs w:val="22"/>
              </w:rPr>
              <w:t>Chung chung</w:t>
            </w:r>
          </w:p>
        </w:tc>
        <w:tc>
          <w:tcPr>
            <w:tcW w:w="1191" w:type="dxa"/>
            <w:vAlign w:val="center"/>
          </w:tcPr>
          <w:p w14:paraId="4345FC77" w14:textId="77777777" w:rsidR="00B3411E" w:rsidRDefault="00EC2500">
            <w:pPr>
              <w:spacing w:after="0" w:line="240" w:lineRule="auto"/>
              <w:jc w:val="center"/>
            </w:pPr>
            <w:r>
              <w:rPr>
                <w:sz w:val="22"/>
                <w:szCs w:val="22"/>
              </w:rPr>
              <w:t>–</w:t>
            </w:r>
          </w:p>
        </w:tc>
        <w:tc>
          <w:tcPr>
            <w:tcW w:w="1191" w:type="dxa"/>
            <w:vAlign w:val="center"/>
          </w:tcPr>
          <w:p w14:paraId="6EF335AC" w14:textId="77777777" w:rsidR="00B3411E" w:rsidRDefault="00EC2500">
            <w:pPr>
              <w:spacing w:after="0" w:line="240" w:lineRule="auto"/>
              <w:jc w:val="center"/>
            </w:pPr>
            <w:r>
              <w:rPr>
                <w:sz w:val="22"/>
                <w:szCs w:val="22"/>
              </w:rPr>
              <w:t>–</w:t>
            </w:r>
          </w:p>
        </w:tc>
        <w:tc>
          <w:tcPr>
            <w:tcW w:w="1191" w:type="dxa"/>
            <w:vAlign w:val="center"/>
          </w:tcPr>
          <w:p w14:paraId="035EFC87" w14:textId="77777777" w:rsidR="00B3411E" w:rsidRDefault="00EC2500">
            <w:pPr>
              <w:spacing w:after="0" w:line="240" w:lineRule="auto"/>
              <w:jc w:val="center"/>
            </w:pPr>
            <w:r>
              <w:rPr>
                <w:sz w:val="22"/>
                <w:szCs w:val="22"/>
              </w:rPr>
              <w:t>–</w:t>
            </w:r>
          </w:p>
        </w:tc>
      </w:tr>
      <w:tr w:rsidR="00B3411E" w14:paraId="305539E5" w14:textId="77777777">
        <w:trPr>
          <w:cantSplit/>
          <w:jc w:val="center"/>
        </w:trPr>
        <w:tc>
          <w:tcPr>
            <w:tcW w:w="3118" w:type="dxa"/>
          </w:tcPr>
          <w:p w14:paraId="2178A419" w14:textId="77777777" w:rsidR="00B3411E" w:rsidRDefault="00EC2500">
            <w:pPr>
              <w:spacing w:after="0" w:line="240" w:lineRule="auto"/>
            </w:pPr>
            <w:r>
              <w:rPr>
                <w:sz w:val="22"/>
                <w:szCs w:val="22"/>
              </w:rPr>
              <w:t>(2) Dùng AI để phân loại rác ở căng tin</w:t>
            </w:r>
          </w:p>
        </w:tc>
        <w:tc>
          <w:tcPr>
            <w:tcW w:w="1191" w:type="dxa"/>
            <w:vAlign w:val="center"/>
          </w:tcPr>
          <w:p w14:paraId="2C3C07C2" w14:textId="77777777" w:rsidR="00B3411E" w:rsidRDefault="00EC2500">
            <w:pPr>
              <w:spacing w:after="0" w:line="240" w:lineRule="auto"/>
              <w:jc w:val="center"/>
            </w:pPr>
            <w:r>
              <w:rPr>
                <w:sz w:val="22"/>
                <w:szCs w:val="22"/>
              </w:rPr>
              <w:t>–</w:t>
            </w:r>
          </w:p>
        </w:tc>
        <w:tc>
          <w:tcPr>
            <w:tcW w:w="1191" w:type="dxa"/>
            <w:vAlign w:val="center"/>
          </w:tcPr>
          <w:p w14:paraId="16026B8E" w14:textId="77777777" w:rsidR="00B3411E" w:rsidRDefault="00EC2500">
            <w:pPr>
              <w:spacing w:after="0" w:line="240" w:lineRule="auto"/>
              <w:jc w:val="center"/>
            </w:pPr>
            <w:r>
              <w:rPr>
                <w:sz w:val="22"/>
                <w:szCs w:val="22"/>
              </w:rPr>
              <w:t>Một phần</w:t>
            </w:r>
          </w:p>
        </w:tc>
        <w:tc>
          <w:tcPr>
            <w:tcW w:w="1191" w:type="dxa"/>
            <w:vAlign w:val="center"/>
          </w:tcPr>
          <w:p w14:paraId="75E4E466" w14:textId="77777777" w:rsidR="00B3411E" w:rsidRDefault="00EC2500">
            <w:pPr>
              <w:spacing w:after="0" w:line="240" w:lineRule="auto"/>
              <w:jc w:val="center"/>
            </w:pPr>
            <w:r>
              <w:rPr>
                <w:sz w:val="22"/>
                <w:szCs w:val="22"/>
              </w:rPr>
              <w:t>–</w:t>
            </w:r>
          </w:p>
        </w:tc>
        <w:tc>
          <w:tcPr>
            <w:tcW w:w="1191" w:type="dxa"/>
            <w:vAlign w:val="center"/>
          </w:tcPr>
          <w:p w14:paraId="691B17A3" w14:textId="77777777" w:rsidR="00B3411E" w:rsidRDefault="00EC2500">
            <w:pPr>
              <w:spacing w:after="0" w:line="240" w:lineRule="auto"/>
              <w:jc w:val="center"/>
            </w:pPr>
            <w:r>
              <w:rPr>
                <w:sz w:val="22"/>
                <w:szCs w:val="22"/>
              </w:rPr>
              <w:t>Chưa rõ</w:t>
            </w:r>
          </w:p>
        </w:tc>
        <w:tc>
          <w:tcPr>
            <w:tcW w:w="1191" w:type="dxa"/>
            <w:vAlign w:val="center"/>
          </w:tcPr>
          <w:p w14:paraId="4F66A859" w14:textId="77777777" w:rsidR="00B3411E" w:rsidRDefault="00EC2500">
            <w:pPr>
              <w:spacing w:after="0" w:line="240" w:lineRule="auto"/>
              <w:jc w:val="center"/>
            </w:pPr>
            <w:r>
              <w:rPr>
                <w:sz w:val="22"/>
                <w:szCs w:val="22"/>
              </w:rPr>
              <w:t>–</w:t>
            </w:r>
          </w:p>
        </w:tc>
      </w:tr>
      <w:tr w:rsidR="00B3411E" w14:paraId="7DABE63E" w14:textId="77777777">
        <w:trPr>
          <w:cantSplit/>
          <w:jc w:val="center"/>
        </w:trPr>
        <w:tc>
          <w:tcPr>
            <w:tcW w:w="3118" w:type="dxa"/>
          </w:tcPr>
          <w:p w14:paraId="509ADEAE" w14:textId="77777777" w:rsidR="00B3411E" w:rsidRDefault="00EC2500">
            <w:pPr>
              <w:spacing w:after="0" w:line="240" w:lineRule="auto"/>
            </w:pPr>
            <w:r>
              <w:rPr>
                <w:sz w:val="22"/>
                <w:szCs w:val="22"/>
              </w:rPr>
              <w:t>(3) Nhân viên vệ sinh chụp ảnh rác…</w:t>
            </w:r>
          </w:p>
        </w:tc>
        <w:tc>
          <w:tcPr>
            <w:tcW w:w="1191" w:type="dxa"/>
            <w:vAlign w:val="center"/>
          </w:tcPr>
          <w:p w14:paraId="605DA6E8" w14:textId="77777777" w:rsidR="00B3411E" w:rsidRDefault="00EC2500">
            <w:pPr>
              <w:spacing w:after="0" w:line="240" w:lineRule="auto"/>
              <w:jc w:val="center"/>
            </w:pPr>
            <w:r>
              <w:rPr>
                <w:sz w:val="22"/>
                <w:szCs w:val="22"/>
              </w:rPr>
              <w:t>✓</w:t>
            </w:r>
          </w:p>
        </w:tc>
        <w:tc>
          <w:tcPr>
            <w:tcW w:w="1191" w:type="dxa"/>
            <w:vAlign w:val="center"/>
          </w:tcPr>
          <w:p w14:paraId="03D8E921" w14:textId="77777777" w:rsidR="00B3411E" w:rsidRDefault="00EC2500">
            <w:pPr>
              <w:spacing w:after="0" w:line="240" w:lineRule="auto"/>
              <w:jc w:val="center"/>
            </w:pPr>
            <w:r>
              <w:rPr>
                <w:sz w:val="22"/>
                <w:szCs w:val="22"/>
              </w:rPr>
              <w:t>✓</w:t>
            </w:r>
          </w:p>
        </w:tc>
        <w:tc>
          <w:tcPr>
            <w:tcW w:w="1191" w:type="dxa"/>
            <w:vAlign w:val="center"/>
          </w:tcPr>
          <w:p w14:paraId="3374381C" w14:textId="77777777" w:rsidR="00B3411E" w:rsidRDefault="00EC2500">
            <w:pPr>
              <w:spacing w:after="0" w:line="240" w:lineRule="auto"/>
              <w:jc w:val="center"/>
            </w:pPr>
            <w:r>
              <w:rPr>
                <w:sz w:val="22"/>
                <w:szCs w:val="22"/>
              </w:rPr>
              <w:t>✓</w:t>
            </w:r>
          </w:p>
        </w:tc>
        <w:tc>
          <w:tcPr>
            <w:tcW w:w="1191" w:type="dxa"/>
            <w:vAlign w:val="center"/>
          </w:tcPr>
          <w:p w14:paraId="0C994897" w14:textId="77777777" w:rsidR="00B3411E" w:rsidRDefault="00EC2500">
            <w:pPr>
              <w:spacing w:after="0" w:line="240" w:lineRule="auto"/>
              <w:jc w:val="center"/>
            </w:pPr>
            <w:r>
              <w:rPr>
                <w:sz w:val="22"/>
                <w:szCs w:val="22"/>
              </w:rPr>
              <w:t>✓</w:t>
            </w:r>
          </w:p>
        </w:tc>
        <w:tc>
          <w:tcPr>
            <w:tcW w:w="1191" w:type="dxa"/>
            <w:vAlign w:val="center"/>
          </w:tcPr>
          <w:p w14:paraId="6F828818" w14:textId="77777777" w:rsidR="00B3411E" w:rsidRDefault="00EC2500">
            <w:pPr>
              <w:spacing w:after="0" w:line="240" w:lineRule="auto"/>
              <w:jc w:val="center"/>
            </w:pPr>
            <w:r>
              <w:rPr>
                <w:sz w:val="22"/>
                <w:szCs w:val="22"/>
              </w:rPr>
              <w:t>✓</w:t>
            </w:r>
          </w:p>
        </w:tc>
      </w:tr>
    </w:tbl>
    <w:p w14:paraId="46ACDD85" w14:textId="77777777" w:rsidR="00B3411E" w:rsidRDefault="00B3411E">
      <w:pPr>
        <w:spacing w:after="40" w:line="192" w:lineRule="auto"/>
        <w:jc w:val="both"/>
      </w:pPr>
    </w:p>
    <w:p w14:paraId="70BB210A" w14:textId="77777777" w:rsidR="00B3411E" w:rsidRDefault="00EC2500">
      <w:pPr>
        <w:spacing w:after="60" w:line="264" w:lineRule="auto"/>
        <w:jc w:val="both"/>
      </w:pPr>
      <w:r>
        <w:t>Phần B (ví dụ một tuyên bố đạt yêu cầu, nhu cầu xếp lịch thu gom): Nhân viên vệ sinh (người dùng) cần biết thùng nào sắp đầy để thu gom đúng lúc (mục tiêu). Hệ thống nhận ảnh thùng rác (đầu vào) và cho biết mức đầy của từng ngăn, kèm gợi ý “nên thu gom ngay” hoặc “chưa cần thu gom” (đầu ra). Gợi ý của hệ thống trùng với đánh giá của nhân viên vệ sinh ở ít nhất 8 trên 10 thùng kiểm tra (tiêu chí thành công).</w:t>
      </w:r>
    </w:p>
    <w:p w14:paraId="55EF61C9" w14:textId="77777777" w:rsidR="00B3411E" w:rsidRDefault="00EC2500">
      <w:pPr>
        <w:keepNext/>
        <w:spacing w:before="80" w:after="60" w:line="264" w:lineRule="auto"/>
        <w:jc w:val="both"/>
      </w:pPr>
      <w:r>
        <w:rPr>
          <w:b/>
        </w:rPr>
        <w:t>4. Gợi ý đáp án Phiếu học tập 10.7.1, Phần 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1"/>
        <w:gridCol w:w="3685"/>
        <w:gridCol w:w="3685"/>
      </w:tblGrid>
      <w:tr w:rsidR="00B3411E" w14:paraId="679C3FAE" w14:textId="77777777">
        <w:trPr>
          <w:cantSplit/>
          <w:tblHeader/>
          <w:jc w:val="center"/>
        </w:trPr>
        <w:tc>
          <w:tcPr>
            <w:tcW w:w="1701" w:type="dxa"/>
            <w:vAlign w:val="center"/>
          </w:tcPr>
          <w:p w14:paraId="5B873E40" w14:textId="77777777" w:rsidR="00B3411E" w:rsidRDefault="00EC2500">
            <w:pPr>
              <w:spacing w:after="0" w:line="240" w:lineRule="auto"/>
              <w:jc w:val="center"/>
            </w:pPr>
            <w:r>
              <w:rPr>
                <w:b/>
                <w:sz w:val="22"/>
                <w:szCs w:val="22"/>
              </w:rPr>
              <w:t>Thành phần</w:t>
            </w:r>
          </w:p>
        </w:tc>
        <w:tc>
          <w:tcPr>
            <w:tcW w:w="3685" w:type="dxa"/>
            <w:vAlign w:val="center"/>
          </w:tcPr>
          <w:p w14:paraId="6E6BFC1B" w14:textId="77777777" w:rsidR="00B3411E" w:rsidRDefault="00EC2500">
            <w:pPr>
              <w:spacing w:after="0" w:line="240" w:lineRule="auto"/>
              <w:jc w:val="center"/>
            </w:pPr>
            <w:r>
              <w:rPr>
                <w:b/>
                <w:sz w:val="22"/>
                <w:szCs w:val="22"/>
              </w:rPr>
              <w:t>Trong mô phỏng</w:t>
            </w:r>
          </w:p>
        </w:tc>
        <w:tc>
          <w:tcPr>
            <w:tcW w:w="3685" w:type="dxa"/>
            <w:vAlign w:val="center"/>
          </w:tcPr>
          <w:p w14:paraId="3FB3965D" w14:textId="77777777" w:rsidR="00B3411E" w:rsidRDefault="00EC2500">
            <w:pPr>
              <w:spacing w:after="0" w:line="240" w:lineRule="auto"/>
              <w:jc w:val="center"/>
            </w:pPr>
            <w:r>
              <w:rPr>
                <w:b/>
                <w:sz w:val="22"/>
                <w:szCs w:val="22"/>
              </w:rPr>
              <w:t>Vai trò</w:t>
            </w:r>
          </w:p>
        </w:tc>
      </w:tr>
      <w:tr w:rsidR="00B3411E" w14:paraId="1D25DB28" w14:textId="77777777">
        <w:trPr>
          <w:cantSplit/>
          <w:jc w:val="center"/>
        </w:trPr>
        <w:tc>
          <w:tcPr>
            <w:tcW w:w="1701" w:type="dxa"/>
          </w:tcPr>
          <w:p w14:paraId="7043E481" w14:textId="77777777" w:rsidR="00B3411E" w:rsidRDefault="00EC2500">
            <w:pPr>
              <w:spacing w:after="0" w:line="240" w:lineRule="auto"/>
            </w:pPr>
            <w:r>
              <w:rPr>
                <w:sz w:val="22"/>
                <w:szCs w:val="22"/>
              </w:rPr>
              <w:t>Dữ liệu</w:t>
            </w:r>
          </w:p>
        </w:tc>
        <w:tc>
          <w:tcPr>
            <w:tcW w:w="3685" w:type="dxa"/>
          </w:tcPr>
          <w:p w14:paraId="77A21116" w14:textId="77777777" w:rsidR="00B3411E" w:rsidRDefault="00EC2500">
            <w:pPr>
              <w:spacing w:after="0" w:line="240" w:lineRule="auto"/>
            </w:pPr>
            <w:r>
              <w:rPr>
                <w:sz w:val="22"/>
                <w:szCs w:val="22"/>
              </w:rPr>
              <w:t>12 thẻ huấn luyện có nhãn; bốn thẻ kiểm thử</w:t>
            </w:r>
          </w:p>
        </w:tc>
        <w:tc>
          <w:tcPr>
            <w:tcW w:w="3685" w:type="dxa"/>
          </w:tcPr>
          <w:p w14:paraId="1F766C4F" w14:textId="77777777" w:rsidR="00B3411E" w:rsidRDefault="00EC2500">
            <w:pPr>
              <w:spacing w:after="0" w:line="240" w:lineRule="auto"/>
            </w:pPr>
            <w:r>
              <w:rPr>
                <w:sz w:val="22"/>
                <w:szCs w:val="22"/>
              </w:rPr>
              <w:t>Cung cấp ví dụ để học; thẻ kiểm thử dùng để thử lại trên ví dụ chưa học</w:t>
            </w:r>
          </w:p>
        </w:tc>
      </w:tr>
      <w:tr w:rsidR="00B3411E" w14:paraId="72F2C3C1" w14:textId="77777777">
        <w:trPr>
          <w:cantSplit/>
          <w:jc w:val="center"/>
        </w:trPr>
        <w:tc>
          <w:tcPr>
            <w:tcW w:w="1701" w:type="dxa"/>
          </w:tcPr>
          <w:p w14:paraId="505559CF" w14:textId="77777777" w:rsidR="00B3411E" w:rsidRDefault="00EC2500">
            <w:pPr>
              <w:spacing w:after="0" w:line="240" w:lineRule="auto"/>
            </w:pPr>
            <w:r>
              <w:rPr>
                <w:sz w:val="22"/>
                <w:szCs w:val="22"/>
              </w:rPr>
              <w:t>Thuật toán</w:t>
            </w:r>
          </w:p>
        </w:tc>
        <w:tc>
          <w:tcPr>
            <w:tcW w:w="3685" w:type="dxa"/>
          </w:tcPr>
          <w:p w14:paraId="75633097" w14:textId="77777777" w:rsidR="00B3411E" w:rsidRDefault="00EC2500">
            <w:pPr>
              <w:spacing w:after="0" w:line="240" w:lineRule="auto"/>
            </w:pPr>
            <w:r>
              <w:rPr>
                <w:sz w:val="22"/>
                <w:szCs w:val="22"/>
              </w:rPr>
              <w:t>Thẻ thuật toán năm bước</w:t>
            </w:r>
          </w:p>
        </w:tc>
        <w:tc>
          <w:tcPr>
            <w:tcW w:w="3685" w:type="dxa"/>
          </w:tcPr>
          <w:p w14:paraId="794BFB40" w14:textId="77777777" w:rsidR="00B3411E" w:rsidRDefault="00EC2500">
            <w:pPr>
              <w:spacing w:after="0" w:line="240" w:lineRule="auto"/>
            </w:pPr>
            <w:r>
              <w:rPr>
                <w:sz w:val="22"/>
                <w:szCs w:val="22"/>
              </w:rPr>
              <w:t>Chỉ ra cách rút quy tắc từ dữ liệu</w:t>
            </w:r>
          </w:p>
        </w:tc>
      </w:tr>
      <w:tr w:rsidR="00B3411E" w14:paraId="11D57037" w14:textId="77777777">
        <w:trPr>
          <w:cantSplit/>
          <w:jc w:val="center"/>
        </w:trPr>
        <w:tc>
          <w:tcPr>
            <w:tcW w:w="1701" w:type="dxa"/>
          </w:tcPr>
          <w:p w14:paraId="664CA68B" w14:textId="77777777" w:rsidR="00B3411E" w:rsidRDefault="00EC2500">
            <w:pPr>
              <w:spacing w:after="0" w:line="240" w:lineRule="auto"/>
            </w:pPr>
            <w:r>
              <w:rPr>
                <w:sz w:val="22"/>
                <w:szCs w:val="22"/>
              </w:rPr>
              <w:t>Mô hình</w:t>
            </w:r>
          </w:p>
        </w:tc>
        <w:tc>
          <w:tcPr>
            <w:tcW w:w="3685" w:type="dxa"/>
          </w:tcPr>
          <w:p w14:paraId="259DFDD6" w14:textId="77777777" w:rsidR="00B3411E" w:rsidRDefault="00EC2500">
            <w:pPr>
              <w:spacing w:after="0" w:line="240" w:lineRule="auto"/>
            </w:pPr>
            <w:r>
              <w:rPr>
                <w:sz w:val="22"/>
                <w:szCs w:val="22"/>
              </w:rPr>
              <w:t>Thẻ quy tắc của nhóm, ví dụ “Nếu vật có bề mặt bóng thì kết luận vật làm bằng nhựa; nếu không thì kết luận vật làm bằng giấy”</w:t>
            </w:r>
          </w:p>
        </w:tc>
        <w:tc>
          <w:tcPr>
            <w:tcW w:w="3685" w:type="dxa"/>
          </w:tcPr>
          <w:p w14:paraId="391FBE54" w14:textId="77777777" w:rsidR="00B3411E" w:rsidRDefault="00EC2500">
            <w:pPr>
              <w:spacing w:after="0" w:line="240" w:lineRule="auto"/>
            </w:pPr>
            <w:r>
              <w:rPr>
                <w:sz w:val="22"/>
                <w:szCs w:val="22"/>
              </w:rPr>
              <w:t>Nhận thẻ mới và kết luận vật làm bằng giấy hay nhựa</w:t>
            </w:r>
          </w:p>
        </w:tc>
      </w:tr>
      <w:tr w:rsidR="00B3411E" w14:paraId="73938FBB" w14:textId="77777777">
        <w:trPr>
          <w:cantSplit/>
          <w:jc w:val="center"/>
        </w:trPr>
        <w:tc>
          <w:tcPr>
            <w:tcW w:w="1701" w:type="dxa"/>
          </w:tcPr>
          <w:p w14:paraId="443E9D56" w14:textId="77777777" w:rsidR="00B3411E" w:rsidRDefault="00EC2500">
            <w:pPr>
              <w:spacing w:after="0" w:line="240" w:lineRule="auto"/>
            </w:pPr>
            <w:r>
              <w:rPr>
                <w:sz w:val="22"/>
                <w:szCs w:val="22"/>
              </w:rPr>
              <w:t>Đầu ra</w:t>
            </w:r>
          </w:p>
        </w:tc>
        <w:tc>
          <w:tcPr>
            <w:tcW w:w="3685" w:type="dxa"/>
          </w:tcPr>
          <w:p w14:paraId="3126BE4A" w14:textId="77777777" w:rsidR="00B3411E" w:rsidRDefault="00EC2500">
            <w:pPr>
              <w:spacing w:after="0" w:line="240" w:lineRule="auto"/>
            </w:pPr>
            <w:r>
              <w:rPr>
                <w:sz w:val="22"/>
                <w:szCs w:val="22"/>
              </w:rPr>
              <w:t>Kết luận cho K1–K4</w:t>
            </w:r>
          </w:p>
        </w:tc>
        <w:tc>
          <w:tcPr>
            <w:tcW w:w="3685" w:type="dxa"/>
          </w:tcPr>
          <w:p w14:paraId="365EF2C0" w14:textId="77777777" w:rsidR="00B3411E" w:rsidRDefault="00EC2500">
            <w:pPr>
              <w:spacing w:after="0" w:line="240" w:lineRule="auto"/>
            </w:pPr>
            <w:r>
              <w:rPr>
                <w:sz w:val="22"/>
                <w:szCs w:val="22"/>
              </w:rPr>
              <w:t>Kết quả gửi tới người dùng</w:t>
            </w:r>
          </w:p>
        </w:tc>
      </w:tr>
      <w:tr w:rsidR="00B3411E" w14:paraId="1E0B402E" w14:textId="77777777">
        <w:trPr>
          <w:cantSplit/>
          <w:jc w:val="center"/>
        </w:trPr>
        <w:tc>
          <w:tcPr>
            <w:tcW w:w="1701" w:type="dxa"/>
          </w:tcPr>
          <w:p w14:paraId="7EFDECEB" w14:textId="77777777" w:rsidR="00B3411E" w:rsidRDefault="00EC2500">
            <w:pPr>
              <w:spacing w:after="0" w:line="240" w:lineRule="auto"/>
            </w:pPr>
            <w:r>
              <w:rPr>
                <w:sz w:val="22"/>
                <w:szCs w:val="22"/>
              </w:rPr>
              <w:t>Phản hồi</w:t>
            </w:r>
          </w:p>
        </w:tc>
        <w:tc>
          <w:tcPr>
            <w:tcW w:w="3685" w:type="dxa"/>
          </w:tcPr>
          <w:p w14:paraId="6E76FA77" w14:textId="77777777" w:rsidR="00B3411E" w:rsidRDefault="00EC2500">
            <w:pPr>
              <w:spacing w:after="0" w:line="240" w:lineRule="auto"/>
            </w:pPr>
            <w:r>
              <w:rPr>
                <w:sz w:val="22"/>
                <w:szCs w:val="22"/>
              </w:rPr>
              <w:t>Nhãn thật do GV công bố; phát hiện K4 bị kết luận sai</w:t>
            </w:r>
          </w:p>
        </w:tc>
        <w:tc>
          <w:tcPr>
            <w:tcW w:w="3685" w:type="dxa"/>
          </w:tcPr>
          <w:p w14:paraId="65739440" w14:textId="77777777" w:rsidR="00B3411E" w:rsidRDefault="00EC2500">
            <w:pPr>
              <w:spacing w:after="0" w:line="240" w:lineRule="auto"/>
            </w:pPr>
            <w:r>
              <w:rPr>
                <w:sz w:val="22"/>
                <w:szCs w:val="22"/>
              </w:rPr>
              <w:t>Cho biết cần bổ sung dữ liệu loại rác khác và thêm kết luận “Không rõ, cần nhân viên vệ sinh kiểm tra”</w:t>
            </w:r>
          </w:p>
        </w:tc>
      </w:tr>
    </w:tbl>
    <w:p w14:paraId="30A9F1E3" w14:textId="77777777" w:rsidR="00B3411E" w:rsidRDefault="00B3411E">
      <w:pPr>
        <w:spacing w:after="40" w:line="192" w:lineRule="auto"/>
        <w:jc w:val="both"/>
      </w:pPr>
    </w:p>
    <w:p w14:paraId="02B16EC1" w14:textId="77777777" w:rsidR="00B3411E" w:rsidRDefault="00EC2500">
      <w:pPr>
        <w:spacing w:after="60" w:line="264" w:lineRule="auto"/>
        <w:jc w:val="both"/>
      </w:pPr>
      <w:r>
        <w:t>Quy tắc “Nếu vật có bề mặt bóng thì kết luận vật làm bằng nhựa” cho kết quả đúng ở cả 12 thẻ huấn luyện. Với thẻ K4 (lon nhôm có bề mặt bóng), quy tắc này kết luận lon làm bằng nhựa, tức là phân nhầm một vật bằng kim loại. Quy tắc “Nếu vật là chai hoặc túi thì kết luận vật làm bằng nhựa” cho kết quả đúng ở 11 trên 12 thẻ (sai ở thẻ H07 là hộp nhựa). Cả hai trường hợp cho thấy mô hình chỉ đưa ra được những kết luận có trong dữ liệu đã học.</w:t>
      </w:r>
    </w:p>
    <w:p w14:paraId="6BF29B0E" w14:textId="77777777" w:rsidR="00B3411E" w:rsidRDefault="00EC2500">
      <w:pPr>
        <w:keepNext/>
        <w:spacing w:before="80" w:after="60" w:line="264" w:lineRule="auto"/>
        <w:jc w:val="both"/>
      </w:pPr>
      <w:r>
        <w:rPr>
          <w:b/>
        </w:rPr>
        <w:t>5. Gợi ý đáp án Phiếu học tập 10.7.2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587"/>
        <w:gridCol w:w="2494"/>
        <w:gridCol w:w="2494"/>
        <w:gridCol w:w="2494"/>
      </w:tblGrid>
      <w:tr w:rsidR="00B3411E" w14:paraId="101A9838" w14:textId="77777777">
        <w:trPr>
          <w:cantSplit/>
          <w:tblHeader/>
          <w:jc w:val="center"/>
        </w:trPr>
        <w:tc>
          <w:tcPr>
            <w:tcW w:w="1587" w:type="dxa"/>
            <w:vAlign w:val="center"/>
          </w:tcPr>
          <w:p w14:paraId="55336A17" w14:textId="77777777" w:rsidR="00B3411E" w:rsidRDefault="00EC2500">
            <w:pPr>
              <w:spacing w:after="0" w:line="240" w:lineRule="auto"/>
              <w:jc w:val="center"/>
            </w:pPr>
            <w:r>
              <w:rPr>
                <w:b/>
                <w:sz w:val="22"/>
                <w:szCs w:val="22"/>
              </w:rPr>
              <w:t>Câu hỏi thiết kế</w:t>
            </w:r>
          </w:p>
        </w:tc>
        <w:tc>
          <w:tcPr>
            <w:tcW w:w="2494" w:type="dxa"/>
            <w:vAlign w:val="center"/>
          </w:tcPr>
          <w:p w14:paraId="3079C475" w14:textId="77777777" w:rsidR="00B3411E" w:rsidRDefault="00EC2500">
            <w:pPr>
              <w:spacing w:after="0" w:line="240" w:lineRule="auto"/>
              <w:jc w:val="center"/>
            </w:pPr>
            <w:r>
              <w:rPr>
                <w:b/>
                <w:sz w:val="22"/>
                <w:szCs w:val="22"/>
              </w:rPr>
              <w:t>M1. Dự báo lượng rác</w:t>
            </w:r>
          </w:p>
        </w:tc>
        <w:tc>
          <w:tcPr>
            <w:tcW w:w="2494" w:type="dxa"/>
            <w:vAlign w:val="center"/>
          </w:tcPr>
          <w:p w14:paraId="4A7276A6" w14:textId="77777777" w:rsidR="00B3411E" w:rsidRDefault="00EC2500">
            <w:pPr>
              <w:spacing w:after="0" w:line="240" w:lineRule="auto"/>
              <w:jc w:val="center"/>
            </w:pPr>
            <w:r>
              <w:rPr>
                <w:b/>
                <w:sz w:val="22"/>
                <w:szCs w:val="22"/>
              </w:rPr>
              <w:t>M2. Trả lời câu hỏi của HS về cách phân loại rác bằng tiếng Việt</w:t>
            </w:r>
          </w:p>
        </w:tc>
        <w:tc>
          <w:tcPr>
            <w:tcW w:w="2494" w:type="dxa"/>
            <w:vAlign w:val="center"/>
          </w:tcPr>
          <w:p w14:paraId="243E9659" w14:textId="77777777" w:rsidR="00B3411E" w:rsidRDefault="00EC2500">
            <w:pPr>
              <w:spacing w:after="0" w:line="240" w:lineRule="auto"/>
              <w:jc w:val="center"/>
            </w:pPr>
            <w:r>
              <w:rPr>
                <w:b/>
                <w:sz w:val="22"/>
                <w:szCs w:val="22"/>
              </w:rPr>
              <w:t>M3. Đếm vật bỏ nhầm thùng</w:t>
            </w:r>
          </w:p>
        </w:tc>
      </w:tr>
      <w:tr w:rsidR="00B3411E" w14:paraId="0ED4F028" w14:textId="77777777">
        <w:trPr>
          <w:cantSplit/>
          <w:jc w:val="center"/>
        </w:trPr>
        <w:tc>
          <w:tcPr>
            <w:tcW w:w="1587" w:type="dxa"/>
          </w:tcPr>
          <w:p w14:paraId="674E658C" w14:textId="77777777" w:rsidR="00B3411E" w:rsidRDefault="00EC2500">
            <w:pPr>
              <w:spacing w:after="0" w:line="240" w:lineRule="auto"/>
            </w:pPr>
            <w:r>
              <w:rPr>
                <w:sz w:val="22"/>
                <w:szCs w:val="22"/>
              </w:rPr>
              <w:t>1. Đầu ra</w:t>
            </w:r>
          </w:p>
        </w:tc>
        <w:tc>
          <w:tcPr>
            <w:tcW w:w="2494" w:type="dxa"/>
          </w:tcPr>
          <w:p w14:paraId="459A9775" w14:textId="77777777" w:rsidR="00B3411E" w:rsidRDefault="00EC2500">
            <w:pPr>
              <w:spacing w:after="0" w:line="240" w:lineRule="auto"/>
            </w:pPr>
            <w:r>
              <w:rPr>
                <w:sz w:val="22"/>
                <w:szCs w:val="22"/>
              </w:rPr>
              <w:t>Lượng rác dự báo của từng khu thu gom cho 7 ngày tới, gửi ban quản lí căng tin</w:t>
            </w:r>
          </w:p>
        </w:tc>
        <w:tc>
          <w:tcPr>
            <w:tcW w:w="2494" w:type="dxa"/>
          </w:tcPr>
          <w:p w14:paraId="56B1370C" w14:textId="77777777" w:rsidR="00B3411E" w:rsidRDefault="00EC2500">
            <w:pPr>
              <w:spacing w:after="0" w:line="240" w:lineRule="auto"/>
            </w:pPr>
            <w:r>
              <w:rPr>
                <w:sz w:val="22"/>
                <w:szCs w:val="22"/>
              </w:rPr>
              <w:t>Câu trả lời bằng văn bản hoặc giọng nói, có dẫn nguồn tài liệu</w:t>
            </w:r>
          </w:p>
        </w:tc>
        <w:tc>
          <w:tcPr>
            <w:tcW w:w="2494" w:type="dxa"/>
          </w:tcPr>
          <w:p w14:paraId="6799B580" w14:textId="77777777" w:rsidR="00B3411E" w:rsidRDefault="00EC2500">
            <w:pPr>
              <w:spacing w:after="0" w:line="240" w:lineRule="auto"/>
            </w:pPr>
            <w:r>
              <w:rPr>
                <w:sz w:val="22"/>
                <w:szCs w:val="22"/>
              </w:rPr>
              <w:t>Số vật bỏ nhầm trong mỗi thùng; lời nhắc gửi nhân viên vệ sinh khi số vật bỏ nhầm vượt ngưỡng</w:t>
            </w:r>
          </w:p>
        </w:tc>
      </w:tr>
      <w:tr w:rsidR="00B3411E" w14:paraId="4B43A015" w14:textId="77777777">
        <w:trPr>
          <w:jc w:val="center"/>
        </w:trPr>
        <w:tc>
          <w:tcPr>
            <w:tcW w:w="1587" w:type="dxa"/>
          </w:tcPr>
          <w:p w14:paraId="1A0DDD4A" w14:textId="77777777" w:rsidR="00B3411E" w:rsidRDefault="00EC2500">
            <w:pPr>
              <w:spacing w:after="0" w:line="240" w:lineRule="auto"/>
            </w:pPr>
            <w:r>
              <w:rPr>
                <w:sz w:val="22"/>
                <w:szCs w:val="22"/>
              </w:rPr>
              <w:t>2. Dữ liệu</w:t>
            </w:r>
          </w:p>
        </w:tc>
        <w:tc>
          <w:tcPr>
            <w:tcW w:w="2494" w:type="dxa"/>
          </w:tcPr>
          <w:p w14:paraId="20EF208C" w14:textId="77777777" w:rsidR="00B3411E" w:rsidRDefault="00EC2500">
            <w:pPr>
              <w:spacing w:after="0" w:line="240" w:lineRule="auto"/>
            </w:pPr>
            <w:r>
              <w:rPr>
                <w:sz w:val="22"/>
                <w:szCs w:val="22"/>
              </w:rPr>
              <w:t>Số suất ăn đã bán, giờ cao điểm, ngày trong tuần, lịch sự kiện của trường; lượng rác các tuần trước</w:t>
            </w:r>
          </w:p>
        </w:tc>
        <w:tc>
          <w:tcPr>
            <w:tcW w:w="2494" w:type="dxa"/>
          </w:tcPr>
          <w:p w14:paraId="10C06B56" w14:textId="77777777" w:rsidR="00B3411E" w:rsidRDefault="00EC2500">
            <w:pPr>
              <w:spacing w:after="0" w:line="240" w:lineRule="auto"/>
            </w:pPr>
            <w:r>
              <w:rPr>
                <w:sz w:val="22"/>
                <w:szCs w:val="22"/>
              </w:rPr>
              <w:t>Tài liệu hướng dẫn phân loại rác của nhà trường; bộ câu hỏi và câu trả lời mẫu do GV soạn; bộ câu hỏi kiểm thử</w:t>
            </w:r>
          </w:p>
        </w:tc>
        <w:tc>
          <w:tcPr>
            <w:tcW w:w="2494" w:type="dxa"/>
          </w:tcPr>
          <w:p w14:paraId="40E278DD" w14:textId="77777777" w:rsidR="00B3411E" w:rsidRDefault="00EC2500">
            <w:pPr>
              <w:spacing w:after="0" w:line="240" w:lineRule="auto"/>
            </w:pPr>
            <w:r>
              <w:rPr>
                <w:sz w:val="22"/>
                <w:szCs w:val="22"/>
              </w:rPr>
              <w:t>Ảnh lòng thùng rác, trong đó từng vật đã được khoanh và gán nhãn bỏ đúng thùng hay bỏ nhầm thùng; ảnh kiểm thử chụp ở nhiều điều kiện ánh sáng</w:t>
            </w:r>
          </w:p>
        </w:tc>
      </w:tr>
      <w:tr w:rsidR="00B3411E" w14:paraId="5822617B" w14:textId="77777777">
        <w:trPr>
          <w:cantSplit/>
          <w:jc w:val="center"/>
        </w:trPr>
        <w:tc>
          <w:tcPr>
            <w:tcW w:w="1587" w:type="dxa"/>
          </w:tcPr>
          <w:p w14:paraId="7C6131BF" w14:textId="77777777" w:rsidR="00B3411E" w:rsidRDefault="00EC2500">
            <w:pPr>
              <w:spacing w:after="0" w:line="240" w:lineRule="auto"/>
            </w:pPr>
            <w:r>
              <w:rPr>
                <w:sz w:val="22"/>
                <w:szCs w:val="22"/>
              </w:rPr>
              <w:t>3. Thuật toán</w:t>
            </w:r>
          </w:p>
        </w:tc>
        <w:tc>
          <w:tcPr>
            <w:tcW w:w="2494" w:type="dxa"/>
          </w:tcPr>
          <w:p w14:paraId="37BE70B6" w14:textId="77777777" w:rsidR="00B3411E" w:rsidRDefault="00EC2500">
            <w:pPr>
              <w:spacing w:after="0" w:line="240" w:lineRule="auto"/>
            </w:pPr>
            <w:r>
              <w:rPr>
                <w:sz w:val="22"/>
                <w:szCs w:val="22"/>
              </w:rPr>
              <w:t>Bài toán dự đoán: học mối liên hệ giữa số suất ăn, ngày trong tuần, lịch sự kiện và lượng rác các tuần trước</w:t>
            </w:r>
          </w:p>
        </w:tc>
        <w:tc>
          <w:tcPr>
            <w:tcW w:w="2494" w:type="dxa"/>
          </w:tcPr>
          <w:p w14:paraId="1FF6C791" w14:textId="77777777" w:rsidR="00B3411E" w:rsidRDefault="00EC2500">
            <w:pPr>
              <w:spacing w:after="0" w:line="240" w:lineRule="auto"/>
            </w:pPr>
            <w:r>
              <w:rPr>
                <w:sz w:val="22"/>
                <w:szCs w:val="22"/>
              </w:rPr>
              <w:t>Bài toán tạo sinh: dùng mô hình ngôn ngữ, kết hợp tra cứu tài liệu chính thống trước khi trả lời</w:t>
            </w:r>
          </w:p>
        </w:tc>
        <w:tc>
          <w:tcPr>
            <w:tcW w:w="2494" w:type="dxa"/>
          </w:tcPr>
          <w:p w14:paraId="5952CA29" w14:textId="77777777" w:rsidR="00B3411E" w:rsidRDefault="00EC2500">
            <w:pPr>
              <w:spacing w:after="0" w:line="240" w:lineRule="auto"/>
            </w:pPr>
            <w:r>
              <w:rPr>
                <w:sz w:val="22"/>
                <w:szCs w:val="22"/>
              </w:rPr>
              <w:t>Bài toán phân loại: nhận dạng từng vật trong ảnh làm bằng giấy, nhựa hay kim loại, so với loại thùng đang chứa vật đó, sau đó đếm số vật bỏ nhầm</w:t>
            </w:r>
          </w:p>
        </w:tc>
      </w:tr>
      <w:tr w:rsidR="00B3411E" w14:paraId="0400301F" w14:textId="77777777">
        <w:trPr>
          <w:cantSplit/>
          <w:jc w:val="center"/>
        </w:trPr>
        <w:tc>
          <w:tcPr>
            <w:tcW w:w="1587" w:type="dxa"/>
          </w:tcPr>
          <w:p w14:paraId="3A029CAD" w14:textId="77777777" w:rsidR="00B3411E" w:rsidRDefault="00EC2500">
            <w:pPr>
              <w:spacing w:after="0" w:line="240" w:lineRule="auto"/>
            </w:pPr>
            <w:r>
              <w:rPr>
                <w:sz w:val="22"/>
                <w:szCs w:val="22"/>
              </w:rPr>
              <w:t>4. Mô hình</w:t>
            </w:r>
          </w:p>
        </w:tc>
        <w:tc>
          <w:tcPr>
            <w:tcW w:w="2494" w:type="dxa"/>
          </w:tcPr>
          <w:p w14:paraId="11416F65" w14:textId="77777777" w:rsidR="00B3411E" w:rsidRDefault="00EC2500">
            <w:pPr>
              <w:spacing w:after="0" w:line="240" w:lineRule="auto"/>
            </w:pPr>
            <w:r>
              <w:rPr>
                <w:sz w:val="22"/>
                <w:szCs w:val="22"/>
              </w:rPr>
              <w:t>Nhận số suất ăn dự kiến và lịch sự kiện của tuần tới, trả về lượng rác dự báo</w:t>
            </w:r>
          </w:p>
        </w:tc>
        <w:tc>
          <w:tcPr>
            <w:tcW w:w="2494" w:type="dxa"/>
          </w:tcPr>
          <w:p w14:paraId="165B214D" w14:textId="77777777" w:rsidR="00B3411E" w:rsidRDefault="00EC2500">
            <w:pPr>
              <w:spacing w:after="0" w:line="240" w:lineRule="auto"/>
            </w:pPr>
            <w:r>
              <w:rPr>
                <w:sz w:val="22"/>
                <w:szCs w:val="22"/>
              </w:rPr>
              <w:t>Nhận câu hỏi tiếng Việt, tạo câu trả lời</w:t>
            </w:r>
          </w:p>
        </w:tc>
        <w:tc>
          <w:tcPr>
            <w:tcW w:w="2494" w:type="dxa"/>
          </w:tcPr>
          <w:p w14:paraId="411955DF" w14:textId="77777777" w:rsidR="00B3411E" w:rsidRDefault="00EC2500">
            <w:pPr>
              <w:spacing w:after="0" w:line="240" w:lineRule="auto"/>
            </w:pPr>
            <w:r>
              <w:rPr>
                <w:sz w:val="22"/>
                <w:szCs w:val="22"/>
              </w:rPr>
              <w:t>Nhận ảnh chụp lòng thùng, khoanh từng vật và đếm số vật bỏ nhầm</w:t>
            </w:r>
          </w:p>
        </w:tc>
      </w:tr>
      <w:tr w:rsidR="00B3411E" w14:paraId="0030E603" w14:textId="77777777">
        <w:trPr>
          <w:cantSplit/>
          <w:jc w:val="center"/>
        </w:trPr>
        <w:tc>
          <w:tcPr>
            <w:tcW w:w="1587" w:type="dxa"/>
          </w:tcPr>
          <w:p w14:paraId="1642BC27" w14:textId="77777777" w:rsidR="00B3411E" w:rsidRDefault="00EC2500">
            <w:pPr>
              <w:spacing w:after="0" w:line="240" w:lineRule="auto"/>
            </w:pPr>
            <w:r>
              <w:rPr>
                <w:sz w:val="22"/>
                <w:szCs w:val="22"/>
              </w:rPr>
              <w:t>5. Phản hồi</w:t>
            </w:r>
          </w:p>
        </w:tc>
        <w:tc>
          <w:tcPr>
            <w:tcW w:w="2494" w:type="dxa"/>
          </w:tcPr>
          <w:p w14:paraId="1938E210" w14:textId="77777777" w:rsidR="00B3411E" w:rsidRDefault="00EC2500">
            <w:pPr>
              <w:spacing w:after="0" w:line="240" w:lineRule="auto"/>
            </w:pPr>
            <w:r>
              <w:rPr>
                <w:sz w:val="22"/>
                <w:szCs w:val="22"/>
              </w:rPr>
              <w:t>Đối chiếu dự báo với lượng rác thực tế do nhân viên vệ sinh ghi lại; bổ sung số liệu tuần mới để học lại</w:t>
            </w:r>
          </w:p>
        </w:tc>
        <w:tc>
          <w:tcPr>
            <w:tcW w:w="2494" w:type="dxa"/>
          </w:tcPr>
          <w:p w14:paraId="364534A3" w14:textId="77777777" w:rsidR="00B3411E" w:rsidRDefault="00EC2500">
            <w:pPr>
              <w:spacing w:after="0" w:line="240" w:lineRule="auto"/>
            </w:pPr>
            <w:r>
              <w:rPr>
                <w:sz w:val="22"/>
                <w:szCs w:val="22"/>
              </w:rPr>
              <w:t>HS đánh dấu câu trả lời chưa đúng hoặc khó hiểu; GV phụ trách rà soát định kì và sửa tài liệu</w:t>
            </w:r>
          </w:p>
        </w:tc>
        <w:tc>
          <w:tcPr>
            <w:tcW w:w="2494" w:type="dxa"/>
          </w:tcPr>
          <w:p w14:paraId="18012D3B" w14:textId="77777777" w:rsidR="00B3411E" w:rsidRDefault="00EC2500">
            <w:pPr>
              <w:spacing w:after="0" w:line="240" w:lineRule="auto"/>
            </w:pPr>
            <w:r>
              <w:rPr>
                <w:sz w:val="22"/>
                <w:szCs w:val="22"/>
              </w:rPr>
              <w:t>Nhân viên vệ sinh kiểm tra lại một số thùng; ảnh đếm sai được bổ sung vào dữ liệu</w:t>
            </w:r>
          </w:p>
        </w:tc>
      </w:tr>
      <w:tr w:rsidR="00B3411E" w14:paraId="11A135FE" w14:textId="77777777">
        <w:trPr>
          <w:cantSplit/>
          <w:jc w:val="center"/>
        </w:trPr>
        <w:tc>
          <w:tcPr>
            <w:tcW w:w="1587" w:type="dxa"/>
          </w:tcPr>
          <w:p w14:paraId="6EF4AFB1" w14:textId="77777777" w:rsidR="00B3411E" w:rsidRDefault="00EC2500">
            <w:pPr>
              <w:spacing w:after="0" w:line="240" w:lineRule="auto"/>
            </w:pPr>
            <w:r>
              <w:rPr>
                <w:sz w:val="22"/>
                <w:szCs w:val="22"/>
              </w:rPr>
              <w:t>Điểm kiểm soát</w:t>
            </w:r>
          </w:p>
        </w:tc>
        <w:tc>
          <w:tcPr>
            <w:tcW w:w="2494" w:type="dxa"/>
          </w:tcPr>
          <w:p w14:paraId="3C0518C1" w14:textId="77777777" w:rsidR="00B3411E" w:rsidRDefault="00EC2500">
            <w:pPr>
              <w:spacing w:after="0" w:line="240" w:lineRule="auto"/>
            </w:pPr>
            <w:r>
              <w:rPr>
                <w:sz w:val="22"/>
                <w:szCs w:val="22"/>
              </w:rPr>
              <w:t>Ban quản lí căng tin quyết định lịch thu gom và số thùng</w:t>
            </w:r>
          </w:p>
        </w:tc>
        <w:tc>
          <w:tcPr>
            <w:tcW w:w="2494" w:type="dxa"/>
          </w:tcPr>
          <w:p w14:paraId="2A938B4B" w14:textId="77777777" w:rsidR="00B3411E" w:rsidRDefault="00EC2500">
            <w:pPr>
              <w:spacing w:after="0" w:line="240" w:lineRule="auto"/>
            </w:pPr>
            <w:r>
              <w:rPr>
                <w:sz w:val="22"/>
                <w:szCs w:val="22"/>
              </w:rPr>
              <w:t>GV phụ trách duyệt tài liệu trước khi đưa vào hệ thống; hệ thống thông báo rõ khi không tìm thấy thông tin trong tài liệu</w:t>
            </w:r>
          </w:p>
        </w:tc>
        <w:tc>
          <w:tcPr>
            <w:tcW w:w="2494" w:type="dxa"/>
          </w:tcPr>
          <w:p w14:paraId="7953744A" w14:textId="77777777" w:rsidR="00B3411E" w:rsidRDefault="00EC2500">
            <w:pPr>
              <w:spacing w:after="0" w:line="240" w:lineRule="auto"/>
            </w:pPr>
            <w:r>
              <w:rPr>
                <w:sz w:val="22"/>
                <w:szCs w:val="22"/>
              </w:rPr>
              <w:t>Nhân viên vệ sinh đặt ngưỡng nhắc và quyết định xử lí thùng; camera chỉ chụp lòng thùng, không ghi hình người</w:t>
            </w:r>
          </w:p>
        </w:tc>
      </w:tr>
      <w:tr w:rsidR="00B3411E" w14:paraId="7DFE95D4" w14:textId="77777777">
        <w:trPr>
          <w:cantSplit/>
          <w:jc w:val="center"/>
        </w:trPr>
        <w:tc>
          <w:tcPr>
            <w:tcW w:w="1587" w:type="dxa"/>
          </w:tcPr>
          <w:p w14:paraId="70A11588" w14:textId="77777777" w:rsidR="00B3411E" w:rsidRDefault="00EC2500">
            <w:pPr>
              <w:spacing w:after="0" w:line="240" w:lineRule="auto"/>
            </w:pPr>
            <w:r>
              <w:rPr>
                <w:sz w:val="22"/>
                <w:szCs w:val="22"/>
              </w:rPr>
              <w:t>Khác hệ thống mẫu</w:t>
            </w:r>
          </w:p>
        </w:tc>
        <w:tc>
          <w:tcPr>
            <w:tcW w:w="2494" w:type="dxa"/>
          </w:tcPr>
          <w:p w14:paraId="6EC3EE73" w14:textId="77777777" w:rsidR="00B3411E" w:rsidRDefault="00EC2500">
            <w:pPr>
              <w:spacing w:after="0" w:line="240" w:lineRule="auto"/>
            </w:pPr>
            <w:r>
              <w:rPr>
                <w:sz w:val="22"/>
                <w:szCs w:val="22"/>
              </w:rPr>
              <w:t>Đầu ra, dữ liệu, loại bài toán và cách thu thập phản hồi (phải chờ kết quả thực tế sau 7 ngày)</w:t>
            </w:r>
          </w:p>
        </w:tc>
        <w:tc>
          <w:tcPr>
            <w:tcW w:w="2494" w:type="dxa"/>
          </w:tcPr>
          <w:p w14:paraId="6D9FAF48" w14:textId="77777777" w:rsidR="00B3411E" w:rsidRDefault="00EC2500">
            <w:pPr>
              <w:spacing w:after="0" w:line="240" w:lineRule="auto"/>
            </w:pPr>
            <w:r>
              <w:rPr>
                <w:sz w:val="22"/>
                <w:szCs w:val="22"/>
              </w:rPr>
              <w:t>Cả năm thành phần; thêm rủi ro câu trả lời nghe hợp lí nhưng sai</w:t>
            </w:r>
          </w:p>
        </w:tc>
        <w:tc>
          <w:tcPr>
            <w:tcW w:w="2494" w:type="dxa"/>
          </w:tcPr>
          <w:p w14:paraId="22144097" w14:textId="77777777" w:rsidR="00B3411E" w:rsidRDefault="00EC2500">
            <w:pPr>
              <w:spacing w:after="0" w:line="240" w:lineRule="auto"/>
            </w:pPr>
            <w:r>
              <w:rPr>
                <w:sz w:val="22"/>
                <w:szCs w:val="22"/>
              </w:rPr>
              <w:t>Vẫn là phân loại ảnh nhưng thêm bước khoanh từng vật và đếm</w:t>
            </w:r>
          </w:p>
        </w:tc>
      </w:tr>
    </w:tbl>
    <w:p w14:paraId="2AC6CFF7" w14:textId="77777777" w:rsidR="00B3411E" w:rsidRDefault="00B3411E">
      <w:pPr>
        <w:spacing w:after="40" w:line="192" w:lineRule="auto"/>
        <w:jc w:val="both"/>
      </w:pPr>
    </w:p>
    <w:p w14:paraId="28250A94" w14:textId="77777777" w:rsidR="00B3411E" w:rsidRDefault="00EC2500">
      <w:pPr>
        <w:keepNext/>
        <w:spacing w:before="80" w:after="60" w:line="264" w:lineRule="auto"/>
        <w:jc w:val="both"/>
      </w:pPr>
      <w:r>
        <w:rPr>
          <w:b/>
        </w:rPr>
        <w:t>6. Ví dụ sơ đồ cho thẻ tình huống 1 (chatbot giải đáp nội quy)</w:t>
      </w:r>
    </w:p>
    <w:p w14:paraId="30138D0F" w14:textId="77777777" w:rsidR="00B3411E" w:rsidRDefault="00EC2500">
      <w:pPr>
        <w:tabs>
          <w:tab w:val="left" w:pos="425"/>
        </w:tabs>
        <w:spacing w:after="60" w:line="264" w:lineRule="auto"/>
        <w:ind w:left="425" w:hanging="227"/>
        <w:jc w:val="both"/>
      </w:pPr>
      <w:r>
        <w:t xml:space="preserve">- </w:t>
      </w:r>
      <w:r>
        <w:tab/>
      </w:r>
      <w:r>
        <w:rPr>
          <w:b/>
        </w:rPr>
        <w:t>Tuyên bố mục tiêu và nhiệm vụ:</w:t>
      </w:r>
      <w:r>
        <w:t xml:space="preserve"> Hệ thống giúp HS lớp 10 mới vào trường (người dùng) nắm nhanh nội quy và thời khoá biểu, giảm số câu hỏi lặp lại gửi GV chủ nhiệm (mục tiêu). Hệ thống nhận câu hỏi tiếng Việt (đầu vào) và trả lời ngắn, kèm điều nội quy hoặc mục thời khoá biểu liên quan (đầu ra). Hệ thống trả lời đúng ít nhất 18 trên 20 câu hỏi kiểm thử do GV chủ nhiệm soạn (tiêu chí thành công).</w:t>
      </w:r>
    </w:p>
    <w:p w14:paraId="79174240" w14:textId="77777777" w:rsidR="00B3411E" w:rsidRDefault="00EC2500">
      <w:pPr>
        <w:tabs>
          <w:tab w:val="left" w:pos="425"/>
        </w:tabs>
        <w:spacing w:after="60" w:line="264" w:lineRule="auto"/>
        <w:ind w:left="425" w:hanging="227"/>
        <w:jc w:val="both"/>
      </w:pPr>
      <w:r>
        <w:t xml:space="preserve">- </w:t>
      </w:r>
      <w:r>
        <w:tab/>
      </w:r>
      <w:r>
        <w:rPr>
          <w:b/>
        </w:rPr>
        <w:t>Dữ liệu:</w:t>
      </w:r>
      <w:r>
        <w:t xml:space="preserve"> văn bản nội quy, thời khoá biểu, danh sách câu hỏi thường gặp; 20 câu hỏi kiểm thử.</w:t>
      </w:r>
    </w:p>
    <w:p w14:paraId="0C558E3C" w14:textId="77777777" w:rsidR="00B3411E" w:rsidRDefault="00EC2500">
      <w:pPr>
        <w:tabs>
          <w:tab w:val="left" w:pos="425"/>
        </w:tabs>
        <w:spacing w:after="60" w:line="264" w:lineRule="auto"/>
        <w:ind w:left="425" w:hanging="227"/>
        <w:jc w:val="both"/>
      </w:pPr>
      <w:r>
        <w:t xml:space="preserve">- </w:t>
      </w:r>
      <w:r>
        <w:tab/>
      </w:r>
      <w:r>
        <w:rPr>
          <w:b/>
        </w:rPr>
        <w:t>Thuật toán:</w:t>
      </w:r>
      <w:r>
        <w:t xml:space="preserve"> bài toán tạo sinh, kết hợp tra cứu văn bản của trường trước khi trả lời.</w:t>
      </w:r>
    </w:p>
    <w:p w14:paraId="493E4660" w14:textId="77777777" w:rsidR="00B3411E" w:rsidRDefault="00EC2500">
      <w:pPr>
        <w:tabs>
          <w:tab w:val="left" w:pos="425"/>
        </w:tabs>
        <w:spacing w:after="60" w:line="264" w:lineRule="auto"/>
        <w:ind w:left="425" w:hanging="227"/>
        <w:jc w:val="both"/>
      </w:pPr>
      <w:r>
        <w:t xml:space="preserve">- </w:t>
      </w:r>
      <w:r>
        <w:tab/>
      </w:r>
      <w:r>
        <w:rPr>
          <w:b/>
        </w:rPr>
        <w:t>Mô hình:</w:t>
      </w:r>
      <w:r>
        <w:t xml:space="preserve"> mô hình ngôn ngữ nhận câu hỏi và tạo câu trả lời dựa trên văn bản đã tra cứu.</w:t>
      </w:r>
    </w:p>
    <w:p w14:paraId="751E9BA7" w14:textId="77777777" w:rsidR="00B3411E" w:rsidRDefault="00EC2500">
      <w:pPr>
        <w:tabs>
          <w:tab w:val="left" w:pos="425"/>
        </w:tabs>
        <w:spacing w:after="60" w:line="264" w:lineRule="auto"/>
        <w:ind w:left="425" w:hanging="227"/>
        <w:jc w:val="both"/>
      </w:pPr>
      <w:r>
        <w:t xml:space="preserve">- </w:t>
      </w:r>
      <w:r>
        <w:tab/>
      </w:r>
      <w:r>
        <w:rPr>
          <w:b/>
        </w:rPr>
        <w:t>Đầu ra:</w:t>
      </w:r>
      <w:r>
        <w:t xml:space="preserve"> câu trả lời ngắn, có trích điều nội quy; câu hỏi ngoài phạm vi được chuyển cho GV chủ nhiệm.</w:t>
      </w:r>
    </w:p>
    <w:p w14:paraId="32463A26" w14:textId="77777777" w:rsidR="00B3411E" w:rsidRDefault="00EC2500">
      <w:pPr>
        <w:tabs>
          <w:tab w:val="left" w:pos="425"/>
        </w:tabs>
        <w:spacing w:after="60" w:line="264" w:lineRule="auto"/>
        <w:ind w:left="425" w:hanging="227"/>
        <w:jc w:val="both"/>
      </w:pPr>
      <w:r>
        <w:t xml:space="preserve">- </w:t>
      </w:r>
      <w:r>
        <w:tab/>
      </w:r>
      <w:r>
        <w:rPr>
          <w:b/>
        </w:rPr>
        <w:t>Phản hồi:</w:t>
      </w:r>
      <w:r>
        <w:t xml:space="preserve"> HS đánh dấu câu trả lời chưa đúng; GV chủ nhiệm rà soát hằng tuần và cập nhật văn bản khi nội quy thay đổi.</w:t>
      </w:r>
    </w:p>
    <w:p w14:paraId="4B318D9C" w14:textId="77777777" w:rsidR="00B3411E" w:rsidRDefault="00EC2500">
      <w:pPr>
        <w:tabs>
          <w:tab w:val="left" w:pos="425"/>
        </w:tabs>
        <w:spacing w:after="60" w:line="264" w:lineRule="auto"/>
        <w:ind w:left="425" w:hanging="227"/>
        <w:jc w:val="both"/>
      </w:pPr>
      <w:r>
        <w:t xml:space="preserve">- </w:t>
      </w:r>
      <w:r>
        <w:tab/>
      </w:r>
      <w:r>
        <w:rPr>
          <w:b/>
        </w:rPr>
        <w:t>Điểm kiểm soát của con người:</w:t>
      </w:r>
      <w:r>
        <w:t xml:space="preserve"> Ban Giám hiệu duyệt văn bản nguồn; chatbot không thu thập họ tên, lớp của HS; câu hỏi về kỉ luật, sức khoẻ được chuyển cho GV.</w:t>
      </w:r>
    </w:p>
    <w:p w14:paraId="4712704A" w14:textId="77777777" w:rsidR="00B3411E" w:rsidRDefault="00EC2500">
      <w:pPr>
        <w:keepNext/>
        <w:spacing w:before="160" w:after="60" w:line="264" w:lineRule="auto"/>
      </w:pPr>
      <w:r>
        <w:rPr>
          <w:b/>
        </w:rPr>
        <w:t>PL10.7.6. Ghi chú chuyên môn, nguồn tư liệu và lưu ý khi dạy (dành cho GV)</w:t>
      </w:r>
    </w:p>
    <w:p w14:paraId="296A9FD3" w14:textId="77777777" w:rsidR="00B3411E" w:rsidRDefault="00EC2500">
      <w:pPr>
        <w:spacing w:after="60" w:line="264" w:lineRule="auto"/>
        <w:jc w:val="both"/>
        <w:rPr>
          <w:color w:val="000000"/>
        </w:rPr>
      </w:pPr>
      <w:r>
        <w:t>- Nội dung chuẩn hoá, gợi ý đáp án và những nhầm lẫn thường gặp: xem PL10.7.5 (dành cho GV).</w:t>
      </w:r>
    </w:p>
    <w:p w14:paraId="7A822C6D" w14:textId="77777777" w:rsidR="00B3411E" w:rsidRDefault="00EC2500">
      <w:pPr>
        <w:spacing w:after="60" w:line="264" w:lineRule="auto"/>
        <w:jc w:val="both"/>
        <w:rPr>
          <w:color w:val="000000"/>
        </w:rPr>
      </w:pPr>
      <w:r>
        <w:t>- Kiến thức nền và cách xử lí khi lớp chưa học bài trước: xem hàng HS ở mục II.</w:t>
      </w:r>
    </w:p>
    <w:p w14:paraId="6EEF5C70" w14:textId="77777777" w:rsidR="00B3411E" w:rsidRDefault="00EC2500">
      <w:pPr>
        <w:spacing w:after="60" w:line="264" w:lineRule="auto"/>
        <w:jc w:val="both"/>
        <w:rPr>
          <w:color w:val="000000"/>
        </w:rPr>
      </w:pPr>
      <w:r>
        <w:t>- Tham chiếu tài liệu tập huấn giáo viên triển khai nội dung giáo dục AI: Phần II, mục A.1 (AI và hệ thống AI; dữ liệu, thuật toán, mô hình và đầu ra); mục A.2 (Học máy, mạng nơ-ron, học sâu ở mức phổ thông); Phần IV, mục 9.1 (Hướng dẫn tổ chức các chuyên đề giáo dục AI).</w:t>
      </w:r>
    </w:p>
    <w:p w14:paraId="6FBA24DA" w14:textId="77777777" w:rsidR="00B3411E" w:rsidRDefault="00EC2500">
      <w:pPr>
        <w:spacing w:after="0" w:line="264" w:lineRule="auto"/>
        <w:jc w:val="both"/>
      </w:pPr>
      <w:r>
        <w:br w:type="page"/>
      </w:r>
    </w:p>
    <w:p w14:paraId="5324BC40" w14:textId="77777777" w:rsidR="00B3411E" w:rsidRDefault="00EC2500">
      <w:pPr>
        <w:spacing w:after="60" w:line="264" w:lineRule="auto"/>
        <w:jc w:val="both"/>
      </w:pPr>
      <w:r>
        <w:rPr>
          <w:i/>
          <w:sz w:val="24"/>
        </w:rPr>
        <w:t>Gợi ý theo dõi: số nhóm phân biệt đúng thuật toán với mô hình ở Phiếu học tập 10.7.1, Phần C; thời lượng thực tế của mô phỏng so với dự kiến; những tình huống ở HĐ 4 mà HS khó xác định tiêu chí thành công.</w:t>
      </w:r>
    </w:p>
    <w:p w14:paraId="4356C33C" w14:textId="77777777" w:rsidR="00B3411E" w:rsidRDefault="00EC2500">
      <w:pPr>
        <w:keepNext/>
        <w:spacing w:before="80" w:after="60" w:line="264" w:lineRule="auto"/>
      </w:pPr>
      <w:r>
        <w:rPr>
          <w:b/>
        </w:rPr>
        <w:t>PL10.7.7. Mô tả mức đánh giá của bài và mẫu câu nhận xét</w:t>
      </w:r>
    </w:p>
    <w:p w14:paraId="728CA26B" w14:textId="77777777" w:rsidR="00B3411E" w:rsidRDefault="00EC2500">
      <w:pPr>
        <w:spacing w:after="60" w:line="264" w:lineRule="auto"/>
        <w:jc w:val="both"/>
      </w:pPr>
      <w:r>
        <w:rPr>
          <w:i/>
          <w:sz w:val="24"/>
        </w:rPr>
        <w:t>Rubric chung cho sản phẩm học tập giáo dục AI: Tài liệu tập huấn cấp trung học phổ thông, Bảng 8.4. Mô tả mức Khá, Tốt riêng của bài và mẫu câu nhận xét ghi dưới đây.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928"/>
        <w:gridCol w:w="2381"/>
        <w:gridCol w:w="2381"/>
        <w:gridCol w:w="2381"/>
      </w:tblGrid>
      <w:tr w:rsidR="00B3411E" w14:paraId="39D30C6F" w14:textId="77777777">
        <w:trPr>
          <w:cantSplit/>
          <w:tblHeader/>
          <w:jc w:val="center"/>
        </w:trPr>
        <w:tc>
          <w:tcPr>
            <w:tcW w:w="1928" w:type="dxa"/>
            <w:vAlign w:val="center"/>
          </w:tcPr>
          <w:p w14:paraId="183FE9F8" w14:textId="77777777" w:rsidR="00B3411E" w:rsidRDefault="00EC2500">
            <w:pPr>
              <w:spacing w:after="0" w:line="240" w:lineRule="auto"/>
              <w:jc w:val="center"/>
            </w:pPr>
            <w:r>
              <w:rPr>
                <w:b/>
                <w:sz w:val="22"/>
                <w:szCs w:val="22"/>
              </w:rPr>
              <w:t>Tiêu chí</w:t>
            </w:r>
          </w:p>
        </w:tc>
        <w:tc>
          <w:tcPr>
            <w:tcW w:w="2381" w:type="dxa"/>
            <w:vAlign w:val="center"/>
          </w:tcPr>
          <w:p w14:paraId="66FF95C0" w14:textId="77777777" w:rsidR="00B3411E" w:rsidRDefault="00EC2500">
            <w:pPr>
              <w:spacing w:after="0" w:line="240" w:lineRule="auto"/>
              <w:jc w:val="center"/>
            </w:pPr>
            <w:r>
              <w:rPr>
                <w:b/>
                <w:sz w:val="22"/>
                <w:szCs w:val="22"/>
              </w:rPr>
              <w:t>Đạt</w:t>
            </w:r>
          </w:p>
        </w:tc>
        <w:tc>
          <w:tcPr>
            <w:tcW w:w="2381" w:type="dxa"/>
            <w:vAlign w:val="center"/>
          </w:tcPr>
          <w:p w14:paraId="7620CB9A" w14:textId="77777777" w:rsidR="00B3411E" w:rsidRDefault="00EC2500">
            <w:pPr>
              <w:spacing w:after="0" w:line="240" w:lineRule="auto"/>
              <w:jc w:val="center"/>
            </w:pPr>
            <w:r>
              <w:rPr>
                <w:b/>
                <w:sz w:val="22"/>
                <w:szCs w:val="22"/>
              </w:rPr>
              <w:t>Khá</w:t>
            </w:r>
          </w:p>
        </w:tc>
        <w:tc>
          <w:tcPr>
            <w:tcW w:w="2381" w:type="dxa"/>
            <w:vAlign w:val="center"/>
          </w:tcPr>
          <w:p w14:paraId="632FBF84" w14:textId="77777777" w:rsidR="00B3411E" w:rsidRDefault="00EC2500">
            <w:pPr>
              <w:spacing w:after="0" w:line="240" w:lineRule="auto"/>
              <w:jc w:val="center"/>
            </w:pPr>
            <w:r>
              <w:rPr>
                <w:b/>
                <w:sz w:val="22"/>
                <w:szCs w:val="22"/>
              </w:rPr>
              <w:t>Tốt</w:t>
            </w:r>
          </w:p>
        </w:tc>
      </w:tr>
      <w:tr w:rsidR="00B3411E" w14:paraId="713B96C9" w14:textId="77777777">
        <w:trPr>
          <w:jc w:val="center"/>
        </w:trPr>
        <w:tc>
          <w:tcPr>
            <w:tcW w:w="1928" w:type="dxa"/>
          </w:tcPr>
          <w:p w14:paraId="7090E439" w14:textId="77777777" w:rsidR="00B3411E" w:rsidRDefault="00EC2500">
            <w:pPr>
              <w:spacing w:after="0" w:line="240" w:lineRule="auto"/>
            </w:pPr>
            <w:r>
              <w:rPr>
                <w:sz w:val="22"/>
                <w:szCs w:val="22"/>
              </w:rPr>
              <w:t>1. Đáp ứng nhiệm vụ YCCĐ</w:t>
            </w:r>
          </w:p>
        </w:tc>
        <w:tc>
          <w:tcPr>
            <w:tcW w:w="2381" w:type="dxa"/>
          </w:tcPr>
          <w:p w14:paraId="0190601D" w14:textId="77777777" w:rsidR="00B3411E" w:rsidRDefault="00EC2500">
            <w:pPr>
              <w:spacing w:after="0" w:line="240" w:lineRule="auto"/>
            </w:pPr>
            <w:r>
              <w:rPr>
                <w:sz w:val="22"/>
                <w:szCs w:val="22"/>
              </w:rPr>
              <w:t>Nêu được người dùng, mục tiêu, đầu vào và đầu ra; gọi đủ năm thành phần nhưng mô tả vai trò còn chung, chưa gắn với nhiệm vụ.</w:t>
            </w:r>
          </w:p>
        </w:tc>
        <w:tc>
          <w:tcPr>
            <w:tcW w:w="2381" w:type="dxa"/>
          </w:tcPr>
          <w:p w14:paraId="1AC3E053" w14:textId="77777777" w:rsidR="00B3411E" w:rsidRDefault="00EC2500">
            <w:pPr>
              <w:spacing w:after="0" w:line="240" w:lineRule="auto"/>
            </w:pPr>
            <w:r>
              <w:rPr>
                <w:sz w:val="22"/>
                <w:szCs w:val="22"/>
              </w:rPr>
              <w:t>Đủ năm yếu tố của mục tiêu và nhiệm vụ; mô tả đúng vai trò của từng thành phần, có ví dụ theo nhiệm vụ; còn nhầm nhỏ giữa thuật toán với mô hình.</w:t>
            </w:r>
          </w:p>
        </w:tc>
        <w:tc>
          <w:tcPr>
            <w:tcW w:w="2381" w:type="dxa"/>
          </w:tcPr>
          <w:p w14:paraId="678194F0" w14:textId="77777777" w:rsidR="00B3411E" w:rsidRDefault="00EC2500">
            <w:pPr>
              <w:spacing w:after="0" w:line="240" w:lineRule="auto"/>
            </w:pPr>
            <w:r>
              <w:rPr>
                <w:sz w:val="22"/>
                <w:szCs w:val="22"/>
              </w:rPr>
              <w:t>Đủ năm yếu tố của mục tiêu và nhiệm vụ; mô tả đúng và cụ thể vai trò của từng thành phần; phân biệt rõ thuật toán với mô hình, dữ liệu huấn luyện với dữ liệu kiểm thử.</w:t>
            </w:r>
          </w:p>
        </w:tc>
      </w:tr>
      <w:tr w:rsidR="00B3411E" w14:paraId="2D6BA079" w14:textId="77777777">
        <w:trPr>
          <w:jc w:val="center"/>
        </w:trPr>
        <w:tc>
          <w:tcPr>
            <w:tcW w:w="1928" w:type="dxa"/>
          </w:tcPr>
          <w:p w14:paraId="16148C37" w14:textId="77777777" w:rsidR="00B3411E" w:rsidRDefault="00EC2500">
            <w:pPr>
              <w:spacing w:after="0" w:line="240" w:lineRule="auto"/>
            </w:pPr>
            <w:r>
              <w:rPr>
                <w:sz w:val="22"/>
                <w:szCs w:val="22"/>
              </w:rPr>
              <w:t>2. Kiểm chứng và tư duy phản biện</w:t>
            </w:r>
          </w:p>
        </w:tc>
        <w:tc>
          <w:tcPr>
            <w:tcW w:w="2381" w:type="dxa"/>
          </w:tcPr>
          <w:p w14:paraId="2D53E2BD" w14:textId="77777777" w:rsidR="00B3411E" w:rsidRDefault="00EC2500">
            <w:pPr>
              <w:spacing w:after="0" w:line="240" w:lineRule="auto"/>
            </w:pPr>
            <w:r>
              <w:rPr>
                <w:sz w:val="22"/>
                <w:szCs w:val="22"/>
              </w:rPr>
              <w:t>Nối các thành phần đúng trình tự nhưng mới giải thích được mối liên hệ khi được gợi ý.</w:t>
            </w:r>
          </w:p>
        </w:tc>
        <w:tc>
          <w:tcPr>
            <w:tcW w:w="2381" w:type="dxa"/>
          </w:tcPr>
          <w:p w14:paraId="062E2E73" w14:textId="77777777" w:rsidR="00B3411E" w:rsidRDefault="00EC2500">
            <w:pPr>
              <w:spacing w:after="0" w:line="240" w:lineRule="auto"/>
            </w:pPr>
            <w:r>
              <w:rPr>
                <w:sz w:val="22"/>
                <w:szCs w:val="22"/>
              </w:rPr>
              <w:t>Tự giải thích được mỗi thành phần phục vụ mục tiêu thế nào; chưa dự đoán được thay đổi khi một phần của hệ thống có vấn đề.</w:t>
            </w:r>
          </w:p>
        </w:tc>
        <w:tc>
          <w:tcPr>
            <w:tcW w:w="2381" w:type="dxa"/>
          </w:tcPr>
          <w:p w14:paraId="34B8B7B0" w14:textId="77777777" w:rsidR="00B3411E" w:rsidRDefault="00EC2500">
            <w:pPr>
              <w:spacing w:after="0" w:line="240" w:lineRule="auto"/>
            </w:pPr>
            <w:r>
              <w:rPr>
                <w:sz w:val="22"/>
                <w:szCs w:val="22"/>
              </w:rPr>
              <w:t>Giải thích mạch lạc; chỉ ra được thành phần cần thay đổi khi mục tiêu thay đổi hoặc khi một thành phần gặp lỗi; nêu được cách kiểm tra đầu ra.</w:t>
            </w:r>
          </w:p>
        </w:tc>
      </w:tr>
      <w:tr w:rsidR="00B3411E" w14:paraId="44D5A197" w14:textId="77777777">
        <w:trPr>
          <w:jc w:val="center"/>
        </w:trPr>
        <w:tc>
          <w:tcPr>
            <w:tcW w:w="1928" w:type="dxa"/>
          </w:tcPr>
          <w:p w14:paraId="14F80B04" w14:textId="77777777" w:rsidR="00B3411E" w:rsidRDefault="00EC2500">
            <w:pPr>
              <w:spacing w:after="0" w:line="240" w:lineRule="auto"/>
            </w:pPr>
            <w:r>
              <w:rPr>
                <w:sz w:val="22"/>
                <w:szCs w:val="22"/>
              </w:rPr>
              <w:t>3. An toàn, đạo đức, trách nhiệm</w:t>
            </w:r>
          </w:p>
        </w:tc>
        <w:tc>
          <w:tcPr>
            <w:tcW w:w="2381" w:type="dxa"/>
          </w:tcPr>
          <w:p w14:paraId="0ACB4FC1" w14:textId="77777777" w:rsidR="00B3411E" w:rsidRDefault="00EC2500">
            <w:pPr>
              <w:spacing w:after="0" w:line="240" w:lineRule="auto"/>
            </w:pPr>
            <w:r>
              <w:rPr>
                <w:sz w:val="22"/>
                <w:szCs w:val="22"/>
              </w:rPr>
              <w:t>Có ít nhất một điểm kiểm soát của con người nhưng chưa nêu ai thực hiện.</w:t>
            </w:r>
          </w:p>
        </w:tc>
        <w:tc>
          <w:tcPr>
            <w:tcW w:w="2381" w:type="dxa"/>
          </w:tcPr>
          <w:p w14:paraId="34BF548A" w14:textId="77777777" w:rsidR="00B3411E" w:rsidRDefault="00EC2500">
            <w:pPr>
              <w:spacing w:after="0" w:line="240" w:lineRule="auto"/>
            </w:pPr>
            <w:r>
              <w:rPr>
                <w:sz w:val="22"/>
                <w:szCs w:val="22"/>
              </w:rPr>
              <w:t>Có ít nhất hai điểm kiểm soát đặt đúng khâu và nêu được ai thực hiện.</w:t>
            </w:r>
          </w:p>
        </w:tc>
        <w:tc>
          <w:tcPr>
            <w:tcW w:w="2381" w:type="dxa"/>
          </w:tcPr>
          <w:p w14:paraId="2B1AF92B" w14:textId="77777777" w:rsidR="00B3411E" w:rsidRDefault="00EC2500">
            <w:pPr>
              <w:spacing w:after="0" w:line="240" w:lineRule="auto"/>
            </w:pPr>
            <w:r>
              <w:rPr>
                <w:sz w:val="22"/>
                <w:szCs w:val="22"/>
              </w:rPr>
              <w:t>Điểm kiểm soát có ở các khâu mục tiêu, dữ liệu, đầu ra và phản hồi; nêu được cách xử lí khi đầu ra sai hoặc khi có dữ liệu cá nhân; nêu rõ việc hệ thống không làm thay con người.</w:t>
            </w:r>
          </w:p>
        </w:tc>
      </w:tr>
      <w:tr w:rsidR="00B3411E" w14:paraId="52361CCB" w14:textId="77777777">
        <w:trPr>
          <w:cantSplit/>
          <w:jc w:val="center"/>
        </w:trPr>
        <w:tc>
          <w:tcPr>
            <w:tcW w:w="1928" w:type="dxa"/>
          </w:tcPr>
          <w:p w14:paraId="52A4F5D2" w14:textId="77777777" w:rsidR="00B3411E" w:rsidRDefault="00EC2500">
            <w:pPr>
              <w:spacing w:after="0" w:line="240" w:lineRule="auto"/>
            </w:pPr>
            <w:r>
              <w:rPr>
                <w:sz w:val="22"/>
                <w:szCs w:val="22"/>
              </w:rPr>
              <w:t>4. Hợp tác và trình bày</w:t>
            </w:r>
          </w:p>
        </w:tc>
        <w:tc>
          <w:tcPr>
            <w:tcW w:w="2381" w:type="dxa"/>
          </w:tcPr>
          <w:p w14:paraId="1D775C92" w14:textId="77777777" w:rsidR="00B3411E" w:rsidRDefault="00EC2500">
            <w:pPr>
              <w:spacing w:after="0" w:line="240" w:lineRule="auto"/>
            </w:pPr>
            <w:r>
              <w:rPr>
                <w:sz w:val="22"/>
                <w:szCs w:val="22"/>
              </w:rPr>
              <w:t>Hoàn thành phần việc được giao; trình bày được kết quả chính.</w:t>
            </w:r>
          </w:p>
        </w:tc>
        <w:tc>
          <w:tcPr>
            <w:tcW w:w="2381" w:type="dxa"/>
          </w:tcPr>
          <w:p w14:paraId="07271A5E" w14:textId="77777777" w:rsidR="00B3411E" w:rsidRDefault="00EC2500">
            <w:pPr>
              <w:spacing w:after="0" w:line="240" w:lineRule="auto"/>
            </w:pPr>
            <w:r>
              <w:rPr>
                <w:sz w:val="22"/>
                <w:szCs w:val="22"/>
              </w:rPr>
              <w:t>Phối hợp và phản hồi phù hợp; trình bày rõ sơ đồ và lí do lựa chọn.</w:t>
            </w:r>
          </w:p>
        </w:tc>
        <w:tc>
          <w:tcPr>
            <w:tcW w:w="2381" w:type="dxa"/>
          </w:tcPr>
          <w:p w14:paraId="022B4D03" w14:textId="77777777" w:rsidR="00B3411E" w:rsidRDefault="00EC2500">
            <w:pPr>
              <w:spacing w:after="0" w:line="240" w:lineRule="auto"/>
            </w:pPr>
            <w:r>
              <w:rPr>
                <w:sz w:val="22"/>
                <w:szCs w:val="22"/>
              </w:rPr>
              <w:t>Phân công rõ phần việc theo vai trò; tiếp thu góp ý để sửa sơ đồ; trình bày thuyết phục và nêu được giới hạn của hệ thống.</w:t>
            </w:r>
          </w:p>
        </w:tc>
      </w:tr>
    </w:tbl>
    <w:p w14:paraId="00FB7424" w14:textId="77777777" w:rsidR="00B3411E" w:rsidRDefault="00EC2500">
      <w:pPr>
        <w:spacing w:before="120" w:after="60" w:line="264" w:lineRule="auto"/>
        <w:jc w:val="both"/>
      </w:pPr>
      <w:r>
        <w:rPr>
          <w:b/>
          <w:sz w:val="24"/>
        </w:rPr>
        <w:t xml:space="preserve">Mẫu câu nhận xét </w:t>
      </w:r>
      <w:r>
        <w:rPr>
          <w:sz w:val="24"/>
        </w:rPr>
        <w:t>(GV điều chỉnh theo bài làm của từng HS, dùng khi ghi nhận xét gửi GV chủ nhiệm):</w:t>
      </w:r>
    </w:p>
    <w:p w14:paraId="49A32BC5" w14:textId="77777777" w:rsidR="00B3411E" w:rsidRDefault="00EC2500">
      <w:pPr>
        <w:spacing w:after="60" w:line="264" w:lineRule="auto"/>
        <w:jc w:val="both"/>
      </w:pPr>
      <w:r>
        <w:rPr>
          <w:b/>
          <w:sz w:val="24"/>
        </w:rPr>
        <w:t xml:space="preserve">- Mức Đạt: </w:t>
      </w:r>
      <w:r>
        <w:rPr>
          <w:sz w:val="24"/>
        </w:rPr>
        <w:t>“Em nêu được người dùng, mục tiêu, đầu vào, đầu ra và gọi đủ năm thành phần; em cần mô tả vai trò từng thành phần theo nhiệm vụ của nhóm.”</w:t>
      </w:r>
    </w:p>
    <w:p w14:paraId="13D3023B" w14:textId="77777777" w:rsidR="00B3411E" w:rsidRDefault="00EC2500">
      <w:pPr>
        <w:spacing w:after="60" w:line="264" w:lineRule="auto"/>
        <w:jc w:val="both"/>
      </w:pPr>
      <w:r>
        <w:rPr>
          <w:b/>
          <w:sz w:val="24"/>
        </w:rPr>
        <w:t xml:space="preserve">- Mức Khá: </w:t>
      </w:r>
      <w:r>
        <w:rPr>
          <w:sz w:val="24"/>
        </w:rPr>
        <w:t>“Em mô tả đúng vai trò của từng thành phần, có ví dụ theo nhiệm vụ; em cần phân biệt rõ thuật toán với mô hình.”</w:t>
      </w:r>
    </w:p>
    <w:p w14:paraId="21095253" w14:textId="77777777" w:rsidR="00B3411E" w:rsidRDefault="00EC2500">
      <w:pPr>
        <w:spacing w:after="60" w:line="264" w:lineRule="auto"/>
        <w:jc w:val="both"/>
      </w:pPr>
      <w:r>
        <w:rPr>
          <w:b/>
          <w:sz w:val="24"/>
        </w:rPr>
        <w:t xml:space="preserve">- Mức Tốt: </w:t>
      </w:r>
      <w:r>
        <w:rPr>
          <w:sz w:val="24"/>
        </w:rPr>
        <w:t>“Em mô tả cụ thể vai trò từng thành phần, phân biệt rõ thuật toán với mô hình, dữ liệu huấn luyện với dữ liệu kiểm thử.”</w:t>
      </w:r>
    </w:p>
    <w:p w14:paraId="7DA7F92A" w14:textId="77777777" w:rsidR="00B3411E" w:rsidRDefault="00B3411E">
      <w:pPr>
        <w:spacing w:after="40" w:line="192" w:lineRule="auto"/>
        <w:jc w:val="both"/>
      </w:pPr>
    </w:p>
    <w:p w14:paraId="300EB73F" w14:textId="77777777" w:rsidR="00B3411E" w:rsidRDefault="00EC2500">
      <w:pPr>
        <w:keepNext/>
        <w:spacing w:before="80" w:after="60" w:line="264" w:lineRule="auto"/>
      </w:pPr>
      <w:r>
        <w:rPr>
          <w:b/>
        </w:rPr>
        <w:t>PL10.7.8. Bảng kiểm an toàn và trách nhiệm của bài</w:t>
      </w:r>
    </w:p>
    <w:p w14:paraId="3F98B072" w14:textId="77777777" w:rsidR="00B3411E" w:rsidRDefault="00EC2500">
      <w:pPr>
        <w:keepNext/>
        <w:spacing w:before="80" w:after="60" w:line="264" w:lineRule="auto"/>
      </w:pPr>
      <w:r>
        <w:t>Nội dung bảy dòng kiểm tra: Tài liệu tập huấn cấp trung học phổ thông, Bảng 8.5. Bảng dưới đây ghi kết luận và minh chứng của bài theo số dòng.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680"/>
        <w:gridCol w:w="680"/>
        <w:gridCol w:w="907"/>
        <w:gridCol w:w="6804"/>
      </w:tblGrid>
      <w:tr w:rsidR="00B3411E" w14:paraId="3BF960D9" w14:textId="77777777">
        <w:trPr>
          <w:cantSplit/>
          <w:tblHeader/>
          <w:jc w:val="center"/>
        </w:trPr>
        <w:tc>
          <w:tcPr>
            <w:tcW w:w="680" w:type="dxa"/>
            <w:vAlign w:val="center"/>
          </w:tcPr>
          <w:p w14:paraId="5FB5E6F8" w14:textId="77777777" w:rsidR="00B3411E" w:rsidRDefault="00EC2500">
            <w:pPr>
              <w:spacing w:after="0" w:line="240" w:lineRule="auto"/>
              <w:jc w:val="center"/>
            </w:pPr>
            <w:r>
              <w:rPr>
                <w:b/>
                <w:sz w:val="22"/>
                <w:szCs w:val="22"/>
              </w:rPr>
              <w:t>Dòng</w:t>
            </w:r>
          </w:p>
        </w:tc>
        <w:tc>
          <w:tcPr>
            <w:tcW w:w="680" w:type="dxa"/>
            <w:vAlign w:val="center"/>
          </w:tcPr>
          <w:p w14:paraId="606AA4F7" w14:textId="77777777" w:rsidR="00B3411E" w:rsidRDefault="00EC2500">
            <w:pPr>
              <w:spacing w:after="0" w:line="240" w:lineRule="auto"/>
              <w:jc w:val="center"/>
            </w:pPr>
            <w:r>
              <w:rPr>
                <w:b/>
                <w:sz w:val="22"/>
                <w:szCs w:val="22"/>
              </w:rPr>
              <w:t>Có</w:t>
            </w:r>
          </w:p>
        </w:tc>
        <w:tc>
          <w:tcPr>
            <w:tcW w:w="907" w:type="dxa"/>
            <w:vAlign w:val="center"/>
          </w:tcPr>
          <w:p w14:paraId="76476EA5" w14:textId="77777777" w:rsidR="00B3411E" w:rsidRDefault="00EC2500">
            <w:pPr>
              <w:spacing w:after="0" w:line="240" w:lineRule="auto"/>
              <w:jc w:val="center"/>
            </w:pPr>
            <w:r>
              <w:rPr>
                <w:b/>
                <w:sz w:val="22"/>
                <w:szCs w:val="22"/>
              </w:rPr>
              <w:t>Không áp dụng</w:t>
            </w:r>
          </w:p>
        </w:tc>
        <w:tc>
          <w:tcPr>
            <w:tcW w:w="6804" w:type="dxa"/>
            <w:vAlign w:val="center"/>
          </w:tcPr>
          <w:p w14:paraId="2D6CA4C2" w14:textId="77777777" w:rsidR="00B3411E" w:rsidRDefault="00EC2500">
            <w:pPr>
              <w:spacing w:after="0" w:line="240" w:lineRule="auto"/>
              <w:jc w:val="center"/>
            </w:pPr>
            <w:r>
              <w:rPr>
                <w:b/>
                <w:sz w:val="22"/>
                <w:szCs w:val="22"/>
              </w:rPr>
              <w:t>Minh chứng, ghi chú</w:t>
            </w:r>
          </w:p>
        </w:tc>
      </w:tr>
      <w:tr w:rsidR="00B3411E" w14:paraId="1DDB774A" w14:textId="77777777">
        <w:trPr>
          <w:cantSplit/>
          <w:jc w:val="center"/>
        </w:trPr>
        <w:tc>
          <w:tcPr>
            <w:tcW w:w="680" w:type="dxa"/>
          </w:tcPr>
          <w:p w14:paraId="69052B6A" w14:textId="77777777" w:rsidR="00B3411E" w:rsidRDefault="00EC2500">
            <w:pPr>
              <w:spacing w:after="0" w:line="240" w:lineRule="auto"/>
            </w:pPr>
            <w:r>
              <w:rPr>
                <w:sz w:val="22"/>
                <w:szCs w:val="22"/>
              </w:rPr>
              <w:t>1</w:t>
            </w:r>
          </w:p>
        </w:tc>
        <w:tc>
          <w:tcPr>
            <w:tcW w:w="680" w:type="dxa"/>
            <w:vAlign w:val="center"/>
          </w:tcPr>
          <w:p w14:paraId="065F5F66" w14:textId="77777777" w:rsidR="00B3411E" w:rsidRDefault="00EC2500">
            <w:pPr>
              <w:spacing w:after="0" w:line="240" w:lineRule="auto"/>
              <w:jc w:val="center"/>
            </w:pPr>
            <w:r>
              <w:rPr>
                <w:sz w:val="22"/>
                <w:szCs w:val="22"/>
              </w:rPr>
              <w:t>□</w:t>
            </w:r>
          </w:p>
        </w:tc>
        <w:tc>
          <w:tcPr>
            <w:tcW w:w="907" w:type="dxa"/>
            <w:vAlign w:val="center"/>
          </w:tcPr>
          <w:p w14:paraId="13DB7006" w14:textId="77777777" w:rsidR="00B3411E" w:rsidRDefault="00EC2500">
            <w:pPr>
              <w:spacing w:after="0" w:line="240" w:lineRule="auto"/>
              <w:jc w:val="center"/>
            </w:pPr>
            <w:r>
              <w:rPr>
                <w:sz w:val="22"/>
                <w:szCs w:val="22"/>
              </w:rPr>
              <w:t>□</w:t>
            </w:r>
          </w:p>
        </w:tc>
        <w:tc>
          <w:tcPr>
            <w:tcW w:w="6804" w:type="dxa"/>
          </w:tcPr>
          <w:p w14:paraId="646550D9" w14:textId="77777777" w:rsidR="00B3411E" w:rsidRDefault="00EC2500">
            <w:pPr>
              <w:spacing w:after="0" w:line="240" w:lineRule="auto"/>
            </w:pPr>
            <w:r>
              <w:rPr>
                <w:sz w:val="22"/>
                <w:szCs w:val="22"/>
              </w:rPr>
              <w:t>Chỉ dùng Teachable Machine trong 3 phút trình diễn; GV thao tác và đã đọc điều khoản trước giờ dạy.</w:t>
            </w:r>
          </w:p>
        </w:tc>
      </w:tr>
      <w:tr w:rsidR="00B3411E" w14:paraId="119FC87C" w14:textId="77777777">
        <w:trPr>
          <w:cantSplit/>
          <w:jc w:val="center"/>
        </w:trPr>
        <w:tc>
          <w:tcPr>
            <w:tcW w:w="680" w:type="dxa"/>
          </w:tcPr>
          <w:p w14:paraId="077C1F4A" w14:textId="77777777" w:rsidR="00B3411E" w:rsidRDefault="00EC2500">
            <w:pPr>
              <w:spacing w:after="0" w:line="240" w:lineRule="auto"/>
            </w:pPr>
            <w:r>
              <w:rPr>
                <w:sz w:val="22"/>
                <w:szCs w:val="22"/>
              </w:rPr>
              <w:t>2</w:t>
            </w:r>
          </w:p>
        </w:tc>
        <w:tc>
          <w:tcPr>
            <w:tcW w:w="680" w:type="dxa"/>
            <w:vAlign w:val="center"/>
          </w:tcPr>
          <w:p w14:paraId="3FC8FF59" w14:textId="77777777" w:rsidR="00B3411E" w:rsidRDefault="00EC2500">
            <w:pPr>
              <w:spacing w:after="0" w:line="240" w:lineRule="auto"/>
              <w:jc w:val="center"/>
            </w:pPr>
            <w:r>
              <w:rPr>
                <w:sz w:val="22"/>
                <w:szCs w:val="22"/>
              </w:rPr>
              <w:t>□</w:t>
            </w:r>
          </w:p>
        </w:tc>
        <w:tc>
          <w:tcPr>
            <w:tcW w:w="907" w:type="dxa"/>
            <w:vAlign w:val="center"/>
          </w:tcPr>
          <w:p w14:paraId="1CF8CC48" w14:textId="77777777" w:rsidR="00B3411E" w:rsidRDefault="00EC2500">
            <w:pPr>
              <w:spacing w:after="0" w:line="240" w:lineRule="auto"/>
              <w:jc w:val="center"/>
            </w:pPr>
            <w:r>
              <w:rPr>
                <w:sz w:val="22"/>
                <w:szCs w:val="22"/>
              </w:rPr>
              <w:t>□</w:t>
            </w:r>
          </w:p>
        </w:tc>
        <w:tc>
          <w:tcPr>
            <w:tcW w:w="6804" w:type="dxa"/>
          </w:tcPr>
          <w:p w14:paraId="0FC19C8F" w14:textId="77777777" w:rsidR="00B3411E" w:rsidRDefault="00EC2500">
            <w:pPr>
              <w:spacing w:after="0" w:line="240" w:lineRule="auto"/>
            </w:pPr>
            <w:r>
              <w:rPr>
                <w:sz w:val="22"/>
                <w:szCs w:val="22"/>
              </w:rPr>
              <w:t>Toàn bộ nhiệm vụ của HS thực hiện trên thẻ giấy và phiếu học tập.</w:t>
            </w:r>
          </w:p>
        </w:tc>
      </w:tr>
      <w:tr w:rsidR="00B3411E" w14:paraId="2BE1EF17" w14:textId="77777777">
        <w:trPr>
          <w:cantSplit/>
          <w:jc w:val="center"/>
        </w:trPr>
        <w:tc>
          <w:tcPr>
            <w:tcW w:w="680" w:type="dxa"/>
          </w:tcPr>
          <w:p w14:paraId="39DAE8CE" w14:textId="77777777" w:rsidR="00B3411E" w:rsidRDefault="00EC2500">
            <w:pPr>
              <w:spacing w:after="0" w:line="240" w:lineRule="auto"/>
            </w:pPr>
            <w:r>
              <w:rPr>
                <w:sz w:val="22"/>
                <w:szCs w:val="22"/>
              </w:rPr>
              <w:t>3</w:t>
            </w:r>
          </w:p>
        </w:tc>
        <w:tc>
          <w:tcPr>
            <w:tcW w:w="680" w:type="dxa"/>
            <w:vAlign w:val="center"/>
          </w:tcPr>
          <w:p w14:paraId="1E2203AD" w14:textId="77777777" w:rsidR="00B3411E" w:rsidRDefault="00EC2500">
            <w:pPr>
              <w:spacing w:after="0" w:line="240" w:lineRule="auto"/>
              <w:jc w:val="center"/>
            </w:pPr>
            <w:r>
              <w:rPr>
                <w:sz w:val="22"/>
                <w:szCs w:val="22"/>
              </w:rPr>
              <w:t>□</w:t>
            </w:r>
          </w:p>
        </w:tc>
        <w:tc>
          <w:tcPr>
            <w:tcW w:w="907" w:type="dxa"/>
            <w:vAlign w:val="center"/>
          </w:tcPr>
          <w:p w14:paraId="19F3B959" w14:textId="77777777" w:rsidR="00B3411E" w:rsidRDefault="00EC2500">
            <w:pPr>
              <w:spacing w:after="0" w:line="240" w:lineRule="auto"/>
              <w:jc w:val="center"/>
            </w:pPr>
            <w:r>
              <w:rPr>
                <w:sz w:val="22"/>
                <w:szCs w:val="22"/>
              </w:rPr>
              <w:t>□</w:t>
            </w:r>
          </w:p>
        </w:tc>
        <w:tc>
          <w:tcPr>
            <w:tcW w:w="6804" w:type="dxa"/>
          </w:tcPr>
          <w:p w14:paraId="361A5955" w14:textId="77777777" w:rsidR="00B3411E" w:rsidRDefault="00EC2500">
            <w:pPr>
              <w:spacing w:after="0" w:line="240" w:lineRule="auto"/>
            </w:pPr>
            <w:r>
              <w:rPr>
                <w:sz w:val="22"/>
                <w:szCs w:val="22"/>
              </w:rPr>
              <w:t>Bộ thẻ rác là dữ liệu giả lập; ảnh trình diễn do GV chuẩn bị; sơ đồ ở HĐ 4 dùng dữ liệu giả lập.</w:t>
            </w:r>
          </w:p>
        </w:tc>
      </w:tr>
      <w:tr w:rsidR="00B3411E" w14:paraId="0FAAF103" w14:textId="77777777">
        <w:trPr>
          <w:cantSplit/>
          <w:jc w:val="center"/>
        </w:trPr>
        <w:tc>
          <w:tcPr>
            <w:tcW w:w="680" w:type="dxa"/>
          </w:tcPr>
          <w:p w14:paraId="159E1DB3" w14:textId="77777777" w:rsidR="00B3411E" w:rsidRDefault="00EC2500">
            <w:pPr>
              <w:spacing w:after="0" w:line="240" w:lineRule="auto"/>
            </w:pPr>
            <w:r>
              <w:rPr>
                <w:sz w:val="22"/>
                <w:szCs w:val="22"/>
              </w:rPr>
              <w:t>4</w:t>
            </w:r>
          </w:p>
        </w:tc>
        <w:tc>
          <w:tcPr>
            <w:tcW w:w="680" w:type="dxa"/>
            <w:vAlign w:val="center"/>
          </w:tcPr>
          <w:p w14:paraId="6DE6156C" w14:textId="77777777" w:rsidR="00B3411E" w:rsidRDefault="00EC2500">
            <w:pPr>
              <w:spacing w:after="0" w:line="240" w:lineRule="auto"/>
              <w:jc w:val="center"/>
            </w:pPr>
            <w:r>
              <w:rPr>
                <w:sz w:val="22"/>
                <w:szCs w:val="22"/>
              </w:rPr>
              <w:t>□</w:t>
            </w:r>
          </w:p>
        </w:tc>
        <w:tc>
          <w:tcPr>
            <w:tcW w:w="907" w:type="dxa"/>
            <w:vAlign w:val="center"/>
          </w:tcPr>
          <w:p w14:paraId="2ED0AF52" w14:textId="77777777" w:rsidR="00B3411E" w:rsidRDefault="00EC2500">
            <w:pPr>
              <w:spacing w:after="0" w:line="240" w:lineRule="auto"/>
              <w:jc w:val="center"/>
            </w:pPr>
            <w:r>
              <w:rPr>
                <w:sz w:val="22"/>
                <w:szCs w:val="22"/>
              </w:rPr>
              <w:t>□</w:t>
            </w:r>
          </w:p>
        </w:tc>
        <w:tc>
          <w:tcPr>
            <w:tcW w:w="6804" w:type="dxa"/>
          </w:tcPr>
          <w:p w14:paraId="16E2A399" w14:textId="77777777" w:rsidR="00B3411E" w:rsidRDefault="00EC2500">
            <w:pPr>
              <w:spacing w:after="0" w:line="240" w:lineRule="auto"/>
            </w:pPr>
            <w:r>
              <w:rPr>
                <w:sz w:val="22"/>
                <w:szCs w:val="22"/>
              </w:rPr>
              <w:t>Thẻ K4 trong mô phỏng; lưu ý ảo giác AI ở mục tiêu M2.</w:t>
            </w:r>
          </w:p>
        </w:tc>
      </w:tr>
      <w:tr w:rsidR="00B3411E" w14:paraId="2B6806BD" w14:textId="77777777">
        <w:trPr>
          <w:cantSplit/>
          <w:jc w:val="center"/>
        </w:trPr>
        <w:tc>
          <w:tcPr>
            <w:tcW w:w="680" w:type="dxa"/>
          </w:tcPr>
          <w:p w14:paraId="2BECBE0F" w14:textId="77777777" w:rsidR="00B3411E" w:rsidRDefault="00EC2500">
            <w:pPr>
              <w:spacing w:after="0" w:line="240" w:lineRule="auto"/>
            </w:pPr>
            <w:r>
              <w:rPr>
                <w:sz w:val="22"/>
                <w:szCs w:val="22"/>
              </w:rPr>
              <w:t>5</w:t>
            </w:r>
          </w:p>
        </w:tc>
        <w:tc>
          <w:tcPr>
            <w:tcW w:w="680" w:type="dxa"/>
            <w:vAlign w:val="center"/>
          </w:tcPr>
          <w:p w14:paraId="3444013E" w14:textId="77777777" w:rsidR="00B3411E" w:rsidRDefault="00EC2500">
            <w:pPr>
              <w:spacing w:after="0" w:line="240" w:lineRule="auto"/>
              <w:jc w:val="center"/>
            </w:pPr>
            <w:r>
              <w:rPr>
                <w:sz w:val="22"/>
                <w:szCs w:val="22"/>
              </w:rPr>
              <w:t>□</w:t>
            </w:r>
          </w:p>
        </w:tc>
        <w:tc>
          <w:tcPr>
            <w:tcW w:w="907" w:type="dxa"/>
            <w:vAlign w:val="center"/>
          </w:tcPr>
          <w:p w14:paraId="2FF07F6A" w14:textId="77777777" w:rsidR="00B3411E" w:rsidRDefault="00EC2500">
            <w:pPr>
              <w:spacing w:after="0" w:line="240" w:lineRule="auto"/>
              <w:jc w:val="center"/>
            </w:pPr>
            <w:r>
              <w:rPr>
                <w:sz w:val="22"/>
                <w:szCs w:val="22"/>
              </w:rPr>
              <w:t>□</w:t>
            </w:r>
          </w:p>
        </w:tc>
        <w:tc>
          <w:tcPr>
            <w:tcW w:w="6804" w:type="dxa"/>
          </w:tcPr>
          <w:p w14:paraId="3854E1D2" w14:textId="77777777" w:rsidR="00B3411E" w:rsidRDefault="00EC2500">
            <w:pPr>
              <w:spacing w:after="0" w:line="240" w:lineRule="auto"/>
            </w:pPr>
            <w:r>
              <w:rPr>
                <w:sz w:val="22"/>
                <w:szCs w:val="22"/>
              </w:rPr>
              <w:t>Yêu cầu ít nhất hai điểm kiểm soát trên sơ đồ; tiêu chí 3 của rubric.</w:t>
            </w:r>
          </w:p>
        </w:tc>
      </w:tr>
      <w:tr w:rsidR="00B3411E" w14:paraId="747EED08" w14:textId="77777777">
        <w:trPr>
          <w:cantSplit/>
          <w:jc w:val="center"/>
        </w:trPr>
        <w:tc>
          <w:tcPr>
            <w:tcW w:w="680" w:type="dxa"/>
          </w:tcPr>
          <w:p w14:paraId="50D74525" w14:textId="77777777" w:rsidR="00B3411E" w:rsidRDefault="00EC2500">
            <w:pPr>
              <w:spacing w:after="0" w:line="240" w:lineRule="auto"/>
            </w:pPr>
            <w:r>
              <w:rPr>
                <w:sz w:val="22"/>
                <w:szCs w:val="22"/>
              </w:rPr>
              <w:t>6</w:t>
            </w:r>
          </w:p>
        </w:tc>
        <w:tc>
          <w:tcPr>
            <w:tcW w:w="680" w:type="dxa"/>
            <w:vAlign w:val="center"/>
          </w:tcPr>
          <w:p w14:paraId="6D847707" w14:textId="77777777" w:rsidR="00B3411E" w:rsidRDefault="00EC2500">
            <w:pPr>
              <w:spacing w:after="0" w:line="240" w:lineRule="auto"/>
              <w:jc w:val="center"/>
            </w:pPr>
            <w:r>
              <w:rPr>
                <w:sz w:val="22"/>
                <w:szCs w:val="22"/>
              </w:rPr>
              <w:t>□</w:t>
            </w:r>
          </w:p>
        </w:tc>
        <w:tc>
          <w:tcPr>
            <w:tcW w:w="907" w:type="dxa"/>
            <w:vAlign w:val="center"/>
          </w:tcPr>
          <w:p w14:paraId="0DD7388A" w14:textId="77777777" w:rsidR="00B3411E" w:rsidRDefault="00EC2500">
            <w:pPr>
              <w:spacing w:after="0" w:line="240" w:lineRule="auto"/>
              <w:jc w:val="center"/>
            </w:pPr>
            <w:r>
              <w:rPr>
                <w:sz w:val="22"/>
                <w:szCs w:val="22"/>
              </w:rPr>
              <w:t>□</w:t>
            </w:r>
          </w:p>
        </w:tc>
        <w:tc>
          <w:tcPr>
            <w:tcW w:w="6804" w:type="dxa"/>
          </w:tcPr>
          <w:p w14:paraId="14A0B651" w14:textId="77777777" w:rsidR="00B3411E" w:rsidRDefault="00EC2500">
            <w:pPr>
              <w:spacing w:after="0" w:line="240" w:lineRule="auto"/>
            </w:pPr>
            <w:r>
              <w:rPr>
                <w:sz w:val="22"/>
                <w:szCs w:val="22"/>
              </w:rPr>
              <w:t>Nhóm ghi rõ nếu dùng công cụ AI khi hoàn thiện sơ đồ ở nhà; ảnh trình diễn có nguồn được phép sử dụng.</w:t>
            </w:r>
          </w:p>
        </w:tc>
      </w:tr>
      <w:tr w:rsidR="00B3411E" w14:paraId="601B31E3" w14:textId="77777777">
        <w:trPr>
          <w:cantSplit/>
          <w:jc w:val="center"/>
        </w:trPr>
        <w:tc>
          <w:tcPr>
            <w:tcW w:w="680" w:type="dxa"/>
          </w:tcPr>
          <w:p w14:paraId="4458412B" w14:textId="77777777" w:rsidR="00B3411E" w:rsidRDefault="00EC2500">
            <w:pPr>
              <w:spacing w:after="0" w:line="240" w:lineRule="auto"/>
            </w:pPr>
            <w:r>
              <w:rPr>
                <w:sz w:val="22"/>
                <w:szCs w:val="22"/>
              </w:rPr>
              <w:t>7</w:t>
            </w:r>
          </w:p>
        </w:tc>
        <w:tc>
          <w:tcPr>
            <w:tcW w:w="680" w:type="dxa"/>
            <w:vAlign w:val="center"/>
          </w:tcPr>
          <w:p w14:paraId="08C8F2CE" w14:textId="77777777" w:rsidR="00B3411E" w:rsidRDefault="00EC2500">
            <w:pPr>
              <w:spacing w:after="0" w:line="240" w:lineRule="auto"/>
              <w:jc w:val="center"/>
            </w:pPr>
            <w:r>
              <w:rPr>
                <w:sz w:val="22"/>
                <w:szCs w:val="22"/>
              </w:rPr>
              <w:t>□</w:t>
            </w:r>
          </w:p>
        </w:tc>
        <w:tc>
          <w:tcPr>
            <w:tcW w:w="907" w:type="dxa"/>
            <w:vAlign w:val="center"/>
          </w:tcPr>
          <w:p w14:paraId="201776B2" w14:textId="77777777" w:rsidR="00B3411E" w:rsidRDefault="00EC2500">
            <w:pPr>
              <w:spacing w:after="0" w:line="240" w:lineRule="auto"/>
              <w:jc w:val="center"/>
            </w:pPr>
            <w:r>
              <w:rPr>
                <w:sz w:val="22"/>
                <w:szCs w:val="22"/>
              </w:rPr>
              <w:t>□</w:t>
            </w:r>
          </w:p>
        </w:tc>
        <w:tc>
          <w:tcPr>
            <w:tcW w:w="6804" w:type="dxa"/>
          </w:tcPr>
          <w:p w14:paraId="3F31446F" w14:textId="77777777" w:rsidR="00B3411E" w:rsidRDefault="00EC2500">
            <w:pPr>
              <w:spacing w:after="0" w:line="240" w:lineRule="auto"/>
            </w:pPr>
            <w:r>
              <w:rPr>
                <w:sz w:val="22"/>
                <w:szCs w:val="22"/>
              </w:rPr>
              <w:t>Khi mất mạng hoặc công cụ lỗi, GV chiếu ảnh chụp màn hình các bước đã chuẩn bị; các nhiệm vụ của HS không phụ thuộc vào công cụ.</w:t>
            </w:r>
          </w:p>
        </w:tc>
      </w:tr>
    </w:tbl>
    <w:p w14:paraId="0E55A9F5" w14:textId="77777777" w:rsidR="00B3411E" w:rsidRDefault="00B3411E">
      <w:pPr>
        <w:spacing w:after="40" w:line="192" w:lineRule="auto"/>
        <w:jc w:val="both"/>
      </w:pPr>
    </w:p>
    <w:p w14:paraId="0765E357" w14:textId="77777777" w:rsidR="00B3411E" w:rsidRDefault="00EC2500">
      <w:pPr>
        <w:keepNext/>
        <w:spacing w:before="80" w:after="60" w:line="264" w:lineRule="auto"/>
      </w:pPr>
      <w:r>
        <w:rPr>
          <w:b/>
        </w:rPr>
        <w:t>PL10.7.9. Lưu ý về đánh giá của bài</w:t>
      </w:r>
    </w:p>
    <w:p w14:paraId="6ACF3115" w14:textId="77777777" w:rsidR="00B3411E" w:rsidRDefault="00EC2500">
      <w:pPr>
        <w:spacing w:after="60" w:line="264" w:lineRule="auto"/>
        <w:jc w:val="both"/>
      </w:pPr>
      <w:r>
        <w:rPr>
          <w:i/>
          <w:sz w:val="24"/>
        </w:rPr>
        <w:t>- Ba nguyên tắc chung (trọng tâm đánh giá, đóng góp của từng HS, công bằng trong tiếp cận) và căn cứ Công văn số 5588/BGDĐT-GDPT ngày 19/8/2026: xem Hướng dẫn chung của bộ kế hoạch bài dạy, mục I.</w:t>
      </w:r>
    </w:p>
    <w:p w14:paraId="299AE07A" w14:textId="77777777" w:rsidR="00B3411E" w:rsidRDefault="00EC2500">
      <w:pPr>
        <w:tabs>
          <w:tab w:val="left" w:pos="425"/>
        </w:tabs>
        <w:spacing w:after="60" w:line="264" w:lineRule="auto"/>
        <w:ind w:left="425" w:hanging="227"/>
        <w:jc w:val="both"/>
      </w:pPr>
      <w:r>
        <w:t xml:space="preserve">- </w:t>
      </w:r>
      <w:r>
        <w:tab/>
      </w:r>
      <w:r>
        <w:rPr>
          <w:b/>
        </w:rPr>
        <w:t>Hướng dẫn và khai báo.</w:t>
      </w:r>
      <w:r>
        <w:t xml:space="preserve"> Trong tiết này GV chỉ dùng công cụ ở phần trình diễn; phần của HS thực hiện trên giấy. Khi nhóm có dùng công cụ AI để gợi ý ý tưởng khi hoàn thiện ở nhà, nhóm khai báo năm ý: công cụ đã dùng; mục đích dùng; phần việc giao cho công cụ; cách kiểm tra lại kết quả; phần nhóm tự làm.</w:t>
      </w:r>
    </w:p>
    <w:p w14:paraId="35A266E3" w14:textId="77777777" w:rsidR="00B3411E" w:rsidRDefault="00EC2500">
      <w:pPr>
        <w:spacing w:after="0" w:line="240" w:lineRule="auto"/>
      </w:pPr>
      <w:r>
        <w:rPr>
          <w:b/>
          <w:sz w:val="22"/>
          <w:szCs w:val="22"/>
        </w:rPr>
        <w:t>PL10.7.10. Sản phẩm và gợi ý đáp án theo hoạt động</w:t>
      </w:r>
    </w:p>
    <w:p w14:paraId="3251DFA4" w14:textId="77777777" w:rsidR="00B3411E" w:rsidRDefault="00EC2500">
      <w:pPr>
        <w:spacing w:after="0" w:line="240" w:lineRule="auto"/>
      </w:pPr>
      <w:r>
        <w:rPr>
          <w:b/>
          <w:sz w:val="22"/>
          <w:szCs w:val="22"/>
        </w:rPr>
        <w:t>Hoạt động 1. Mở đầu: xác định vấn đề (7 phút)</w:t>
      </w:r>
    </w:p>
    <w:p w14:paraId="09FD73DE" w14:textId="77777777" w:rsidR="00B3411E" w:rsidRDefault="00EC2500">
      <w:pPr>
        <w:spacing w:after="0" w:line="240" w:lineRule="auto"/>
      </w:pPr>
      <w:r>
        <w:rPr>
          <w:sz w:val="22"/>
          <w:szCs w:val="22"/>
        </w:rPr>
        <w:t>Mỗi cặp ghi ít nhất ba câu hỏi làm rõ và tên các thành phần mà cặp dự đoán. Tiêu chí đánh giá: có câu hỏi về người dùng hoặc về kết quả ban quản lí căng tin mong muốn.</w:t>
      </w:r>
    </w:p>
    <w:p w14:paraId="5B52C498" w14:textId="77777777" w:rsidR="00B3411E" w:rsidRDefault="00EC2500">
      <w:pPr>
        <w:spacing w:after="0" w:line="240" w:lineRule="auto"/>
      </w:pPr>
      <w:r>
        <w:rPr>
          <w:sz w:val="22"/>
          <w:szCs w:val="22"/>
        </w:rPr>
        <w:t>Câu hỏi dự kiến: Ai sẽ dùng hệ thống? Nhân viên vệ sinh và HS đang gặp khó khăn gì (thiếu chỗ đổ rác, rác tràn, phân loại sai…)? Hệ thống nhận ảnh, số liệu hay câu hỏi? Kết quả đưa ra ở dạng nào? Làm sao biết hệ thống làm đúng?</w:t>
      </w:r>
    </w:p>
    <w:p w14:paraId="114CD6DC" w14:textId="77777777" w:rsidR="00B3411E" w:rsidRDefault="00EC2500">
      <w:pPr>
        <w:spacing w:after="0" w:line="240" w:lineRule="auto"/>
      </w:pPr>
      <w:r>
        <w:rPr>
          <w:sz w:val="22"/>
          <w:szCs w:val="22"/>
        </w:rPr>
        <w:t>Thành phần HS hay dự đoán: máy tính, camera, phần mềm, dữ liệu. GV ghi nhận, chưa sửa ngay.</w:t>
      </w:r>
    </w:p>
    <w:p w14:paraId="4BDB6F04" w14:textId="77777777" w:rsidR="00B3411E" w:rsidRDefault="00EC2500">
      <w:pPr>
        <w:spacing w:after="0" w:line="240" w:lineRule="auto"/>
      </w:pPr>
      <w:r>
        <w:rPr>
          <w:sz w:val="22"/>
          <w:szCs w:val="22"/>
        </w:rPr>
        <w:t>MC: giấy nháp của các cặp; GV giữ lại ba bản làm mẫu.</w:t>
      </w:r>
    </w:p>
    <w:p w14:paraId="3C3ED607" w14:textId="77777777" w:rsidR="00B3411E" w:rsidRDefault="00EC2500">
      <w:pPr>
        <w:spacing w:after="0" w:line="240" w:lineRule="auto"/>
      </w:pPr>
      <w:r>
        <w:rPr>
          <w:b/>
          <w:sz w:val="22"/>
          <w:szCs w:val="22"/>
        </w:rPr>
        <w:t>Hoạt động 2. Hình thành kiến thức mới (38 phút)</w:t>
      </w:r>
    </w:p>
    <w:p w14:paraId="51A5A1C2" w14:textId="77777777" w:rsidR="00B3411E" w:rsidRDefault="00EC2500">
      <w:pPr>
        <w:spacing w:after="0" w:line="240" w:lineRule="auto"/>
      </w:pPr>
      <w:r>
        <w:rPr>
          <w:sz w:val="22"/>
          <w:szCs w:val="22"/>
        </w:rPr>
        <w:t>Phiếu học tập 10.7.1 đã hoàn thành. Tiêu chí đánh giá: tuyên bố của nhóm có đủ năm yếu tố; đầu vào, đầu ra cụ thể; tiêu chí thành công có con số hoặc cách kiểm tra. Đáp án Phần A và một tuyên bố mẫu cho Phần B ở mục 3, PL10.7.5.</w:t>
      </w:r>
    </w:p>
    <w:p w14:paraId="5A3B79CC" w14:textId="77777777" w:rsidR="00B3411E" w:rsidRDefault="00EC2500">
      <w:pPr>
        <w:spacing w:after="0" w:line="240" w:lineRule="auto"/>
      </w:pPr>
      <w:r>
        <w:rPr>
          <w:sz w:val="22"/>
          <w:szCs w:val="22"/>
        </w:rPr>
        <w:t>MC: phiếu của từng nhóm.</w:t>
      </w:r>
    </w:p>
    <w:p w14:paraId="36BC7DA6" w14:textId="77777777" w:rsidR="00B3411E" w:rsidRDefault="00EC2500">
      <w:pPr>
        <w:spacing w:after="0" w:line="240" w:lineRule="auto"/>
      </w:pPr>
      <w:r>
        <w:rPr>
          <w:b/>
          <w:sz w:val="22"/>
          <w:szCs w:val="22"/>
        </w:rPr>
        <w:t>Hoạt động 2. Hình thành kiến thức mới (38 phút)</w:t>
      </w:r>
    </w:p>
    <w:p w14:paraId="782D0A6A" w14:textId="77777777" w:rsidR="00B3411E" w:rsidRDefault="00EC2500">
      <w:pPr>
        <w:spacing w:after="0" w:line="240" w:lineRule="auto"/>
      </w:pPr>
      <w:r>
        <w:rPr>
          <w:sz w:val="22"/>
          <w:szCs w:val="22"/>
        </w:rPr>
        <w:t>Thẻ mô hình của nhóm; bảng kết luận bốn thẻ kiểm thử; Phiếu học tập 10.7.1, Phần C. Tiêu chí đánh giá: xác định đúng năm thành phần trong mô phỏng; nêu được thuật toán là cách học, mô hình là quy tắc học được.</w:t>
      </w:r>
    </w:p>
    <w:p w14:paraId="72F57ECA" w14:textId="77777777" w:rsidR="00B3411E" w:rsidRDefault="00EC2500">
      <w:pPr>
        <w:spacing w:after="0" w:line="240" w:lineRule="auto"/>
      </w:pPr>
      <w:r>
        <w:rPr>
          <w:sz w:val="22"/>
          <w:szCs w:val="22"/>
        </w:rPr>
        <w:t>MC: Phiếu học tập 10.7.1, Phần C và thẻ mô hình, GV thu vào cuối tiết.</w:t>
      </w:r>
    </w:p>
    <w:p w14:paraId="4F0DF601" w14:textId="77777777" w:rsidR="00B3411E" w:rsidRDefault="00EC2500">
      <w:pPr>
        <w:spacing w:after="0" w:line="240" w:lineRule="auto"/>
      </w:pPr>
      <w:r>
        <w:rPr>
          <w:b/>
          <w:sz w:val="22"/>
          <w:szCs w:val="22"/>
        </w:rPr>
        <w:t>Hoạt động 3. Luyện tập: Một khu thu gom, ba mục tiêu (15 phút)</w:t>
      </w:r>
    </w:p>
    <w:p w14:paraId="65A3707C" w14:textId="77777777" w:rsidR="00B3411E" w:rsidRDefault="00EC2500">
      <w:pPr>
        <w:spacing w:after="0" w:line="240" w:lineRule="auto"/>
      </w:pPr>
      <w:r>
        <w:rPr>
          <w:sz w:val="22"/>
          <w:szCs w:val="22"/>
        </w:rPr>
        <w:t>Phiếu học tập 10.7.2 của nhóm; bảng so sánh ba mục tiêu trên bảng lớp. Tiêu chí đánh giá: năm ô được điền cụ thể theo mục tiêu; chỉ ra được ít nhất ba thành phần khác với hệ thống phân loại rác và giải thích được lí do.</w:t>
      </w:r>
    </w:p>
    <w:p w14:paraId="4A1F2302" w14:textId="77777777" w:rsidR="00B3411E" w:rsidRDefault="00EC2500">
      <w:pPr>
        <w:spacing w:after="0" w:line="240" w:lineRule="auto"/>
      </w:pPr>
      <w:r>
        <w:rPr>
          <w:sz w:val="22"/>
          <w:szCs w:val="22"/>
        </w:rPr>
        <w:t>MC: Phiếu học tập 10.7.2.</w:t>
      </w:r>
    </w:p>
    <w:p w14:paraId="278ED507" w14:textId="77777777" w:rsidR="00B3411E" w:rsidRDefault="00EC2500">
      <w:pPr>
        <w:spacing w:after="0" w:line="240" w:lineRule="auto"/>
      </w:pPr>
      <w:r>
        <w:rPr>
          <w:b/>
          <w:sz w:val="22"/>
          <w:szCs w:val="22"/>
        </w:rPr>
        <w:t>Hoạt động 4. Vận dụng: Thiết kế ý tưởng hệ thống AI cho trường học hoặc cộng đồng (30 phút)</w:t>
      </w:r>
    </w:p>
    <w:p w14:paraId="2D8F2418" w14:textId="77777777" w:rsidR="00B3411E" w:rsidRDefault="00EC2500">
      <w:pPr>
        <w:spacing w:after="0" w:line="240" w:lineRule="auto"/>
      </w:pPr>
      <w:r>
        <w:rPr>
          <w:sz w:val="22"/>
          <w:szCs w:val="22"/>
        </w:rPr>
        <w:t>Ba sản phẩm của hoạt động: (1) tuyên bố mục tiêu và nhiệm vụ; (2) sơ đồ cấu trúc gồm năm thành phần, mối liên hệ và điểm kiểm soát; (3) bảng kiểm tra đồng đẳng đã điền. Tiêu chí đánh giá: đủ năm thành phần, mỗi thành phần được mô tả theo nhiệm vụ, có giải thích thành phần phục vụ mục tiêu thế nào.</w:t>
      </w:r>
    </w:p>
    <w:p w14:paraId="6768692F" w14:textId="77777777" w:rsidR="00B3411E" w:rsidRDefault="00EC2500">
      <w:pPr>
        <w:spacing w:after="0" w:line="240" w:lineRule="auto"/>
      </w:pPr>
      <w:r>
        <w:rPr>
          <w:sz w:val="22"/>
          <w:szCs w:val="22"/>
        </w:rPr>
        <w:t>MC: ảnh chụp sơ đồ A3 và bảng kiểm tra; phiếu tổng kết của từng HS.</w:t>
      </w:r>
    </w:p>
    <w:sectPr w:rsidR="00B3411E">
      <w:footerReference w:type="default" r:id="rId7"/>
      <w:pgSz w:w="11906" w:h="16838"/>
      <w:pgMar w:top="1134" w:right="1134" w:bottom="1134" w:left="1701" w:header="72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74ABC" w14:textId="77777777" w:rsidR="00DC7A93" w:rsidRDefault="00DC7A93">
      <w:pPr>
        <w:spacing w:after="0" w:line="240" w:lineRule="auto"/>
      </w:pPr>
      <w:r>
        <w:separator/>
      </w:r>
    </w:p>
  </w:endnote>
  <w:endnote w:type="continuationSeparator" w:id="0">
    <w:p w14:paraId="03D7FD1F" w14:textId="77777777" w:rsidR="00DC7A93" w:rsidRDefault="00DC7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8E5D0" w14:textId="77777777" w:rsidR="00B3411E" w:rsidRDefault="00EC2500">
    <w:pPr>
      <w:pStyle w:val="Footer"/>
      <w:spacing w:line="264" w:lineRule="auto"/>
      <w:jc w:val="center"/>
    </w:pPr>
    <w:r>
      <w:rPr>
        <w:sz w:val="22"/>
      </w:rPr>
      <w:fldChar w:fldCharType="begin"/>
    </w:r>
    <w:r>
      <w:rPr>
        <w:sz w:val="22"/>
      </w:rPr>
      <w:instrText>PAGE</w:instrText>
    </w:r>
    <w:r>
      <w:rPr>
        <w:sz w:val="22"/>
      </w:rPr>
      <w:fldChar w:fldCharType="separate"/>
    </w:r>
    <w:r>
      <w:rPr>
        <w:noProof/>
        <w:sz w:val="22"/>
      </w:rPr>
      <w:t>1</w:t>
    </w:r>
    <w:r>
      <w:rP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9F286" w14:textId="77777777" w:rsidR="00DC7A93" w:rsidRDefault="00DC7A93">
      <w:pPr>
        <w:spacing w:after="0" w:line="240" w:lineRule="auto"/>
      </w:pPr>
      <w:r>
        <w:separator/>
      </w:r>
    </w:p>
  </w:footnote>
  <w:footnote w:type="continuationSeparator" w:id="0">
    <w:p w14:paraId="3C004467" w14:textId="77777777" w:rsidR="00DC7A93" w:rsidRDefault="00DC7A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38375235">
    <w:abstractNumId w:val="8"/>
  </w:num>
  <w:num w:numId="2" w16cid:durableId="1578369553">
    <w:abstractNumId w:val="6"/>
  </w:num>
  <w:num w:numId="3" w16cid:durableId="731006074">
    <w:abstractNumId w:val="5"/>
  </w:num>
  <w:num w:numId="4" w16cid:durableId="100489231">
    <w:abstractNumId w:val="4"/>
  </w:num>
  <w:num w:numId="5" w16cid:durableId="1926304911">
    <w:abstractNumId w:val="7"/>
  </w:num>
  <w:num w:numId="6" w16cid:durableId="61026332">
    <w:abstractNumId w:val="3"/>
  </w:num>
  <w:num w:numId="7" w16cid:durableId="1300452277">
    <w:abstractNumId w:val="2"/>
  </w:num>
  <w:num w:numId="8" w16cid:durableId="2012952956">
    <w:abstractNumId w:val="1"/>
  </w:num>
  <w:num w:numId="9" w16cid:durableId="204216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3411E"/>
    <w:rsid w:val="00074F69"/>
    <w:rsid w:val="000F7A8A"/>
    <w:rsid w:val="00345954"/>
    <w:rsid w:val="005F0E84"/>
    <w:rsid w:val="006D22B1"/>
    <w:rsid w:val="00907F48"/>
    <w:rsid w:val="00942E51"/>
    <w:rsid w:val="00A465F2"/>
    <w:rsid w:val="00B3411E"/>
    <w:rsid w:val="00DC7A93"/>
    <w:rsid w:val="00EC25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F3EE2C5D-C179-431A-87B3-25C7A3413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3104</Words>
  <Characters>17694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Hai</cp:lastModifiedBy>
  <cp:revision>7</cp:revision>
  <dcterms:created xsi:type="dcterms:W3CDTF">2026-11-01T11:06:00Z</dcterms:created>
  <dcterms:modified xsi:type="dcterms:W3CDTF">2026-11-01T11:11:00Z</dcterms:modified>
</cp:coreProperties>
</file>