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57EED" w14:textId="77777777" w:rsidR="00D31390" w:rsidRPr="0047215D" w:rsidRDefault="0079654C">
      <w:pPr>
        <w:keepNext/>
        <w:spacing w:before="160"/>
        <w:jc w:val="center"/>
        <w:rPr>
          <w:szCs w:val="26"/>
        </w:rPr>
      </w:pPr>
      <w:r w:rsidRPr="0047215D">
        <w:rPr>
          <w:b/>
          <w:szCs w:val="26"/>
        </w:rPr>
        <w:t>PHỤ LỤC CỦA KẾ HOẠCH BÀI DẠY BÀI 6 – LỚP 10</w:t>
      </w:r>
    </w:p>
    <w:p w14:paraId="0232FFE6" w14:textId="77777777" w:rsidR="00D31390" w:rsidRPr="0047215D" w:rsidRDefault="0079654C">
      <w:pPr>
        <w:keepNext/>
        <w:spacing w:before="160"/>
        <w:jc w:val="center"/>
        <w:rPr>
          <w:szCs w:val="26"/>
        </w:rPr>
      </w:pPr>
      <w:r w:rsidRPr="0047215D">
        <w:rPr>
          <w:b/>
          <w:szCs w:val="26"/>
        </w:rPr>
        <w:t>TÊN BÀI: CHẤT LƯỢNG DỮ LIỆU QUYẾT ĐỊNH CHẤT LƯỢNG AI</w:t>
      </w:r>
    </w:p>
    <w:p w14:paraId="798FDE10" w14:textId="0320DA24" w:rsidR="00D31390" w:rsidRDefault="0079654C">
      <w:r>
        <w:t xml:space="preserve">Quy </w:t>
      </w:r>
      <w:proofErr w:type="spellStart"/>
      <w:r>
        <w:t>ước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: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lục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84594D">
        <w:t>“</w:t>
      </w:r>
      <w:r>
        <w:t>PL10.6.x</w:t>
      </w:r>
      <w:r w:rsidR="0084594D">
        <w:t>”</w:t>
      </w:r>
      <w:r>
        <w:t xml:space="preserve">,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r w:rsidR="0084594D">
        <w:t>“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10.6.x</w:t>
      </w:r>
      <w:r w:rsidR="0084594D">
        <w:t>”</w:t>
      </w:r>
      <w:r>
        <w:t xml:space="preserve"> (</w:t>
      </w:r>
      <w:proofErr w:type="spellStart"/>
      <w:r>
        <w:t>lớp</w:t>
      </w:r>
      <w:proofErr w:type="spellEnd"/>
      <w:r>
        <w:t xml:space="preserve"> 10, </w:t>
      </w:r>
      <w:proofErr w:type="spellStart"/>
      <w:r>
        <w:t>bài</w:t>
      </w:r>
      <w:proofErr w:type="spellEnd"/>
      <w:r>
        <w:t xml:space="preserve"> 6,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)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.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in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(8 </w:t>
      </w:r>
      <w:proofErr w:type="spellStart"/>
      <w:r>
        <w:t>nhóm</w:t>
      </w:r>
      <w:proofErr w:type="spellEnd"/>
      <w:r>
        <w:t xml:space="preserve">): </w:t>
      </w:r>
      <w:proofErr w:type="spellStart"/>
      <w:r>
        <w:t>khoảng</w:t>
      </w:r>
      <w:proofErr w:type="spellEnd"/>
      <w:r>
        <w:t xml:space="preserve"> 32–36 </w:t>
      </w:r>
      <w:proofErr w:type="spellStart"/>
      <w:r>
        <w:t>tờ</w:t>
      </w:r>
      <w:proofErr w:type="spellEnd"/>
      <w:r>
        <w:t xml:space="preserve"> A4 (in </w:t>
      </w:r>
      <w:proofErr w:type="spellStart"/>
      <w:r>
        <w:t>hai</w:t>
      </w:r>
      <w:proofErr w:type="spellEnd"/>
      <w:r>
        <w:t xml:space="preserve"> </w:t>
      </w:r>
      <w:proofErr w:type="spellStart"/>
      <w:r>
        <w:t>mặt</w:t>
      </w:r>
      <w:proofErr w:type="spellEnd"/>
      <w: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181"/>
        <w:gridCol w:w="4071"/>
        <w:gridCol w:w="2979"/>
        <w:gridCol w:w="1758"/>
      </w:tblGrid>
      <w:tr w:rsidR="00D31390" w14:paraId="6396ED95" w14:textId="77777777" w:rsidTr="0047215D">
        <w:trPr>
          <w:cantSplit/>
          <w:tblHeader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470A67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</w:p>
        </w:tc>
        <w:tc>
          <w:tcPr>
            <w:tcW w:w="20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66E305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Tên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1FE2E0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Dành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cho</w:t>
            </w:r>
            <w:proofErr w:type="spellEnd"/>
          </w:p>
        </w:tc>
        <w:tc>
          <w:tcPr>
            <w:tcW w:w="88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B4F7DB8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Dùng</w:t>
            </w:r>
            <w:proofErr w:type="spellEnd"/>
            <w:r>
              <w:rPr>
                <w:b/>
                <w:sz w:val="24"/>
              </w:rPr>
              <w:t xml:space="preserve"> ở</w:t>
            </w:r>
          </w:p>
        </w:tc>
      </w:tr>
      <w:tr w:rsidR="00D31390" w14:paraId="458D59E9" w14:textId="77777777" w:rsidTr="0047215D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0256324" w14:textId="77777777" w:rsidR="00D31390" w:rsidRDefault="0079654C">
            <w:pPr>
              <w:spacing w:after="40"/>
            </w:pPr>
            <w:r>
              <w:rPr>
                <w:sz w:val="24"/>
              </w:rPr>
              <w:t>PL10.6.1</w:t>
            </w:r>
          </w:p>
        </w:tc>
        <w:tc>
          <w:tcPr>
            <w:tcW w:w="20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593924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10.6.1: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kèm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F1E47B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HS, in </w:t>
            </w:r>
            <w:proofErr w:type="spellStart"/>
            <w:r>
              <w:rPr>
                <w:sz w:val="24"/>
              </w:rPr>
              <w:t>theo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(1 </w:t>
            </w:r>
            <w:proofErr w:type="spellStart"/>
            <w:r>
              <w:rPr>
                <w:sz w:val="24"/>
              </w:rPr>
              <w:t>mặt</w:t>
            </w:r>
            <w:proofErr w:type="spellEnd"/>
            <w:r>
              <w:rPr>
                <w:sz w:val="24"/>
              </w:rPr>
              <w:t xml:space="preserve"> A4/HS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tờ</w:t>
            </w:r>
            <w:proofErr w:type="spellEnd"/>
            <w:r>
              <w:rPr>
                <w:sz w:val="24"/>
              </w:rPr>
              <w:t xml:space="preserve"> A4/2 HS)</w:t>
            </w:r>
          </w:p>
        </w:tc>
        <w:tc>
          <w:tcPr>
            <w:tcW w:w="88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D72AAF" w14:textId="77777777" w:rsidR="00D31390" w:rsidRDefault="0079654C">
            <w:pPr>
              <w:spacing w:after="40"/>
            </w:pPr>
            <w:r>
              <w:rPr>
                <w:sz w:val="24"/>
              </w:rPr>
              <w:t>HĐ 4</w:t>
            </w:r>
          </w:p>
        </w:tc>
      </w:tr>
      <w:tr w:rsidR="00D31390" w14:paraId="7BF18E85" w14:textId="77777777" w:rsidTr="0047215D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BF0D6B" w14:textId="77777777" w:rsidR="00D31390" w:rsidRDefault="0079654C">
            <w:pPr>
              <w:spacing w:after="40"/>
            </w:pPr>
            <w:r>
              <w:rPr>
                <w:sz w:val="24"/>
              </w:rPr>
              <w:t>PL10.6.2</w:t>
            </w:r>
          </w:p>
        </w:tc>
        <w:tc>
          <w:tcPr>
            <w:tcW w:w="20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E72B08A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Hồ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10.6.2</w:t>
            </w:r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EB82D6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(8–9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8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6072A61" w14:textId="77777777" w:rsidR="00D31390" w:rsidRDefault="0079654C">
            <w:pPr>
              <w:spacing w:after="40"/>
            </w:pPr>
            <w:r>
              <w:rPr>
                <w:sz w:val="24"/>
              </w:rPr>
              <w:t>HĐ 2, HĐ 3</w:t>
            </w:r>
          </w:p>
        </w:tc>
      </w:tr>
      <w:tr w:rsidR="00D31390" w14:paraId="2A3D67A6" w14:textId="77777777" w:rsidTr="0047215D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CF588DC" w14:textId="77777777" w:rsidR="00D31390" w:rsidRDefault="0079654C">
            <w:pPr>
              <w:spacing w:after="40"/>
            </w:pPr>
            <w:r>
              <w:rPr>
                <w:sz w:val="24"/>
              </w:rPr>
              <w:t>PL10.6.3</w:t>
            </w:r>
          </w:p>
        </w:tc>
        <w:tc>
          <w:tcPr>
            <w:tcW w:w="20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906C8F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GV: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mở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phỏng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dẫn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A1A7E8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GV (1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88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B32FCC" w14:textId="77777777" w:rsidR="00D31390" w:rsidRDefault="0079654C">
            <w:pPr>
              <w:spacing w:after="40"/>
            </w:pPr>
            <w:r>
              <w:rPr>
                <w:sz w:val="24"/>
              </w:rPr>
              <w:t>HĐ 1, HĐ 2, HĐ 3</w:t>
            </w:r>
          </w:p>
        </w:tc>
      </w:tr>
      <w:tr w:rsidR="00D31390" w14:paraId="2973A811" w14:textId="77777777" w:rsidTr="0047215D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0BE0A2C" w14:textId="77777777" w:rsidR="00D31390" w:rsidRDefault="0079654C">
            <w:pPr>
              <w:spacing w:after="40"/>
            </w:pPr>
            <w:r>
              <w:rPr>
                <w:sz w:val="24"/>
              </w:rPr>
              <w:t>PL10.6.4</w:t>
            </w:r>
          </w:p>
        </w:tc>
        <w:tc>
          <w:tcPr>
            <w:tcW w:w="20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98FCA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mức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9221F49" w14:textId="77777777" w:rsidR="00D31390" w:rsidRDefault="0079654C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88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171453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HĐ 1–4,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IV</w:t>
            </w:r>
          </w:p>
        </w:tc>
      </w:tr>
      <w:tr w:rsidR="00D31390" w14:paraId="0BE79BD6" w14:textId="77777777" w:rsidTr="0047215D">
        <w:trPr>
          <w:cantSplit/>
          <w:jc w:val="center"/>
        </w:trPr>
        <w:tc>
          <w:tcPr>
            <w:tcW w:w="5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5036E04" w14:textId="77777777" w:rsidR="00D31390" w:rsidRDefault="0079654C">
            <w:pPr>
              <w:spacing w:after="40"/>
            </w:pPr>
            <w:r>
              <w:rPr>
                <w:sz w:val="24"/>
              </w:rPr>
              <w:t>PL10.6.5</w:t>
            </w:r>
          </w:p>
        </w:tc>
        <w:tc>
          <w:tcPr>
            <w:tcW w:w="203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FA0611F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chú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môn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lưu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sư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phạm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  <w:tc>
          <w:tcPr>
            <w:tcW w:w="1491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BAE204" w14:textId="77777777" w:rsidR="00D31390" w:rsidRDefault="0079654C">
            <w:pPr>
              <w:spacing w:after="40"/>
            </w:pPr>
            <w:r>
              <w:rPr>
                <w:sz w:val="24"/>
              </w:rPr>
              <w:t>GV</w:t>
            </w:r>
          </w:p>
        </w:tc>
        <w:tc>
          <w:tcPr>
            <w:tcW w:w="88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7D81C2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Trước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giờ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dạy</w:t>
            </w:r>
            <w:proofErr w:type="spellEnd"/>
          </w:p>
        </w:tc>
      </w:tr>
    </w:tbl>
    <w:p w14:paraId="4F522899" w14:textId="77777777" w:rsidR="00D31390" w:rsidRDefault="00D31390"/>
    <w:p w14:paraId="0ECC471B" w14:textId="57BEB421" w:rsidR="00D31390" w:rsidRDefault="0079654C" w:rsidP="0047215D">
      <w:r>
        <w:br w:type="page"/>
      </w:r>
      <w:r>
        <w:rPr>
          <w:b/>
          <w:sz w:val="28"/>
        </w:rPr>
        <w:lastRenderedPageBreak/>
        <w:t xml:space="preserve">L10.6.1.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10.6.1: </w:t>
      </w:r>
      <w:proofErr w:type="spellStart"/>
      <w:r>
        <w:rPr>
          <w:b/>
          <w:sz w:val="28"/>
        </w:rPr>
        <w:t>Phiếu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tập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cá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nhân</w:t>
      </w:r>
      <w:proofErr w:type="spellEnd"/>
    </w:p>
    <w:p w14:paraId="4DD097D9" w14:textId="77777777" w:rsidR="00D31390" w:rsidRDefault="0079654C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A4, 1 </w:t>
      </w:r>
      <w:proofErr w:type="spellStart"/>
      <w:r>
        <w:t>mặt</w:t>
      </w:r>
      <w:proofErr w:type="spellEnd"/>
      <w:r>
        <w:t xml:space="preserve"> (40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40 HS + 2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; </w:t>
      </w:r>
      <w:proofErr w:type="spellStart"/>
      <w:r>
        <w:t>hoặc</w:t>
      </w:r>
      <w:proofErr w:type="spellEnd"/>
      <w:r>
        <w:t xml:space="preserve"> in 2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1 </w:t>
      </w:r>
      <w:proofErr w:type="spellStart"/>
      <w:r>
        <w:t>trang</w:t>
      </w:r>
      <w:proofErr w:type="spellEnd"/>
      <w:r>
        <w:t xml:space="preserve"> A4).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từng</w:t>
      </w:r>
      <w:proofErr w:type="spellEnd"/>
      <w:r>
        <w:t xml:space="preserve"> HS ở B1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4 (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;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).</w:t>
      </w:r>
    </w:p>
    <w:p w14:paraId="565E2CC8" w14:textId="77777777" w:rsidR="00D31390" w:rsidRDefault="0079654C">
      <w:r>
        <w:rPr>
          <w:b/>
        </w:rPr>
        <w:t xml:space="preserve">Hướng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minh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YCCĐ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IV </w:t>
      </w:r>
      <w:proofErr w:type="spellStart"/>
      <w:r>
        <w:t>của</w:t>
      </w:r>
      <w:proofErr w:type="spellEnd"/>
      <w:r>
        <w:t xml:space="preserve"> KHBD; </w:t>
      </w: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Đạt, </w:t>
      </w:r>
      <w:proofErr w:type="spellStart"/>
      <w:r>
        <w:t>Khá</w:t>
      </w:r>
      <w:proofErr w:type="spellEnd"/>
      <w:r>
        <w:t xml:space="preserve">,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PL10.6.4.</w:t>
      </w:r>
    </w:p>
    <w:p w14:paraId="75E8E366" w14:textId="77777777" w:rsidR="00D31390" w:rsidRDefault="0079654C">
      <w:pPr>
        <w:keepNext/>
        <w:spacing w:before="160" w:after="60"/>
        <w:jc w:val="left"/>
      </w:pPr>
      <w:r>
        <w:rPr>
          <w:b/>
        </w:rPr>
        <w:t>PHIẾU HỌC TẬP 10.6.1: PHIẾU TỔNG KẾT CÁ NHÂN</w:t>
      </w:r>
    </w:p>
    <w:p w14:paraId="0268ABBB" w14:textId="77777777" w:rsidR="00D31390" w:rsidRDefault="0079654C">
      <w:pPr>
        <w:tabs>
          <w:tab w:val="left" w:pos="4535"/>
          <w:tab w:val="left" w:pos="7257"/>
        </w:tabs>
        <w:jc w:val="left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>: …………………………</w:t>
      </w:r>
      <w:r>
        <w:tab/>
      </w:r>
      <w:proofErr w:type="spellStart"/>
      <w:r>
        <w:t>Lớp</w:t>
      </w:r>
      <w:proofErr w:type="spellEnd"/>
      <w:r>
        <w:t>: …………</w:t>
      </w:r>
      <w:r>
        <w:tab/>
      </w:r>
      <w:proofErr w:type="spellStart"/>
      <w:r>
        <w:t>Nhóm</w:t>
      </w:r>
      <w:proofErr w:type="spellEnd"/>
      <w:r>
        <w:t>: …………</w:t>
      </w:r>
    </w:p>
    <w:p w14:paraId="0490D92A" w14:textId="77777777" w:rsidR="00D31390" w:rsidRDefault="0079654C">
      <w:r>
        <w:rPr>
          <w:i/>
        </w:rPr>
        <w:t xml:space="preserve">Lưu ý an </w:t>
      </w:r>
      <w:proofErr w:type="spellStart"/>
      <w:r>
        <w:rPr>
          <w:i/>
        </w:rPr>
        <w:t>toàn</w:t>
      </w:r>
      <w:proofErr w:type="spellEnd"/>
      <w:r>
        <w:rPr>
          <w:i/>
        </w:rPr>
        <w:t>:</w:t>
      </w:r>
      <w:r>
        <w:t xml:space="preserve"> Em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 xml:space="preserve"> hay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26"/>
        <w:gridCol w:w="8563"/>
      </w:tblGrid>
      <w:tr w:rsidR="00D31390" w14:paraId="050BBBF8" w14:textId="77777777" w:rsidTr="00275D3B">
        <w:trPr>
          <w:cantSplit/>
          <w:tblHeader/>
          <w:jc w:val="center"/>
        </w:trPr>
        <w:tc>
          <w:tcPr>
            <w:tcW w:w="71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E7C487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428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6B3638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D31390" w14:paraId="6871F66B" w14:textId="77777777" w:rsidTr="00275D3B">
        <w:trPr>
          <w:cantSplit/>
          <w:jc w:val="center"/>
        </w:trPr>
        <w:tc>
          <w:tcPr>
            <w:tcW w:w="71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36C05C" w14:textId="77777777" w:rsidR="00D31390" w:rsidRDefault="0079654C" w:rsidP="009D1ACD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428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57E43CB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Em </w:t>
            </w:r>
            <w:proofErr w:type="spellStart"/>
            <w:r>
              <w:rPr>
                <w:sz w:val="24"/>
              </w:rPr>
              <w:t>đánh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dấu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dưới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đây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1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tương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>):</w:t>
            </w:r>
          </w:p>
          <w:p w14:paraId="57FB8954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A: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tuyến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>.</w:t>
            </w:r>
          </w:p>
          <w:p w14:paraId="67D03966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mềm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>.</w:t>
            </w:r>
          </w:p>
          <w:p w14:paraId="3A36EEBF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C: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cũ</w:t>
            </w:r>
            <w:proofErr w:type="spellEnd"/>
            <w:r>
              <w:rPr>
                <w:sz w:val="24"/>
              </w:rPr>
              <w:t xml:space="preserve"> /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chọn</w:t>
            </w:r>
            <w:proofErr w:type="spellEnd"/>
            <w:r>
              <w:rPr>
                <w:sz w:val="24"/>
              </w:rPr>
              <w:t>: ……………………………</w:t>
            </w:r>
          </w:p>
        </w:tc>
      </w:tr>
      <w:tr w:rsidR="00D31390" w14:paraId="2293667B" w14:textId="77777777" w:rsidTr="00275D3B">
        <w:trPr>
          <w:cantSplit/>
          <w:jc w:val="center"/>
        </w:trPr>
        <w:tc>
          <w:tcPr>
            <w:tcW w:w="71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7074953" w14:textId="77777777" w:rsidR="00D31390" w:rsidRDefault="0079654C" w:rsidP="009D1ACD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2. </w:t>
            </w:r>
            <w:proofErr w:type="spellStart"/>
            <w:r>
              <w:rPr>
                <w:b/>
                <w:sz w:val="24"/>
              </w:rPr>
              <w:t>Phân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tích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chất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lượng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428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94E8EA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04B84B47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  <w:p w14:paraId="2D2C966C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>: ……………………………………………………………………</w:t>
            </w:r>
          </w:p>
        </w:tc>
      </w:tr>
      <w:tr w:rsidR="00D31390" w14:paraId="5348454B" w14:textId="77777777" w:rsidTr="00275D3B">
        <w:trPr>
          <w:cantSplit/>
          <w:jc w:val="center"/>
        </w:trPr>
        <w:tc>
          <w:tcPr>
            <w:tcW w:w="71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CF4DD6" w14:textId="77777777" w:rsidR="00D31390" w:rsidRDefault="0079654C" w:rsidP="009D1ACD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428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E9B35B" w14:textId="7CE7C6A8" w:rsidR="00D31390" w:rsidRDefault="0079654C" w:rsidP="009D1ACD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………………………………………………………</w:t>
            </w:r>
          </w:p>
          <w:p w14:paraId="62926EC4" w14:textId="62BD07D3" w:rsidR="00D31390" w:rsidRDefault="0079654C" w:rsidP="009D1ACD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………………………………………………………………………………</w:t>
            </w:r>
          </w:p>
          <w:p w14:paraId="26B044B3" w14:textId="25C08AC9" w:rsidR="00D31390" w:rsidRDefault="0079654C" w:rsidP="009D1ACD">
            <w:pPr>
              <w:spacing w:after="40"/>
              <w:jc w:val="left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>: ……………………………………………………</w:t>
            </w:r>
          </w:p>
        </w:tc>
      </w:tr>
      <w:tr w:rsidR="00D31390" w14:paraId="10EF1E27" w14:textId="77777777" w:rsidTr="00275D3B">
        <w:trPr>
          <w:cantSplit/>
          <w:jc w:val="center"/>
        </w:trPr>
        <w:tc>
          <w:tcPr>
            <w:tcW w:w="71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69725EA" w14:textId="77777777" w:rsidR="00D31390" w:rsidRDefault="0079654C" w:rsidP="009D1ACD">
            <w:pPr>
              <w:spacing w:after="40"/>
              <w:jc w:val="left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428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96496A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  <w:p w14:paraId="038B4552" w14:textId="77777777" w:rsidR="00D31390" w:rsidRDefault="0079654C" w:rsidP="009D1ACD">
            <w:pPr>
              <w:spacing w:after="40"/>
              <w:jc w:val="left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(Công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Mục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đích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nhờ</w:t>
            </w:r>
            <w:proofErr w:type="spellEnd"/>
            <w:r>
              <w:rPr>
                <w:sz w:val="24"/>
              </w:rPr>
              <w:t xml:space="preserve"> AI: ………;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: ………;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>: ………).</w:t>
            </w:r>
          </w:p>
        </w:tc>
      </w:tr>
    </w:tbl>
    <w:p w14:paraId="40647CF5" w14:textId="77777777" w:rsidR="00D31390" w:rsidRDefault="00D31390"/>
    <w:p w14:paraId="6A1AA515" w14:textId="77777777" w:rsidR="00D31390" w:rsidRDefault="0079654C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>: 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444"/>
        <w:gridCol w:w="2445"/>
        <w:gridCol w:w="5100"/>
      </w:tblGrid>
      <w:tr w:rsidR="00D31390" w14:paraId="1545CDA2" w14:textId="77777777" w:rsidTr="00A655A7">
        <w:trPr>
          <w:cantSplit/>
          <w:tblHeader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3C0DEB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9EEAA70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0D8221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D31390" w14:paraId="44206607" w14:textId="77777777" w:rsidTr="00A655A7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1EE88AF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6FE6A55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4200AB" w14:textId="77777777" w:rsidR="00D31390" w:rsidRDefault="0079654C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  <w:tr w:rsidR="00D31390" w14:paraId="368A1262" w14:textId="77777777" w:rsidTr="00A655A7">
        <w:trPr>
          <w:cantSplit/>
          <w:jc w:val="center"/>
        </w:trPr>
        <w:tc>
          <w:tcPr>
            <w:tcW w:w="122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9F70671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</w:p>
        </w:tc>
        <w:tc>
          <w:tcPr>
            <w:tcW w:w="122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4BEE61C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255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A8E7778" w14:textId="77777777" w:rsidR="00D31390" w:rsidRDefault="0079654C">
            <w:pPr>
              <w:spacing w:after="40"/>
            </w:pPr>
            <w:r>
              <w:rPr>
                <w:sz w:val="24"/>
              </w:rPr>
              <w:t>……………………………………………………</w:t>
            </w:r>
          </w:p>
        </w:tc>
      </w:tr>
    </w:tbl>
    <w:p w14:paraId="69F000A2" w14:textId="77777777" w:rsidR="00D31390" w:rsidRDefault="00D31390"/>
    <w:p w14:paraId="3755282F" w14:textId="77777777" w:rsidR="00D31390" w:rsidRDefault="0079654C">
      <w:pPr>
        <w:spacing w:before="120" w:after="40"/>
        <w:jc w:val="center"/>
      </w:pPr>
      <w:r>
        <w:rPr>
          <w:noProof/>
        </w:rPr>
        <w:drawing>
          <wp:inline distT="0" distB="0" distL="0" distR="0" wp14:anchorId="568B97D1" wp14:editId="444BFED3">
            <wp:extent cx="5580000" cy="2388570"/>
            <wp:effectExtent l="0" t="0" r="0" b="0"/>
            <wp:docPr id="1" name="Picture 1" descr="Hình 10.6.1. Sơ đồ quy trình kiểm tra chất lượng dữ liệu (sơ đồ minh hoạ gợi ý)" title="Hình 10.6.1. Sơ đồ quy trình kiểm tra chất lượng dữ liệu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0_6_1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38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36B0A" w14:textId="77777777" w:rsidR="00D31390" w:rsidRDefault="0079654C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10.6.1. 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quy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trình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kiểm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tra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chất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lượng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dữ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liệu</w:t>
      </w:r>
      <w:proofErr w:type="spellEnd"/>
      <w:r>
        <w:rPr>
          <w:i/>
          <w:sz w:val="23"/>
        </w:rPr>
        <w:t xml:space="preserve">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0D5E41EB" w14:textId="77777777" w:rsidR="00D31390" w:rsidRDefault="0079654C">
      <w:r>
        <w:br w:type="page"/>
      </w:r>
    </w:p>
    <w:p w14:paraId="74137B55" w14:textId="77777777" w:rsidR="00D31390" w:rsidRDefault="0079654C">
      <w:pPr>
        <w:keepNext/>
        <w:spacing w:before="200"/>
        <w:jc w:val="left"/>
      </w:pPr>
      <w:r>
        <w:rPr>
          <w:b/>
          <w:sz w:val="28"/>
        </w:rPr>
        <w:t xml:space="preserve">PL10.6.2.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học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nhóm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Dùng</w:t>
      </w:r>
      <w:proofErr w:type="spellEnd"/>
      <w:r>
        <w:rPr>
          <w:b/>
          <w:sz w:val="28"/>
        </w:rPr>
        <w:t xml:space="preserve"> ở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2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Hoạt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động</w:t>
      </w:r>
      <w:proofErr w:type="spellEnd"/>
      <w:r>
        <w:rPr>
          <w:b/>
          <w:sz w:val="28"/>
        </w:rPr>
        <w:t xml:space="preserve"> 3)</w:t>
      </w:r>
    </w:p>
    <w:p w14:paraId="2A6F571A" w14:textId="77777777" w:rsidR="00D31390" w:rsidRDefault="0079654C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Khổ</w:t>
      </w:r>
      <w:proofErr w:type="spellEnd"/>
      <w:r>
        <w:t xml:space="preserve"> A4 in 2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(8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8 </w:t>
      </w:r>
      <w:proofErr w:type="spellStart"/>
      <w:r>
        <w:t>nhóm</w:t>
      </w:r>
      <w:proofErr w:type="spellEnd"/>
      <w:r>
        <w:t xml:space="preserve"> + 1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, </w:t>
      </w:r>
      <w:proofErr w:type="spellStart"/>
      <w:r>
        <w:t>khoảng</w:t>
      </w:r>
      <w:proofErr w:type="spellEnd"/>
      <w:r>
        <w:t xml:space="preserve"> 18–24 </w:t>
      </w:r>
      <w:proofErr w:type="spellStart"/>
      <w:r>
        <w:t>tờ</w:t>
      </w:r>
      <w:proofErr w:type="spellEnd"/>
      <w:r>
        <w:t xml:space="preserve"> A4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). </w:t>
      </w:r>
      <w:proofErr w:type="spellStart"/>
      <w:r>
        <w:t>Không</w:t>
      </w:r>
      <w:proofErr w:type="spellEnd"/>
      <w:r>
        <w:t xml:space="preserve"> in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>.</w:t>
      </w:r>
    </w:p>
    <w:p w14:paraId="0C6D5797" w14:textId="77777777" w:rsidR="00D31390" w:rsidRDefault="0079654C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A. HỒ SƠ BỐI CẢNH &amp; BỘ THẺ DỮ LIỆU GIẢ LẬP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59C5F8D9" w14:textId="77777777" w:rsidR="00D31390" w:rsidRDefault="0079654C">
      <w:r>
        <w:t xml:space="preserve">Trong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thói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ăn</w:t>
      </w:r>
      <w:proofErr w:type="spellEnd"/>
      <w:r>
        <w:t xml:space="preserve"> </w:t>
      </w:r>
      <w:proofErr w:type="spellStart"/>
      <w:r>
        <w:t>uống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bữa</w:t>
      </w:r>
      <w:proofErr w:type="spellEnd"/>
      <w:r>
        <w:t xml:space="preserve"> </w:t>
      </w:r>
      <w:proofErr w:type="spellStart"/>
      <w:r>
        <w:t>ăn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,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>.</w:t>
      </w:r>
    </w:p>
    <w:p w14:paraId="1AE87121" w14:textId="77777777" w:rsidR="00D31390" w:rsidRDefault="0079654C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>: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285"/>
        <w:gridCol w:w="8704"/>
      </w:tblGrid>
      <w:tr w:rsidR="00D31390" w14:paraId="6522BDF4" w14:textId="77777777" w:rsidTr="00644646">
        <w:trPr>
          <w:cantSplit/>
          <w:tblHeader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248BFB9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Mã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F01A04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Nội</w:t>
            </w:r>
            <w:proofErr w:type="spellEnd"/>
            <w:r>
              <w:rPr>
                <w:b/>
                <w:sz w:val="24"/>
              </w:rPr>
              <w:t xml:space="preserve"> dung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</w:p>
        </w:tc>
      </w:tr>
      <w:tr w:rsidR="00D31390" w14:paraId="504ED39D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0DE23D1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10CB29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thiếu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490694E7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B190CA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2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07E5C6" w14:textId="6E5E9179" w:rsidR="00D31390" w:rsidRDefault="0079654C">
            <w:pPr>
              <w:spacing w:after="40"/>
            </w:pPr>
            <w:r>
              <w:rPr>
                <w:sz w:val="24"/>
              </w:rPr>
              <w:t xml:space="preserve">Sai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vị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vị</w:t>
            </w:r>
            <w:proofErr w:type="spellEnd"/>
            <w:r>
              <w:rPr>
                <w:sz w:val="24"/>
              </w:rPr>
              <w:t xml:space="preserve"> calo </w:t>
            </w:r>
            <w:proofErr w:type="spellStart"/>
            <w:r>
              <w:rPr>
                <w:sz w:val="24"/>
              </w:rPr>
              <w:t>là</w:t>
            </w:r>
            <w:proofErr w:type="spellEnd"/>
            <w:r>
              <w:rPr>
                <w:sz w:val="24"/>
              </w:rPr>
              <w:t xml:space="preserve"> </w:t>
            </w:r>
            <w:r w:rsidR="0084594D">
              <w:rPr>
                <w:sz w:val="24"/>
              </w:rPr>
              <w:t>“</w:t>
            </w:r>
            <w:r>
              <w:rPr>
                <w:sz w:val="24"/>
              </w:rPr>
              <w:t>kcal</w:t>
            </w:r>
            <w:r w:rsidR="0084594D">
              <w:rPr>
                <w:sz w:val="24"/>
              </w:rPr>
              <w:t>”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vì</w:t>
            </w:r>
            <w:proofErr w:type="spellEnd"/>
            <w:r>
              <w:rPr>
                <w:sz w:val="24"/>
              </w:rPr>
              <w:t xml:space="preserve"> </w:t>
            </w:r>
            <w:r w:rsidR="0084594D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cal</w:t>
            </w:r>
            <w:proofErr w:type="spellEnd"/>
            <w:r w:rsidR="0084594D">
              <w:rPr>
                <w:sz w:val="24"/>
              </w:rPr>
              <w:t>”</w:t>
            </w:r>
            <w:r>
              <w:rPr>
                <w:sz w:val="24"/>
              </w:rPr>
              <w:t>.</w:t>
            </w:r>
          </w:p>
        </w:tc>
      </w:tr>
      <w:tr w:rsidR="00D31390" w14:paraId="0FBA19CD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8B2FB2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3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B187F9" w14:textId="28AC7CC3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Nhãn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nhầm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r w:rsidR="0084594D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bữa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trưa</w:t>
            </w:r>
            <w:proofErr w:type="spellEnd"/>
            <w:r w:rsidR="0084594D">
              <w:rPr>
                <w:sz w:val="24"/>
              </w:rPr>
              <w:t>”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vì</w:t>
            </w:r>
            <w:proofErr w:type="spellEnd"/>
            <w:r>
              <w:rPr>
                <w:sz w:val="24"/>
              </w:rPr>
              <w:t xml:space="preserve"> </w:t>
            </w:r>
            <w:r w:rsidR="0084594D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bữa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  <w:r w:rsidR="0084594D">
              <w:rPr>
                <w:sz w:val="24"/>
              </w:rPr>
              <w:t>”</w:t>
            </w:r>
            <w:r>
              <w:rPr>
                <w:sz w:val="24"/>
              </w:rPr>
              <w:t>.</w:t>
            </w:r>
          </w:p>
        </w:tc>
      </w:tr>
      <w:tr w:rsidR="00D31390" w14:paraId="61B0ABD1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7C85BE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4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23B3AC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lặp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lặp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lần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54A52463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1BC6510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5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7E057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Mẫu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lệch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10A.</w:t>
            </w:r>
          </w:p>
        </w:tc>
      </w:tr>
      <w:tr w:rsidR="00D31390" w14:paraId="2902D89F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71C899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6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297F3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năm</w:t>
            </w:r>
            <w:proofErr w:type="spellEnd"/>
            <w:r>
              <w:rPr>
                <w:sz w:val="24"/>
              </w:rPr>
              <w:t xml:space="preserve"> 2020.</w:t>
            </w:r>
          </w:p>
        </w:tc>
      </w:tr>
      <w:tr w:rsidR="00D31390" w14:paraId="560E3CCD" w14:textId="77777777" w:rsidTr="00644646">
        <w:trPr>
          <w:cantSplit/>
          <w:jc w:val="center"/>
        </w:trPr>
        <w:tc>
          <w:tcPr>
            <w:tcW w:w="643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3D0B99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7</w:t>
            </w:r>
          </w:p>
        </w:tc>
        <w:tc>
          <w:tcPr>
            <w:tcW w:w="435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F2E37E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dòng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món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phổ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vực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7B3F711E" w14:textId="77777777" w:rsidR="00D31390" w:rsidRDefault="00D31390"/>
    <w:p w14:paraId="4BE37446" w14:textId="77777777" w:rsidR="00D31390" w:rsidRDefault="0079654C">
      <w:pPr>
        <w:spacing w:before="120" w:after="40"/>
        <w:jc w:val="center"/>
      </w:pPr>
      <w:r>
        <w:rPr>
          <w:noProof/>
        </w:rPr>
        <w:drawing>
          <wp:inline distT="0" distB="0" distL="0" distR="0" wp14:anchorId="327BAC96" wp14:editId="4D98B85B">
            <wp:extent cx="5580000" cy="2608669"/>
            <wp:effectExtent l="0" t="0" r="0" b="0"/>
            <wp:docPr id="2" name="Picture 2" descr="Hình 10.6.2. Đối chiếu trực quan hai trường hợp dữ liệu (sơ đồ minh hoạ gợi ý)" title="Hình 10.6.2. Đối chiếu trực quan hai trường hợp dữ liệu (sơ đồ minh hoạ gợi ý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nh_minh_hoa_PL_10_6_2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2608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07C51" w14:textId="77777777" w:rsidR="00D31390" w:rsidRDefault="0079654C">
      <w:pPr>
        <w:spacing w:after="120"/>
        <w:jc w:val="center"/>
      </w:pPr>
      <w:proofErr w:type="spellStart"/>
      <w:r>
        <w:rPr>
          <w:i/>
          <w:sz w:val="23"/>
        </w:rPr>
        <w:t>Hình</w:t>
      </w:r>
      <w:proofErr w:type="spellEnd"/>
      <w:r>
        <w:rPr>
          <w:i/>
          <w:sz w:val="23"/>
        </w:rPr>
        <w:t xml:space="preserve"> 10.6.2. </w:t>
      </w:r>
      <w:proofErr w:type="spellStart"/>
      <w:r>
        <w:rPr>
          <w:i/>
          <w:sz w:val="23"/>
        </w:rPr>
        <w:t>Đối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chiếu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trực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quan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hai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trường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hợp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dữ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liệu</w:t>
      </w:r>
      <w:proofErr w:type="spellEnd"/>
      <w:r>
        <w:rPr>
          <w:i/>
          <w:sz w:val="23"/>
        </w:rPr>
        <w:t xml:space="preserve"> (</w:t>
      </w:r>
      <w:proofErr w:type="spellStart"/>
      <w:r>
        <w:rPr>
          <w:i/>
          <w:sz w:val="23"/>
        </w:rPr>
        <w:t>sơ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đồ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minh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hoạ</w:t>
      </w:r>
      <w:proofErr w:type="spellEnd"/>
      <w:r>
        <w:rPr>
          <w:i/>
          <w:sz w:val="23"/>
        </w:rPr>
        <w:t xml:space="preserve"> </w:t>
      </w:r>
      <w:proofErr w:type="spellStart"/>
      <w:r>
        <w:rPr>
          <w:i/>
          <w:sz w:val="23"/>
        </w:rPr>
        <w:t>gợi</w:t>
      </w:r>
      <w:proofErr w:type="spellEnd"/>
      <w:r>
        <w:rPr>
          <w:i/>
          <w:sz w:val="23"/>
        </w:rPr>
        <w:t xml:space="preserve"> ý)</w:t>
      </w:r>
    </w:p>
    <w:p w14:paraId="77DE15ED" w14:textId="77777777" w:rsidR="00D31390" w:rsidRDefault="0079654C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B. PHIẾU HỌC TẬP NHÓM 10.6.2 (</w:t>
      </w:r>
      <w:proofErr w:type="spellStart"/>
      <w:r>
        <w:rPr>
          <w:b/>
        </w:rPr>
        <w:t>Điền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2)</w:t>
      </w:r>
    </w:p>
    <w:p w14:paraId="1DFC1185" w14:textId="77777777" w:rsidR="00D31390" w:rsidRDefault="0079654C">
      <w:pPr>
        <w:tabs>
          <w:tab w:val="left" w:pos="4535"/>
          <w:tab w:val="left" w:pos="7257"/>
        </w:tabs>
        <w:jc w:val="left"/>
      </w:pPr>
      <w:proofErr w:type="spellStart"/>
      <w:r>
        <w:t>Nhóm</w:t>
      </w:r>
      <w:proofErr w:type="spellEnd"/>
      <w:r>
        <w:t>: …………</w:t>
      </w:r>
      <w:r>
        <w:tab/>
      </w:r>
      <w:proofErr w:type="spellStart"/>
      <w:r>
        <w:t>Lớp</w:t>
      </w:r>
      <w:proofErr w:type="spellEnd"/>
      <w:r>
        <w:t>: 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D31390" w14:paraId="43BEF459" w14:textId="77777777" w:rsidTr="00A655A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38EEDC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  <w:r>
              <w:rPr>
                <w:b/>
                <w:sz w:val="24"/>
              </w:rPr>
              <w:t xml:space="preserve"> A: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toán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(HĐ 2.1)</w:t>
            </w:r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5305C12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Ví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mẫu</w:t>
            </w:r>
            <w:proofErr w:type="spellEnd"/>
            <w:r>
              <w:rPr>
                <w:b/>
                <w:sz w:val="24"/>
              </w:rPr>
              <w:t xml:space="preserve">: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1 -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thiếu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B48D277" w14:textId="77777777" w:rsidR="00D31390" w:rsidRDefault="0079654C">
            <w:pPr>
              <w:spacing w:after="40"/>
              <w:jc w:val="center"/>
            </w:pPr>
            <w:r>
              <w:rPr>
                <w:b/>
                <w:sz w:val="24"/>
              </w:rPr>
              <w:t>………………………</w:t>
            </w:r>
          </w:p>
        </w:tc>
      </w:tr>
      <w:tr w:rsidR="00D31390" w14:paraId="7F1EE425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B0E15D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FC256E6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Hậu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trên</w:t>
            </w:r>
            <w:proofErr w:type="spellEnd"/>
            <w:r>
              <w:rPr>
                <w:sz w:val="24"/>
              </w:rPr>
              <w:t xml:space="preserve"> AI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8C6C2E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phục</w:t>
            </w:r>
            <w:proofErr w:type="spellEnd"/>
          </w:p>
        </w:tc>
      </w:tr>
      <w:tr w:rsidR="00D31390" w14:paraId="5FF8755F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F234B90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1</w:t>
            </w:r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16B158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bữa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9E7B99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Thu </w:t>
            </w:r>
            <w:proofErr w:type="spellStart"/>
            <w:r>
              <w:rPr>
                <w:sz w:val="24"/>
              </w:rPr>
              <w:t>thập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thêm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sáng</w:t>
            </w:r>
            <w:proofErr w:type="spellEnd"/>
          </w:p>
        </w:tc>
      </w:tr>
    </w:tbl>
    <w:p w14:paraId="59BBA0B7" w14:textId="77777777" w:rsidR="00D31390" w:rsidRDefault="00D31390"/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D31390" w14:paraId="21293E4D" w14:textId="77777777" w:rsidTr="00A655A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E117934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  <w:r>
              <w:rPr>
                <w:b/>
                <w:sz w:val="24"/>
              </w:rPr>
              <w:t xml:space="preserve"> B: </w:t>
            </w:r>
            <w:proofErr w:type="spellStart"/>
            <w:r>
              <w:rPr>
                <w:b/>
                <w:sz w:val="24"/>
              </w:rPr>
              <w:t>Đề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xuất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cải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thiện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(HĐ 2.2)</w:t>
            </w:r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6388DF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Ví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mẫu</w:t>
            </w:r>
            <w:proofErr w:type="spellEnd"/>
            <w:r>
              <w:rPr>
                <w:b/>
                <w:sz w:val="24"/>
              </w:rPr>
              <w:t xml:space="preserve">: </w:t>
            </w:r>
            <w:proofErr w:type="spellStart"/>
            <w:r>
              <w:rPr>
                <w:b/>
                <w:sz w:val="24"/>
              </w:rPr>
              <w:t>Thẻ</w:t>
            </w:r>
            <w:proofErr w:type="spellEnd"/>
            <w:r>
              <w:rPr>
                <w:b/>
                <w:sz w:val="24"/>
              </w:rPr>
              <w:t xml:space="preserve"> 5 - </w:t>
            </w:r>
            <w:proofErr w:type="spellStart"/>
            <w:r>
              <w:rPr>
                <w:b/>
                <w:sz w:val="24"/>
              </w:rPr>
              <w:t>Mẫu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thiên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lệch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886A9B4" w14:textId="77777777" w:rsidR="00D31390" w:rsidRDefault="0079654C">
            <w:pPr>
              <w:spacing w:after="40"/>
              <w:jc w:val="center"/>
            </w:pPr>
            <w:r>
              <w:rPr>
                <w:b/>
                <w:sz w:val="24"/>
              </w:rPr>
              <w:t>………………………</w:t>
            </w:r>
          </w:p>
        </w:tc>
      </w:tr>
      <w:tr w:rsidR="00D31390" w14:paraId="0E5F18C2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647D6A1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D01C357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hiện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7AFCD2D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Biện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khắc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phục</w:t>
            </w:r>
            <w:proofErr w:type="spellEnd"/>
          </w:p>
        </w:tc>
      </w:tr>
      <w:tr w:rsidR="00D31390" w14:paraId="77565EE4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45830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Thẻ</w:t>
            </w:r>
            <w:proofErr w:type="spellEnd"/>
            <w:r>
              <w:rPr>
                <w:sz w:val="24"/>
              </w:rPr>
              <w:t xml:space="preserve"> 5</w:t>
            </w:r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2C14285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10A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21B62B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Thu </w:t>
            </w:r>
            <w:proofErr w:type="spellStart"/>
            <w:r>
              <w:rPr>
                <w:sz w:val="24"/>
              </w:rPr>
              <w:t>thập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lớp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</w:p>
        </w:tc>
      </w:tr>
    </w:tbl>
    <w:p w14:paraId="478357C6" w14:textId="77777777" w:rsidR="00D31390" w:rsidRDefault="00D31390"/>
    <w:p w14:paraId="14CB2604" w14:textId="77777777" w:rsidR="00D31390" w:rsidRDefault="0079654C">
      <w:pPr>
        <w:keepNext/>
        <w:spacing w:before="160" w:after="60"/>
        <w:jc w:val="left"/>
      </w:pP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C. THỬ THÁCH LUYỆN TẬP NHÓM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p w14:paraId="507E2E2F" w14:textId="77777777" w:rsidR="00D31390" w:rsidRDefault="0079654C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1: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nhiễu</w:t>
      </w:r>
      <w:proofErr w:type="spellEnd"/>
    </w:p>
    <w:p w14:paraId="13BEACE6" w14:textId="3080F76E" w:rsidR="00D31390" w:rsidRDefault="0079654C">
      <w:proofErr w:type="spellStart"/>
      <w:r>
        <w:t>Nhóm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thói</w:t>
      </w:r>
      <w:proofErr w:type="spellEnd"/>
      <w:r>
        <w:t xml:space="preserve"> </w:t>
      </w:r>
      <w:proofErr w:type="spellStart"/>
      <w:r>
        <w:t>quen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quán</w:t>
      </w:r>
      <w:proofErr w:type="spellEnd"/>
      <w:r>
        <w:t xml:space="preserve">.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hàng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="0084594D">
        <w:t>“</w:t>
      </w:r>
      <w:r>
        <w:t xml:space="preserve">10 </w:t>
      </w:r>
      <w:proofErr w:type="spellStart"/>
      <w:r>
        <w:t>giờ</w:t>
      </w:r>
      <w:proofErr w:type="spellEnd"/>
      <w:r w:rsidR="0084594D">
        <w:t>”</w:t>
      </w:r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r w:rsidR="0084594D">
        <w:t>“</w:t>
      </w:r>
      <w:r>
        <w:t xml:space="preserve">1 </w:t>
      </w:r>
      <w:proofErr w:type="spellStart"/>
      <w:r>
        <w:t>giờ</w:t>
      </w:r>
      <w:proofErr w:type="spellEnd"/>
      <w:r w:rsidR="0084594D">
        <w:t>”</w:t>
      </w:r>
      <w:r>
        <w:t xml:space="preserve">.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D31390" w14:paraId="684ED64B" w14:textId="77777777" w:rsidTr="00A655A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FBB5A5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Lỗi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774365D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05642D5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D31390" w14:paraId="34111111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7FF12F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E546E2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8133626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gian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tế</w:t>
            </w:r>
            <w:proofErr w:type="spellEnd"/>
          </w:p>
        </w:tc>
      </w:tr>
    </w:tbl>
    <w:p w14:paraId="0DC89B09" w14:textId="77777777" w:rsidR="00D31390" w:rsidRDefault="00D31390"/>
    <w:p w14:paraId="63F06449" w14:textId="77777777" w:rsidR="00D31390" w:rsidRDefault="0079654C"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2: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lệch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</w:p>
    <w:p w14:paraId="18443151" w14:textId="77777777" w:rsidR="00D31390" w:rsidRDefault="0079654C">
      <w:proofErr w:type="spellStart"/>
      <w:r>
        <w:t>Nhóm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âm</w:t>
      </w:r>
      <w:proofErr w:type="spellEnd"/>
      <w:r>
        <w:t xml:space="preserve"> </w:t>
      </w:r>
      <w:proofErr w:type="spellStart"/>
      <w:r>
        <w:t>nhạc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 xml:space="preserve">.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gây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thiên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.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pháp</w:t>
      </w:r>
      <w:proofErr w:type="spellEnd"/>
      <w:r>
        <w:t>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D31390" w14:paraId="7E9CF429" w14:textId="77777777" w:rsidTr="00A655A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B24C061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Lỗi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hiện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BF4F573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Bằng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F78F6B3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Cách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phục</w:t>
            </w:r>
            <w:proofErr w:type="spellEnd"/>
          </w:p>
        </w:tc>
      </w:tr>
      <w:tr w:rsidR="00D31390" w14:paraId="5E910106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4FBF81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huấn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luyện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C72A663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565D45E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Thu </w:t>
            </w:r>
            <w:proofErr w:type="spellStart"/>
            <w:r>
              <w:rPr>
                <w:sz w:val="24"/>
              </w:rPr>
              <w:t>thập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thêm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</w:t>
            </w:r>
            <w:proofErr w:type="spellEnd"/>
          </w:p>
        </w:tc>
      </w:tr>
    </w:tbl>
    <w:p w14:paraId="7BE12C27" w14:textId="77777777" w:rsidR="00D31390" w:rsidRDefault="00D31390"/>
    <w:p w14:paraId="0867C05E" w14:textId="77777777" w:rsidR="00D31390" w:rsidRDefault="0079654C"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: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AI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bạn</w:t>
      </w:r>
      <w:proofErr w:type="spellEnd"/>
      <w:r>
        <w:t>?</w:t>
      </w:r>
    </w:p>
    <w:p w14:paraId="0F4B94B8" w14:textId="77777777" w:rsidR="00D31390" w:rsidRDefault="0079654C">
      <w:r>
        <w:br w:type="page"/>
      </w:r>
    </w:p>
    <w:p w14:paraId="6194FDA8" w14:textId="77777777" w:rsidR="00D31390" w:rsidRDefault="0079654C">
      <w:pPr>
        <w:keepNext/>
        <w:spacing w:before="200"/>
        <w:jc w:val="left"/>
      </w:pPr>
      <w:r>
        <w:rPr>
          <w:b/>
          <w:sz w:val="28"/>
        </w:rPr>
        <w:t xml:space="preserve">PL10.6.3. </w:t>
      </w:r>
      <w:proofErr w:type="spellStart"/>
      <w:r>
        <w:rPr>
          <w:b/>
          <w:sz w:val="28"/>
        </w:rPr>
        <w:t>Tư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liệu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của</w:t>
      </w:r>
      <w:proofErr w:type="spellEnd"/>
      <w:r>
        <w:rPr>
          <w:b/>
          <w:sz w:val="28"/>
        </w:rPr>
        <w:t xml:space="preserve"> GV: </w:t>
      </w:r>
      <w:proofErr w:type="spellStart"/>
      <w:r>
        <w:rPr>
          <w:b/>
          <w:sz w:val="28"/>
        </w:rPr>
        <w:t>Tình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huống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mở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đầu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thẻ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phỏng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dự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phòng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dẫn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chứng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thực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tế</w:t>
      </w:r>
      <w:proofErr w:type="spellEnd"/>
    </w:p>
    <w:p w14:paraId="2BD3F352" w14:textId="77777777" w:rsidR="00D31390" w:rsidRDefault="0079654C">
      <w:proofErr w:type="spellStart"/>
      <w:r>
        <w:rPr>
          <w:b/>
        </w:rPr>
        <w:t>Cách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dùng</w:t>
      </w:r>
      <w:proofErr w:type="spellEnd"/>
      <w:r>
        <w:rPr>
          <w:b/>
        </w:rPr>
        <w:t>:</w:t>
      </w:r>
      <w:r>
        <w:t xml:space="preserve"> 1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GV (</w:t>
      </w:r>
      <w:proofErr w:type="spellStart"/>
      <w:r>
        <w:t>khoảng</w:t>
      </w:r>
      <w:proofErr w:type="spellEnd"/>
      <w:r>
        <w:t xml:space="preserve"> 1–2 </w:t>
      </w:r>
      <w:proofErr w:type="spellStart"/>
      <w:r>
        <w:t>trang</w:t>
      </w:r>
      <w:proofErr w:type="spellEnd"/>
      <w:r>
        <w:t xml:space="preserve"> A4).</w:t>
      </w:r>
    </w:p>
    <w:p w14:paraId="7D2A49BB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Kịch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huống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ở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1 – 5 </w:t>
      </w:r>
      <w:proofErr w:type="spellStart"/>
      <w:r>
        <w:rPr>
          <w:b/>
        </w:rPr>
        <w:t>phút</w:t>
      </w:r>
      <w:proofErr w:type="spellEnd"/>
      <w:r>
        <w:rPr>
          <w:b/>
        </w:rPr>
        <w:t>)</w:t>
      </w:r>
    </w:p>
    <w:p w14:paraId="5A5B8CEF" w14:textId="0B5D3625" w:rsidR="00D31390" w:rsidRDefault="0079654C">
      <w:r>
        <w:t xml:space="preserve">Trong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căng</w:t>
      </w:r>
      <w:proofErr w:type="spellEnd"/>
      <w:r>
        <w:t xml:space="preserve">-tin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,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AI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bữa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. Tuy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r w:rsidR="0084594D">
        <w:t>“</w:t>
      </w:r>
      <w:proofErr w:type="spellStart"/>
      <w:r>
        <w:t>Ăn</w:t>
      </w:r>
      <w:proofErr w:type="spellEnd"/>
      <w:r>
        <w:t xml:space="preserve"> </w:t>
      </w:r>
      <w:proofErr w:type="spellStart"/>
      <w:r>
        <w:t>mì</w:t>
      </w:r>
      <w:proofErr w:type="spellEnd"/>
      <w:r>
        <w:t xml:space="preserve"> </w:t>
      </w:r>
      <w:proofErr w:type="spellStart"/>
      <w:r>
        <w:t>tôm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kèm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ngọt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ga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ngày</w:t>
      </w:r>
      <w:proofErr w:type="spellEnd"/>
      <w:r w:rsidR="0084594D">
        <w:t>”</w:t>
      </w:r>
      <w:r>
        <w:t xml:space="preserve">. Nguyên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do </w:t>
      </w:r>
      <w:proofErr w:type="spellStart"/>
      <w:r>
        <w:t>mô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trêu</w:t>
      </w:r>
      <w:proofErr w:type="spellEnd"/>
      <w:r>
        <w:t xml:space="preserve"> </w:t>
      </w:r>
      <w:proofErr w:type="spellStart"/>
      <w:r>
        <w:t>đùa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. GV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: </w:t>
      </w:r>
      <w:r w:rsidR="0084594D">
        <w:t>“</w:t>
      </w:r>
      <w:r>
        <w:t xml:space="preserve">Theo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, </w:t>
      </w:r>
      <w:proofErr w:type="spellStart"/>
      <w:r>
        <w:t>khâu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gây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này</w:t>
      </w:r>
      <w:proofErr w:type="spellEnd"/>
      <w:r>
        <w:t>?</w:t>
      </w:r>
      <w:r w:rsidR="0084594D">
        <w:t>”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HS </w:t>
      </w:r>
      <w:proofErr w:type="spellStart"/>
      <w:r>
        <w:t>giơ</w:t>
      </w:r>
      <w:proofErr w:type="spellEnd"/>
      <w:r>
        <w:t xml:space="preserve"> </w:t>
      </w:r>
      <w:proofErr w:type="spellStart"/>
      <w:r>
        <w:t>ngón</w:t>
      </w:r>
      <w:proofErr w:type="spellEnd"/>
      <w:r>
        <w:t xml:space="preserve"> </w:t>
      </w:r>
      <w:proofErr w:type="spellStart"/>
      <w:r>
        <w:t>tay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án</w:t>
      </w:r>
      <w:proofErr w:type="spellEnd"/>
      <w:r>
        <w:t>:</w:t>
      </w:r>
    </w:p>
    <w:p w14:paraId="053A8C5D" w14:textId="77777777" w:rsidR="00D31390" w:rsidRDefault="0079654C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1: </w:t>
      </w:r>
      <w:proofErr w:type="spellStart"/>
      <w:r>
        <w:t>Khâu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</w:p>
    <w:p w14:paraId="32276F9A" w14:textId="77777777" w:rsidR="00D31390" w:rsidRDefault="0079654C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2: </w:t>
      </w:r>
      <w:proofErr w:type="spellStart"/>
      <w:r>
        <w:t>Khâu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</w:p>
    <w:p w14:paraId="2DF13A0B" w14:textId="77777777" w:rsidR="00D31390" w:rsidRDefault="0079654C">
      <w:pPr>
        <w:pStyle w:val="ListBullet"/>
      </w:pPr>
      <w:r>
        <w:t xml:space="preserve">Phương </w:t>
      </w:r>
      <w:proofErr w:type="spellStart"/>
      <w:r>
        <w:t>án</w:t>
      </w:r>
      <w:proofErr w:type="spellEnd"/>
      <w:r>
        <w:t xml:space="preserve"> 3: </w:t>
      </w:r>
      <w:proofErr w:type="spellStart"/>
      <w:r>
        <w:t>Khâu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</w:p>
    <w:p w14:paraId="1A4C7C55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thẻ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phỏng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phòng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Xử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ra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Dùng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278"/>
        <w:gridCol w:w="2550"/>
        <w:gridCol w:w="2552"/>
        <w:gridCol w:w="2609"/>
      </w:tblGrid>
      <w:tr w:rsidR="00D31390" w14:paraId="3F999645" w14:textId="77777777" w:rsidTr="00275D3B">
        <w:trPr>
          <w:cantSplit/>
          <w:tblHeader/>
          <w:jc w:val="center"/>
        </w:trPr>
        <w:tc>
          <w:tcPr>
            <w:tcW w:w="114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34A9589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Yêu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vào</w:t>
            </w:r>
            <w:proofErr w:type="spellEnd"/>
          </w:p>
        </w:tc>
        <w:tc>
          <w:tcPr>
            <w:tcW w:w="127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F575546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  <w:r>
              <w:rPr>
                <w:b/>
                <w:sz w:val="24"/>
              </w:rPr>
              <w:t xml:space="preserve"> &amp; </w:t>
            </w:r>
            <w:proofErr w:type="spellStart"/>
            <w:r>
              <w:rPr>
                <w:b/>
                <w:sz w:val="24"/>
              </w:rPr>
              <w:t>quy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tắc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dùng</w:t>
            </w:r>
            <w:proofErr w:type="spellEnd"/>
          </w:p>
        </w:tc>
        <w:tc>
          <w:tcPr>
            <w:tcW w:w="12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6F5A97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Đầu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hệ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thống</w:t>
            </w:r>
            <w:proofErr w:type="spellEnd"/>
            <w:r>
              <w:rPr>
                <w:b/>
                <w:sz w:val="24"/>
              </w:rPr>
              <w:t xml:space="preserve"> AI</w:t>
            </w:r>
          </w:p>
        </w:tc>
        <w:tc>
          <w:tcPr>
            <w:tcW w:w="13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EF31C83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tra</w:t>
            </w:r>
            <w:proofErr w:type="spellEnd"/>
          </w:p>
        </w:tc>
      </w:tr>
      <w:tr w:rsidR="00D31390" w14:paraId="104D5C91" w14:textId="77777777" w:rsidTr="00275D3B">
        <w:trPr>
          <w:cantSplit/>
          <w:jc w:val="center"/>
        </w:trPr>
        <w:tc>
          <w:tcPr>
            <w:tcW w:w="114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26B641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bữa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sinh</w:t>
            </w:r>
            <w:proofErr w:type="spellEnd"/>
          </w:p>
        </w:tc>
        <w:tc>
          <w:tcPr>
            <w:tcW w:w="127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22A7F48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thói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uống</w:t>
            </w:r>
            <w:proofErr w:type="spellEnd"/>
          </w:p>
        </w:tc>
        <w:tc>
          <w:tcPr>
            <w:tcW w:w="12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61B251" w14:textId="5857DD4E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ý: </w:t>
            </w:r>
            <w:r w:rsidR="0084594D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Mì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tôm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nước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ngọt</w:t>
            </w:r>
            <w:proofErr w:type="spellEnd"/>
            <w:r w:rsidR="0084594D">
              <w:rPr>
                <w:sz w:val="24"/>
              </w:rPr>
              <w:t>”</w:t>
            </w:r>
          </w:p>
        </w:tc>
        <w:tc>
          <w:tcPr>
            <w:tcW w:w="13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02B101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</w:p>
        </w:tc>
      </w:tr>
      <w:tr w:rsidR="00D31390" w14:paraId="644CAA43" w14:textId="77777777" w:rsidTr="00275D3B">
        <w:trPr>
          <w:cantSplit/>
          <w:jc w:val="center"/>
        </w:trPr>
        <w:tc>
          <w:tcPr>
            <w:tcW w:w="114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2E4DB0E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</w:p>
        </w:tc>
        <w:tc>
          <w:tcPr>
            <w:tcW w:w="127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0B45A4A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Văn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tiếng</w:t>
            </w:r>
            <w:proofErr w:type="spellEnd"/>
            <w:r>
              <w:rPr>
                <w:sz w:val="24"/>
              </w:rPr>
              <w:t xml:space="preserve"> Anh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</w:p>
        </w:tc>
        <w:tc>
          <w:tcPr>
            <w:tcW w:w="12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F8972F" w14:textId="1824EB88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: </w:t>
            </w:r>
            <w:r w:rsidR="0084594D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Tôi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 w:rsidR="0084594D">
              <w:rPr>
                <w:sz w:val="24"/>
              </w:rPr>
              <w:t>”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r w:rsidR="0084594D">
              <w:rPr>
                <w:sz w:val="24"/>
              </w:rPr>
              <w:t>“</w:t>
            </w:r>
            <w:r>
              <w:rPr>
                <w:sz w:val="24"/>
              </w:rPr>
              <w:t>I love to eat fish</w:t>
            </w:r>
            <w:r w:rsidR="0084594D">
              <w:rPr>
                <w:sz w:val="24"/>
              </w:rPr>
              <w:t>”</w:t>
            </w:r>
          </w:p>
        </w:tc>
        <w:tc>
          <w:tcPr>
            <w:tcW w:w="13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8CCCFC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nghĩa</w:t>
            </w:r>
            <w:proofErr w:type="spellEnd"/>
          </w:p>
        </w:tc>
      </w:tr>
      <w:tr w:rsidR="00D31390" w14:paraId="574F895C" w14:textId="77777777" w:rsidTr="00275D3B">
        <w:trPr>
          <w:cantSplit/>
          <w:jc w:val="center"/>
        </w:trPr>
        <w:tc>
          <w:tcPr>
            <w:tcW w:w="1140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2CAE92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</w:t>
            </w:r>
          </w:p>
        </w:tc>
        <w:tc>
          <w:tcPr>
            <w:tcW w:w="127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931F5E7" w14:textId="38F0FAF2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khoá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kiếm</w:t>
            </w:r>
            <w:proofErr w:type="spellEnd"/>
            <w:r>
              <w:rPr>
                <w:sz w:val="24"/>
              </w:rPr>
              <w:t xml:space="preserve">: </w:t>
            </w:r>
            <w:r w:rsidR="0084594D"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Việt Nam</w:t>
            </w:r>
            <w:r w:rsidR="0084594D">
              <w:rPr>
                <w:sz w:val="24"/>
              </w:rPr>
              <w:t>”</w:t>
            </w:r>
          </w:p>
        </w:tc>
        <w:tc>
          <w:tcPr>
            <w:tcW w:w="127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CB350E5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: Thông tin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năm</w:t>
            </w:r>
            <w:proofErr w:type="spellEnd"/>
            <w:r>
              <w:rPr>
                <w:sz w:val="24"/>
              </w:rPr>
              <w:t xml:space="preserve"> 2010</w:t>
            </w:r>
          </w:p>
        </w:tc>
        <w:tc>
          <w:tcPr>
            <w:tcW w:w="130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63340F3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Cập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nhất</w:t>
            </w:r>
            <w:proofErr w:type="spellEnd"/>
          </w:p>
        </w:tc>
      </w:tr>
    </w:tbl>
    <w:p w14:paraId="677062C6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Dẫn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tế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điều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chỉnh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</w:p>
    <w:p w14:paraId="5D8A2E61" w14:textId="77777777" w:rsidR="00D31390" w:rsidRDefault="0079654C">
      <w:proofErr w:type="spellStart"/>
      <w:r>
        <w:t>Một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nhạc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hát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lứa</w:t>
      </w:r>
      <w:proofErr w:type="spellEnd"/>
      <w:r>
        <w:t xml:space="preserve"> </w:t>
      </w:r>
      <w:proofErr w:type="spellStart"/>
      <w:r>
        <w:t>tuổi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do</w:t>
      </w:r>
      <w:proofErr w:type="gram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.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>/</w:t>
      </w:r>
      <w:proofErr w:type="spellStart"/>
      <w:r>
        <w:t>miền</w:t>
      </w:r>
      <w:proofErr w:type="spellEnd"/>
      <w:r>
        <w:t xml:space="preserve"> </w:t>
      </w:r>
      <w:proofErr w:type="spellStart"/>
      <w:r>
        <w:t>núi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món</w:t>
      </w:r>
      <w:proofErr w:type="spellEnd"/>
      <w:r>
        <w:t xml:space="preserve"> </w:t>
      </w:r>
      <w:proofErr w:type="spellStart"/>
      <w:r>
        <w:t>ăn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,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>.</w:t>
      </w:r>
    </w:p>
    <w:p w14:paraId="19222106" w14:textId="77777777" w:rsidR="00D31390" w:rsidRDefault="0079654C">
      <w:r>
        <w:br w:type="page"/>
      </w:r>
    </w:p>
    <w:p w14:paraId="4D59983A" w14:textId="77777777" w:rsidR="00D31390" w:rsidRDefault="0079654C">
      <w:pPr>
        <w:keepNext/>
        <w:spacing w:before="200"/>
        <w:jc w:val="left"/>
      </w:pPr>
      <w:r>
        <w:rPr>
          <w:b/>
          <w:sz w:val="28"/>
        </w:rPr>
        <w:t xml:space="preserve">PL10.6.4. </w:t>
      </w:r>
      <w:proofErr w:type="spellStart"/>
      <w:r>
        <w:rPr>
          <w:b/>
          <w:sz w:val="28"/>
        </w:rPr>
        <w:t>Đáp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án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tham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khảo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gợi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hỗ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tả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mức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đánh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giá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0131D9FE" w14:textId="77777777" w:rsidR="00D31390" w:rsidRDefault="0079654C">
      <w:r>
        <w:rPr>
          <w:i/>
        </w:rPr>
        <w:t xml:space="preserve">(Lưu ý </w:t>
      </w:r>
      <w:proofErr w:type="spellStart"/>
      <w:r>
        <w:rPr>
          <w:i/>
        </w:rPr>
        <w:t>chung</w:t>
      </w:r>
      <w:proofErr w:type="spellEnd"/>
      <w:r>
        <w:rPr>
          <w:i/>
        </w:rPr>
        <w:t xml:space="preserve">: Các </w:t>
      </w:r>
      <w:proofErr w:type="spellStart"/>
      <w:r>
        <w:rPr>
          <w:i/>
        </w:rPr>
        <w:t>đáp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dưới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đây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mức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tham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khảo</w:t>
      </w:r>
      <w:proofErr w:type="spellEnd"/>
      <w:r>
        <w:rPr>
          <w:i/>
        </w:rPr>
        <w:t xml:space="preserve">; GV </w:t>
      </w:r>
      <w:proofErr w:type="spellStart"/>
      <w:r>
        <w:rPr>
          <w:i/>
        </w:rPr>
        <w:t>chấp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cách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diễn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đạt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hoặc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phương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án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khác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của</w:t>
      </w:r>
      <w:proofErr w:type="spellEnd"/>
      <w:r>
        <w:rPr>
          <w:i/>
        </w:rPr>
        <w:t xml:space="preserve"> HS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lập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luận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có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căn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cứ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hợp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lí</w:t>
      </w:r>
      <w:proofErr w:type="spellEnd"/>
      <w:r>
        <w:rPr>
          <w:i/>
        </w:rPr>
        <w:t>).</w:t>
      </w:r>
    </w:p>
    <w:p w14:paraId="70848E7B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(HĐ 1)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10.6.2)</w:t>
      </w:r>
    </w:p>
    <w:p w14:paraId="285B0124" w14:textId="77777777" w:rsidR="00D31390" w:rsidRDefault="0079654C">
      <w:pPr>
        <w:pStyle w:val="ListBullet"/>
      </w:pP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(HĐ 1):</w:t>
      </w:r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ở </w:t>
      </w:r>
      <w:proofErr w:type="spellStart"/>
      <w:r>
        <w:t>khâu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, </w:t>
      </w:r>
      <w:proofErr w:type="spellStart"/>
      <w:r>
        <w:t>khi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lọc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phiếu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trêu</w:t>
      </w:r>
      <w:proofErr w:type="spellEnd"/>
      <w:r>
        <w:t xml:space="preserve"> </w:t>
      </w:r>
      <w:proofErr w:type="spellStart"/>
      <w:r>
        <w:t>đùa</w:t>
      </w:r>
      <w:proofErr w:type="spellEnd"/>
      <w:r>
        <w:t>.</w:t>
      </w:r>
    </w:p>
    <w:p w14:paraId="46479C38" w14:textId="77777777" w:rsidR="00D31390" w:rsidRDefault="0079654C">
      <w:pPr>
        <w:pStyle w:val="ListBullet"/>
      </w:pP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2:</w:t>
      </w:r>
    </w:p>
    <w:p w14:paraId="4440D787" w14:textId="77777777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1 (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thiếu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bữa</w:t>
      </w:r>
      <w:proofErr w:type="spellEnd"/>
      <w:r>
        <w:t xml:space="preserve"> </w:t>
      </w:r>
      <w:proofErr w:type="spellStart"/>
      <w:r>
        <w:t>ăn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Thu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bữa</w:t>
      </w:r>
      <w:proofErr w:type="spellEnd"/>
      <w:r>
        <w:t xml:space="preserve"> </w:t>
      </w:r>
      <w:proofErr w:type="spellStart"/>
      <w:r>
        <w:t>sáng</w:t>
      </w:r>
      <w:proofErr w:type="spellEnd"/>
      <w:r>
        <w:t>.</w:t>
      </w:r>
    </w:p>
    <w:p w14:paraId="06991EF4" w14:textId="2D3DA626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2 (Sai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calo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</w:t>
      </w:r>
      <w:proofErr w:type="spellStart"/>
      <w:r>
        <w:t>Chuyển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r w:rsidR="0084594D">
        <w:t>“</w:t>
      </w:r>
      <w:proofErr w:type="spellStart"/>
      <w:r>
        <w:t>cal</w:t>
      </w:r>
      <w:proofErr w:type="spellEnd"/>
      <w:r w:rsidR="0084594D">
        <w:t>”</w:t>
      </w:r>
      <w:r>
        <w:t>.</w:t>
      </w:r>
    </w:p>
    <w:p w14:paraId="3B452000" w14:textId="7DF3C913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3 (</w:t>
      </w:r>
      <w:proofErr w:type="spellStart"/>
      <w:r>
        <w:rPr>
          <w:b/>
        </w:rPr>
        <w:t>Nhãn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nhầm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sai</w:t>
      </w:r>
      <w:proofErr w:type="spellEnd"/>
      <w:r>
        <w:t xml:space="preserve"> </w:t>
      </w:r>
      <w:proofErr w:type="spellStart"/>
      <w:r>
        <w:t>bữa</w:t>
      </w:r>
      <w:proofErr w:type="spellEnd"/>
      <w:r>
        <w:t xml:space="preserve"> </w:t>
      </w:r>
      <w:proofErr w:type="spellStart"/>
      <w:r>
        <w:t>ăn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nhãn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r w:rsidR="0084594D">
        <w:t>“</w:t>
      </w:r>
      <w:proofErr w:type="spellStart"/>
      <w:r>
        <w:t>bữa</w:t>
      </w:r>
      <w:proofErr w:type="spellEnd"/>
      <w:r>
        <w:t xml:space="preserve"> </w:t>
      </w:r>
      <w:proofErr w:type="spellStart"/>
      <w:r>
        <w:t>sáng</w:t>
      </w:r>
      <w:proofErr w:type="spellEnd"/>
      <w:r w:rsidR="0084594D">
        <w:t>”</w:t>
      </w:r>
      <w:r>
        <w:t>.</w:t>
      </w:r>
    </w:p>
    <w:p w14:paraId="65E98407" w14:textId="77777777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4 (</w:t>
      </w:r>
      <w:proofErr w:type="spellStart"/>
      <w:r>
        <w:rPr>
          <w:b/>
        </w:rPr>
        <w:t>Bản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lặp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lặp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trùng</w:t>
      </w:r>
      <w:proofErr w:type="spellEnd"/>
      <w:r>
        <w:t xml:space="preserve"> </w:t>
      </w:r>
      <w:proofErr w:type="spellStart"/>
      <w:r>
        <w:t>lặp</w:t>
      </w:r>
      <w:proofErr w:type="spellEnd"/>
      <w:r>
        <w:t>.</w:t>
      </w:r>
    </w:p>
    <w:p w14:paraId="4A7AED30" w14:textId="77777777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5 (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lệch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Thu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  <w:p w14:paraId="68EA32CF" w14:textId="77777777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6 (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nhất</w:t>
      </w:r>
      <w:proofErr w:type="spellEnd"/>
      <w:r>
        <w:t>.</w:t>
      </w:r>
    </w:p>
    <w:p w14:paraId="7BAC305F" w14:textId="77777777" w:rsidR="00D31390" w:rsidRDefault="0079654C">
      <w:pPr>
        <w:pStyle w:val="ListBullet"/>
      </w:pPr>
      <w:proofErr w:type="spellStart"/>
      <w:r>
        <w:rPr>
          <w:b/>
        </w:rPr>
        <w:t>Thẻ</w:t>
      </w:r>
      <w:proofErr w:type="spellEnd"/>
      <w:r>
        <w:rPr>
          <w:b/>
        </w:rPr>
        <w:t xml:space="preserve"> 7 (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không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>):</w:t>
      </w:r>
      <w:r>
        <w:t xml:space="preserve"> </w:t>
      </w:r>
      <w:proofErr w:type="spellStart"/>
      <w:r>
        <w:t>Gợi</w:t>
      </w:r>
      <w:proofErr w:type="spellEnd"/>
      <w:r>
        <w:t xml:space="preserve"> ý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miền</w:t>
      </w:r>
      <w:proofErr w:type="spellEnd"/>
      <w:r>
        <w:t xml:space="preserve">.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khắc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: Thu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vùng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>.</w:t>
      </w:r>
    </w:p>
    <w:p w14:paraId="17C8B269" w14:textId="77777777" w:rsidR="00D31390" w:rsidRDefault="0079654C">
      <w:proofErr w:type="spellStart"/>
      <w:r>
        <w:rPr>
          <w:b/>
        </w:rPr>
        <w:t>Gợi</w:t>
      </w:r>
      <w:proofErr w:type="spellEnd"/>
      <w:r>
        <w:rPr>
          <w:b/>
        </w:rPr>
        <w:t xml:space="preserve"> ý </w:t>
      </w:r>
      <w:proofErr w:type="spellStart"/>
      <w:r>
        <w:rPr>
          <w:b/>
        </w:rPr>
        <w:t>hỗ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trợ</w:t>
      </w:r>
      <w:proofErr w:type="spellEnd"/>
      <w:r>
        <w:rPr>
          <w:b/>
        </w:rPr>
        <w:t>:</w:t>
      </w:r>
    </w:p>
    <w:p w14:paraId="09713067" w14:textId="3B158190" w:rsidR="00D31390" w:rsidRDefault="0079654C">
      <w:pPr>
        <w:pStyle w:val="ListBullet"/>
      </w:pPr>
      <w:r>
        <w:t xml:space="preserve">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đặt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: </w:t>
      </w:r>
      <w:r w:rsidR="0084594D">
        <w:t>“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thế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thiếu</w:t>
      </w:r>
      <w:proofErr w:type="spellEnd"/>
      <w:r>
        <w:t>?</w:t>
      </w:r>
      <w:r w:rsidR="0084594D">
        <w:t>”</w:t>
      </w:r>
      <w:r>
        <w:t xml:space="preserve"> </w:t>
      </w:r>
      <w:proofErr w:type="spellStart"/>
      <w:r>
        <w:t>hoặc</w:t>
      </w:r>
      <w:proofErr w:type="spellEnd"/>
      <w:r>
        <w:t xml:space="preserve"> </w:t>
      </w:r>
      <w:r w:rsidR="0084594D">
        <w:t>“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thấy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>?</w:t>
      </w:r>
      <w:r w:rsidR="0084594D">
        <w:t>”</w:t>
      </w:r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hỗ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>.</w:t>
      </w:r>
    </w:p>
    <w:p w14:paraId="565A931E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Đáp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3 (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 C – </w:t>
      </w:r>
      <w:proofErr w:type="spellStart"/>
      <w:r>
        <w:rPr>
          <w:b/>
        </w:rPr>
        <w:t>Thử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nhóm</w:t>
      </w:r>
      <w:proofErr w:type="spellEnd"/>
      <w:r>
        <w:rPr>
          <w:b/>
        </w:rPr>
        <w:t xml:space="preserve"> &amp;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)</w:t>
      </w:r>
    </w:p>
    <w:p w14:paraId="6BCACC79" w14:textId="77777777" w:rsidR="00D31390" w:rsidRDefault="0079654C">
      <w:pPr>
        <w:pStyle w:val="ListBullet"/>
      </w:pPr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1 (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nhiễu</w:t>
      </w:r>
      <w:proofErr w:type="spellEnd"/>
      <w:r>
        <w:rPr>
          <w:b/>
        </w:rPr>
        <w:t>):</w:t>
      </w:r>
    </w:p>
    <w:p w14:paraId="5E133158" w14:textId="77777777" w:rsidR="00D31390" w:rsidRDefault="0079654C">
      <w:pPr>
        <w:pStyle w:val="ListBullet"/>
      </w:pPr>
      <w:proofErr w:type="spellStart"/>
      <w:r>
        <w:rPr>
          <w:b/>
        </w:rPr>
        <w:t>Lỗi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hiện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vào</w:t>
      </w:r>
      <w:proofErr w:type="spellEnd"/>
      <w:r>
        <w:t>.</w:t>
      </w:r>
    </w:p>
    <w:p w14:paraId="2158F2AF" w14:textId="77777777" w:rsidR="00D31390" w:rsidRDefault="0079654C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sai</w:t>
      </w:r>
      <w:proofErr w:type="spellEnd"/>
      <w:r>
        <w:t>.</w:t>
      </w:r>
    </w:p>
    <w:p w14:paraId="6C62E4C2" w14:textId="77777777" w:rsidR="00D31390" w:rsidRDefault="0079654C">
      <w:pPr>
        <w:pStyle w:val="ListBullet"/>
      </w:pPr>
      <w:proofErr w:type="spellStart"/>
      <w:r>
        <w:rPr>
          <w:b/>
        </w:rPr>
        <w:t>Cách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>.</w:t>
      </w:r>
    </w:p>
    <w:p w14:paraId="28EEE7BB" w14:textId="77777777" w:rsidR="00D31390" w:rsidRDefault="0079654C">
      <w:pPr>
        <w:pStyle w:val="ListBullet"/>
      </w:pPr>
      <w:r>
        <w:rPr>
          <w:b/>
        </w:rPr>
        <w:t xml:space="preserve">Ca </w:t>
      </w:r>
      <w:proofErr w:type="spellStart"/>
      <w:r>
        <w:rPr>
          <w:b/>
        </w:rPr>
        <w:t>thực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hành</w:t>
      </w:r>
      <w:proofErr w:type="spellEnd"/>
      <w:r>
        <w:rPr>
          <w:b/>
        </w:rPr>
        <w:t xml:space="preserve"> 2 (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lệch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miền</w:t>
      </w:r>
      <w:proofErr w:type="spellEnd"/>
      <w:r>
        <w:rPr>
          <w:b/>
        </w:rPr>
        <w:t>):</w:t>
      </w:r>
    </w:p>
    <w:p w14:paraId="703CB125" w14:textId="77777777" w:rsidR="00D31390" w:rsidRDefault="0079654C">
      <w:pPr>
        <w:pStyle w:val="ListBullet"/>
      </w:pPr>
      <w:proofErr w:type="spellStart"/>
      <w:r>
        <w:rPr>
          <w:b/>
        </w:rPr>
        <w:t>Lỗi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hiện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huấn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>.</w:t>
      </w:r>
    </w:p>
    <w:p w14:paraId="6364CBD4" w14:textId="77777777" w:rsidR="00D31390" w:rsidRDefault="0079654C">
      <w:pPr>
        <w:pStyle w:val="ListBullet"/>
      </w:pPr>
      <w:proofErr w:type="spellStart"/>
      <w:r>
        <w:rPr>
          <w:b/>
        </w:rPr>
        <w:t>Bằng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>.</w:t>
      </w:r>
    </w:p>
    <w:p w14:paraId="2CEC79BB" w14:textId="77777777" w:rsidR="00D31390" w:rsidRDefault="0079654C">
      <w:pPr>
        <w:pStyle w:val="ListBullet"/>
      </w:pPr>
      <w:proofErr w:type="spellStart"/>
      <w:r>
        <w:rPr>
          <w:b/>
        </w:rPr>
        <w:t>Cách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phục</w:t>
      </w:r>
      <w:proofErr w:type="spellEnd"/>
      <w:r>
        <w:rPr>
          <w:b/>
        </w:rPr>
        <w:t>:</w:t>
      </w:r>
      <w:r>
        <w:t xml:space="preserve"> Thu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nông</w:t>
      </w:r>
      <w:proofErr w:type="spellEnd"/>
      <w:r>
        <w:t xml:space="preserve"> </w:t>
      </w:r>
      <w:proofErr w:type="spellStart"/>
      <w:r>
        <w:t>thôn</w:t>
      </w:r>
      <w:proofErr w:type="spellEnd"/>
      <w:r>
        <w:t>.</w:t>
      </w:r>
    </w:p>
    <w:p w14:paraId="0706BC20" w14:textId="77777777" w:rsidR="00D31390" w:rsidRDefault="0079654C"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hỏi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rộng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,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AI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trở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lầm</w:t>
      </w:r>
      <w:proofErr w:type="spellEnd"/>
      <w:r>
        <w:t>.</w:t>
      </w:r>
    </w:p>
    <w:p w14:paraId="286BCC27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3.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4 (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>
        <w:rPr>
          <w:b/>
        </w:rPr>
        <w:t xml:space="preserve"> 10.6.1)</w:t>
      </w:r>
    </w:p>
    <w:p w14:paraId="4A83B44E" w14:textId="77777777" w:rsidR="00D31390" w:rsidRDefault="0079654C">
      <w:proofErr w:type="spellStart"/>
      <w:r>
        <w:rPr>
          <w:b/>
        </w:rPr>
        <w:t>Họ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tên</w:t>
      </w:r>
      <w:proofErr w:type="spellEnd"/>
      <w:r>
        <w:rPr>
          <w:b/>
        </w:rPr>
        <w:t>:</w:t>
      </w:r>
      <w:r>
        <w:t xml:space="preserve"> Nguyễn Văn A</w:t>
      </w:r>
    </w:p>
    <w:p w14:paraId="39A900C2" w14:textId="77777777" w:rsidR="00D31390" w:rsidRDefault="0079654C">
      <w:proofErr w:type="spellStart"/>
      <w:r>
        <w:rPr>
          <w:b/>
        </w:rPr>
        <w:t>Lớp</w:t>
      </w:r>
      <w:proofErr w:type="spellEnd"/>
      <w:r>
        <w:rPr>
          <w:b/>
        </w:rPr>
        <w:t>:</w:t>
      </w:r>
      <w:r>
        <w:t xml:space="preserve"> 10A</w:t>
      </w:r>
    </w:p>
    <w:p w14:paraId="238EE5F3" w14:textId="77777777" w:rsidR="00D31390" w:rsidRDefault="0079654C">
      <w:proofErr w:type="spellStart"/>
      <w:r>
        <w:rPr>
          <w:b/>
        </w:rPr>
        <w:t>Nhóm</w:t>
      </w:r>
      <w:proofErr w:type="spellEnd"/>
      <w:r>
        <w:rPr>
          <w:b/>
        </w:rPr>
        <w:t>:</w:t>
      </w:r>
      <w:r>
        <w:t xml:space="preserve"> 1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127"/>
        <w:gridCol w:w="6862"/>
      </w:tblGrid>
      <w:tr w:rsidR="00D31390" w14:paraId="2B037FF3" w14:textId="77777777" w:rsidTr="002C4F2C">
        <w:trPr>
          <w:cantSplit/>
          <w:tblHeader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C185C17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Mục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nhiệm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vụ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91BCC5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Phần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làm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của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em</w:t>
            </w:r>
            <w:proofErr w:type="spellEnd"/>
          </w:p>
        </w:tc>
      </w:tr>
      <w:tr w:rsidR="00D31390" w14:paraId="38FB1F07" w14:textId="77777777" w:rsidTr="002C4F2C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0505176" w14:textId="77777777" w:rsidR="00D31390" w:rsidRDefault="0079654C">
            <w:pPr>
              <w:spacing w:after="40"/>
            </w:pPr>
            <w:r>
              <w:rPr>
                <w:b/>
                <w:sz w:val="24"/>
              </w:rPr>
              <w:t xml:space="preserve">1. </w:t>
            </w:r>
            <w:proofErr w:type="spellStart"/>
            <w:r>
              <w:rPr>
                <w:b/>
                <w:sz w:val="24"/>
              </w:rPr>
              <w:t>Chọn</w:t>
            </w:r>
            <w:proofErr w:type="spellEnd"/>
            <w:r>
              <w:rPr>
                <w:b/>
                <w:sz w:val="24"/>
              </w:rPr>
              <w:t xml:space="preserve"> 1 </w:t>
            </w:r>
            <w:proofErr w:type="spellStart"/>
            <w:r>
              <w:rPr>
                <w:b/>
                <w:sz w:val="24"/>
              </w:rPr>
              <w:t>tình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huống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gũi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45200F2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Gợi</w:t>
            </w:r>
            <w:proofErr w:type="spellEnd"/>
            <w:r>
              <w:rPr>
                <w:sz w:val="24"/>
              </w:rPr>
              <w:t xml:space="preserve"> ý B: </w:t>
            </w:r>
            <w:proofErr w:type="spellStart"/>
            <w:r>
              <w:rPr>
                <w:sz w:val="24"/>
              </w:rPr>
              <w:t>Sử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mềm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nhưng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10A8AE18" w14:textId="77777777" w:rsidTr="002C4F2C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4E22497" w14:textId="77777777" w:rsidR="00D31390" w:rsidRDefault="0079654C">
            <w:pPr>
              <w:spacing w:after="40"/>
            </w:pPr>
            <w:r>
              <w:rPr>
                <w:b/>
                <w:sz w:val="24"/>
              </w:rPr>
              <w:t xml:space="preserve">2. </w:t>
            </w:r>
            <w:proofErr w:type="spellStart"/>
            <w:r>
              <w:rPr>
                <w:b/>
                <w:sz w:val="24"/>
              </w:rPr>
              <w:t>Phân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tích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chất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lượng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dữ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liệu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2A26E8D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chính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xác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nghĩa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>.</w:t>
            </w:r>
          </w:p>
          <w:p w14:paraId="6C77EBD0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đủ</w:t>
            </w:r>
            <w:proofErr w:type="spellEnd"/>
            <w:r>
              <w:rPr>
                <w:sz w:val="24"/>
              </w:rPr>
              <w:t xml:space="preserve">: Bao </w:t>
            </w:r>
            <w:proofErr w:type="spellStart"/>
            <w:r>
              <w:rPr>
                <w:sz w:val="24"/>
              </w:rPr>
              <w:t>gồm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>.</w:t>
            </w:r>
          </w:p>
          <w:p w14:paraId="4F9E8D89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 xml:space="preserve">: Bao </w:t>
            </w:r>
            <w:proofErr w:type="spellStart"/>
            <w:r>
              <w:rPr>
                <w:sz w:val="24"/>
              </w:rPr>
              <w:t>gồm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cảnh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ngôn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nhau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7A57955D" w14:textId="77777777" w:rsidTr="002C4F2C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2B82B8" w14:textId="77777777" w:rsidR="00D31390" w:rsidRDefault="0079654C">
            <w:pPr>
              <w:spacing w:after="40"/>
            </w:pPr>
            <w:r>
              <w:rPr>
                <w:b/>
                <w:sz w:val="24"/>
              </w:rPr>
              <w:t xml:space="preserve">3. </w:t>
            </w:r>
            <w:proofErr w:type="spellStart"/>
            <w:r>
              <w:rPr>
                <w:b/>
                <w:sz w:val="24"/>
              </w:rPr>
              <w:t>Điểm</w:t>
            </w:r>
            <w:proofErr w:type="spellEnd"/>
            <w:r>
              <w:rPr>
                <w:b/>
                <w:sz w:val="24"/>
              </w:rPr>
              <w:t xml:space="preserve"> con </w:t>
            </w:r>
            <w:proofErr w:type="spellStart"/>
            <w:r>
              <w:rPr>
                <w:b/>
                <w:sz w:val="24"/>
              </w:rPr>
              <w:t>người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cần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/ </w:t>
            </w:r>
            <w:proofErr w:type="spellStart"/>
            <w:r>
              <w:rPr>
                <w:b/>
                <w:sz w:val="24"/>
              </w:rPr>
              <w:t>kiểm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chứng</w:t>
            </w:r>
            <w:proofErr w:type="spellEnd"/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42A8EE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khâu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thuật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nghĩa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gây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hiểu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lầm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Đọc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so </w:t>
            </w:r>
            <w:proofErr w:type="spellStart"/>
            <w:r>
              <w:rPr>
                <w:sz w:val="24"/>
              </w:rPr>
              <w:t>sánh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từ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nguồn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6E0AE982" w14:textId="77777777" w:rsidTr="002C4F2C">
        <w:trPr>
          <w:cantSplit/>
          <w:jc w:val="center"/>
        </w:trPr>
        <w:tc>
          <w:tcPr>
            <w:tcW w:w="156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0A0800" w14:textId="77777777" w:rsidR="00D31390" w:rsidRDefault="0079654C">
            <w:pPr>
              <w:spacing w:after="40"/>
            </w:pPr>
            <w:r>
              <w:rPr>
                <w:b/>
                <w:sz w:val="24"/>
              </w:rPr>
              <w:t xml:space="preserve">4. Khai </w:t>
            </w:r>
            <w:proofErr w:type="spellStart"/>
            <w:r>
              <w:rPr>
                <w:b/>
                <w:sz w:val="24"/>
              </w:rPr>
              <w:t>báo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dụng</w:t>
            </w:r>
            <w:proofErr w:type="spellEnd"/>
            <w:r>
              <w:rPr>
                <w:b/>
                <w:sz w:val="24"/>
              </w:rPr>
              <w:t xml:space="preserve"> AI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proofErr w:type="spellStart"/>
            <w:r>
              <w:rPr>
                <w:i/>
                <w:sz w:val="24"/>
              </w:rPr>
              <w:t>nếu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hoàn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thiện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thêm</w:t>
            </w:r>
            <w:proofErr w:type="spellEnd"/>
            <w:r>
              <w:rPr>
                <w:i/>
                <w:sz w:val="24"/>
              </w:rPr>
              <w:t xml:space="preserve"> ở </w:t>
            </w:r>
            <w:proofErr w:type="spellStart"/>
            <w:r>
              <w:rPr>
                <w:i/>
                <w:sz w:val="24"/>
              </w:rPr>
              <w:t>nhà</w:t>
            </w:r>
            <w:proofErr w:type="spellEnd"/>
            <w:r>
              <w:rPr>
                <w:i/>
                <w:sz w:val="24"/>
              </w:rPr>
              <w:t>)</w:t>
            </w:r>
          </w:p>
        </w:tc>
        <w:tc>
          <w:tcPr>
            <w:tcW w:w="3435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4E19B2D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Em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</w:tr>
    </w:tbl>
    <w:p w14:paraId="33AD0A1A" w14:textId="77777777" w:rsidR="00D31390" w:rsidRDefault="00D31390"/>
    <w:p w14:paraId="10695440" w14:textId="77777777" w:rsidR="00D31390" w:rsidRDefault="0079654C"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đồng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đẳng</w:t>
      </w:r>
      <w:proofErr w:type="spellEnd"/>
      <w:r>
        <w:rPr>
          <w:b/>
        </w:rPr>
        <w:t xml:space="preserve"> (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phiếu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cùng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bàn</w:t>
      </w:r>
      <w:proofErr w:type="spellEnd"/>
      <w:r>
        <w:rPr>
          <w:b/>
        </w:rPr>
        <w:t>)</w:t>
      </w:r>
      <w:r>
        <w:t xml:space="preserve"> · </w:t>
      </w:r>
      <w:proofErr w:type="spellStart"/>
      <w:r>
        <w:t>Bạn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xét</w:t>
      </w:r>
      <w:proofErr w:type="spellEnd"/>
      <w:r>
        <w:t>: …………………………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3331"/>
        <w:gridCol w:w="3330"/>
        <w:gridCol w:w="3328"/>
      </w:tblGrid>
      <w:tr w:rsidR="00D31390" w14:paraId="10CEB818" w14:textId="77777777" w:rsidTr="00A655A7">
        <w:trPr>
          <w:cantSplit/>
          <w:tblHeader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3D1D5B2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rà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soát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3FFDB38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Đánh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dấu</w:t>
            </w:r>
            <w:proofErr w:type="spellEnd"/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989A6BE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Một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góp</w:t>
            </w:r>
            <w:proofErr w:type="spellEnd"/>
            <w:r>
              <w:rPr>
                <w:b/>
                <w:sz w:val="24"/>
              </w:rPr>
              <w:t xml:space="preserve"> ý </w:t>
            </w:r>
            <w:proofErr w:type="spellStart"/>
            <w:r>
              <w:rPr>
                <w:b/>
                <w:sz w:val="24"/>
              </w:rPr>
              <w:t>cụ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thể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giúp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bài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bạn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hơn</w:t>
            </w:r>
            <w:proofErr w:type="spellEnd"/>
          </w:p>
        </w:tc>
      </w:tr>
      <w:tr w:rsidR="00D31390" w14:paraId="44A35AAA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57927DD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3FB3D7F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7326C7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thêm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dạng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154D5B7B" w14:textId="77777777" w:rsidTr="00A655A7">
        <w:trPr>
          <w:cantSplit/>
          <w:jc w:val="center"/>
        </w:trPr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D9F257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</w:p>
        </w:tc>
        <w:tc>
          <w:tcPr>
            <w:tcW w:w="1667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932D17E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☐ </w:t>
            </w:r>
            <w:proofErr w:type="spellStart"/>
            <w:r>
              <w:rPr>
                <w:sz w:val="24"/>
              </w:rPr>
              <w:t>Đã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  ☐ </w:t>
            </w:r>
            <w:proofErr w:type="spellStart"/>
            <w:r>
              <w:rPr>
                <w:sz w:val="24"/>
              </w:rPr>
              <w:t>Cần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bổ</w:t>
            </w:r>
            <w:proofErr w:type="spellEnd"/>
            <w:r>
              <w:rPr>
                <w:sz w:val="24"/>
              </w:rPr>
              <w:t xml:space="preserve"> sung</w:t>
            </w:r>
          </w:p>
        </w:tc>
        <w:tc>
          <w:tcPr>
            <w:tcW w:w="1666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D9B991A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Nên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nghĩa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53BB39C6" w14:textId="77777777" w:rsidR="00D31390" w:rsidRDefault="00D31390"/>
    <w:p w14:paraId="50A454B1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Mô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sản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phẩm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(Thông </w:t>
      </w:r>
      <w:proofErr w:type="spellStart"/>
      <w:r>
        <w:rPr>
          <w:b/>
        </w:rPr>
        <w:t>tư</w:t>
      </w:r>
      <w:proofErr w:type="spellEnd"/>
      <w:r>
        <w:rPr>
          <w:b/>
        </w:rPr>
        <w:t xml:space="preserve"> 22/2021/TT-BGDĐT)</w:t>
      </w:r>
    </w:p>
    <w:p w14:paraId="4B51FC7E" w14:textId="77777777" w:rsidR="00D31390" w:rsidRDefault="0079654C">
      <w:r>
        <w:rPr>
          <w:i/>
        </w:rPr>
        <w:t>(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quy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đổi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điểm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số</w:t>
      </w:r>
      <w:proofErr w:type="spellEnd"/>
      <w:r>
        <w:rPr>
          <w:i/>
        </w:rPr>
        <w:t xml:space="preserve">; </w:t>
      </w:r>
      <w:proofErr w:type="spellStart"/>
      <w:r>
        <w:rPr>
          <w:i/>
        </w:rPr>
        <w:t>không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dùng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ngưỡng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đếm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cơ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học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làm</w:t>
      </w:r>
      <w:proofErr w:type="spellEnd"/>
      <w:r>
        <w:rPr>
          <w:i/>
        </w:rPr>
        <w:t xml:space="preserve"> thang </w:t>
      </w:r>
      <w:proofErr w:type="spellStart"/>
      <w:r>
        <w:rPr>
          <w:i/>
        </w:rPr>
        <w:t>chấm</w:t>
      </w:r>
      <w:proofErr w:type="spellEnd"/>
      <w:r>
        <w:rPr>
          <w:i/>
        </w:rPr>
        <w:t>).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994"/>
        <w:gridCol w:w="2665"/>
        <w:gridCol w:w="2665"/>
        <w:gridCol w:w="2665"/>
      </w:tblGrid>
      <w:tr w:rsidR="00D31390" w14:paraId="5A018AED" w14:textId="77777777" w:rsidTr="002C4F2C">
        <w:trPr>
          <w:cantSplit/>
          <w:tblHeader/>
          <w:jc w:val="center"/>
        </w:trPr>
        <w:tc>
          <w:tcPr>
            <w:tcW w:w="99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35040B9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Tiêu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chí</w:t>
            </w:r>
            <w:proofErr w:type="spellEnd"/>
            <w:r>
              <w:rPr>
                <w:b/>
                <w:sz w:val="24"/>
              </w:rPr>
              <w:t xml:space="preserve"> (</w:t>
            </w:r>
            <w:proofErr w:type="spellStart"/>
            <w:r>
              <w:rPr>
                <w:b/>
                <w:sz w:val="24"/>
              </w:rPr>
              <w:t>theo</w:t>
            </w:r>
            <w:proofErr w:type="spellEnd"/>
            <w:r>
              <w:rPr>
                <w:b/>
                <w:sz w:val="24"/>
              </w:rPr>
              <w:t xml:space="preserve"> CV 5512)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8CFAF9B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Đạt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290A234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Khá</w:t>
            </w:r>
            <w:proofErr w:type="spellEnd"/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AB7702" w14:textId="77777777" w:rsidR="00D31390" w:rsidRDefault="0079654C">
            <w:pPr>
              <w:spacing w:after="40"/>
              <w:jc w:val="center"/>
            </w:pPr>
            <w:proofErr w:type="spellStart"/>
            <w:r>
              <w:rPr>
                <w:b/>
                <w:sz w:val="24"/>
              </w:rPr>
              <w:t>Mức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Tốt</w:t>
            </w:r>
            <w:proofErr w:type="spellEnd"/>
          </w:p>
        </w:tc>
      </w:tr>
      <w:tr w:rsidR="00D31390" w14:paraId="78FBBFE9" w14:textId="77777777" w:rsidTr="002C4F2C">
        <w:trPr>
          <w:cantSplit/>
          <w:jc w:val="center"/>
        </w:trPr>
        <w:tc>
          <w:tcPr>
            <w:tcW w:w="99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83B820A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Đáp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YCCĐ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F8683C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2 </w:t>
            </w:r>
            <w:proofErr w:type="spellStart"/>
            <w:r>
              <w:rPr>
                <w:sz w:val="24"/>
              </w:rPr>
              <w:t>lỗi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lượng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DC3C53F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Phân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thích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giữa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quả</w:t>
            </w:r>
            <w:proofErr w:type="spellEnd"/>
            <w:r>
              <w:rPr>
                <w:sz w:val="24"/>
              </w:rPr>
              <w:t xml:space="preserve"> AI.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73010B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Lập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chặt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chẽ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giới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0840F700" w14:textId="77777777" w:rsidTr="002C4F2C">
        <w:trPr>
          <w:cantSplit/>
          <w:jc w:val="center"/>
        </w:trPr>
        <w:tc>
          <w:tcPr>
            <w:tcW w:w="99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CFE4155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11D4519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một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rủi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sót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xảy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nếu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máy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AF0CD97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Chỉ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đúng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hoặc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trong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huống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30BD6EC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Đề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lại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đầu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được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gì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thay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đổi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52583951" w14:textId="77777777" w:rsidTr="002C4F2C">
        <w:trPr>
          <w:cantSplit/>
          <w:jc w:val="center"/>
        </w:trPr>
        <w:tc>
          <w:tcPr>
            <w:tcW w:w="99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F50779E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3. </w:t>
            </w:r>
            <w:proofErr w:type="gramStart"/>
            <w:r>
              <w:rPr>
                <w:sz w:val="24"/>
              </w:rPr>
              <w:t>An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đạo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D09C038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Không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đưa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thông</w:t>
            </w:r>
            <w:proofErr w:type="spellEnd"/>
            <w:r>
              <w:rPr>
                <w:sz w:val="24"/>
              </w:rPr>
              <w:t xml:space="preserve"> tin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thật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khai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dùng</w:t>
            </w:r>
            <w:proofErr w:type="spellEnd"/>
            <w:r>
              <w:rPr>
                <w:sz w:val="24"/>
              </w:rPr>
              <w:t xml:space="preserve"> AI.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A1FD353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Nêu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kiểm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con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quyền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riêng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người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1FAECB8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Chủ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động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ghép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tắc</w:t>
            </w:r>
            <w:proofErr w:type="spellEnd"/>
            <w:r>
              <w:rPr>
                <w:sz w:val="24"/>
              </w:rPr>
              <w:t xml:space="preserve"> an </w:t>
            </w:r>
            <w:proofErr w:type="spellStart"/>
            <w:r>
              <w:rPr>
                <w:sz w:val="24"/>
              </w:rPr>
              <w:t>toàn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dữ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liệu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ứng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xử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trách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giải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pháp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nhân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D31390" w14:paraId="357FE7FD" w14:textId="77777777" w:rsidTr="002C4F2C">
        <w:trPr>
          <w:cantSplit/>
          <w:jc w:val="center"/>
        </w:trPr>
        <w:tc>
          <w:tcPr>
            <w:tcW w:w="998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9BB68A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4.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bày</w:t>
            </w:r>
            <w:proofErr w:type="spellEnd"/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9B68500" w14:textId="77777777" w:rsidR="00D31390" w:rsidRDefault="0079654C">
            <w:pPr>
              <w:spacing w:after="40"/>
            </w:pPr>
            <w:r>
              <w:rPr>
                <w:sz w:val="24"/>
              </w:rPr>
              <w:t xml:space="preserve">Tham </w:t>
            </w:r>
            <w:proofErr w:type="spellStart"/>
            <w:r>
              <w:rPr>
                <w:sz w:val="24"/>
              </w:rPr>
              <w:t>gia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hoàn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thành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nhiệm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thực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soát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phiếu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A194C08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Góp</w:t>
            </w:r>
            <w:proofErr w:type="spellEnd"/>
            <w:r>
              <w:rPr>
                <w:sz w:val="24"/>
              </w:rPr>
              <w:t xml:space="preserve"> ý </w:t>
            </w:r>
            <w:proofErr w:type="spellStart"/>
            <w:r>
              <w:rPr>
                <w:sz w:val="24"/>
              </w:rPr>
              <w:t>đồng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cụ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thể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biết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chỉnh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sửa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bài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làm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mình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bằng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bút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màu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hồi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334" w:type="pct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786B2A2" w14:textId="77777777" w:rsidR="00D31390" w:rsidRDefault="0079654C">
            <w:pPr>
              <w:spacing w:after="40"/>
            </w:pPr>
            <w:proofErr w:type="spellStart"/>
            <w:r>
              <w:rPr>
                <w:sz w:val="24"/>
              </w:rPr>
              <w:t>Điều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phối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thảo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luận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nhóm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ràng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phản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biện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lịch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có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và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hỗ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trợ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bạn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cùng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tiến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bộ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06F3A769" w14:textId="77777777" w:rsidR="00D31390" w:rsidRDefault="00D31390"/>
    <w:p w14:paraId="4C6A1A18" w14:textId="3B4250A2" w:rsidR="00D31390" w:rsidRDefault="0079654C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Đạt:</w:t>
      </w:r>
      <w:r>
        <w:t xml:space="preserve"> </w:t>
      </w:r>
      <w:r w:rsidR="0084594D">
        <w:t>“</w:t>
      </w:r>
      <w:proofErr w:type="spellStart"/>
      <w:r>
        <w:t>Bài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. Em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bổ</w:t>
      </w:r>
      <w:proofErr w:type="spellEnd"/>
      <w:r>
        <w:t xml:space="preserve"> sung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>.</w:t>
      </w:r>
      <w:r w:rsidR="0084594D">
        <w:t>”</w:t>
      </w:r>
    </w:p>
    <w:p w14:paraId="1D77F857" w14:textId="52D550C0" w:rsidR="00D31390" w:rsidRDefault="0079654C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Khá:</w:t>
      </w:r>
      <w:r>
        <w:t xml:space="preserve"> </w:t>
      </w:r>
      <w:r w:rsidR="0084594D">
        <w:t>“</w:t>
      </w:r>
      <w:r>
        <w:t xml:space="preserve">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thích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mối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AI. </w:t>
      </w:r>
      <w:proofErr w:type="spellStart"/>
      <w:r>
        <w:t>Hãy</w:t>
      </w:r>
      <w:proofErr w:type="spellEnd"/>
      <w:r>
        <w:t xml:space="preserve"> </w:t>
      </w:r>
      <w:proofErr w:type="spellStart"/>
      <w:r>
        <w:t>thử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làm</w:t>
      </w:r>
      <w:proofErr w:type="spellEnd"/>
      <w:r>
        <w:t>.</w:t>
      </w:r>
      <w:r w:rsidR="0084594D">
        <w:t>”</w:t>
      </w:r>
    </w:p>
    <w:p w14:paraId="1E7EF17B" w14:textId="6202674D" w:rsidR="00D31390" w:rsidRDefault="0079654C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câu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nhận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xét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mức</w:t>
      </w:r>
      <w:proofErr w:type="spellEnd"/>
      <w:r>
        <w:rPr>
          <w:b/>
        </w:rPr>
        <w:t xml:space="preserve"> Tốt:</w:t>
      </w:r>
      <w:r>
        <w:t xml:space="preserve"> </w:t>
      </w:r>
      <w:r w:rsidR="0084594D">
        <w:t>“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sắc</w:t>
      </w:r>
      <w:proofErr w:type="spellEnd"/>
      <w:r>
        <w:t xml:space="preserve"> </w:t>
      </w:r>
      <w:proofErr w:type="spellStart"/>
      <w:r>
        <w:t>sảo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. Em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cụ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huống</w:t>
      </w:r>
      <w:proofErr w:type="spellEnd"/>
      <w:r>
        <w:t xml:space="preserve"> </w:t>
      </w:r>
      <w:proofErr w:type="spellStart"/>
      <w:r>
        <w:t>mới</w:t>
      </w:r>
      <w:proofErr w:type="spellEnd"/>
      <w:r>
        <w:t>.</w:t>
      </w:r>
      <w:r w:rsidR="0084594D">
        <w:t>”</w:t>
      </w:r>
    </w:p>
    <w:p w14:paraId="0702C74A" w14:textId="77777777" w:rsidR="00D31390" w:rsidRDefault="0079654C">
      <w:r>
        <w:br w:type="page"/>
      </w:r>
    </w:p>
    <w:p w14:paraId="10A41FED" w14:textId="77777777" w:rsidR="00D31390" w:rsidRDefault="0079654C">
      <w:pPr>
        <w:keepNext/>
        <w:spacing w:before="200"/>
        <w:jc w:val="left"/>
      </w:pPr>
      <w:r>
        <w:rPr>
          <w:b/>
          <w:sz w:val="28"/>
        </w:rPr>
        <w:t xml:space="preserve">PL10.6.5. </w:t>
      </w:r>
      <w:proofErr w:type="spellStart"/>
      <w:r>
        <w:rPr>
          <w:b/>
          <w:sz w:val="28"/>
        </w:rPr>
        <w:t>Ghi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chú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chuyên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môn</w:t>
      </w:r>
      <w:proofErr w:type="spellEnd"/>
      <w:r>
        <w:rPr>
          <w:b/>
          <w:sz w:val="28"/>
        </w:rPr>
        <w:t xml:space="preserve">, </w:t>
      </w:r>
      <w:proofErr w:type="spellStart"/>
      <w:r>
        <w:rPr>
          <w:b/>
          <w:sz w:val="28"/>
        </w:rPr>
        <w:t>căn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cứ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pháp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lí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lưu</w:t>
      </w:r>
      <w:proofErr w:type="spellEnd"/>
      <w:r>
        <w:rPr>
          <w:b/>
          <w:sz w:val="28"/>
        </w:rPr>
        <w:t xml:space="preserve"> ý </w:t>
      </w:r>
      <w:proofErr w:type="spellStart"/>
      <w:r>
        <w:rPr>
          <w:b/>
          <w:sz w:val="28"/>
        </w:rPr>
        <w:t>sư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phạm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khi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dạy</w:t>
      </w:r>
      <w:proofErr w:type="spellEnd"/>
      <w:r>
        <w:rPr>
          <w:b/>
          <w:sz w:val="28"/>
        </w:rPr>
        <w:t xml:space="preserve"> (</w:t>
      </w:r>
      <w:proofErr w:type="spellStart"/>
      <w:r>
        <w:rPr>
          <w:b/>
          <w:sz w:val="28"/>
        </w:rPr>
        <w:t>Dành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cho</w:t>
      </w:r>
      <w:proofErr w:type="spellEnd"/>
      <w:r>
        <w:rPr>
          <w:b/>
          <w:sz w:val="28"/>
        </w:rPr>
        <w:t xml:space="preserve"> GV)</w:t>
      </w:r>
    </w:p>
    <w:p w14:paraId="036989DD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1. </w:t>
      </w:r>
      <w:proofErr w:type="spellStart"/>
      <w:r>
        <w:rPr>
          <w:b/>
        </w:rPr>
        <w:t>Giải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chuẩn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GV</w:t>
      </w:r>
    </w:p>
    <w:p w14:paraId="02DA90B2" w14:textId="77777777" w:rsidR="00D31390" w:rsidRDefault="0079654C">
      <w:pPr>
        <w:pStyle w:val="ListBullet"/>
      </w:pPr>
      <w:proofErr w:type="spellStart"/>
      <w:r>
        <w:rPr>
          <w:b/>
        </w:rPr>
        <w:t>Chất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lượng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,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,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, </w:t>
      </w:r>
      <w:proofErr w:type="spellStart"/>
      <w:r>
        <w:t>phù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AI.</w:t>
      </w:r>
    </w:p>
    <w:p w14:paraId="15EDB2FD" w14:textId="77777777" w:rsidR="00D31390" w:rsidRDefault="0079654C">
      <w:pPr>
        <w:pStyle w:val="ListBullet"/>
      </w:pP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phản</w:t>
      </w:r>
      <w:proofErr w:type="spellEnd"/>
      <w:r>
        <w:t xml:space="preserve"> </w:t>
      </w:r>
      <w:proofErr w:type="spellStart"/>
      <w:r>
        <w:t>ánh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AI.</w:t>
      </w:r>
    </w:p>
    <w:p w14:paraId="5AF861D6" w14:textId="77777777" w:rsidR="00D31390" w:rsidRDefault="0079654C">
      <w:pPr>
        <w:pStyle w:val="ListBullet"/>
      </w:pPr>
      <w:proofErr w:type="spellStart"/>
      <w:r>
        <w:rPr>
          <w:b/>
        </w:rPr>
        <w:t>Mẫu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lệch</w:t>
      </w:r>
      <w:proofErr w:type="spellEnd"/>
      <w:r>
        <w:rPr>
          <w:b/>
        </w:rPr>
        <w:t>:</w:t>
      </w:r>
      <w:r>
        <w:t xml:space="preserve"> Khi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thập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nhóm</w:t>
      </w:r>
      <w:proofErr w:type="spellEnd"/>
      <w:r>
        <w:t xml:space="preserve"> </w:t>
      </w:r>
      <w:proofErr w:type="spellStart"/>
      <w:r>
        <w:t>nhỏ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quần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>.</w:t>
      </w:r>
    </w:p>
    <w:p w14:paraId="05CE3BFE" w14:textId="77777777" w:rsidR="00D31390" w:rsidRDefault="0079654C">
      <w:pPr>
        <w:pStyle w:val="ListBullet"/>
      </w:pPr>
      <w:proofErr w:type="spellStart"/>
      <w:r>
        <w:rPr>
          <w:b/>
        </w:rPr>
        <w:t>Làm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Quá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chữa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>.</w:t>
      </w:r>
    </w:p>
    <w:p w14:paraId="53E02C4E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2. </w:t>
      </w:r>
      <w:proofErr w:type="spellStart"/>
      <w:r>
        <w:rPr>
          <w:b/>
        </w:rPr>
        <w:t>Căn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pháp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an </w:t>
      </w:r>
      <w:proofErr w:type="spellStart"/>
      <w:r>
        <w:rPr>
          <w:b/>
        </w:rPr>
        <w:t>toàn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</w:p>
    <w:p w14:paraId="5A108C8B" w14:textId="77777777" w:rsidR="00D31390" w:rsidRDefault="0079654C">
      <w:pPr>
        <w:pStyle w:val="ListBullet"/>
      </w:pPr>
      <w:r>
        <w:rPr>
          <w:b/>
        </w:rPr>
        <w:t xml:space="preserve">Công </w:t>
      </w:r>
      <w:proofErr w:type="spellStart"/>
      <w:r>
        <w:rPr>
          <w:b/>
        </w:rPr>
        <w:t>văn</w:t>
      </w:r>
      <w:proofErr w:type="spellEnd"/>
      <w:r>
        <w:rPr>
          <w:b/>
        </w:rPr>
        <w:t xml:space="preserve"> 5588/BGDĐT-GDPT:</w:t>
      </w:r>
      <w:r>
        <w:t xml:space="preserve"> Hướng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AI, </w:t>
      </w:r>
      <w:proofErr w:type="spellStart"/>
      <w:r>
        <w:t>nhấn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mật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47EC9307" w14:textId="77777777" w:rsidR="00D31390" w:rsidRDefault="0079654C">
      <w:pPr>
        <w:pStyle w:val="ListBullet"/>
      </w:pPr>
      <w:proofErr w:type="spellStart"/>
      <w:r>
        <w:rPr>
          <w:b/>
        </w:rPr>
        <w:t>Luật</w:t>
      </w:r>
      <w:proofErr w:type="spellEnd"/>
      <w:r>
        <w:rPr>
          <w:b/>
        </w:rPr>
        <w:t xml:space="preserve"> Bảo </w:t>
      </w: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dữ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liệu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số</w:t>
      </w:r>
      <w:proofErr w:type="spellEnd"/>
      <w:r>
        <w:rPr>
          <w:b/>
        </w:rPr>
        <w:t xml:space="preserve"> 91/2025/QH15:</w:t>
      </w:r>
      <w:r>
        <w:t xml:space="preserve"> Quy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>
        <w:t>yêu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an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, </w:t>
      </w:r>
      <w:proofErr w:type="spellStart"/>
      <w:r>
        <w:t>đặc</w:t>
      </w:r>
      <w:proofErr w:type="spellEnd"/>
      <w:r>
        <w:t xml:space="preserve"> </w:t>
      </w:r>
      <w:proofErr w:type="spellStart"/>
      <w:r>
        <w:t>biệt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tượng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14:paraId="59D147E9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3. Các </w:t>
      </w: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cách</w:t>
      </w:r>
      <w:proofErr w:type="spellEnd"/>
      <w:r>
        <w:rPr>
          <w:b/>
        </w:rPr>
        <w:t xml:space="preserve"> GV </w:t>
      </w:r>
      <w:proofErr w:type="spellStart"/>
      <w:r>
        <w:rPr>
          <w:b/>
        </w:rPr>
        <w:t>tháo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</w:p>
    <w:p w14:paraId="4CC0A3B7" w14:textId="27D18B58" w:rsidR="00D31390" w:rsidRDefault="0079654C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1:</w:t>
      </w:r>
      <w:r>
        <w:t xml:space="preserve"> HS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nhầm</w:t>
      </w:r>
      <w:proofErr w:type="spellEnd"/>
      <w:r>
        <w:t xml:space="preserve"> </w:t>
      </w:r>
      <w:proofErr w:type="spellStart"/>
      <w:r>
        <w:t>lẫn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.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: </w:t>
      </w:r>
      <w:r w:rsidR="0084594D">
        <w:t>“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xác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đầy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không</w:t>
      </w:r>
      <w:proofErr w:type="spellEnd"/>
      <w:r>
        <w:t>?</w:t>
      </w:r>
      <w:r w:rsidR="0084594D">
        <w:t>”</w:t>
      </w:r>
    </w:p>
    <w:p w14:paraId="155576CE" w14:textId="00DF3E65" w:rsidR="00D31390" w:rsidRDefault="0079654C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2:</w:t>
      </w:r>
      <w:r>
        <w:t xml:space="preserve"> HS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tầm</w:t>
      </w:r>
      <w:proofErr w:type="spellEnd"/>
      <w: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.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: </w:t>
      </w:r>
      <w:r w:rsidR="0084594D">
        <w:t>“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xảy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nguồn</w:t>
      </w:r>
      <w:proofErr w:type="spellEnd"/>
      <w:r>
        <w:t xml:space="preserve"> </w:t>
      </w:r>
      <w:proofErr w:type="spellStart"/>
      <w:r>
        <w:t>duy</w:t>
      </w:r>
      <w:proofErr w:type="spellEnd"/>
      <w:r>
        <w:t xml:space="preserve"> </w:t>
      </w:r>
      <w:proofErr w:type="spellStart"/>
      <w:r>
        <w:t>nhất</w:t>
      </w:r>
      <w:proofErr w:type="spellEnd"/>
      <w:r>
        <w:t>?</w:t>
      </w:r>
      <w:r w:rsidR="0084594D">
        <w:t>”</w:t>
      </w:r>
    </w:p>
    <w:p w14:paraId="0ABB6FB7" w14:textId="23EC700E" w:rsidR="00D31390" w:rsidRDefault="0079654C">
      <w:pPr>
        <w:pStyle w:val="ListBullet"/>
      </w:pPr>
      <w:proofErr w:type="spellStart"/>
      <w:r>
        <w:rPr>
          <w:b/>
        </w:rPr>
        <w:t>Nhầm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lẫn</w:t>
      </w:r>
      <w:proofErr w:type="spellEnd"/>
      <w:r>
        <w:rPr>
          <w:b/>
        </w:rPr>
        <w:t xml:space="preserve"> 3:</w:t>
      </w:r>
      <w:r>
        <w:t xml:space="preserve"> HS </w:t>
      </w:r>
      <w:proofErr w:type="spellStart"/>
      <w:r>
        <w:t>thường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 ý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nhật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. GV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: </w:t>
      </w:r>
      <w:r w:rsidR="0084594D">
        <w:t>“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AI?</w:t>
      </w:r>
      <w:r w:rsidR="0084594D">
        <w:t>”</w:t>
      </w:r>
    </w:p>
    <w:p w14:paraId="53B97FC5" w14:textId="77777777" w:rsidR="00D31390" w:rsidRDefault="0079654C">
      <w:pPr>
        <w:keepNext/>
        <w:spacing w:before="160" w:after="60"/>
        <w:jc w:val="left"/>
      </w:pPr>
      <w:r>
        <w:rPr>
          <w:b/>
        </w:rPr>
        <w:t xml:space="preserve">4. </w:t>
      </w: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</w:p>
    <w:p w14:paraId="0E677C90" w14:textId="77777777" w:rsidR="00D31390" w:rsidRDefault="0079654C">
      <w:pPr>
        <w:pStyle w:val="ListBullet"/>
      </w:pPr>
      <w:proofErr w:type="spellStart"/>
      <w:r>
        <w:rPr>
          <w:b/>
        </w:rPr>
        <w:t>Nối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giới</w:t>
      </w:r>
      <w:proofErr w:type="spellEnd"/>
      <w:r>
        <w:t xml:space="preserve"> </w:t>
      </w:r>
      <w:proofErr w:type="spellStart"/>
      <w:r>
        <w:t>thiệu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AI,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ảnh</w:t>
      </w:r>
      <w:proofErr w:type="spellEnd"/>
      <w:r>
        <w:t xml:space="preserve"> </w:t>
      </w:r>
      <w:proofErr w:type="spellStart"/>
      <w:r>
        <w:t>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nó</w:t>
      </w:r>
      <w:proofErr w:type="spellEnd"/>
      <w:r>
        <w:t xml:space="preserve">.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mở</w:t>
      </w:r>
      <w:proofErr w:type="spellEnd"/>
      <w:r>
        <w:t xml:space="preserve"> </w:t>
      </w:r>
      <w:proofErr w:type="spellStart"/>
      <w:r>
        <w:t>rộng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AI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đời</w:t>
      </w:r>
      <w:proofErr w:type="spellEnd"/>
      <w:r>
        <w:t xml:space="preserve"> </w:t>
      </w:r>
      <w:proofErr w:type="spellStart"/>
      <w:r>
        <w:t>sống</w:t>
      </w:r>
      <w:proofErr w:type="spellEnd"/>
      <w:r>
        <w:t>.</w:t>
      </w:r>
    </w:p>
    <w:p w14:paraId="33226B8B" w14:textId="77777777" w:rsidR="00D31390" w:rsidRDefault="0079654C">
      <w:pPr>
        <w:pStyle w:val="ListBullet"/>
      </w:pPr>
      <w:proofErr w:type="spellStart"/>
      <w:r>
        <w:rPr>
          <w:b/>
        </w:rPr>
        <w:t>Dạy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tiết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, GV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ở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2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nối</w:t>
      </w:r>
      <w:proofErr w:type="spellEnd"/>
      <w:r>
        <w:t xml:space="preserve"> </w:t>
      </w:r>
      <w:proofErr w:type="spellStart"/>
      <w:r>
        <w:t>mạch</w:t>
      </w:r>
      <w:proofErr w:type="spellEnd"/>
      <w:r>
        <w:t>.</w:t>
      </w:r>
    </w:p>
    <w:p w14:paraId="4A84750F" w14:textId="77777777" w:rsidR="00D31390" w:rsidRDefault="0079654C">
      <w:pPr>
        <w:pStyle w:val="ListBullet"/>
      </w:pPr>
      <w:proofErr w:type="spellStart"/>
      <w:r>
        <w:rPr>
          <w:b/>
        </w:rPr>
        <w:t>Tích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hợp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môn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Tin </w:t>
      </w:r>
      <w:proofErr w:type="spellStart"/>
      <w:r>
        <w:t>học</w:t>
      </w:r>
      <w:proofErr w:type="spellEnd"/>
      <w:r>
        <w:t xml:space="preserve"> (</w:t>
      </w:r>
      <w:proofErr w:type="spellStart"/>
      <w:r>
        <w:t>lớp</w:t>
      </w:r>
      <w:proofErr w:type="spellEnd"/>
      <w:r>
        <w:t xml:space="preserve"> 10) </w:t>
      </w:r>
      <w:proofErr w:type="spellStart"/>
      <w:r>
        <w:t>khi</w:t>
      </w:r>
      <w:proofErr w:type="spellEnd"/>
      <w:r>
        <w:t xml:space="preserve">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lí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cập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dữ</w:t>
      </w:r>
      <w:proofErr w:type="spellEnd"/>
      <w:r>
        <w:t xml:space="preserve"> </w:t>
      </w:r>
      <w:proofErr w:type="spellStart"/>
      <w:r>
        <w:t>liệu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>.</w:t>
      </w:r>
    </w:p>
    <w:sectPr w:rsidR="00D31390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36649123">
    <w:abstractNumId w:val="8"/>
  </w:num>
  <w:num w:numId="2" w16cid:durableId="681131823">
    <w:abstractNumId w:val="6"/>
  </w:num>
  <w:num w:numId="3" w16cid:durableId="1791975005">
    <w:abstractNumId w:val="5"/>
  </w:num>
  <w:num w:numId="4" w16cid:durableId="88939538">
    <w:abstractNumId w:val="4"/>
  </w:num>
  <w:num w:numId="5" w16cid:durableId="637998230">
    <w:abstractNumId w:val="7"/>
  </w:num>
  <w:num w:numId="6" w16cid:durableId="1823235022">
    <w:abstractNumId w:val="3"/>
  </w:num>
  <w:num w:numId="7" w16cid:durableId="1966154740">
    <w:abstractNumId w:val="2"/>
  </w:num>
  <w:num w:numId="8" w16cid:durableId="1042481426">
    <w:abstractNumId w:val="1"/>
  </w:num>
  <w:num w:numId="9" w16cid:durableId="1581677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7DF3"/>
    <w:rsid w:val="0006063C"/>
    <w:rsid w:val="0015074B"/>
    <w:rsid w:val="00275D3B"/>
    <w:rsid w:val="0029639D"/>
    <w:rsid w:val="002C4F2C"/>
    <w:rsid w:val="00326F90"/>
    <w:rsid w:val="0047215D"/>
    <w:rsid w:val="00533E05"/>
    <w:rsid w:val="005F2536"/>
    <w:rsid w:val="00644646"/>
    <w:rsid w:val="0079654C"/>
    <w:rsid w:val="0084594D"/>
    <w:rsid w:val="008477BE"/>
    <w:rsid w:val="00884E6B"/>
    <w:rsid w:val="009C6559"/>
    <w:rsid w:val="009D1ACD"/>
    <w:rsid w:val="00A655A7"/>
    <w:rsid w:val="00AA1D8D"/>
    <w:rsid w:val="00B47730"/>
    <w:rsid w:val="00B96AE1"/>
    <w:rsid w:val="00CA6A0C"/>
    <w:rsid w:val="00CB0664"/>
    <w:rsid w:val="00D31390"/>
    <w:rsid w:val="00E143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898F54"/>
  <w14:defaultImageDpi w14:val="300"/>
  <w15:docId w15:val="{FFD9B302-FBFA-4707-B7FB-8A8061A1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  <w:jc w:val="both"/>
    </w:pPr>
    <w:rPr>
      <w:rFonts w:ascii="Times New Roman" w:hAnsi="Times New Roman"/>
      <w:color w:val="000000"/>
      <w:sz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2119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14175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Nguyen Hai</cp:lastModifiedBy>
  <cp:revision>11</cp:revision>
  <dcterms:created xsi:type="dcterms:W3CDTF">2013-12-23T23:15:00Z</dcterms:created>
  <dcterms:modified xsi:type="dcterms:W3CDTF">2026-11-01T11:15:00Z</dcterms:modified>
  <cp:category/>
</cp:coreProperties>
</file>