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5891F" w14:textId="77777777" w:rsidR="00CF6923" w:rsidRPr="0000478A" w:rsidRDefault="00A91A44">
      <w:pPr>
        <w:keepNext/>
        <w:spacing w:before="160"/>
        <w:jc w:val="center"/>
        <w:rPr>
          <w:szCs w:val="26"/>
        </w:rPr>
      </w:pPr>
      <w:r w:rsidRPr="0000478A">
        <w:rPr>
          <w:b/>
          <w:szCs w:val="26"/>
        </w:rPr>
        <w:t>PHỤ LỤC CỦA KẾ HOẠCH BÀI DẠY BÀI 5 – LỚP 10</w:t>
      </w:r>
    </w:p>
    <w:p w14:paraId="515A4752" w14:textId="77777777" w:rsidR="00CF6923" w:rsidRPr="0000478A" w:rsidRDefault="00A91A44">
      <w:pPr>
        <w:keepNext/>
        <w:spacing w:before="160"/>
        <w:jc w:val="center"/>
        <w:rPr>
          <w:szCs w:val="26"/>
        </w:rPr>
      </w:pPr>
      <w:r w:rsidRPr="0000478A">
        <w:rPr>
          <w:b/>
          <w:szCs w:val="26"/>
        </w:rPr>
        <w:t>TÊN BÀI: PHÂN BIỆT AI TẠO SINH, PHÂN LOẠI VÀ DỰ ĐOÁN</w:t>
      </w:r>
    </w:p>
    <w:p w14:paraId="0F6F058F" w14:textId="1BBB6DED" w:rsidR="00CF6923" w:rsidRDefault="00A91A44">
      <w:r>
        <w:t xml:space="preserve">Quy </w:t>
      </w:r>
      <w:proofErr w:type="spellStart"/>
      <w:r>
        <w:t>ước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lục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r w:rsidR="00152681">
        <w:t>“</w:t>
      </w:r>
      <w:r>
        <w:t>PL10.5.x</w:t>
      </w:r>
      <w:r w:rsidR="00152681">
        <w:t>”</w:t>
      </w:r>
      <w:r>
        <w:t xml:space="preserve">,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r w:rsidR="00152681">
        <w:t>“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10.5.x</w:t>
      </w:r>
      <w:r w:rsidR="00152681">
        <w:t>”</w:t>
      </w:r>
      <w:r>
        <w:t xml:space="preserve"> (</w:t>
      </w:r>
      <w:proofErr w:type="spellStart"/>
      <w:r>
        <w:t>lớp</w:t>
      </w:r>
      <w:proofErr w:type="spellEnd"/>
      <w:r>
        <w:t xml:space="preserve"> 10, </w:t>
      </w:r>
      <w:proofErr w:type="spellStart"/>
      <w:r>
        <w:t>bài</w:t>
      </w:r>
      <w:proofErr w:type="spellEnd"/>
      <w:r>
        <w:t xml:space="preserve"> 5,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in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(8 </w:t>
      </w:r>
      <w:proofErr w:type="spellStart"/>
      <w:r>
        <w:t>nhóm</w:t>
      </w:r>
      <w:proofErr w:type="spellEnd"/>
      <w:r>
        <w:t xml:space="preserve">): </w:t>
      </w:r>
      <w:proofErr w:type="spellStart"/>
      <w:r>
        <w:t>khoảng</w:t>
      </w:r>
      <w:proofErr w:type="spellEnd"/>
      <w:r>
        <w:t xml:space="preserve"> 32–36 </w:t>
      </w:r>
      <w:proofErr w:type="spellStart"/>
      <w:r>
        <w:t>tờ</w:t>
      </w:r>
      <w:proofErr w:type="spellEnd"/>
      <w:r>
        <w:t xml:space="preserve"> A4 (in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mặt</w:t>
      </w:r>
      <w:proofErr w:type="spellEnd"/>
      <w:r>
        <w:t>).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181"/>
        <w:gridCol w:w="4240"/>
        <w:gridCol w:w="2964"/>
        <w:gridCol w:w="1604"/>
      </w:tblGrid>
      <w:tr w:rsidR="00CF6923" w14:paraId="3AF71580" w14:textId="77777777" w:rsidTr="0000478A">
        <w:trPr>
          <w:cantSplit/>
          <w:tblHeader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350096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</w:p>
        </w:tc>
        <w:tc>
          <w:tcPr>
            <w:tcW w:w="212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6458D3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Tên</w:t>
            </w:r>
            <w:proofErr w:type="spellEnd"/>
          </w:p>
        </w:tc>
        <w:tc>
          <w:tcPr>
            <w:tcW w:w="149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B08ACA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cho</w:t>
            </w:r>
            <w:proofErr w:type="spellEnd"/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C9560E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Dùng</w:t>
            </w:r>
            <w:proofErr w:type="spellEnd"/>
            <w:r>
              <w:rPr>
                <w:b/>
                <w:sz w:val="24"/>
              </w:rPr>
              <w:t xml:space="preserve"> ở</w:t>
            </w:r>
          </w:p>
        </w:tc>
      </w:tr>
      <w:tr w:rsidR="00CF6923" w14:paraId="6804A4A8" w14:textId="77777777" w:rsidTr="0000478A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00B51B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PL10.5.1</w:t>
            </w:r>
          </w:p>
        </w:tc>
        <w:tc>
          <w:tcPr>
            <w:tcW w:w="212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A308BFA" w14:textId="77777777" w:rsidR="00CF6923" w:rsidRDefault="00A91A44" w:rsidP="0000478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10.5.1: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kèm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49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76AE04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 xml:space="preserve">HS, in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(1 </w:t>
            </w:r>
            <w:proofErr w:type="spellStart"/>
            <w:r>
              <w:rPr>
                <w:sz w:val="24"/>
              </w:rPr>
              <w:t>mặt</w:t>
            </w:r>
            <w:proofErr w:type="spellEnd"/>
            <w:r>
              <w:rPr>
                <w:sz w:val="24"/>
              </w:rPr>
              <w:t xml:space="preserve"> A4/HS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tờ</w:t>
            </w:r>
            <w:proofErr w:type="spellEnd"/>
            <w:r>
              <w:rPr>
                <w:sz w:val="24"/>
              </w:rPr>
              <w:t xml:space="preserve"> A4/2 HS)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FEB223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HĐ 4</w:t>
            </w:r>
          </w:p>
        </w:tc>
      </w:tr>
      <w:tr w:rsidR="00CF6923" w14:paraId="1BC612CC" w14:textId="77777777" w:rsidTr="0000478A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2DA6DD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PL10.5.2</w:t>
            </w:r>
          </w:p>
        </w:tc>
        <w:tc>
          <w:tcPr>
            <w:tcW w:w="212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6719FF" w14:textId="77777777" w:rsidR="00CF6923" w:rsidRDefault="00A91A44" w:rsidP="0000478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10.5.2</w:t>
            </w:r>
          </w:p>
        </w:tc>
        <w:tc>
          <w:tcPr>
            <w:tcW w:w="149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5CF778" w14:textId="77777777" w:rsidR="00CF6923" w:rsidRDefault="00A91A44" w:rsidP="0000478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(8–9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8E9A67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HĐ 2, HĐ 3</w:t>
            </w:r>
          </w:p>
        </w:tc>
      </w:tr>
      <w:tr w:rsidR="00CF6923" w14:paraId="788C27A0" w14:textId="77777777" w:rsidTr="0000478A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CBEA7D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PL10.5.3</w:t>
            </w:r>
          </w:p>
        </w:tc>
        <w:tc>
          <w:tcPr>
            <w:tcW w:w="212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1EF70BC" w14:textId="77777777" w:rsidR="00CF6923" w:rsidRDefault="00A91A44" w:rsidP="0000478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GV: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phỏng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tế</w:t>
            </w:r>
            <w:proofErr w:type="spellEnd"/>
          </w:p>
        </w:tc>
        <w:tc>
          <w:tcPr>
            <w:tcW w:w="149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C4C665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 xml:space="preserve">GV (1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FBF253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HĐ 1, HĐ 2, HĐ 3</w:t>
            </w:r>
          </w:p>
        </w:tc>
      </w:tr>
      <w:tr w:rsidR="00CF6923" w14:paraId="1B5DCFCC" w14:textId="77777777" w:rsidTr="0000478A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3D91E49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PL10.5.4</w:t>
            </w:r>
          </w:p>
        </w:tc>
        <w:tc>
          <w:tcPr>
            <w:tcW w:w="212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6BA56C" w14:textId="77777777" w:rsidR="00CF6923" w:rsidRDefault="00A91A44" w:rsidP="0000478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</w:p>
        </w:tc>
        <w:tc>
          <w:tcPr>
            <w:tcW w:w="149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BB5DDF9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GV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118D12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 xml:space="preserve">HĐ 1–4,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IV</w:t>
            </w:r>
          </w:p>
        </w:tc>
      </w:tr>
      <w:tr w:rsidR="00CF6923" w14:paraId="1261C253" w14:textId="77777777" w:rsidTr="0000478A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F97A15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PL10.5.5</w:t>
            </w:r>
          </w:p>
        </w:tc>
        <w:tc>
          <w:tcPr>
            <w:tcW w:w="212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CD6195" w14:textId="77777777" w:rsidR="00CF6923" w:rsidRDefault="00A91A44" w:rsidP="0000478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lưu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sư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  <w:tc>
          <w:tcPr>
            <w:tcW w:w="149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253E9D" w14:textId="77777777" w:rsidR="00CF6923" w:rsidRDefault="00A91A44" w:rsidP="0000478A">
            <w:pPr>
              <w:spacing w:after="40"/>
              <w:jc w:val="left"/>
            </w:pPr>
            <w:r>
              <w:rPr>
                <w:sz w:val="24"/>
              </w:rPr>
              <w:t>GV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6DFCA54" w14:textId="77777777" w:rsidR="00CF6923" w:rsidRDefault="00A91A44" w:rsidP="0000478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</w:tr>
    </w:tbl>
    <w:p w14:paraId="4B68B169" w14:textId="77777777" w:rsidR="00CF6923" w:rsidRDefault="00CF6923"/>
    <w:p w14:paraId="0A6AD906" w14:textId="77777777" w:rsidR="00CF6923" w:rsidRDefault="00A91A44">
      <w:r>
        <w:br w:type="page"/>
      </w:r>
    </w:p>
    <w:p w14:paraId="4014606B" w14:textId="77777777" w:rsidR="00CF6923" w:rsidRDefault="00A91A44">
      <w:pPr>
        <w:keepNext/>
        <w:spacing w:before="200"/>
        <w:jc w:val="left"/>
      </w:pPr>
      <w:r>
        <w:rPr>
          <w:b/>
          <w:sz w:val="28"/>
        </w:rPr>
        <w:lastRenderedPageBreak/>
        <w:t xml:space="preserve">PL10.5.1.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10.5.1: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cá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nhân</w:t>
      </w:r>
      <w:proofErr w:type="spellEnd"/>
    </w:p>
    <w:p w14:paraId="68C3CD46" w14:textId="77777777" w:rsidR="00CF6923" w:rsidRDefault="00A91A44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A4, 1 </w:t>
      </w:r>
      <w:proofErr w:type="spellStart"/>
      <w:r>
        <w:t>mặt</w:t>
      </w:r>
      <w:proofErr w:type="spellEnd"/>
      <w:r>
        <w:t xml:space="preserve"> (40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+ 2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; </w:t>
      </w:r>
      <w:proofErr w:type="spellStart"/>
      <w:r>
        <w:t>hoặc</w:t>
      </w:r>
      <w:proofErr w:type="spellEnd"/>
      <w:r>
        <w:t xml:space="preserve"> in 2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1 </w:t>
      </w:r>
      <w:proofErr w:type="spellStart"/>
      <w:r>
        <w:t>trang</w:t>
      </w:r>
      <w:proofErr w:type="spellEnd"/>
      <w:r>
        <w:t xml:space="preserve"> A4).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HS ở B1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4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ở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;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).</w:t>
      </w:r>
    </w:p>
    <w:p w14:paraId="3AA6DF8E" w14:textId="77777777" w:rsidR="00CF6923" w:rsidRDefault="00A91A44">
      <w:r>
        <w:rPr>
          <w:b/>
        </w:rPr>
        <w:t xml:space="preserve">Hướng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YCCĐ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IV </w:t>
      </w:r>
      <w:proofErr w:type="spellStart"/>
      <w:r>
        <w:t>của</w:t>
      </w:r>
      <w:proofErr w:type="spellEnd"/>
      <w:r>
        <w:t xml:space="preserve"> KHBD;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Đạt, </w:t>
      </w:r>
      <w:proofErr w:type="spellStart"/>
      <w:r>
        <w:t>Khá</w:t>
      </w:r>
      <w:proofErr w:type="spellEnd"/>
      <w:r>
        <w:t xml:space="preserve">,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PL10.5.4.</w:t>
      </w:r>
    </w:p>
    <w:p w14:paraId="2EDB1E5B" w14:textId="77777777" w:rsidR="00CF6923" w:rsidRDefault="00A91A44">
      <w:pPr>
        <w:keepNext/>
        <w:spacing w:before="160" w:after="60"/>
        <w:jc w:val="left"/>
      </w:pPr>
      <w:r>
        <w:rPr>
          <w:b/>
        </w:rPr>
        <w:t>PHIẾU HỌC TẬP 10.5.1: PHIẾU TỔNG KẾT CÁ NHÂN</w:t>
      </w:r>
    </w:p>
    <w:p w14:paraId="272865BF" w14:textId="77777777" w:rsidR="00CF6923" w:rsidRDefault="00A91A44">
      <w:pPr>
        <w:tabs>
          <w:tab w:val="left" w:pos="4535"/>
          <w:tab w:val="left" w:pos="7257"/>
        </w:tabs>
        <w:jc w:val="left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>: …………………………</w:t>
      </w:r>
      <w:r>
        <w:tab/>
      </w:r>
      <w:proofErr w:type="spellStart"/>
      <w:r>
        <w:t>Lớp</w:t>
      </w:r>
      <w:proofErr w:type="spellEnd"/>
      <w:r>
        <w:t>: …………</w:t>
      </w:r>
      <w:r>
        <w:tab/>
      </w:r>
      <w:proofErr w:type="spellStart"/>
      <w:r>
        <w:t>Nhóm</w:t>
      </w:r>
      <w:proofErr w:type="spellEnd"/>
      <w:r>
        <w:t>: …………</w:t>
      </w:r>
    </w:p>
    <w:p w14:paraId="53D41E50" w14:textId="77777777" w:rsidR="00CF6923" w:rsidRDefault="00A91A44">
      <w:r>
        <w:rPr>
          <w:i/>
        </w:rPr>
        <w:t xml:space="preserve">Lưu ý an </w:t>
      </w:r>
      <w:proofErr w:type="spellStart"/>
      <w:r>
        <w:rPr>
          <w:i/>
        </w:rPr>
        <w:t>toàn</w:t>
      </w:r>
      <w:proofErr w:type="spellEnd"/>
      <w:r>
        <w:rPr>
          <w:i/>
        </w:rPr>
        <w:t>:</w:t>
      </w:r>
      <w:r>
        <w:t xml:space="preserve"> Em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quen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hay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52"/>
        <w:gridCol w:w="8137"/>
      </w:tblGrid>
      <w:tr w:rsidR="00CF6923" w14:paraId="33B78E7F" w14:textId="77777777" w:rsidTr="00A54130">
        <w:trPr>
          <w:cantSplit/>
          <w:tblHeader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9BB94F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020C1CB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CF6923" w14:paraId="7EA9A662" w14:textId="77777777" w:rsidTr="00A54130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E25A75" w14:textId="77777777" w:rsidR="00CF6923" w:rsidRDefault="00A91A44" w:rsidP="00045073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B4F672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Em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dưới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đây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>):</w:t>
            </w:r>
          </w:p>
          <w:p w14:paraId="625F593D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 email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</w:t>
            </w:r>
            <w:proofErr w:type="spellEnd"/>
            <w:r>
              <w:rPr>
                <w:sz w:val="24"/>
              </w:rPr>
              <w:t>.</w:t>
            </w:r>
          </w:p>
          <w:p w14:paraId="7EEF7397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B: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kiện</w:t>
            </w:r>
            <w:proofErr w:type="spellEnd"/>
            <w:r>
              <w:rPr>
                <w:sz w:val="24"/>
              </w:rPr>
              <w:t>.</w:t>
            </w:r>
          </w:p>
          <w:p w14:paraId="4332606A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C: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dung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. /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>: ……………………………</w:t>
            </w:r>
          </w:p>
        </w:tc>
      </w:tr>
      <w:tr w:rsidR="00CF6923" w14:paraId="723814DC" w14:textId="77777777" w:rsidTr="00A54130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6102AC" w14:textId="77777777" w:rsidR="00CF6923" w:rsidRDefault="00A91A44" w:rsidP="00045073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2. </w:t>
            </w:r>
            <w:proofErr w:type="spellStart"/>
            <w:r>
              <w:rPr>
                <w:b/>
                <w:sz w:val="24"/>
              </w:rPr>
              <w:t>Phân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biệt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loại</w:t>
            </w:r>
            <w:proofErr w:type="spellEnd"/>
            <w:r>
              <w:rPr>
                <w:b/>
                <w:sz w:val="24"/>
              </w:rPr>
              <w:t xml:space="preserve"> AI</w:t>
            </w:r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B0711B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 AI: ……………………………………………………………………</w:t>
            </w:r>
          </w:p>
          <w:p w14:paraId="14EFCC83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4E857DCE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</w:tc>
      </w:tr>
      <w:tr w:rsidR="00CF6923" w14:paraId="39E83742" w14:textId="77777777" w:rsidTr="00A54130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8531A2" w14:textId="77777777" w:rsidR="00CF6923" w:rsidRDefault="00A91A44" w:rsidP="00045073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CDFB7A" w14:textId="25776737" w:rsidR="00CF6923" w:rsidRDefault="00A91A44" w:rsidP="00045073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………………………………………………………</w:t>
            </w:r>
          </w:p>
          <w:p w14:paraId="15355941" w14:textId="3CD0A81E" w:rsidR="00CF6923" w:rsidRDefault="00A91A44" w:rsidP="00045073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…………………………………………………………</w:t>
            </w:r>
            <w:r w:rsidR="00340845">
              <w:rPr>
                <w:sz w:val="24"/>
              </w:rPr>
              <w:t>…</w:t>
            </w:r>
            <w:r>
              <w:rPr>
                <w:sz w:val="24"/>
              </w:rPr>
              <w:t>…………………</w:t>
            </w:r>
          </w:p>
          <w:p w14:paraId="3AADD59A" w14:textId="2101F873" w:rsidR="00CF6923" w:rsidRDefault="00A91A44" w:rsidP="00045073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>: …………………………………</w:t>
            </w:r>
            <w:r w:rsidR="00340845">
              <w:rPr>
                <w:sz w:val="24"/>
              </w:rPr>
              <w:t>...</w:t>
            </w:r>
            <w:r>
              <w:rPr>
                <w:sz w:val="24"/>
              </w:rPr>
              <w:t>…………………</w:t>
            </w:r>
          </w:p>
        </w:tc>
      </w:tr>
      <w:tr w:rsidR="00CF6923" w14:paraId="530755EE" w14:textId="77777777" w:rsidTr="00A54130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9CAF4D" w14:textId="77777777" w:rsidR="00CF6923" w:rsidRDefault="00A91A44" w:rsidP="00045073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FDEC06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  <w:p w14:paraId="45546DDB" w14:textId="77777777" w:rsidR="00CF6923" w:rsidRDefault="00A91A44" w:rsidP="00045073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(Công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đích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nhờ</w:t>
            </w:r>
            <w:proofErr w:type="spellEnd"/>
            <w:r>
              <w:rPr>
                <w:sz w:val="24"/>
              </w:rPr>
              <w:t xml:space="preserve"> AI: ………;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>: ………).</w:t>
            </w:r>
          </w:p>
        </w:tc>
      </w:tr>
    </w:tbl>
    <w:p w14:paraId="5B787077" w14:textId="77777777" w:rsidR="00CF6923" w:rsidRDefault="00CF6923"/>
    <w:p w14:paraId="367F5960" w14:textId="77777777" w:rsidR="00CF6923" w:rsidRDefault="00A91A44"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đẳng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bàn</w:t>
      </w:r>
      <w:proofErr w:type="spellEnd"/>
      <w:r>
        <w:rPr>
          <w:b/>
        </w:rPr>
        <w:t>)</w:t>
      </w:r>
      <w:r>
        <w:t xml:space="preserve"> ·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>: …………………………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44"/>
        <w:gridCol w:w="2445"/>
        <w:gridCol w:w="5100"/>
      </w:tblGrid>
      <w:tr w:rsidR="00CF6923" w14:paraId="01113A5B" w14:textId="77777777" w:rsidTr="00816274">
        <w:trPr>
          <w:cantSplit/>
          <w:tblHeader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94910A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8D0C51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dấu</w:t>
            </w:r>
            <w:proofErr w:type="spellEnd"/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1E578B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góp</w:t>
            </w:r>
            <w:proofErr w:type="spellEnd"/>
            <w:r>
              <w:rPr>
                <w:b/>
                <w:sz w:val="24"/>
              </w:rPr>
              <w:t xml:space="preserve"> ý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hơn</w:t>
            </w:r>
            <w:proofErr w:type="spellEnd"/>
          </w:p>
        </w:tc>
      </w:tr>
      <w:tr w:rsidR="00CF6923" w14:paraId="2DC3C242" w14:textId="77777777" w:rsidTr="00816274">
        <w:trPr>
          <w:cantSplit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F853C8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B2E544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123D3A" w14:textId="77777777" w:rsidR="00CF6923" w:rsidRDefault="00A91A44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  <w:tr w:rsidR="00CF6923" w14:paraId="3B14322F" w14:textId="77777777" w:rsidTr="00816274">
        <w:trPr>
          <w:cantSplit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003A96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D479D1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51FAED" w14:textId="77777777" w:rsidR="00CF6923" w:rsidRDefault="00A91A44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</w:tbl>
    <w:p w14:paraId="10D617FC" w14:textId="77777777" w:rsidR="00CF6923" w:rsidRDefault="00CF6923"/>
    <w:p w14:paraId="0062C909" w14:textId="77777777" w:rsidR="00CF6923" w:rsidRDefault="00A91A44">
      <w:pPr>
        <w:spacing w:before="120" w:after="40"/>
        <w:jc w:val="center"/>
      </w:pPr>
      <w:r>
        <w:rPr>
          <w:noProof/>
        </w:rPr>
        <w:drawing>
          <wp:inline distT="0" distB="0" distL="0" distR="0" wp14:anchorId="2CC5508B" wp14:editId="28AFAF34">
            <wp:extent cx="5580000" cy="2388570"/>
            <wp:effectExtent l="0" t="0" r="0" b="0"/>
            <wp:docPr id="1" name="Picture 1" descr="Hình 10.5.1. Quy trình phân loại AI (sơ đồ minh hoạ gợi ý)" title="Hình 10.5.1. Quy trình phân loại AI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0_5_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38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7115E" w14:textId="77777777" w:rsidR="00CF6923" w:rsidRDefault="00A91A44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10.5.1. Quy </w:t>
      </w:r>
      <w:proofErr w:type="spellStart"/>
      <w:r>
        <w:rPr>
          <w:i/>
          <w:sz w:val="23"/>
        </w:rPr>
        <w:t>trình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phân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loại</w:t>
      </w:r>
      <w:proofErr w:type="spellEnd"/>
      <w:r>
        <w:rPr>
          <w:i/>
          <w:sz w:val="23"/>
        </w:rPr>
        <w:t xml:space="preserve"> AI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37F23EB5" w14:textId="77777777" w:rsidR="00CF6923" w:rsidRDefault="00A91A44">
      <w:r>
        <w:br w:type="page"/>
      </w:r>
    </w:p>
    <w:p w14:paraId="635C7BC5" w14:textId="77777777" w:rsidR="00CF6923" w:rsidRDefault="00A91A44">
      <w:pPr>
        <w:keepNext/>
        <w:spacing w:before="200"/>
        <w:jc w:val="left"/>
      </w:pPr>
      <w:r>
        <w:rPr>
          <w:b/>
          <w:sz w:val="28"/>
        </w:rPr>
        <w:t xml:space="preserve">PL10.5.2.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nhóm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Dùng</w:t>
      </w:r>
      <w:proofErr w:type="spellEnd"/>
      <w:r>
        <w:rPr>
          <w:b/>
          <w:sz w:val="28"/>
        </w:rPr>
        <w:t xml:space="preserve"> ở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2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3)</w:t>
      </w:r>
    </w:p>
    <w:p w14:paraId="6E05227C" w14:textId="77777777" w:rsidR="00CF6923" w:rsidRDefault="00A91A44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 in 2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(8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8 </w:t>
      </w:r>
      <w:proofErr w:type="spellStart"/>
      <w:r>
        <w:t>nhóm</w:t>
      </w:r>
      <w:proofErr w:type="spellEnd"/>
      <w:r>
        <w:t xml:space="preserve"> + 1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, </w:t>
      </w:r>
      <w:proofErr w:type="spellStart"/>
      <w:r>
        <w:t>khoảng</w:t>
      </w:r>
      <w:proofErr w:type="spellEnd"/>
      <w:r>
        <w:t xml:space="preserve"> 18–24 </w:t>
      </w:r>
      <w:proofErr w:type="spellStart"/>
      <w:r>
        <w:t>tờ</w:t>
      </w:r>
      <w:proofErr w:type="spellEnd"/>
      <w:r>
        <w:t xml:space="preserve"> A4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).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.</w:t>
      </w:r>
    </w:p>
    <w:p w14:paraId="5608DACB" w14:textId="77777777" w:rsidR="00CF6923" w:rsidRDefault="00A91A44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A. HỒ SƠ BỐI CẢNH &amp; BỘ THẺ DỮ LIỆU GIẢ LẬP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2CBE7F61" w14:textId="0406EE91" w:rsidR="00CF6923" w:rsidRDefault="00A91A44">
      <w:proofErr w:type="spellStart"/>
      <w:r>
        <w:t>Câu</w:t>
      </w:r>
      <w:proofErr w:type="spellEnd"/>
      <w:r>
        <w:t xml:space="preserve"> </w:t>
      </w:r>
      <w:proofErr w:type="spellStart"/>
      <w:r>
        <w:t>chuyện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: Trong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STEM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ba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AI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1,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="00152681">
        <w:t>“</w:t>
      </w:r>
      <w:proofErr w:type="spellStart"/>
      <w:r>
        <w:t>EmailBot</w:t>
      </w:r>
      <w:proofErr w:type="spellEnd"/>
      <w:r w:rsidR="00152681">
        <w:t>”</w:t>
      </w:r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email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kí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.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2, </w:t>
      </w:r>
      <w:r w:rsidR="00152681">
        <w:t>“</w:t>
      </w:r>
      <w:r>
        <w:t>Predictor</w:t>
      </w:r>
      <w:r w:rsidR="00152681">
        <w:t>”</w:t>
      </w:r>
      <w:r>
        <w:t xml:space="preserve">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kí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.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3, </w:t>
      </w:r>
      <w:r w:rsidR="00152681">
        <w:t>“</w:t>
      </w:r>
      <w:proofErr w:type="spellStart"/>
      <w:r>
        <w:t>CreativeBot</w:t>
      </w:r>
      <w:proofErr w:type="spellEnd"/>
      <w:r w:rsidR="00152681">
        <w:t>”</w:t>
      </w:r>
      <w:r>
        <w:t xml:space="preserve">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mạc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. Các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suôn</w:t>
      </w:r>
      <w:proofErr w:type="spellEnd"/>
      <w:r>
        <w:t xml:space="preserve"> </w:t>
      </w:r>
      <w:proofErr w:type="spellStart"/>
      <w:r>
        <w:t>sẻ</w:t>
      </w:r>
      <w:proofErr w:type="spellEnd"/>
      <w:r>
        <w:t>.</w:t>
      </w:r>
    </w:p>
    <w:p w14:paraId="232979B7" w14:textId="77777777" w:rsidR="00CF6923" w:rsidRDefault="00A91A44">
      <w:proofErr w:type="spellStart"/>
      <w:r>
        <w:t>Bảng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thẻ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lập</w:t>
      </w:r>
      <w:proofErr w:type="spellEnd"/>
      <w:r>
        <w:t>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285"/>
        <w:gridCol w:w="8704"/>
      </w:tblGrid>
      <w:tr w:rsidR="00CF6923" w14:paraId="4908C889" w14:textId="77777777" w:rsidTr="008D7D24">
        <w:trPr>
          <w:cantSplit/>
          <w:tblHeader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2F3448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F5569D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 </w:t>
            </w: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</w:tr>
      <w:tr w:rsidR="00CF6923" w14:paraId="0A1BF0C2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02013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F585D3" w14:textId="5C95EB8D" w:rsidR="00CF6923" w:rsidRDefault="00A91A44">
            <w:pPr>
              <w:spacing w:after="40"/>
            </w:pPr>
            <w:r>
              <w:rPr>
                <w:sz w:val="24"/>
              </w:rPr>
              <w:t xml:space="preserve">Email: </w:t>
            </w:r>
            <w:r w:rsidR="00152681">
              <w:rPr>
                <w:sz w:val="24"/>
              </w:rPr>
              <w:t>“</w:t>
            </w:r>
            <w:r>
              <w:rPr>
                <w:sz w:val="24"/>
              </w:rPr>
              <w:t xml:space="preserve">Xin </w:t>
            </w:r>
            <w:proofErr w:type="spellStart"/>
            <w:r>
              <w:rPr>
                <w:sz w:val="24"/>
              </w:rPr>
              <w:t>chào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muốn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đăng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>.</w:t>
            </w:r>
            <w:r w:rsidR="00152681">
              <w:rPr>
                <w:sz w:val="24"/>
              </w:rPr>
              <w:t>”</w:t>
            </w:r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</w:t>
            </w:r>
            <w:proofErr w:type="spellEnd"/>
          </w:p>
        </w:tc>
      </w:tr>
      <w:tr w:rsidR="00CF6923" w14:paraId="67772F59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EFF4C0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2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8D6562" w14:textId="5C36B58B" w:rsidR="00CF6923" w:rsidRDefault="00A91A44">
            <w:pPr>
              <w:spacing w:after="40"/>
            </w:pPr>
            <w:r>
              <w:rPr>
                <w:sz w:val="24"/>
              </w:rPr>
              <w:t xml:space="preserve">Email: </w:t>
            </w:r>
            <w:r w:rsidR="00152681">
              <w:rPr>
                <w:sz w:val="24"/>
              </w:rPr>
              <w:t>“</w:t>
            </w:r>
            <w:r>
              <w:rPr>
                <w:sz w:val="24"/>
              </w:rPr>
              <w:t xml:space="preserve">Mua </w:t>
            </w:r>
            <w:proofErr w:type="spellStart"/>
            <w:r>
              <w:rPr>
                <w:sz w:val="24"/>
              </w:rPr>
              <w:t>ngay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phẩm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  <w:r>
              <w:rPr>
                <w:sz w:val="24"/>
              </w:rPr>
              <w:t>!</w:t>
            </w:r>
            <w:r w:rsidR="00152681">
              <w:rPr>
                <w:sz w:val="24"/>
              </w:rPr>
              <w:t>”</w:t>
            </w:r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: Thư </w:t>
            </w:r>
            <w:proofErr w:type="spellStart"/>
            <w:r>
              <w:rPr>
                <w:sz w:val="24"/>
              </w:rPr>
              <w:t>rác</w:t>
            </w:r>
            <w:proofErr w:type="spellEnd"/>
          </w:p>
        </w:tc>
      </w:tr>
      <w:tr w:rsidR="00CF6923" w14:paraId="102E49CD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26065DC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3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30A4C8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: 200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đăng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kí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: 250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</w:p>
        </w:tc>
      </w:tr>
      <w:tr w:rsidR="00CF6923" w14:paraId="66A9766B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D1F95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4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575D7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: 100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đăng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kí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: 120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</w:p>
        </w:tc>
      </w:tr>
      <w:tr w:rsidR="00CF6923" w14:paraId="4391BF7E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E30DF0F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5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EA036B" w14:textId="7A70EBEC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: </w:t>
            </w:r>
            <w:r w:rsidR="00152681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kiện</w:t>
            </w:r>
            <w:proofErr w:type="spellEnd"/>
            <w:r w:rsidR="00152681">
              <w:rPr>
                <w:sz w:val="24"/>
              </w:rPr>
              <w:t>”</w:t>
            </w:r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: </w:t>
            </w:r>
            <w:r w:rsidR="00152681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Chào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hội</w:t>
            </w:r>
            <w:proofErr w:type="spellEnd"/>
            <w:r>
              <w:rPr>
                <w:sz w:val="24"/>
              </w:rPr>
              <w:t xml:space="preserve"> STEM!</w:t>
            </w:r>
            <w:r w:rsidR="00152681">
              <w:rPr>
                <w:sz w:val="24"/>
              </w:rPr>
              <w:t>”</w:t>
            </w:r>
          </w:p>
        </w:tc>
      </w:tr>
      <w:tr w:rsidR="00CF6923" w14:paraId="097FDE9C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6C1146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6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DF95BA" w14:textId="1D13747F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: </w:t>
            </w:r>
            <w:r w:rsidR="00152681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 w:rsidR="00152681">
              <w:rPr>
                <w:sz w:val="24"/>
              </w:rPr>
              <w:t>”</w:t>
            </w:r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: </w:t>
            </w:r>
            <w:r w:rsidR="00152681">
              <w:rPr>
                <w:sz w:val="24"/>
              </w:rPr>
              <w:t>“</w:t>
            </w:r>
            <w:r>
              <w:rPr>
                <w:sz w:val="24"/>
              </w:rPr>
              <w:t xml:space="preserve">Công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đổi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>.</w:t>
            </w:r>
            <w:r w:rsidR="00152681">
              <w:rPr>
                <w:sz w:val="24"/>
              </w:rPr>
              <w:t>”</w:t>
            </w:r>
          </w:p>
        </w:tc>
      </w:tr>
      <w:tr w:rsidR="00CF6923" w14:paraId="118B1302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8BB894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7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034B831" w14:textId="5FFC3B53" w:rsidR="00CF6923" w:rsidRDefault="00A91A44">
            <w:pPr>
              <w:spacing w:after="40"/>
            </w:pPr>
            <w:r>
              <w:rPr>
                <w:sz w:val="24"/>
              </w:rPr>
              <w:t xml:space="preserve">Email: </w:t>
            </w:r>
            <w:r w:rsidR="00152681">
              <w:rPr>
                <w:sz w:val="24"/>
              </w:rPr>
              <w:t>“</w:t>
            </w:r>
            <w:r>
              <w:rPr>
                <w:sz w:val="24"/>
              </w:rPr>
              <w:t xml:space="preserve">Tham </w:t>
            </w: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quà</w:t>
            </w:r>
            <w:proofErr w:type="spellEnd"/>
            <w:r>
              <w:rPr>
                <w:sz w:val="24"/>
              </w:rPr>
              <w:t>!</w:t>
            </w:r>
            <w:r w:rsidR="00152681">
              <w:rPr>
                <w:sz w:val="24"/>
              </w:rPr>
              <w:t>”</w:t>
            </w:r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: Thư </w:t>
            </w:r>
            <w:proofErr w:type="spellStart"/>
            <w:r>
              <w:rPr>
                <w:sz w:val="24"/>
              </w:rPr>
              <w:t>rác</w:t>
            </w:r>
            <w:proofErr w:type="spellEnd"/>
          </w:p>
        </w:tc>
      </w:tr>
      <w:tr w:rsidR="00CF6923" w14:paraId="0BDBB527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64FA16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8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DAE6F8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: 300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đăng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kí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: 320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</w:p>
        </w:tc>
      </w:tr>
      <w:tr w:rsidR="00CF6923" w14:paraId="13D87676" w14:textId="77777777" w:rsidTr="008D7D24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C152CB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9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91DD02" w14:textId="769617F1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: </w:t>
            </w:r>
            <w:r w:rsidR="00152681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lai</w:t>
            </w:r>
            <w:r w:rsidR="00152681">
              <w:rPr>
                <w:sz w:val="24"/>
              </w:rPr>
              <w:t>”</w:t>
            </w:r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: </w:t>
            </w:r>
            <w:r w:rsidR="00152681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lai </w:t>
            </w:r>
            <w:proofErr w:type="spellStart"/>
            <w:r>
              <w:rPr>
                <w:sz w:val="24"/>
              </w:rPr>
              <w:t>là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triển</w:t>
            </w:r>
            <w:proofErr w:type="spellEnd"/>
            <w:r>
              <w:rPr>
                <w:sz w:val="24"/>
              </w:rPr>
              <w:t>.</w:t>
            </w:r>
            <w:r w:rsidR="00152681">
              <w:rPr>
                <w:sz w:val="24"/>
              </w:rPr>
              <w:t>”</w:t>
            </w:r>
          </w:p>
        </w:tc>
      </w:tr>
    </w:tbl>
    <w:p w14:paraId="72455372" w14:textId="77777777" w:rsidR="00CF6923" w:rsidRDefault="00CF6923"/>
    <w:p w14:paraId="689F40A9" w14:textId="77777777" w:rsidR="00CF6923" w:rsidRDefault="00A91A44">
      <w:pPr>
        <w:spacing w:before="120" w:after="40"/>
        <w:jc w:val="center"/>
      </w:pPr>
      <w:r>
        <w:rPr>
          <w:noProof/>
        </w:rPr>
        <w:drawing>
          <wp:inline distT="0" distB="0" distL="0" distR="0" wp14:anchorId="76E11509" wp14:editId="33F0EE7C">
            <wp:extent cx="5580000" cy="2608669"/>
            <wp:effectExtent l="0" t="0" r="0" b="0"/>
            <wp:docPr id="2" name="Picture 2" descr="Hình 10.5.2. Đối chiếu trực quan hai trường hợp trong hồ sơ (sơ đồ minh hoạ gợi ý)" title="Hình 10.5.2. Đối chiếu trực quan hai trường hợp trong hồ sơ (sơ đồ minh hoạ gợi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0_5_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60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08429" w14:textId="77777777" w:rsidR="00CF6923" w:rsidRDefault="00A91A44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10.5.2. </w:t>
      </w:r>
      <w:proofErr w:type="spellStart"/>
      <w:r>
        <w:rPr>
          <w:i/>
          <w:sz w:val="23"/>
        </w:rPr>
        <w:t>Đối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chiếu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trực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quan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hai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trường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hợp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trong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1D5B00E6" w14:textId="77777777" w:rsidR="00CF6923" w:rsidRDefault="00A91A44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B. PHIẾU HỌC TẬP NHÓM 10.5.2 (</w:t>
      </w:r>
      <w:proofErr w:type="spellStart"/>
      <w:r>
        <w:rPr>
          <w:b/>
        </w:rPr>
        <w:t>Điền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473E2F87" w14:textId="77777777" w:rsidR="00CF6923" w:rsidRDefault="00A91A44">
      <w:pPr>
        <w:tabs>
          <w:tab w:val="left" w:pos="4535"/>
          <w:tab w:val="left" w:pos="7257"/>
        </w:tabs>
        <w:jc w:val="left"/>
      </w:pPr>
      <w:proofErr w:type="spellStart"/>
      <w:r>
        <w:t>Nhóm</w:t>
      </w:r>
      <w:proofErr w:type="spellEnd"/>
      <w:r>
        <w:t>: …………</w:t>
      </w:r>
      <w:r>
        <w:tab/>
      </w:r>
      <w:proofErr w:type="spellStart"/>
      <w:r>
        <w:t>Lớp</w:t>
      </w:r>
      <w:proofErr w:type="spellEnd"/>
      <w:r>
        <w:t>: 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984"/>
        <w:gridCol w:w="902"/>
        <w:gridCol w:w="902"/>
        <w:gridCol w:w="902"/>
        <w:gridCol w:w="902"/>
        <w:gridCol w:w="902"/>
        <w:gridCol w:w="901"/>
        <w:gridCol w:w="901"/>
        <w:gridCol w:w="901"/>
        <w:gridCol w:w="901"/>
        <w:gridCol w:w="891"/>
      </w:tblGrid>
      <w:tr w:rsidR="00CF6923" w14:paraId="7B3169E7" w14:textId="77777777" w:rsidTr="00816274">
        <w:trPr>
          <w:cantSplit/>
          <w:tblHeader/>
          <w:jc w:val="center"/>
        </w:trPr>
        <w:tc>
          <w:tcPr>
            <w:tcW w:w="49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B21BD2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6E20F98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Ví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mẫu</w:t>
            </w:r>
            <w:proofErr w:type="spellEnd"/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7D1EEC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1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18225F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2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EB59CC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3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E0C54C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4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FDC216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5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0B98C9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6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F14C36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7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056A63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8</w:t>
            </w:r>
          </w:p>
        </w:tc>
        <w:tc>
          <w:tcPr>
            <w:tcW w:w="44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CF4FB4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9</w:t>
            </w:r>
          </w:p>
        </w:tc>
      </w:tr>
      <w:tr w:rsidR="00CF6923" w14:paraId="44F8CDBF" w14:textId="77777777" w:rsidTr="00816274">
        <w:trPr>
          <w:cantSplit/>
          <w:jc w:val="center"/>
        </w:trPr>
        <w:tc>
          <w:tcPr>
            <w:tcW w:w="49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B8C7FE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DD2588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6F5861B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26A063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E3C312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BF397E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0D7A34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15F83B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4E0B304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409A84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4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746950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</w:tr>
      <w:tr w:rsidR="00CF6923" w14:paraId="32E66DEB" w14:textId="77777777" w:rsidTr="00816274">
        <w:trPr>
          <w:cantSplit/>
          <w:jc w:val="center"/>
        </w:trPr>
        <w:tc>
          <w:tcPr>
            <w:tcW w:w="49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F9EE42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361398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3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9AA235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4DABFD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CBCF7E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DE3F2A8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E107BA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F2253D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8B779E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78B5CC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4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E3454D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</w:tr>
      <w:tr w:rsidR="00CF6923" w14:paraId="184ADF7B" w14:textId="77777777" w:rsidTr="00816274">
        <w:trPr>
          <w:cantSplit/>
          <w:jc w:val="center"/>
        </w:trPr>
        <w:tc>
          <w:tcPr>
            <w:tcW w:w="49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13AD22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E5C640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5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F33102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ABF691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1ECE2C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D8625A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41CD9E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7A05B4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39CC64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662F7DC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44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CBA377" w14:textId="77777777" w:rsidR="00CF6923" w:rsidRDefault="00A91A44">
            <w:pPr>
              <w:spacing w:after="40"/>
            </w:pPr>
            <w:r>
              <w:rPr>
                <w:sz w:val="24"/>
              </w:rPr>
              <w:t>☐</w:t>
            </w:r>
          </w:p>
        </w:tc>
      </w:tr>
    </w:tbl>
    <w:p w14:paraId="0B6C1D98" w14:textId="77777777" w:rsidR="00CF6923" w:rsidRDefault="00CF6923"/>
    <w:p w14:paraId="4DB814A1" w14:textId="77777777" w:rsidR="00CF6923" w:rsidRDefault="00A91A44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C. THỬ THÁCH LUYỆN TẬP NHÓM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p w14:paraId="29FC381C" w14:textId="640CAFCF" w:rsidR="00CF6923" w:rsidRDefault="00A91A44">
      <w:r>
        <w:t xml:space="preserve">Ca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1: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r w:rsidR="00152681">
        <w:t>“</w:t>
      </w:r>
      <w:proofErr w:type="spellStart"/>
      <w:r>
        <w:t>CreativeBot</w:t>
      </w:r>
      <w:proofErr w:type="spellEnd"/>
      <w:r w:rsidR="00152681">
        <w:t>”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136"/>
        <w:gridCol w:w="7853"/>
      </w:tblGrid>
      <w:tr w:rsidR="00CF6923" w14:paraId="764A1268" w14:textId="77777777" w:rsidTr="00340845">
        <w:trPr>
          <w:cantSplit/>
          <w:tblHeader/>
          <w:jc w:val="center"/>
        </w:trPr>
        <w:tc>
          <w:tcPr>
            <w:tcW w:w="106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0158EC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</w:p>
        </w:tc>
        <w:tc>
          <w:tcPr>
            <w:tcW w:w="393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BD2BE6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</w:tr>
      <w:tr w:rsidR="00CF6923" w14:paraId="220311A2" w14:textId="77777777" w:rsidTr="00340845">
        <w:trPr>
          <w:cantSplit/>
          <w:jc w:val="center"/>
        </w:trPr>
        <w:tc>
          <w:tcPr>
            <w:tcW w:w="106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B129A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Lỗi</w:t>
            </w:r>
            <w:proofErr w:type="spellEnd"/>
          </w:p>
        </w:tc>
        <w:tc>
          <w:tcPr>
            <w:tcW w:w="393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97A789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  <w:r>
              <w:rPr>
                <w:sz w:val="24"/>
              </w:rPr>
              <w:t xml:space="preserve"> 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toán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</w:tr>
      <w:tr w:rsidR="00CF6923" w14:paraId="73A3583B" w14:textId="77777777" w:rsidTr="00340845">
        <w:trPr>
          <w:cantSplit/>
          <w:jc w:val="center"/>
        </w:trPr>
        <w:tc>
          <w:tcPr>
            <w:tcW w:w="106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C825AD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</w:p>
        </w:tc>
        <w:tc>
          <w:tcPr>
            <w:tcW w:w="393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5A5609" w14:textId="77777777" w:rsidR="00CF6923" w:rsidRDefault="00A91A44">
            <w:pPr>
              <w:spacing w:after="40"/>
            </w:pPr>
            <w:r>
              <w:rPr>
                <w:sz w:val="24"/>
              </w:rPr>
              <w:t>……………………………………………………………………</w:t>
            </w:r>
          </w:p>
        </w:tc>
      </w:tr>
      <w:tr w:rsidR="00CF6923" w14:paraId="0BDE0D93" w14:textId="77777777" w:rsidTr="00340845">
        <w:trPr>
          <w:cantSplit/>
          <w:jc w:val="center"/>
        </w:trPr>
        <w:tc>
          <w:tcPr>
            <w:tcW w:w="106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7CBBC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Khắc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phục</w:t>
            </w:r>
            <w:proofErr w:type="spellEnd"/>
          </w:p>
        </w:tc>
        <w:tc>
          <w:tcPr>
            <w:tcW w:w="393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3CB44F" w14:textId="77777777" w:rsidR="00CF6923" w:rsidRDefault="00A91A44">
            <w:pPr>
              <w:spacing w:after="40"/>
            </w:pPr>
            <w:r>
              <w:rPr>
                <w:sz w:val="24"/>
              </w:rPr>
              <w:t>……………………………………………………………………</w:t>
            </w:r>
          </w:p>
        </w:tc>
      </w:tr>
    </w:tbl>
    <w:p w14:paraId="60BB6FD5" w14:textId="77777777" w:rsidR="00CF6923" w:rsidRDefault="00CF6923"/>
    <w:p w14:paraId="11BE1766" w14:textId="135B3424" w:rsidR="00CF6923" w:rsidRDefault="00A91A44">
      <w:r>
        <w:t xml:space="preserve">Ca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2: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r w:rsidR="00152681">
        <w:t>“</w:t>
      </w:r>
      <w:r>
        <w:t>Predictor</w:t>
      </w:r>
      <w:r w:rsidR="00152681">
        <w:t>”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quảng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hấp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.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568"/>
        <w:gridCol w:w="8421"/>
      </w:tblGrid>
      <w:tr w:rsidR="00CF6923" w14:paraId="23B00277" w14:textId="77777777" w:rsidTr="008D7D24">
        <w:trPr>
          <w:cantSplit/>
          <w:tblHeader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944F70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B85C0D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</w:tr>
      <w:tr w:rsidR="00CF6923" w14:paraId="4644A404" w14:textId="77777777" w:rsidTr="008D7D24">
        <w:trPr>
          <w:cantSplit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5B5B5C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Lỗi</w:t>
            </w:r>
            <w:proofErr w:type="spellEnd"/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CCA0E0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  <w:r>
              <w:rPr>
                <w:sz w:val="24"/>
              </w:rPr>
              <w:t xml:space="preserve"> 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toán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</w:tr>
      <w:tr w:rsidR="00CF6923" w14:paraId="34D47293" w14:textId="77777777" w:rsidTr="008D7D24">
        <w:trPr>
          <w:cantSplit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25503FF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871F9C" w14:textId="77777777" w:rsidR="00CF6923" w:rsidRDefault="00A91A44">
            <w:pPr>
              <w:spacing w:after="40"/>
            </w:pPr>
            <w:r>
              <w:rPr>
                <w:sz w:val="24"/>
              </w:rPr>
              <w:t>……………………………………………………………………</w:t>
            </w:r>
          </w:p>
        </w:tc>
      </w:tr>
      <w:tr w:rsidR="00CF6923" w14:paraId="15D5498F" w14:textId="77777777" w:rsidTr="008D7D24">
        <w:trPr>
          <w:cantSplit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3C2F24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Khắc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phục</w:t>
            </w:r>
            <w:proofErr w:type="spellEnd"/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E96BB2" w14:textId="77777777" w:rsidR="00CF6923" w:rsidRDefault="00A91A44">
            <w:pPr>
              <w:spacing w:after="40"/>
            </w:pPr>
            <w:r>
              <w:rPr>
                <w:sz w:val="24"/>
              </w:rPr>
              <w:t>……………………………………………………………………</w:t>
            </w:r>
          </w:p>
        </w:tc>
      </w:tr>
    </w:tbl>
    <w:p w14:paraId="3273A7C7" w14:textId="77777777" w:rsidR="00CF6923" w:rsidRDefault="00CF6923"/>
    <w:p w14:paraId="19F83E72" w14:textId="684331E9" w:rsidR="00CF6923" w:rsidRDefault="00A91A44"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: </w:t>
      </w:r>
      <w:r w:rsidR="00152681">
        <w:t>“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?</w:t>
      </w:r>
      <w:r w:rsidR="00152681">
        <w:t>”</w:t>
      </w:r>
    </w:p>
    <w:p w14:paraId="63805FA2" w14:textId="77777777" w:rsidR="00CF6923" w:rsidRDefault="00A91A44">
      <w:pPr>
        <w:keepNext/>
        <w:spacing w:before="200"/>
        <w:jc w:val="left"/>
      </w:pPr>
      <w:r>
        <w:rPr>
          <w:b/>
          <w:sz w:val="28"/>
        </w:rPr>
        <w:t xml:space="preserve">PL10.5.3. </w:t>
      </w:r>
      <w:proofErr w:type="spellStart"/>
      <w:r>
        <w:rPr>
          <w:b/>
          <w:sz w:val="28"/>
        </w:rPr>
        <w:t>Tư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của</w:t>
      </w:r>
      <w:proofErr w:type="spellEnd"/>
      <w:r>
        <w:rPr>
          <w:b/>
          <w:sz w:val="28"/>
        </w:rPr>
        <w:t xml:space="preserve"> GV: </w:t>
      </w:r>
      <w:proofErr w:type="spellStart"/>
      <w:r>
        <w:rPr>
          <w:b/>
          <w:sz w:val="28"/>
        </w:rPr>
        <w:t>Tình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huống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mở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đầu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thẻ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phỏng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dự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phòng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dẫn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chứng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thực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tế</w:t>
      </w:r>
      <w:proofErr w:type="spellEnd"/>
    </w:p>
    <w:p w14:paraId="4EE1C598" w14:textId="77777777" w:rsidR="00CF6923" w:rsidRDefault="00A91A44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dùng</w:t>
      </w:r>
      <w:proofErr w:type="spellEnd"/>
      <w:r>
        <w:rPr>
          <w:b/>
        </w:rPr>
        <w:t>:</w:t>
      </w:r>
      <w:r>
        <w:t xml:space="preserve"> 1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GV (</w:t>
      </w:r>
      <w:proofErr w:type="spellStart"/>
      <w:r>
        <w:t>khoảng</w:t>
      </w:r>
      <w:proofErr w:type="spellEnd"/>
      <w:r>
        <w:t xml:space="preserve"> 1–2 </w:t>
      </w:r>
      <w:proofErr w:type="spellStart"/>
      <w:r>
        <w:t>trang</w:t>
      </w:r>
      <w:proofErr w:type="spellEnd"/>
      <w:r>
        <w:t xml:space="preserve"> A4).</w:t>
      </w:r>
    </w:p>
    <w:p w14:paraId="4666446A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Kịch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huống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ở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1 – 5 </w:t>
      </w:r>
      <w:proofErr w:type="spellStart"/>
      <w:r>
        <w:rPr>
          <w:b/>
        </w:rPr>
        <w:t>phút</w:t>
      </w:r>
      <w:proofErr w:type="spellEnd"/>
      <w:r>
        <w:rPr>
          <w:b/>
        </w:rPr>
        <w:t>)</w:t>
      </w:r>
    </w:p>
    <w:p w14:paraId="5C5B7B6F" w14:textId="77777777" w:rsidR="00CF6923" w:rsidRDefault="00A91A44">
      <w:r>
        <w:t xml:space="preserve">Trong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STEM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ba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AI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:</w:t>
      </w:r>
    </w:p>
    <w:p w14:paraId="3C9B44DD" w14:textId="0E2F4EEF" w:rsidR="00CF6923" w:rsidRDefault="00A91A44">
      <w:pPr>
        <w:pStyle w:val="ListBullet"/>
      </w:pPr>
      <w:proofErr w:type="spellStart"/>
      <w:r>
        <w:rPr>
          <w:b/>
        </w:rPr>
        <w:t>Trợ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1</w:t>
      </w:r>
      <w:r>
        <w:t xml:space="preserve">: </w:t>
      </w:r>
      <w:r w:rsidR="00152681">
        <w:t>“</w:t>
      </w:r>
      <w:proofErr w:type="spellStart"/>
      <w:r>
        <w:t>EmailBot</w:t>
      </w:r>
      <w:proofErr w:type="spellEnd"/>
      <w:r w:rsidR="00152681">
        <w:t>”</w: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email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kí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rác</w:t>
      </w:r>
      <w:proofErr w:type="spellEnd"/>
      <w:r>
        <w:t>.</w:t>
      </w:r>
    </w:p>
    <w:p w14:paraId="2BADAF93" w14:textId="7573F1B8" w:rsidR="00CF6923" w:rsidRDefault="00A91A44">
      <w:pPr>
        <w:pStyle w:val="ListBullet"/>
      </w:pPr>
      <w:proofErr w:type="spellStart"/>
      <w:r>
        <w:rPr>
          <w:b/>
        </w:rPr>
        <w:t>Trợ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2</w:t>
      </w:r>
      <w:r>
        <w:t xml:space="preserve">: </w:t>
      </w:r>
      <w:r w:rsidR="00152681">
        <w:t>“</w:t>
      </w:r>
      <w:r>
        <w:t>Predictor</w:t>
      </w:r>
      <w:r w:rsidR="00152681">
        <w:t>”</w:t>
      </w:r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kí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p w14:paraId="41355359" w14:textId="42A1AFF7" w:rsidR="00CF6923" w:rsidRDefault="00A91A44">
      <w:pPr>
        <w:pStyle w:val="ListBullet"/>
      </w:pPr>
      <w:proofErr w:type="spellStart"/>
      <w:r>
        <w:rPr>
          <w:b/>
        </w:rPr>
        <w:t>Trợ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3</w:t>
      </w:r>
      <w:r>
        <w:t xml:space="preserve">: </w:t>
      </w:r>
      <w:r w:rsidR="00152681">
        <w:t>“</w:t>
      </w:r>
      <w:proofErr w:type="spellStart"/>
      <w:r>
        <w:t>CreativeBot</w:t>
      </w:r>
      <w:proofErr w:type="spellEnd"/>
      <w:r w:rsidR="00152681">
        <w:t>”</w:t>
      </w:r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mạc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kiện</w:t>
      </w:r>
      <w:proofErr w:type="spellEnd"/>
      <w:r>
        <w:t>.</w:t>
      </w:r>
    </w:p>
    <w:p w14:paraId="35CB58F8" w14:textId="77777777" w:rsidR="00CF6923" w:rsidRDefault="00A91A44">
      <w:r>
        <w:rPr>
          <w:b/>
        </w:rPr>
        <w:t xml:space="preserve">Phương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ngón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tay</w:t>
      </w:r>
      <w:proofErr w:type="spellEnd"/>
      <w:r>
        <w:rPr>
          <w:b/>
        </w:rPr>
        <w:t>:</w:t>
      </w:r>
    </w:p>
    <w:p w14:paraId="5521018D" w14:textId="77777777" w:rsidR="00CF6923" w:rsidRDefault="00A91A44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1: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1 –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2 –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3 –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14:paraId="6E4567CB" w14:textId="77777777" w:rsidR="00CF6923" w:rsidRDefault="00A91A44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2: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1 –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2 –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3 –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>.</w:t>
      </w:r>
    </w:p>
    <w:p w14:paraId="77ABD453" w14:textId="77777777" w:rsidR="00CF6923" w:rsidRDefault="00A91A44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3: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1 –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2 –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3 –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.</w:t>
      </w:r>
    </w:p>
    <w:p w14:paraId="15FD5E7A" w14:textId="7696F4AE" w:rsidR="00CF6923" w:rsidRDefault="00A91A44"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GV</w:t>
      </w:r>
      <w:r>
        <w:t xml:space="preserve">: </w:t>
      </w:r>
      <w:r w:rsidR="00152681">
        <w:t>“</w:t>
      </w:r>
      <w:r>
        <w:t xml:space="preserve">Theo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nào</w:t>
      </w:r>
      <w:proofErr w:type="spellEnd"/>
      <w:r>
        <w:t>?</w:t>
      </w:r>
      <w:r w:rsidR="00152681">
        <w:t>”</w:t>
      </w:r>
    </w:p>
    <w:p w14:paraId="341E3E92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phỏng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phòng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vào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Xử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98"/>
        <w:gridCol w:w="2497"/>
        <w:gridCol w:w="2497"/>
        <w:gridCol w:w="2497"/>
      </w:tblGrid>
      <w:tr w:rsidR="00CF6923" w14:paraId="1C1F6AF1" w14:textId="77777777" w:rsidTr="00816274">
        <w:trPr>
          <w:cantSplit/>
          <w:tblHeader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532F20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Yêu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vào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438810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&amp; </w:t>
            </w:r>
            <w:proofErr w:type="spellStart"/>
            <w:r>
              <w:rPr>
                <w:b/>
                <w:sz w:val="24"/>
              </w:rPr>
              <w:t>quy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dùng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C79272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AI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D4A07F0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tra</w:t>
            </w:r>
            <w:proofErr w:type="spellEnd"/>
          </w:p>
        </w:tc>
      </w:tr>
      <w:tr w:rsidR="00CF6923" w14:paraId="7307D088" w14:textId="77777777" w:rsidTr="00816274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5650A0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 email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60095B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dung email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D53AC04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Nhãn</w:t>
            </w:r>
            <w:proofErr w:type="spellEnd"/>
            <w:r>
              <w:rPr>
                <w:sz w:val="24"/>
              </w:rPr>
              <w:t xml:space="preserve">: Thư </w:t>
            </w:r>
            <w:proofErr w:type="spellStart"/>
            <w:r>
              <w:rPr>
                <w:sz w:val="24"/>
              </w:rPr>
              <w:t>rác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FB0BFE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</w:p>
        </w:tc>
      </w:tr>
      <w:tr w:rsidR="00CF6923" w14:paraId="3D28F7F2" w14:textId="77777777" w:rsidTr="00816274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D7F9A1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9051A8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đăng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đó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996E6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12D2D21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Đảm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</w:p>
        </w:tc>
      </w:tr>
      <w:tr w:rsidR="00CF6923" w14:paraId="20EC1F56" w14:textId="77777777" w:rsidTr="00816274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BCD82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dung </w:t>
            </w: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mạc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2BD4248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dung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A4B67F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Đoạn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mạc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FA0704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dung</w:t>
            </w:r>
          </w:p>
        </w:tc>
      </w:tr>
    </w:tbl>
    <w:p w14:paraId="1D7AFBE3" w14:textId="77777777" w:rsidR="00CF6923" w:rsidRDefault="00CF6923"/>
    <w:p w14:paraId="121DFE8C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miền</w:t>
      </w:r>
      <w:proofErr w:type="spellEnd"/>
    </w:p>
    <w:p w14:paraId="23BAF47D" w14:textId="77777777" w:rsidR="00CF6923" w:rsidRDefault="00A91A44"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  <w:r>
        <w:t xml:space="preserve">: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đô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email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mời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.</w:t>
      </w:r>
    </w:p>
    <w:p w14:paraId="564218A8" w14:textId="77777777" w:rsidR="00CF6923" w:rsidRDefault="00A91A44"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miền</w:t>
      </w:r>
      <w:proofErr w:type="spellEnd"/>
      <w:r>
        <w:t xml:space="preserve">: Ở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 xml:space="preserve">,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Zalo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>.</w:t>
      </w:r>
    </w:p>
    <w:p w14:paraId="40B8B62E" w14:textId="77777777" w:rsidR="00CF6923" w:rsidRDefault="00A91A44">
      <w:r>
        <w:br w:type="page"/>
      </w:r>
    </w:p>
    <w:p w14:paraId="0931D1B0" w14:textId="77777777" w:rsidR="00CF6923" w:rsidRDefault="00A91A44">
      <w:pPr>
        <w:keepNext/>
        <w:spacing w:before="200"/>
        <w:jc w:val="left"/>
      </w:pPr>
      <w:r>
        <w:rPr>
          <w:b/>
          <w:sz w:val="28"/>
        </w:rPr>
        <w:t xml:space="preserve">PL10.5.4. </w:t>
      </w:r>
      <w:proofErr w:type="spellStart"/>
      <w:r>
        <w:rPr>
          <w:b/>
          <w:sz w:val="28"/>
        </w:rPr>
        <w:t>Đáp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án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tham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khảo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gợi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hỗ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trợ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mức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đánh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giá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574611A5" w14:textId="77777777" w:rsidR="00CF6923" w:rsidRDefault="00A91A44">
      <w:r>
        <w:rPr>
          <w:i/>
        </w:rPr>
        <w:t xml:space="preserve">(Lưu ý </w:t>
      </w:r>
      <w:proofErr w:type="spellStart"/>
      <w:r>
        <w:rPr>
          <w:i/>
        </w:rPr>
        <w:t>chung</w:t>
      </w:r>
      <w:proofErr w:type="spellEnd"/>
      <w:r>
        <w:rPr>
          <w:i/>
        </w:rPr>
        <w:t xml:space="preserve">: Các </w:t>
      </w:r>
      <w:proofErr w:type="spellStart"/>
      <w:r>
        <w:rPr>
          <w:i/>
        </w:rPr>
        <w:t>đáp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dưới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đây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mức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khảo</w:t>
      </w:r>
      <w:proofErr w:type="spellEnd"/>
      <w:r>
        <w:rPr>
          <w:i/>
        </w:rPr>
        <w:t xml:space="preserve">; GV </w:t>
      </w:r>
      <w:proofErr w:type="spellStart"/>
      <w:r>
        <w:rPr>
          <w:i/>
        </w:rPr>
        <w:t>chấp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cách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đạt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hoặc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khác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của</w:t>
      </w:r>
      <w:proofErr w:type="spellEnd"/>
      <w:r>
        <w:rPr>
          <w:i/>
        </w:rPr>
        <w:t xml:space="preserve"> HS </w:t>
      </w:r>
      <w:proofErr w:type="spellStart"/>
      <w:r>
        <w:rPr>
          <w:i/>
        </w:rPr>
        <w:t>nếu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lập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luận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hợp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lí</w:t>
      </w:r>
      <w:proofErr w:type="spellEnd"/>
      <w:r>
        <w:rPr>
          <w:i/>
        </w:rPr>
        <w:t>).</w:t>
      </w:r>
    </w:p>
    <w:p w14:paraId="361FD670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(HĐ 1)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10.5.2)</w:t>
      </w:r>
    </w:p>
    <w:p w14:paraId="7E7244F3" w14:textId="77777777" w:rsidR="00CF6923" w:rsidRDefault="00A91A44"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t xml:space="preserve">: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1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2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3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14:paraId="00CC1C50" w14:textId="77777777" w:rsidR="00CF6923" w:rsidRDefault="00A91A44"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</w:t>
      </w:r>
      <w:r>
        <w:t>:</w:t>
      </w:r>
    </w:p>
    <w:p w14:paraId="3166CA42" w14:textId="77777777" w:rsidR="00CF6923" w:rsidRDefault="00A91A44">
      <w:pPr>
        <w:pStyle w:val="ListBullet"/>
      </w:pPr>
      <w:proofErr w:type="spellStart"/>
      <w:r>
        <w:rPr>
          <w:b/>
        </w:rPr>
        <w:t>Phân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loại</w:t>
      </w:r>
      <w:proofErr w:type="spellEnd"/>
      <w:r>
        <w:t xml:space="preserve">: </w:t>
      </w:r>
      <w:proofErr w:type="spellStart"/>
      <w:r>
        <w:t>Thẻ</w:t>
      </w:r>
      <w:proofErr w:type="spellEnd"/>
      <w:r>
        <w:t xml:space="preserve"> 1, </w:t>
      </w:r>
      <w:proofErr w:type="spellStart"/>
      <w:r>
        <w:t>Thẻ</w:t>
      </w:r>
      <w:proofErr w:type="spellEnd"/>
      <w:r>
        <w:t xml:space="preserve"> 2, </w:t>
      </w:r>
      <w:proofErr w:type="spellStart"/>
      <w:r>
        <w:t>Thẻ</w:t>
      </w:r>
      <w:proofErr w:type="spellEnd"/>
      <w:r>
        <w:t xml:space="preserve"> 7</w:t>
      </w:r>
    </w:p>
    <w:p w14:paraId="4F6A0B5C" w14:textId="77777777" w:rsidR="00CF6923" w:rsidRDefault="00A91A44">
      <w:pPr>
        <w:pStyle w:val="ListBullet"/>
      </w:pP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đoán</w:t>
      </w:r>
      <w:proofErr w:type="spellEnd"/>
      <w:r>
        <w:t xml:space="preserve">: </w:t>
      </w:r>
      <w:proofErr w:type="spellStart"/>
      <w:r>
        <w:t>Thẻ</w:t>
      </w:r>
      <w:proofErr w:type="spellEnd"/>
      <w:r>
        <w:t xml:space="preserve"> 3, </w:t>
      </w:r>
      <w:proofErr w:type="spellStart"/>
      <w:r>
        <w:t>Thẻ</w:t>
      </w:r>
      <w:proofErr w:type="spellEnd"/>
      <w:r>
        <w:t xml:space="preserve"> 4, </w:t>
      </w:r>
      <w:proofErr w:type="spellStart"/>
      <w:r>
        <w:t>Thẻ</w:t>
      </w:r>
      <w:proofErr w:type="spellEnd"/>
      <w:r>
        <w:t xml:space="preserve"> 8</w:t>
      </w:r>
    </w:p>
    <w:p w14:paraId="3242B568" w14:textId="77777777" w:rsidR="00CF6923" w:rsidRDefault="00A91A44">
      <w:pPr>
        <w:pStyle w:val="ListBullet"/>
      </w:pPr>
      <w:proofErr w:type="spellStart"/>
      <w:r>
        <w:rPr>
          <w:b/>
        </w:rPr>
        <w:t>Tạo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t xml:space="preserve">: </w:t>
      </w:r>
      <w:proofErr w:type="spellStart"/>
      <w:r>
        <w:t>Thẻ</w:t>
      </w:r>
      <w:proofErr w:type="spellEnd"/>
      <w:r>
        <w:t xml:space="preserve"> 5, </w:t>
      </w:r>
      <w:proofErr w:type="spellStart"/>
      <w:r>
        <w:t>Thẻ</w:t>
      </w:r>
      <w:proofErr w:type="spellEnd"/>
      <w:r>
        <w:t xml:space="preserve"> 6, </w:t>
      </w:r>
      <w:proofErr w:type="spellStart"/>
      <w:r>
        <w:t>Thẻ</w:t>
      </w:r>
      <w:proofErr w:type="spellEnd"/>
      <w:r>
        <w:t xml:space="preserve"> 9</w:t>
      </w:r>
    </w:p>
    <w:p w14:paraId="44362502" w14:textId="77777777" w:rsidR="00CF6923" w:rsidRDefault="00A91A44"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hỗ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khăn</w:t>
      </w:r>
      <w:proofErr w:type="spellEnd"/>
      <w:r>
        <w:t>:</w:t>
      </w:r>
    </w:p>
    <w:p w14:paraId="6C36897A" w14:textId="5567BB1D" w:rsidR="00CF6923" w:rsidRDefault="00A91A44">
      <w:pPr>
        <w:pStyle w:val="ListBullet"/>
      </w:pP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1: </w:t>
      </w:r>
      <w:r w:rsidR="00152681">
        <w:t>“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thẻ</w:t>
      </w:r>
      <w:proofErr w:type="spellEnd"/>
      <w:r>
        <w:t>?</w:t>
      </w:r>
      <w:r w:rsidR="00152681">
        <w:t>”</w:t>
      </w:r>
    </w:p>
    <w:p w14:paraId="0344FFAA" w14:textId="77B29F3F" w:rsidR="00CF6923" w:rsidRDefault="00A91A44">
      <w:pPr>
        <w:pStyle w:val="ListBullet"/>
      </w:pP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2: </w:t>
      </w:r>
      <w:r w:rsidR="00152681">
        <w:t>“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thẻ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?</w:t>
      </w:r>
      <w:r w:rsidR="00152681">
        <w:t>”</w:t>
      </w:r>
    </w:p>
    <w:p w14:paraId="0910D76E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 (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 – </w:t>
      </w:r>
      <w:proofErr w:type="spellStart"/>
      <w:r>
        <w:rPr>
          <w:b/>
        </w:rPr>
        <w:t>Thử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luyện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)</w:t>
      </w:r>
    </w:p>
    <w:p w14:paraId="6625530E" w14:textId="77777777" w:rsidR="00CF6923" w:rsidRDefault="00A91A44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1</w:t>
      </w:r>
      <w:r>
        <w:t>:</w:t>
      </w:r>
    </w:p>
    <w:p w14:paraId="40F0247B" w14:textId="77777777" w:rsidR="00CF6923" w:rsidRDefault="00A91A44">
      <w:pPr>
        <w:pStyle w:val="ListBullet"/>
      </w:pPr>
      <w:proofErr w:type="spellStart"/>
      <w:r>
        <w:rPr>
          <w:b/>
        </w:rPr>
        <w:t>Lỗi</w:t>
      </w:r>
      <w:proofErr w:type="spellEnd"/>
      <w:r>
        <w:t xml:space="preserve">: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</w:p>
    <w:p w14:paraId="57B45C86" w14:textId="0551EC39" w:rsidR="00CF6923" w:rsidRDefault="00A91A44">
      <w:pPr>
        <w:pStyle w:val="ListBullet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t xml:space="preserve">: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r w:rsidR="00152681">
        <w:t>“</w:t>
      </w:r>
      <w:proofErr w:type="spellStart"/>
      <w:r>
        <w:t>CreativeBot</w:t>
      </w:r>
      <w:proofErr w:type="spellEnd"/>
      <w:r w:rsidR="00152681">
        <w:t>”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khách</w:t>
      </w:r>
      <w:proofErr w:type="spellEnd"/>
    </w:p>
    <w:p w14:paraId="3D4E525A" w14:textId="611E0985" w:rsidR="00CF6923" w:rsidRDefault="00A91A44">
      <w:pPr>
        <w:pStyle w:val="ListBullet"/>
      </w:pPr>
      <w:proofErr w:type="spellStart"/>
      <w:r>
        <w:rPr>
          <w:b/>
        </w:rPr>
        <w:t>Khắc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t xml:space="preserve">: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r w:rsidR="00152681">
        <w:t>“</w:t>
      </w:r>
      <w:r>
        <w:t>Predictor</w:t>
      </w:r>
      <w:r w:rsidR="00152681">
        <w:t>”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kí</w:t>
      </w:r>
      <w:proofErr w:type="spellEnd"/>
    </w:p>
    <w:p w14:paraId="00BA2017" w14:textId="77777777" w:rsidR="00CF6923" w:rsidRDefault="00A91A44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2</w:t>
      </w:r>
      <w:r>
        <w:t>:</w:t>
      </w:r>
    </w:p>
    <w:p w14:paraId="7F6DBA37" w14:textId="77777777" w:rsidR="00CF6923" w:rsidRDefault="00A91A44">
      <w:pPr>
        <w:pStyle w:val="ListBullet"/>
      </w:pPr>
      <w:proofErr w:type="spellStart"/>
      <w:r>
        <w:rPr>
          <w:b/>
        </w:rPr>
        <w:t>Lỗi</w:t>
      </w:r>
      <w:proofErr w:type="spellEnd"/>
      <w:r>
        <w:t xml:space="preserve">: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</w:p>
    <w:p w14:paraId="2F8DC219" w14:textId="55429C68" w:rsidR="00CF6923" w:rsidRDefault="00A91A44">
      <w:pPr>
        <w:pStyle w:val="ListBullet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t xml:space="preserve">: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r w:rsidR="00152681">
        <w:t>“</w:t>
      </w:r>
      <w:r>
        <w:t>Predictor</w:t>
      </w:r>
      <w:r w:rsidR="00152681">
        <w:t>”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quảng</w:t>
      </w:r>
      <w:proofErr w:type="spellEnd"/>
      <w:r>
        <w:t xml:space="preserve"> </w:t>
      </w:r>
      <w:proofErr w:type="spellStart"/>
      <w:r>
        <w:t>cáo</w:t>
      </w:r>
      <w:proofErr w:type="spellEnd"/>
    </w:p>
    <w:p w14:paraId="6C5C10AC" w14:textId="55F6EB62" w:rsidR="00CF6923" w:rsidRDefault="00A91A44">
      <w:pPr>
        <w:pStyle w:val="ListBullet"/>
      </w:pPr>
      <w:proofErr w:type="spellStart"/>
      <w:r>
        <w:rPr>
          <w:b/>
        </w:rPr>
        <w:t>Khắc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t xml:space="preserve">: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r w:rsidR="00152681">
        <w:t>“</w:t>
      </w:r>
      <w:proofErr w:type="spellStart"/>
      <w:r>
        <w:t>CreativeBot</w:t>
      </w:r>
      <w:proofErr w:type="spellEnd"/>
      <w:r w:rsidR="00152681">
        <w:t>”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</w:p>
    <w:p w14:paraId="22F87D4A" w14:textId="1127D0CC" w:rsidR="00CF6923" w:rsidRDefault="00A91A44"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t xml:space="preserve">: </w:t>
      </w:r>
      <w:r w:rsidR="00152681">
        <w:t>“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?</w:t>
      </w:r>
      <w:r w:rsidR="00152681">
        <w:t>”</w:t>
      </w:r>
      <w:r>
        <w:t xml:space="preserve"> –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AI.</w:t>
      </w:r>
    </w:p>
    <w:p w14:paraId="31EB3B74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4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10.5.1)</w:t>
      </w:r>
    </w:p>
    <w:p w14:paraId="28549421" w14:textId="77777777" w:rsidR="00CF6923" w:rsidRDefault="00A91A44"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t>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127"/>
        <w:gridCol w:w="6862"/>
      </w:tblGrid>
      <w:tr w:rsidR="00CF6923" w14:paraId="085E1CAA" w14:textId="77777777" w:rsidTr="005668EF">
        <w:trPr>
          <w:cantSplit/>
          <w:tblHeader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C3784D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EAF24C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CF6923" w14:paraId="1BB1BBA7" w14:textId="77777777" w:rsidTr="005668EF">
        <w:trPr>
          <w:cantSplit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7E4B13" w14:textId="77777777" w:rsidR="00CF6923" w:rsidRDefault="00A91A44">
            <w:pPr>
              <w:spacing w:after="40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12DCEA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 email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CF6923" w14:paraId="124458DD" w14:textId="77777777" w:rsidTr="005668EF">
        <w:trPr>
          <w:cantSplit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78A374" w14:textId="77777777" w:rsidR="00CF6923" w:rsidRDefault="00A91A44">
            <w:pPr>
              <w:spacing w:after="40"/>
            </w:pPr>
            <w:r>
              <w:rPr>
                <w:b/>
                <w:sz w:val="24"/>
              </w:rPr>
              <w:t xml:space="preserve">2. </w:t>
            </w:r>
            <w:proofErr w:type="spellStart"/>
            <w:r>
              <w:rPr>
                <w:b/>
                <w:sz w:val="24"/>
              </w:rPr>
              <w:t>Phân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biệt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loại</w:t>
            </w:r>
            <w:proofErr w:type="spellEnd"/>
            <w:r>
              <w:rPr>
                <w:b/>
                <w:sz w:val="24"/>
              </w:rPr>
              <w:t xml:space="preserve"> AI</w:t>
            </w:r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234BF2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 AI: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</w:p>
          <w:p w14:paraId="64253C3B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dung email</w:t>
            </w:r>
          </w:p>
          <w:p w14:paraId="0384A1EB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Nhãn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</w:t>
            </w:r>
            <w:proofErr w:type="spellEnd"/>
          </w:p>
        </w:tc>
      </w:tr>
      <w:tr w:rsidR="00CF6923" w14:paraId="21ED2410" w14:textId="77777777" w:rsidTr="005668EF">
        <w:trPr>
          <w:cantSplit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11DB5E" w14:textId="77777777" w:rsidR="00CF6923" w:rsidRDefault="00A91A44">
            <w:pPr>
              <w:spacing w:after="40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19911F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email </w:t>
            </w: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>.</w:t>
            </w:r>
          </w:p>
          <w:p w14:paraId="52E12249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dung email </w:t>
            </w: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CF6923" w14:paraId="7ED99095" w14:textId="77777777" w:rsidTr="005668EF">
        <w:trPr>
          <w:cantSplit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18D2F9D" w14:textId="77777777" w:rsidR="00CF6923" w:rsidRDefault="00A91A44">
            <w:pPr>
              <w:spacing w:after="40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685D8C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</w:tc>
      </w:tr>
    </w:tbl>
    <w:p w14:paraId="5D8922A0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(Thông </w:t>
      </w:r>
      <w:proofErr w:type="spellStart"/>
      <w:r>
        <w:rPr>
          <w:b/>
        </w:rPr>
        <w:t>tư</w:t>
      </w:r>
      <w:proofErr w:type="spellEnd"/>
      <w:r>
        <w:rPr>
          <w:b/>
        </w:rPr>
        <w:t xml:space="preserve"> 22/2021/TT-BGDĐT)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98"/>
        <w:gridCol w:w="2497"/>
        <w:gridCol w:w="2497"/>
        <w:gridCol w:w="2497"/>
      </w:tblGrid>
      <w:tr w:rsidR="00CF6923" w14:paraId="49D3F279" w14:textId="77777777" w:rsidTr="00816274">
        <w:trPr>
          <w:cantSplit/>
          <w:tblHeader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02348E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theo</w:t>
            </w:r>
            <w:proofErr w:type="spellEnd"/>
            <w:r>
              <w:rPr>
                <w:b/>
                <w:sz w:val="24"/>
              </w:rPr>
              <w:t xml:space="preserve"> CV 5512)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A72305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Đạt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F76556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Khá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F76B15" w14:textId="77777777" w:rsidR="00CF6923" w:rsidRDefault="00A91A44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Tốt</w:t>
            </w:r>
            <w:proofErr w:type="spellEnd"/>
          </w:p>
        </w:tc>
      </w:tr>
      <w:tr w:rsidR="00CF6923" w14:paraId="7E18D21D" w14:textId="77777777" w:rsidTr="00816274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09F0BC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YCCĐ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6541E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loại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9DFA15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ra.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8FD630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chẽ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CF6923" w14:paraId="028346B3" w14:textId="77777777" w:rsidTr="00816274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41AB35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51CFB9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sót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xảy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ra.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9A99E9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E0F7835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đổi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CF6923" w14:paraId="26866442" w14:textId="77777777" w:rsidTr="00816274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13BF269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3.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đức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3CF4E28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F6453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CA4357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Chủ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ghép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CF6923" w14:paraId="1B8E75B6" w14:textId="77777777" w:rsidTr="00816274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C0F100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4.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EA493E" w14:textId="77777777" w:rsidR="00CF6923" w:rsidRDefault="00A91A44">
            <w:pPr>
              <w:spacing w:after="40"/>
            </w:pPr>
            <w:r>
              <w:rPr>
                <w:sz w:val="24"/>
              </w:rPr>
              <w:t xml:space="preserve">Tham </w:t>
            </w: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08AADD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Góp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mình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8FA3DF" w14:textId="77777777" w:rsidR="00CF6923" w:rsidRDefault="00A91A44">
            <w:pPr>
              <w:spacing w:after="40"/>
            </w:pP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013BD202" w14:textId="3F757255" w:rsidR="00CF6923" w:rsidRDefault="00A91A44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Đạt:</w:t>
      </w:r>
      <w:r>
        <w:t xml:space="preserve"> </w:t>
      </w:r>
      <w:r w:rsidR="00152681">
        <w:t>“</w:t>
      </w:r>
      <w:proofErr w:type="spellStart"/>
      <w:r>
        <w:t>Bài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AI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,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  <w:r w:rsidR="00152681">
        <w:t>”</w:t>
      </w:r>
    </w:p>
    <w:p w14:paraId="6EF4463B" w14:textId="58894414" w:rsidR="00CF6923" w:rsidRDefault="00A91A44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Khá:</w:t>
      </w:r>
      <w:r>
        <w:t xml:space="preserve"> </w:t>
      </w:r>
      <w:r w:rsidR="00152681">
        <w:t>“</w:t>
      </w:r>
      <w:r>
        <w:t xml:space="preserve">Em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hãy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  <w:r w:rsidR="00152681">
        <w:t>”</w:t>
      </w:r>
    </w:p>
    <w:p w14:paraId="5AA3531C" w14:textId="62F42228" w:rsidR="00CF6923" w:rsidRDefault="00A91A44" w:rsidP="00447968">
      <w:pPr>
        <w:pStyle w:val="ListBullet"/>
      </w:pPr>
      <w:proofErr w:type="spellStart"/>
      <w:r w:rsidRPr="00447968">
        <w:rPr>
          <w:b/>
        </w:rPr>
        <w:t>Mẫu</w:t>
      </w:r>
      <w:proofErr w:type="spellEnd"/>
      <w:r w:rsidRPr="00447968">
        <w:rPr>
          <w:b/>
        </w:rPr>
        <w:t xml:space="preserve"> </w:t>
      </w:r>
      <w:proofErr w:type="spellStart"/>
      <w:r w:rsidRPr="00447968">
        <w:rPr>
          <w:b/>
        </w:rPr>
        <w:t>câu</w:t>
      </w:r>
      <w:proofErr w:type="spellEnd"/>
      <w:r w:rsidRPr="00447968">
        <w:rPr>
          <w:b/>
        </w:rPr>
        <w:t xml:space="preserve"> </w:t>
      </w:r>
      <w:proofErr w:type="spellStart"/>
      <w:r w:rsidRPr="00447968">
        <w:rPr>
          <w:b/>
        </w:rPr>
        <w:t>nhận</w:t>
      </w:r>
      <w:proofErr w:type="spellEnd"/>
      <w:r w:rsidRPr="00447968">
        <w:rPr>
          <w:b/>
        </w:rPr>
        <w:t xml:space="preserve"> </w:t>
      </w:r>
      <w:proofErr w:type="spellStart"/>
      <w:r w:rsidRPr="00447968">
        <w:rPr>
          <w:b/>
        </w:rPr>
        <w:t>xét</w:t>
      </w:r>
      <w:proofErr w:type="spellEnd"/>
      <w:r w:rsidRPr="00447968">
        <w:rPr>
          <w:b/>
        </w:rPr>
        <w:t xml:space="preserve"> </w:t>
      </w:r>
      <w:proofErr w:type="spellStart"/>
      <w:r w:rsidRPr="00447968">
        <w:rPr>
          <w:b/>
        </w:rPr>
        <w:t>mức</w:t>
      </w:r>
      <w:proofErr w:type="spellEnd"/>
      <w:r w:rsidRPr="00447968">
        <w:rPr>
          <w:b/>
        </w:rPr>
        <w:t xml:space="preserve"> Tốt:</w:t>
      </w:r>
      <w:r>
        <w:t xml:space="preserve"> </w:t>
      </w:r>
      <w:r w:rsidR="00152681">
        <w:t>“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sảo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AI.</w:t>
      </w:r>
      <w:r w:rsidR="00152681">
        <w:t>”</w:t>
      </w:r>
    </w:p>
    <w:p w14:paraId="46B83FD3" w14:textId="77777777" w:rsidR="00CF6923" w:rsidRDefault="00A91A44">
      <w:pPr>
        <w:keepNext/>
        <w:spacing w:before="200"/>
        <w:jc w:val="left"/>
      </w:pPr>
      <w:r>
        <w:rPr>
          <w:b/>
          <w:sz w:val="28"/>
        </w:rPr>
        <w:t xml:space="preserve">PL10.5.5. </w:t>
      </w:r>
      <w:proofErr w:type="spellStart"/>
      <w:r>
        <w:rPr>
          <w:b/>
          <w:sz w:val="28"/>
        </w:rPr>
        <w:t>Ghi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chú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chuyên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môn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căn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cứ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lí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lưu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sư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phạm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dạy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257555A6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GV</w:t>
      </w:r>
    </w:p>
    <w:p w14:paraId="21638C89" w14:textId="77777777" w:rsidR="00CF6923" w:rsidRDefault="00A91A44">
      <w:pPr>
        <w:pStyle w:val="ListBullet"/>
      </w:pPr>
      <w:r>
        <w:rPr>
          <w:b/>
        </w:rPr>
        <w:t xml:space="preserve">AI </w:t>
      </w:r>
      <w:proofErr w:type="spellStart"/>
      <w:r>
        <w:rPr>
          <w:b/>
        </w:rPr>
        <w:t>tạo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t xml:space="preserve">: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,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âm</w:t>
      </w:r>
      <w:proofErr w:type="spellEnd"/>
      <w:r>
        <w:t xml:space="preserve"> </w:t>
      </w:r>
      <w:proofErr w:type="spellStart"/>
      <w:r>
        <w:t>thanh</w:t>
      </w:r>
      <w:proofErr w:type="spellEnd"/>
      <w:r>
        <w:t>.</w:t>
      </w:r>
    </w:p>
    <w:p w14:paraId="03132556" w14:textId="77777777" w:rsidR="00CF6923" w:rsidRDefault="00A91A44">
      <w:pPr>
        <w:pStyle w:val="ListBullet"/>
      </w:pPr>
      <w:r>
        <w:rPr>
          <w:b/>
        </w:rPr>
        <w:t xml:space="preserve">AI </w:t>
      </w:r>
      <w:proofErr w:type="spellStart"/>
      <w:r>
        <w:rPr>
          <w:b/>
        </w:rPr>
        <w:t>phân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loại</w:t>
      </w:r>
      <w:proofErr w:type="spellEnd"/>
      <w:r>
        <w:t xml:space="preserve">: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gán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>.</w:t>
      </w:r>
    </w:p>
    <w:p w14:paraId="108C0540" w14:textId="77777777" w:rsidR="00CF6923" w:rsidRDefault="00A91A44">
      <w:pPr>
        <w:pStyle w:val="ListBullet"/>
      </w:pPr>
      <w:r>
        <w:rPr>
          <w:b/>
        </w:rPr>
        <w:t xml:space="preserve">AI </w:t>
      </w: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đoán</w:t>
      </w:r>
      <w:proofErr w:type="spellEnd"/>
      <w:r>
        <w:t xml:space="preserve">: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ước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sử</w:t>
      </w:r>
      <w:proofErr w:type="spellEnd"/>
      <w:r>
        <w:t>.</w:t>
      </w:r>
    </w:p>
    <w:p w14:paraId="66B213C9" w14:textId="77777777" w:rsidR="00CF6923" w:rsidRDefault="00A91A44">
      <w:pPr>
        <w:pStyle w:val="ListBullet"/>
      </w:pP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vào</w:t>
      </w:r>
      <w:proofErr w:type="spellEnd"/>
      <w:r>
        <w:t xml:space="preserve">: Thông tin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</w:p>
    <w:p w14:paraId="58ADE4F4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Căn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tắc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</w:p>
    <w:p w14:paraId="223543CD" w14:textId="77777777" w:rsidR="00CF6923" w:rsidRDefault="00A91A44">
      <w:pPr>
        <w:pStyle w:val="ListBullet"/>
      </w:pPr>
      <w:r>
        <w:rPr>
          <w:b/>
        </w:rPr>
        <w:t xml:space="preserve">Công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5588/BGDĐT-GDPT</w:t>
      </w:r>
      <w:r>
        <w:t xml:space="preserve">: Hướng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, </w:t>
      </w:r>
      <w:proofErr w:type="spellStart"/>
      <w:r>
        <w:t>nhấn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14:paraId="7076DD2C" w14:textId="77777777" w:rsidR="00CF6923" w:rsidRDefault="00A91A44">
      <w:pPr>
        <w:pStyle w:val="ListBullet"/>
      </w:pPr>
      <w:proofErr w:type="spellStart"/>
      <w:r>
        <w:rPr>
          <w:b/>
        </w:rPr>
        <w:t>Luật</w:t>
      </w:r>
      <w:proofErr w:type="spellEnd"/>
      <w:r>
        <w:rPr>
          <w:b/>
        </w:rPr>
        <w:t xml:space="preserve"> Bảo </w:t>
      </w: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số</w:t>
      </w:r>
      <w:proofErr w:type="spellEnd"/>
      <w:r>
        <w:rPr>
          <w:b/>
        </w:rPr>
        <w:t xml:space="preserve"> 91/2025/QH15</w:t>
      </w:r>
      <w:r>
        <w:t xml:space="preserve">: Quy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14:paraId="1B0FC8B0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3. Các </w:t>
      </w: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cách</w:t>
      </w:r>
      <w:proofErr w:type="spellEnd"/>
      <w:r>
        <w:rPr>
          <w:b/>
        </w:rPr>
        <w:t xml:space="preserve"> GV </w:t>
      </w:r>
      <w:proofErr w:type="spellStart"/>
      <w:r>
        <w:rPr>
          <w:b/>
        </w:rPr>
        <w:t>tháo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</w:p>
    <w:p w14:paraId="4792CA66" w14:textId="77777777" w:rsidR="00CF6923" w:rsidRDefault="00A91A44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1</w:t>
      </w:r>
      <w:r>
        <w:t xml:space="preserve">: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lộn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AI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AI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>.</w:t>
      </w:r>
    </w:p>
    <w:p w14:paraId="656B8950" w14:textId="483B0BCD" w:rsidR="00CF6923" w:rsidRDefault="00A91A44">
      <w:pPr>
        <w:pStyle w:val="ListBullet"/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t xml:space="preserve">: </w:t>
      </w:r>
      <w:r w:rsidR="00152681">
        <w:t>“</w:t>
      </w:r>
      <w:r>
        <w:t xml:space="preserve">Em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gán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>?</w:t>
      </w:r>
      <w:r w:rsidR="00152681">
        <w:t>”</w:t>
      </w:r>
    </w:p>
    <w:p w14:paraId="697FAF3B" w14:textId="77777777" w:rsidR="00CF6923" w:rsidRDefault="00A91A44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2</w:t>
      </w:r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AI.</w:t>
      </w:r>
    </w:p>
    <w:p w14:paraId="62725D39" w14:textId="1518FD3A" w:rsidR="00CF6923" w:rsidRDefault="00A91A44">
      <w:pPr>
        <w:pStyle w:val="ListBullet"/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t xml:space="preserve">: </w:t>
      </w:r>
      <w:r w:rsidR="00152681">
        <w:t>“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AI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nó</w:t>
      </w:r>
      <w:proofErr w:type="spellEnd"/>
      <w:r>
        <w:t>?</w:t>
      </w:r>
      <w:r w:rsidR="00152681">
        <w:t>”</w:t>
      </w:r>
    </w:p>
    <w:p w14:paraId="586F3809" w14:textId="77777777" w:rsidR="00CF6923" w:rsidRDefault="00A91A44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3</w:t>
      </w:r>
      <w:r>
        <w:t xml:space="preserve">: Tin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AI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>.</w:t>
      </w:r>
    </w:p>
    <w:p w14:paraId="3DC5936D" w14:textId="42FC243D" w:rsidR="00CF6923" w:rsidRDefault="00A91A44">
      <w:pPr>
        <w:pStyle w:val="ListBullet"/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t xml:space="preserve">: </w:t>
      </w:r>
      <w:r w:rsidR="00152681">
        <w:t>“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AI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>?</w:t>
      </w:r>
      <w:r w:rsidR="00152681">
        <w:t>”</w:t>
      </w:r>
    </w:p>
    <w:p w14:paraId="5FB5947D" w14:textId="77777777" w:rsidR="00CF6923" w:rsidRDefault="00A91A44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</w:p>
    <w:p w14:paraId="540E5BB9" w14:textId="77777777" w:rsidR="00CF6923" w:rsidRDefault="00A91A44">
      <w:pPr>
        <w:pStyle w:val="ListBullet"/>
      </w:pP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t xml:space="preserve">: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AI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AI </w:t>
      </w:r>
      <w:proofErr w:type="spellStart"/>
      <w:r>
        <w:t>và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AI.</w:t>
      </w:r>
    </w:p>
    <w:p w14:paraId="45E199A7" w14:textId="77777777" w:rsidR="00CF6923" w:rsidRDefault="00A91A44">
      <w:pPr>
        <w:pStyle w:val="ListBullet"/>
      </w:pP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t xml:space="preserve">: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GV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AI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khái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 ở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2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liền</w:t>
      </w:r>
      <w:proofErr w:type="spellEnd"/>
      <w:r>
        <w:t xml:space="preserve"> </w:t>
      </w:r>
      <w:proofErr w:type="spellStart"/>
      <w:r>
        <w:t>mạch</w:t>
      </w:r>
      <w:proofErr w:type="spellEnd"/>
      <w:r>
        <w:t>.</w:t>
      </w:r>
    </w:p>
    <w:p w14:paraId="7AD08683" w14:textId="77777777" w:rsidR="00CF6923" w:rsidRDefault="00A91A44">
      <w:pPr>
        <w:pStyle w:val="ListBullet"/>
      </w:pP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>
        <w:t xml:space="preserve">: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Tin </w:t>
      </w:r>
      <w:proofErr w:type="spellStart"/>
      <w:r>
        <w:t>học</w:t>
      </w:r>
      <w:proofErr w:type="spellEnd"/>
      <w:r>
        <w:t xml:space="preserve"> (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AI)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(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>).</w:t>
      </w:r>
    </w:p>
    <w:sectPr w:rsidR="00CF6923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05567755">
    <w:abstractNumId w:val="8"/>
  </w:num>
  <w:num w:numId="2" w16cid:durableId="1374303176">
    <w:abstractNumId w:val="6"/>
  </w:num>
  <w:num w:numId="3" w16cid:durableId="1744639797">
    <w:abstractNumId w:val="5"/>
  </w:num>
  <w:num w:numId="4" w16cid:durableId="992871897">
    <w:abstractNumId w:val="4"/>
  </w:num>
  <w:num w:numId="5" w16cid:durableId="1286429793">
    <w:abstractNumId w:val="7"/>
  </w:num>
  <w:num w:numId="6" w16cid:durableId="44959782">
    <w:abstractNumId w:val="3"/>
  </w:num>
  <w:num w:numId="7" w16cid:durableId="2017881747">
    <w:abstractNumId w:val="2"/>
  </w:num>
  <w:num w:numId="8" w16cid:durableId="1369257265">
    <w:abstractNumId w:val="1"/>
  </w:num>
  <w:num w:numId="9" w16cid:durableId="414285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478A"/>
    <w:rsid w:val="00014025"/>
    <w:rsid w:val="00034616"/>
    <w:rsid w:val="00045073"/>
    <w:rsid w:val="0006063C"/>
    <w:rsid w:val="00125A54"/>
    <w:rsid w:val="0015074B"/>
    <w:rsid w:val="00152681"/>
    <w:rsid w:val="00190C3C"/>
    <w:rsid w:val="0029639D"/>
    <w:rsid w:val="00326F90"/>
    <w:rsid w:val="00331481"/>
    <w:rsid w:val="00340845"/>
    <w:rsid w:val="00447968"/>
    <w:rsid w:val="004622EF"/>
    <w:rsid w:val="005668EF"/>
    <w:rsid w:val="005F2536"/>
    <w:rsid w:val="00695863"/>
    <w:rsid w:val="0074368A"/>
    <w:rsid w:val="00816274"/>
    <w:rsid w:val="008D7D24"/>
    <w:rsid w:val="00A54130"/>
    <w:rsid w:val="00A91A44"/>
    <w:rsid w:val="00AA1D8D"/>
    <w:rsid w:val="00B47730"/>
    <w:rsid w:val="00BA78CC"/>
    <w:rsid w:val="00BB5CC0"/>
    <w:rsid w:val="00CA6A0C"/>
    <w:rsid w:val="00CB0664"/>
    <w:rsid w:val="00CF6923"/>
    <w:rsid w:val="00DC5517"/>
    <w:rsid w:val="00F43D2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28F841"/>
  <w14:defaultImageDpi w14:val="300"/>
  <w15:docId w15:val="{FA9613CD-2E7A-42E3-A161-4CDEF364B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  <w:jc w:val="both"/>
    </w:pPr>
    <w:rPr>
      <w:rFonts w:ascii="Times New Roman" w:hAnsi="Times New Roman"/>
      <w:color w:val="000000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1935</Words>
  <Characters>11035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Nguyen Hai</cp:lastModifiedBy>
  <cp:revision>18</cp:revision>
  <dcterms:created xsi:type="dcterms:W3CDTF">2013-12-23T23:15:00Z</dcterms:created>
  <dcterms:modified xsi:type="dcterms:W3CDTF">2026-11-01T11:24:00Z</dcterms:modified>
  <cp:category/>
</cp:coreProperties>
</file>