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5A448" w14:textId="77777777" w:rsidR="00F11383" w:rsidRPr="002F3C49" w:rsidRDefault="00C064AA">
      <w:pPr>
        <w:keepNext/>
        <w:spacing w:before="160"/>
        <w:jc w:val="center"/>
        <w:rPr>
          <w:szCs w:val="26"/>
        </w:rPr>
      </w:pPr>
      <w:r w:rsidRPr="002F3C49">
        <w:rPr>
          <w:b/>
          <w:szCs w:val="26"/>
        </w:rPr>
        <w:t>PHỤ LỤC CỦA KẾ HOẠCH BÀI DẠY BÀI 4 – LỚP 10</w:t>
      </w:r>
    </w:p>
    <w:p w14:paraId="42DC487B" w14:textId="77777777" w:rsidR="00F11383" w:rsidRPr="002F3C49" w:rsidRDefault="00C064AA">
      <w:pPr>
        <w:keepNext/>
        <w:spacing w:before="160"/>
        <w:jc w:val="center"/>
        <w:rPr>
          <w:szCs w:val="26"/>
        </w:rPr>
      </w:pPr>
      <w:r w:rsidRPr="002F3C49">
        <w:rPr>
          <w:b/>
          <w:szCs w:val="26"/>
        </w:rPr>
        <w:t>TÊN BÀI: THIẾT KẾ PROMPT PHÙ HỢP VỚI MỤC TIÊU</w:t>
      </w:r>
    </w:p>
    <w:p w14:paraId="17D566DC" w14:textId="77777777" w:rsidR="00F11383" w:rsidRDefault="00C064AA">
      <w:r>
        <w:t xml:space="preserve">Quy </w:t>
      </w:r>
      <w:proofErr w:type="spellStart"/>
      <w:r>
        <w:t>ước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: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lục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“PL10.4.x”, </w:t>
      </w:r>
      <w:proofErr w:type="spellStart"/>
      <w:r>
        <w:t>phiếu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“</w:t>
      </w:r>
      <w:proofErr w:type="spellStart"/>
      <w:r>
        <w:t>Phiếu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10.4.x” (</w:t>
      </w:r>
      <w:proofErr w:type="spellStart"/>
      <w:r>
        <w:t>lớp</w:t>
      </w:r>
      <w:proofErr w:type="spellEnd"/>
      <w:r>
        <w:t xml:space="preserve"> 10, </w:t>
      </w:r>
      <w:proofErr w:type="spellStart"/>
      <w:r>
        <w:t>bài</w:t>
      </w:r>
      <w:proofErr w:type="spellEnd"/>
      <w:r>
        <w:t xml:space="preserve"> 4,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thứ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)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trùng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.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tờ</w:t>
      </w:r>
      <w:proofErr w:type="spellEnd"/>
      <w:r>
        <w:t xml:space="preserve"> in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40 HS (8 </w:t>
      </w:r>
      <w:proofErr w:type="spellStart"/>
      <w:r>
        <w:t>nhóm</w:t>
      </w:r>
      <w:proofErr w:type="spellEnd"/>
      <w:r>
        <w:t xml:space="preserve">): </w:t>
      </w:r>
      <w:proofErr w:type="spellStart"/>
      <w:r>
        <w:t>khoảng</w:t>
      </w:r>
      <w:proofErr w:type="spellEnd"/>
      <w:r>
        <w:t xml:space="preserve"> 32–36 </w:t>
      </w:r>
      <w:proofErr w:type="spellStart"/>
      <w:r>
        <w:t>tờ</w:t>
      </w:r>
      <w:proofErr w:type="spellEnd"/>
      <w:r>
        <w:t xml:space="preserve"> A4 (in </w:t>
      </w:r>
      <w:proofErr w:type="spellStart"/>
      <w:r>
        <w:t>hai</w:t>
      </w:r>
      <w:proofErr w:type="spellEnd"/>
      <w:r>
        <w:t xml:space="preserve"> </w:t>
      </w:r>
      <w:proofErr w:type="spellStart"/>
      <w:r>
        <w:t>mặt</w:t>
      </w:r>
      <w:proofErr w:type="spellEnd"/>
      <w:r>
        <w:t>).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182"/>
        <w:gridCol w:w="4238"/>
        <w:gridCol w:w="2953"/>
        <w:gridCol w:w="1616"/>
      </w:tblGrid>
      <w:tr w:rsidR="00F11383" w14:paraId="3223D221" w14:textId="77777777" w:rsidTr="00EB15F1">
        <w:trPr>
          <w:cantSplit/>
          <w:tblHeader/>
          <w:jc w:val="center"/>
        </w:trPr>
        <w:tc>
          <w:tcPr>
            <w:tcW w:w="59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0D7C708" w14:textId="77777777" w:rsidR="00F11383" w:rsidRDefault="00C064A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Mã</w:t>
            </w:r>
            <w:proofErr w:type="spellEnd"/>
          </w:p>
        </w:tc>
        <w:tc>
          <w:tcPr>
            <w:tcW w:w="212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0FB7831" w14:textId="77777777" w:rsidR="00F11383" w:rsidRDefault="00C064A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Tên</w:t>
            </w:r>
            <w:proofErr w:type="spellEnd"/>
          </w:p>
        </w:tc>
        <w:tc>
          <w:tcPr>
            <w:tcW w:w="147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A3EB40F" w14:textId="77777777" w:rsidR="00F11383" w:rsidRDefault="00C064A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Dành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cho</w:t>
            </w:r>
            <w:proofErr w:type="spellEnd"/>
          </w:p>
        </w:tc>
        <w:tc>
          <w:tcPr>
            <w:tcW w:w="80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28E8F80" w14:textId="77777777" w:rsidR="00F11383" w:rsidRDefault="00C064A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Dùng</w:t>
            </w:r>
            <w:proofErr w:type="spellEnd"/>
            <w:r>
              <w:rPr>
                <w:b/>
                <w:sz w:val="24"/>
              </w:rPr>
              <w:t xml:space="preserve"> ở</w:t>
            </w:r>
          </w:p>
        </w:tc>
      </w:tr>
      <w:tr w:rsidR="00F11383" w14:paraId="0A31F842" w14:textId="77777777" w:rsidTr="00EB15F1">
        <w:trPr>
          <w:cantSplit/>
          <w:jc w:val="center"/>
        </w:trPr>
        <w:tc>
          <w:tcPr>
            <w:tcW w:w="59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3411169" w14:textId="77777777" w:rsidR="00F11383" w:rsidRDefault="00C064AA" w:rsidP="00067A46">
            <w:pPr>
              <w:spacing w:after="40"/>
              <w:jc w:val="left"/>
            </w:pPr>
            <w:r>
              <w:rPr>
                <w:sz w:val="24"/>
              </w:rPr>
              <w:t>PL10.4.1</w:t>
            </w:r>
          </w:p>
        </w:tc>
        <w:tc>
          <w:tcPr>
            <w:tcW w:w="212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245B653" w14:textId="77777777" w:rsidR="00F11383" w:rsidRDefault="00C064AA" w:rsidP="00067A46">
            <w:pPr>
              <w:spacing w:after="40"/>
              <w:jc w:val="left"/>
            </w:pPr>
            <w:proofErr w:type="spellStart"/>
            <w:r>
              <w:rPr>
                <w:sz w:val="24"/>
              </w:rPr>
              <w:t>Phiếu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  <w:r>
              <w:rPr>
                <w:sz w:val="24"/>
              </w:rPr>
              <w:t xml:space="preserve"> 10.4.1: </w:t>
            </w:r>
            <w:proofErr w:type="spellStart"/>
            <w:r>
              <w:rPr>
                <w:sz w:val="24"/>
              </w:rPr>
              <w:t>Phiếu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nhân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kèm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Bảng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đồng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đẳng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147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7704514" w14:textId="77777777" w:rsidR="00F11383" w:rsidRDefault="00C064AA" w:rsidP="00067A46">
            <w:pPr>
              <w:spacing w:after="40"/>
              <w:jc w:val="left"/>
            </w:pPr>
            <w:r>
              <w:rPr>
                <w:sz w:val="24"/>
              </w:rPr>
              <w:t xml:space="preserve">HS, in </w:t>
            </w:r>
            <w:proofErr w:type="spellStart"/>
            <w:r>
              <w:rPr>
                <w:sz w:val="24"/>
              </w:rPr>
              <w:t>theo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sĩ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số</w:t>
            </w:r>
            <w:proofErr w:type="spellEnd"/>
            <w:r>
              <w:rPr>
                <w:sz w:val="24"/>
              </w:rPr>
              <w:t xml:space="preserve"> (1 </w:t>
            </w:r>
            <w:proofErr w:type="spellStart"/>
            <w:r>
              <w:rPr>
                <w:sz w:val="24"/>
              </w:rPr>
              <w:t>mặt</w:t>
            </w:r>
            <w:proofErr w:type="spellEnd"/>
            <w:r>
              <w:rPr>
                <w:sz w:val="24"/>
              </w:rPr>
              <w:t xml:space="preserve"> A4/HS </w:t>
            </w:r>
            <w:proofErr w:type="spellStart"/>
            <w:r>
              <w:rPr>
                <w:sz w:val="24"/>
              </w:rPr>
              <w:t>hoặc</w:t>
            </w:r>
            <w:proofErr w:type="spellEnd"/>
            <w:r>
              <w:rPr>
                <w:sz w:val="24"/>
              </w:rPr>
              <w:t xml:space="preserve"> 1 </w:t>
            </w:r>
            <w:proofErr w:type="spellStart"/>
            <w:r>
              <w:rPr>
                <w:sz w:val="24"/>
              </w:rPr>
              <w:t>tờ</w:t>
            </w:r>
            <w:proofErr w:type="spellEnd"/>
            <w:r>
              <w:rPr>
                <w:sz w:val="24"/>
              </w:rPr>
              <w:t xml:space="preserve"> A4/2 HS)</w:t>
            </w:r>
          </w:p>
        </w:tc>
        <w:tc>
          <w:tcPr>
            <w:tcW w:w="80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916C936" w14:textId="77777777" w:rsidR="00F11383" w:rsidRDefault="00C064AA" w:rsidP="00067A46">
            <w:pPr>
              <w:spacing w:after="40"/>
              <w:jc w:val="left"/>
            </w:pPr>
            <w:r>
              <w:rPr>
                <w:sz w:val="24"/>
              </w:rPr>
              <w:t>HĐ 4</w:t>
            </w:r>
          </w:p>
        </w:tc>
      </w:tr>
      <w:tr w:rsidR="00F11383" w14:paraId="00B75128" w14:textId="77777777" w:rsidTr="00EB15F1">
        <w:trPr>
          <w:cantSplit/>
          <w:jc w:val="center"/>
        </w:trPr>
        <w:tc>
          <w:tcPr>
            <w:tcW w:w="59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A0DB513" w14:textId="77777777" w:rsidR="00F11383" w:rsidRDefault="00C064AA" w:rsidP="00067A46">
            <w:pPr>
              <w:spacing w:after="40"/>
              <w:jc w:val="left"/>
            </w:pPr>
            <w:r>
              <w:rPr>
                <w:sz w:val="24"/>
              </w:rPr>
              <w:t>PL10.4.2</w:t>
            </w:r>
          </w:p>
        </w:tc>
        <w:tc>
          <w:tcPr>
            <w:tcW w:w="212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AE85D1D" w14:textId="77777777" w:rsidR="00F11383" w:rsidRDefault="00C064AA" w:rsidP="00067A46">
            <w:pPr>
              <w:spacing w:after="40"/>
              <w:jc w:val="left"/>
            </w:pPr>
            <w:proofErr w:type="spellStart"/>
            <w:r>
              <w:rPr>
                <w:sz w:val="24"/>
              </w:rPr>
              <w:t>Bộ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Hồ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bối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cảnh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bộ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10.4.2</w:t>
            </w:r>
          </w:p>
        </w:tc>
        <w:tc>
          <w:tcPr>
            <w:tcW w:w="147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F48F8C0" w14:textId="77777777" w:rsidR="00F11383" w:rsidRDefault="00C064AA" w:rsidP="00067A46">
            <w:pPr>
              <w:spacing w:after="40"/>
              <w:jc w:val="left"/>
            </w:pP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(8–9 </w:t>
            </w:r>
            <w:proofErr w:type="spellStart"/>
            <w:r>
              <w:rPr>
                <w:sz w:val="24"/>
              </w:rPr>
              <w:t>bộ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lớp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80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D7BC813" w14:textId="77777777" w:rsidR="00F11383" w:rsidRDefault="00C064AA" w:rsidP="00067A46">
            <w:pPr>
              <w:spacing w:after="40"/>
              <w:jc w:val="left"/>
            </w:pPr>
            <w:r>
              <w:rPr>
                <w:sz w:val="24"/>
              </w:rPr>
              <w:t>HĐ 2, HĐ 3</w:t>
            </w:r>
          </w:p>
        </w:tc>
      </w:tr>
      <w:tr w:rsidR="00F11383" w14:paraId="04F98919" w14:textId="77777777" w:rsidTr="00EB15F1">
        <w:trPr>
          <w:cantSplit/>
          <w:jc w:val="center"/>
        </w:trPr>
        <w:tc>
          <w:tcPr>
            <w:tcW w:w="59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3B10D41" w14:textId="77777777" w:rsidR="00F11383" w:rsidRDefault="00C064AA" w:rsidP="00067A46">
            <w:pPr>
              <w:spacing w:after="40"/>
              <w:jc w:val="left"/>
            </w:pPr>
            <w:r>
              <w:rPr>
                <w:sz w:val="24"/>
              </w:rPr>
              <w:t>PL10.4.3</w:t>
            </w:r>
          </w:p>
        </w:tc>
        <w:tc>
          <w:tcPr>
            <w:tcW w:w="212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A56200E" w14:textId="77777777" w:rsidR="00F11383" w:rsidRDefault="00C064AA" w:rsidP="00067A46">
            <w:pPr>
              <w:spacing w:after="40"/>
              <w:jc w:val="left"/>
            </w:pPr>
            <w:proofErr w:type="spellStart"/>
            <w:r>
              <w:rPr>
                <w:sz w:val="24"/>
              </w:rPr>
              <w:t>Tư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GV: </w:t>
            </w:r>
            <w:proofErr w:type="spellStart"/>
            <w:r>
              <w:rPr>
                <w:sz w:val="24"/>
              </w:rPr>
              <w:t>Tình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huống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mở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mô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phỏng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phòng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dẫn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chứng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thực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tế</w:t>
            </w:r>
            <w:proofErr w:type="spellEnd"/>
          </w:p>
        </w:tc>
        <w:tc>
          <w:tcPr>
            <w:tcW w:w="147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51862DC" w14:textId="77777777" w:rsidR="00F11383" w:rsidRDefault="00C064AA" w:rsidP="00067A46">
            <w:pPr>
              <w:spacing w:after="40"/>
              <w:jc w:val="left"/>
            </w:pPr>
            <w:r>
              <w:rPr>
                <w:sz w:val="24"/>
              </w:rPr>
              <w:t xml:space="preserve">GV (1 </w:t>
            </w:r>
            <w:proofErr w:type="spellStart"/>
            <w:r>
              <w:rPr>
                <w:sz w:val="24"/>
              </w:rPr>
              <w:t>bộ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80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39562BC" w14:textId="77777777" w:rsidR="00F11383" w:rsidRDefault="00C064AA" w:rsidP="00067A46">
            <w:pPr>
              <w:spacing w:after="40"/>
              <w:jc w:val="left"/>
            </w:pPr>
            <w:r>
              <w:rPr>
                <w:sz w:val="24"/>
              </w:rPr>
              <w:t>HĐ 1, HĐ 2, HĐ 3</w:t>
            </w:r>
          </w:p>
        </w:tc>
      </w:tr>
      <w:tr w:rsidR="00F11383" w14:paraId="4526C09F" w14:textId="77777777" w:rsidTr="00EB15F1">
        <w:trPr>
          <w:cantSplit/>
          <w:jc w:val="center"/>
        </w:trPr>
        <w:tc>
          <w:tcPr>
            <w:tcW w:w="59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40D4827" w14:textId="77777777" w:rsidR="00F11383" w:rsidRDefault="00C064AA" w:rsidP="00067A46">
            <w:pPr>
              <w:spacing w:after="40"/>
              <w:jc w:val="left"/>
            </w:pPr>
            <w:r>
              <w:rPr>
                <w:sz w:val="24"/>
              </w:rPr>
              <w:t>PL10.4.4</w:t>
            </w:r>
          </w:p>
        </w:tc>
        <w:tc>
          <w:tcPr>
            <w:tcW w:w="212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C95EDFA" w14:textId="77777777" w:rsidR="00F11383" w:rsidRDefault="00C064AA" w:rsidP="00067A46">
            <w:pPr>
              <w:spacing w:after="40"/>
              <w:jc w:val="left"/>
            </w:pPr>
            <w:proofErr w:type="spellStart"/>
            <w:r>
              <w:rPr>
                <w:sz w:val="24"/>
              </w:rPr>
              <w:t>Đáp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án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tham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khảo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gợi</w:t>
            </w:r>
            <w:proofErr w:type="spellEnd"/>
            <w:r>
              <w:rPr>
                <w:sz w:val="24"/>
              </w:rPr>
              <w:t xml:space="preserve"> ý </w:t>
            </w:r>
            <w:proofErr w:type="spellStart"/>
            <w:r>
              <w:rPr>
                <w:sz w:val="24"/>
              </w:rPr>
              <w:t>hỗ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mô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mức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đánh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bài</w:t>
            </w:r>
            <w:proofErr w:type="spellEnd"/>
          </w:p>
        </w:tc>
        <w:tc>
          <w:tcPr>
            <w:tcW w:w="147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ED75DF8" w14:textId="77777777" w:rsidR="00F11383" w:rsidRDefault="00C064AA" w:rsidP="00067A46">
            <w:pPr>
              <w:spacing w:after="40"/>
              <w:jc w:val="left"/>
            </w:pPr>
            <w:r>
              <w:rPr>
                <w:sz w:val="24"/>
              </w:rPr>
              <w:t>GV</w:t>
            </w:r>
          </w:p>
        </w:tc>
        <w:tc>
          <w:tcPr>
            <w:tcW w:w="80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73CDE3F" w14:textId="77777777" w:rsidR="00F11383" w:rsidRDefault="00C064AA" w:rsidP="00067A46">
            <w:pPr>
              <w:spacing w:after="40"/>
              <w:jc w:val="left"/>
            </w:pPr>
            <w:r>
              <w:rPr>
                <w:sz w:val="24"/>
              </w:rPr>
              <w:t xml:space="preserve">HĐ 1–4, </w:t>
            </w:r>
            <w:proofErr w:type="spellStart"/>
            <w:r>
              <w:rPr>
                <w:sz w:val="24"/>
              </w:rPr>
              <w:t>mục</w:t>
            </w:r>
            <w:proofErr w:type="spellEnd"/>
            <w:r>
              <w:rPr>
                <w:sz w:val="24"/>
              </w:rPr>
              <w:t xml:space="preserve"> IV</w:t>
            </w:r>
          </w:p>
        </w:tc>
      </w:tr>
      <w:tr w:rsidR="00F11383" w14:paraId="3170094F" w14:textId="77777777" w:rsidTr="00EB15F1">
        <w:trPr>
          <w:cantSplit/>
          <w:jc w:val="center"/>
        </w:trPr>
        <w:tc>
          <w:tcPr>
            <w:tcW w:w="59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AB87444" w14:textId="77777777" w:rsidR="00F11383" w:rsidRDefault="00C064AA" w:rsidP="00067A46">
            <w:pPr>
              <w:spacing w:after="40"/>
              <w:jc w:val="left"/>
            </w:pPr>
            <w:r>
              <w:rPr>
                <w:sz w:val="24"/>
              </w:rPr>
              <w:t>PL10.4.5</w:t>
            </w:r>
          </w:p>
        </w:tc>
        <w:tc>
          <w:tcPr>
            <w:tcW w:w="212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151531C" w14:textId="77777777" w:rsidR="00F11383" w:rsidRDefault="00C064AA" w:rsidP="00067A46">
            <w:pPr>
              <w:spacing w:after="40"/>
              <w:jc w:val="left"/>
            </w:pPr>
            <w:proofErr w:type="spellStart"/>
            <w:r>
              <w:rPr>
                <w:sz w:val="24"/>
              </w:rPr>
              <w:t>Ghi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chú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chuyên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môn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căn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cứ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pháp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lưu</w:t>
            </w:r>
            <w:proofErr w:type="spellEnd"/>
            <w:r>
              <w:rPr>
                <w:sz w:val="24"/>
              </w:rPr>
              <w:t xml:space="preserve"> ý </w:t>
            </w:r>
            <w:proofErr w:type="spellStart"/>
            <w:r>
              <w:rPr>
                <w:sz w:val="24"/>
              </w:rPr>
              <w:t>sư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phạm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dạy</w:t>
            </w:r>
            <w:proofErr w:type="spellEnd"/>
          </w:p>
        </w:tc>
        <w:tc>
          <w:tcPr>
            <w:tcW w:w="147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7EE1D21" w14:textId="77777777" w:rsidR="00F11383" w:rsidRDefault="00C064AA" w:rsidP="00067A46">
            <w:pPr>
              <w:spacing w:after="40"/>
              <w:jc w:val="left"/>
            </w:pPr>
            <w:r>
              <w:rPr>
                <w:sz w:val="24"/>
              </w:rPr>
              <w:t>GV</w:t>
            </w:r>
          </w:p>
        </w:tc>
        <w:tc>
          <w:tcPr>
            <w:tcW w:w="80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4E07187" w14:textId="77777777" w:rsidR="00F11383" w:rsidRDefault="00C064AA" w:rsidP="00067A46">
            <w:pPr>
              <w:spacing w:after="40"/>
              <w:jc w:val="left"/>
            </w:pPr>
            <w:proofErr w:type="spellStart"/>
            <w:r>
              <w:rPr>
                <w:sz w:val="24"/>
              </w:rPr>
              <w:t>Trước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giờ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dạy</w:t>
            </w:r>
            <w:proofErr w:type="spellEnd"/>
          </w:p>
        </w:tc>
      </w:tr>
    </w:tbl>
    <w:p w14:paraId="3221D732" w14:textId="77777777" w:rsidR="00F11383" w:rsidRDefault="00F11383"/>
    <w:p w14:paraId="5749552E" w14:textId="77777777" w:rsidR="00F11383" w:rsidRDefault="00C064AA">
      <w:r>
        <w:br w:type="page"/>
      </w:r>
    </w:p>
    <w:p w14:paraId="3355B282" w14:textId="77777777" w:rsidR="00F11383" w:rsidRDefault="00C064AA">
      <w:pPr>
        <w:keepNext/>
        <w:spacing w:before="200"/>
        <w:jc w:val="left"/>
      </w:pPr>
      <w:r>
        <w:rPr>
          <w:b/>
          <w:sz w:val="28"/>
        </w:rPr>
        <w:lastRenderedPageBreak/>
        <w:t xml:space="preserve">PL10.4.1. </w:t>
      </w:r>
      <w:proofErr w:type="spellStart"/>
      <w:r>
        <w:rPr>
          <w:b/>
          <w:sz w:val="28"/>
        </w:rPr>
        <w:t>Phiếu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học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tập</w:t>
      </w:r>
      <w:proofErr w:type="spellEnd"/>
      <w:r>
        <w:rPr>
          <w:b/>
          <w:sz w:val="28"/>
        </w:rPr>
        <w:t xml:space="preserve"> 10.4.1: </w:t>
      </w:r>
      <w:proofErr w:type="spellStart"/>
      <w:r>
        <w:rPr>
          <w:b/>
          <w:sz w:val="28"/>
        </w:rPr>
        <w:t>Phiếu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học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tập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cá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nhân</w:t>
      </w:r>
      <w:proofErr w:type="spellEnd"/>
    </w:p>
    <w:p w14:paraId="79ADF52C" w14:textId="77777777" w:rsidR="00F11383" w:rsidRDefault="00C064AA">
      <w:proofErr w:type="spellStart"/>
      <w:r>
        <w:rPr>
          <w:b/>
        </w:rPr>
        <w:t>Cách</w:t>
      </w:r>
      <w:proofErr w:type="spellEnd"/>
      <w:r>
        <w:rPr>
          <w:b/>
        </w:rPr>
        <w:t xml:space="preserve"> in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phát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Khổ</w:t>
      </w:r>
      <w:proofErr w:type="spellEnd"/>
      <w:r>
        <w:t xml:space="preserve"> A4, 1 </w:t>
      </w:r>
      <w:proofErr w:type="spellStart"/>
      <w:r>
        <w:t>mặt</w:t>
      </w:r>
      <w:proofErr w:type="spellEnd"/>
      <w:r>
        <w:t xml:space="preserve"> (40 </w:t>
      </w:r>
      <w:proofErr w:type="spellStart"/>
      <w:r>
        <w:t>tờ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40 HS + 2 </w:t>
      </w:r>
      <w:proofErr w:type="spellStart"/>
      <w:r>
        <w:t>tờ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; </w:t>
      </w:r>
      <w:proofErr w:type="spellStart"/>
      <w:r>
        <w:t>hoặc</w:t>
      </w:r>
      <w:proofErr w:type="spellEnd"/>
      <w:r>
        <w:t xml:space="preserve"> in 2 </w:t>
      </w:r>
      <w:proofErr w:type="spellStart"/>
      <w:r>
        <w:t>phiếu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1 </w:t>
      </w:r>
      <w:proofErr w:type="spellStart"/>
      <w:r>
        <w:t>trang</w:t>
      </w:r>
      <w:proofErr w:type="spellEnd"/>
      <w:r>
        <w:t xml:space="preserve"> A4).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HS ở B1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4 (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ở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; </w:t>
      </w:r>
      <w:proofErr w:type="spellStart"/>
      <w:r>
        <w:t>không</w:t>
      </w:r>
      <w:proofErr w:type="spellEnd"/>
      <w:r>
        <w:t xml:space="preserve"> in </w:t>
      </w:r>
      <w:proofErr w:type="spellStart"/>
      <w:r>
        <w:t>kèm</w:t>
      </w:r>
      <w:proofErr w:type="spellEnd"/>
      <w:r>
        <w:t xml:space="preserve"> </w:t>
      </w:r>
      <w:proofErr w:type="spellStart"/>
      <w:r>
        <w:t>đáp</w:t>
      </w:r>
      <w:proofErr w:type="spellEnd"/>
      <w:r>
        <w:t xml:space="preserve"> </w:t>
      </w:r>
      <w:proofErr w:type="spellStart"/>
      <w:r>
        <w:t>án</w:t>
      </w:r>
      <w:proofErr w:type="spellEnd"/>
      <w:r>
        <w:t>).</w:t>
      </w:r>
    </w:p>
    <w:p w14:paraId="21A391EC" w14:textId="77777777" w:rsidR="00F11383" w:rsidRDefault="00C064AA">
      <w:r>
        <w:rPr>
          <w:b/>
        </w:rPr>
        <w:t xml:space="preserve">Hướng </w:t>
      </w:r>
      <w:proofErr w:type="spellStart"/>
      <w:r>
        <w:rPr>
          <w:b/>
        </w:rPr>
        <w:t>dẫn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giá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minh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YCCĐ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IV </w:t>
      </w:r>
      <w:proofErr w:type="spellStart"/>
      <w:r>
        <w:t>của</w:t>
      </w:r>
      <w:proofErr w:type="spellEnd"/>
      <w:r>
        <w:t xml:space="preserve"> KHBD; </w:t>
      </w:r>
      <w:proofErr w:type="spellStart"/>
      <w:r>
        <w:t>mô</w:t>
      </w:r>
      <w:proofErr w:type="spellEnd"/>
      <w:r>
        <w:t xml:space="preserve"> </w:t>
      </w:r>
      <w:proofErr w:type="spellStart"/>
      <w:r>
        <w:t>tả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Đạt, </w:t>
      </w:r>
      <w:proofErr w:type="spellStart"/>
      <w:r>
        <w:t>Khá</w:t>
      </w:r>
      <w:proofErr w:type="spellEnd"/>
      <w:r>
        <w:t xml:space="preserve">,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xem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PL10.4.4.</w:t>
      </w:r>
    </w:p>
    <w:p w14:paraId="1B21C4CE" w14:textId="77777777" w:rsidR="00F11383" w:rsidRDefault="00C064AA">
      <w:pPr>
        <w:keepNext/>
        <w:spacing w:before="160" w:after="60"/>
        <w:jc w:val="left"/>
      </w:pPr>
      <w:r>
        <w:rPr>
          <w:b/>
        </w:rPr>
        <w:t>PHIẾU HỌC TẬP 10.4.1: PHIẾU TỔNG KẾT CÁ NHÂN</w:t>
      </w:r>
    </w:p>
    <w:p w14:paraId="7987E3E8" w14:textId="77777777" w:rsidR="00F11383" w:rsidRDefault="00C064AA">
      <w:pPr>
        <w:tabs>
          <w:tab w:val="left" w:pos="4535"/>
          <w:tab w:val="left" w:pos="7257"/>
        </w:tabs>
        <w:jc w:val="left"/>
      </w:pPr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tên</w:t>
      </w:r>
      <w:proofErr w:type="spellEnd"/>
      <w:r>
        <w:t>: …………………………</w:t>
      </w:r>
      <w:r>
        <w:tab/>
      </w:r>
      <w:proofErr w:type="spellStart"/>
      <w:r>
        <w:t>Lớp</w:t>
      </w:r>
      <w:proofErr w:type="spellEnd"/>
      <w:r>
        <w:t>: …………</w:t>
      </w:r>
      <w:r>
        <w:tab/>
      </w:r>
      <w:proofErr w:type="spellStart"/>
      <w:r>
        <w:t>Nhóm</w:t>
      </w:r>
      <w:proofErr w:type="spellEnd"/>
      <w:r>
        <w:t>: …………</w:t>
      </w:r>
    </w:p>
    <w:p w14:paraId="6D3F29A6" w14:textId="77777777" w:rsidR="00F11383" w:rsidRDefault="00C064AA">
      <w:r>
        <w:rPr>
          <w:i/>
        </w:rPr>
        <w:t xml:space="preserve">Lưu ý an </w:t>
      </w:r>
      <w:proofErr w:type="spellStart"/>
      <w:r>
        <w:rPr>
          <w:i/>
        </w:rPr>
        <w:t>toàn</w:t>
      </w:r>
      <w:proofErr w:type="spellEnd"/>
      <w:r>
        <w:rPr>
          <w:i/>
        </w:rPr>
        <w:t>:</w:t>
      </w:r>
      <w:r>
        <w:t xml:space="preserve"> Em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huống</w:t>
      </w:r>
      <w:proofErr w:type="spellEnd"/>
      <w:r>
        <w:t xml:space="preserve"> </w:t>
      </w:r>
      <w:proofErr w:type="spellStart"/>
      <w:r>
        <w:t>giả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quen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thật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,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 xml:space="preserve"> hay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riêng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thân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>.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285"/>
        <w:gridCol w:w="8704"/>
      </w:tblGrid>
      <w:tr w:rsidR="00F11383" w14:paraId="136CFE87" w14:textId="77777777" w:rsidTr="00B9297B">
        <w:trPr>
          <w:cantSplit/>
          <w:tblHeader/>
          <w:jc w:val="center"/>
        </w:trPr>
        <w:tc>
          <w:tcPr>
            <w:tcW w:w="64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B2DB493" w14:textId="77777777" w:rsidR="00F11383" w:rsidRDefault="00C064A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Mục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nhiệm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vụ</w:t>
            </w:r>
            <w:proofErr w:type="spellEnd"/>
          </w:p>
        </w:tc>
        <w:tc>
          <w:tcPr>
            <w:tcW w:w="435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3753B34" w14:textId="77777777" w:rsidR="00F11383" w:rsidRDefault="00C064A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Phần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bài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làm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của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em</w:t>
            </w:r>
            <w:proofErr w:type="spellEnd"/>
          </w:p>
        </w:tc>
      </w:tr>
      <w:tr w:rsidR="00F11383" w14:paraId="65B879CB" w14:textId="77777777" w:rsidTr="00B9297B">
        <w:trPr>
          <w:cantSplit/>
          <w:jc w:val="center"/>
        </w:trPr>
        <w:tc>
          <w:tcPr>
            <w:tcW w:w="64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76D4334" w14:textId="77777777" w:rsidR="00F11383" w:rsidRDefault="00C064AA" w:rsidP="00B9297B">
            <w:pPr>
              <w:spacing w:after="40"/>
              <w:jc w:val="left"/>
            </w:pPr>
            <w:r>
              <w:rPr>
                <w:b/>
                <w:sz w:val="24"/>
              </w:rPr>
              <w:t xml:space="preserve">1. </w:t>
            </w:r>
            <w:proofErr w:type="spellStart"/>
            <w:r>
              <w:rPr>
                <w:b/>
                <w:sz w:val="24"/>
              </w:rPr>
              <w:t>Chọn</w:t>
            </w:r>
            <w:proofErr w:type="spellEnd"/>
            <w:r>
              <w:rPr>
                <w:b/>
                <w:sz w:val="24"/>
              </w:rPr>
              <w:t xml:space="preserve"> 1 </w:t>
            </w:r>
            <w:proofErr w:type="spellStart"/>
            <w:r>
              <w:rPr>
                <w:b/>
                <w:sz w:val="24"/>
              </w:rPr>
              <w:t>tình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huống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gần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gũi</w:t>
            </w:r>
            <w:proofErr w:type="spellEnd"/>
          </w:p>
        </w:tc>
        <w:tc>
          <w:tcPr>
            <w:tcW w:w="435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5B80AA5" w14:textId="77777777" w:rsidR="00F11383" w:rsidRDefault="00C064AA">
            <w:pPr>
              <w:spacing w:after="40"/>
            </w:pPr>
            <w:r>
              <w:rPr>
                <w:sz w:val="24"/>
              </w:rPr>
              <w:t xml:space="preserve">Em </w:t>
            </w:r>
            <w:proofErr w:type="spellStart"/>
            <w:r>
              <w:rPr>
                <w:sz w:val="24"/>
              </w:rPr>
              <w:t>đánh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dấu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chọn</w:t>
            </w:r>
            <w:proofErr w:type="spellEnd"/>
            <w:r>
              <w:rPr>
                <w:sz w:val="24"/>
              </w:rPr>
              <w:t xml:space="preserve"> 1 </w:t>
            </w:r>
            <w:proofErr w:type="spellStart"/>
            <w:r>
              <w:rPr>
                <w:sz w:val="24"/>
              </w:rPr>
              <w:t>gợi</w:t>
            </w:r>
            <w:proofErr w:type="spellEnd"/>
            <w:r>
              <w:rPr>
                <w:sz w:val="24"/>
              </w:rPr>
              <w:t xml:space="preserve"> ý </w:t>
            </w:r>
            <w:proofErr w:type="spellStart"/>
            <w:r>
              <w:rPr>
                <w:sz w:val="24"/>
              </w:rPr>
              <w:t>dưới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đây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hoặc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ghi</w:t>
            </w:r>
            <w:proofErr w:type="spellEnd"/>
            <w:r>
              <w:rPr>
                <w:sz w:val="24"/>
              </w:rPr>
              <w:t xml:space="preserve"> 1 </w:t>
            </w:r>
            <w:proofErr w:type="spellStart"/>
            <w:r>
              <w:rPr>
                <w:sz w:val="24"/>
              </w:rPr>
              <w:t>tình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huống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tương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tự</w:t>
            </w:r>
            <w:proofErr w:type="spellEnd"/>
            <w:r>
              <w:rPr>
                <w:sz w:val="24"/>
              </w:rPr>
              <w:t>):</w:t>
            </w:r>
          </w:p>
          <w:p w14:paraId="507D0CDE" w14:textId="77777777" w:rsidR="00F11383" w:rsidRDefault="00C064AA">
            <w:pPr>
              <w:spacing w:after="40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Gợi</w:t>
            </w:r>
            <w:proofErr w:type="spellEnd"/>
            <w:r>
              <w:rPr>
                <w:sz w:val="24"/>
              </w:rPr>
              <w:t xml:space="preserve"> ý A: </w:t>
            </w:r>
            <w:proofErr w:type="spellStart"/>
            <w:r>
              <w:rPr>
                <w:sz w:val="24"/>
              </w:rPr>
              <w:t>Tổ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chức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một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buổi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lớp</w:t>
            </w:r>
            <w:proofErr w:type="spellEnd"/>
          </w:p>
          <w:p w14:paraId="686391F0" w14:textId="77777777" w:rsidR="00F11383" w:rsidRDefault="00C064AA">
            <w:pPr>
              <w:spacing w:after="40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Gợi</w:t>
            </w:r>
            <w:proofErr w:type="spellEnd"/>
            <w:r>
              <w:rPr>
                <w:sz w:val="24"/>
              </w:rPr>
              <w:t xml:space="preserve"> ý B: </w:t>
            </w:r>
            <w:proofErr w:type="spellStart"/>
            <w:r>
              <w:rPr>
                <w:sz w:val="24"/>
              </w:rPr>
              <w:t>Lên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kế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một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chuyến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ngoại</w:t>
            </w:r>
            <w:proofErr w:type="spellEnd"/>
          </w:p>
          <w:p w14:paraId="4EE2969A" w14:textId="77777777" w:rsidR="00F11383" w:rsidRDefault="00C064AA">
            <w:pPr>
              <w:spacing w:after="40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Gợi</w:t>
            </w:r>
            <w:proofErr w:type="spellEnd"/>
            <w:r>
              <w:rPr>
                <w:sz w:val="24"/>
              </w:rPr>
              <w:t xml:space="preserve"> ý C: </w:t>
            </w:r>
            <w:proofErr w:type="spellStart"/>
            <w:r>
              <w:rPr>
                <w:sz w:val="24"/>
              </w:rPr>
              <w:t>Viết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một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bài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báo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môi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trường</w:t>
            </w:r>
            <w:proofErr w:type="spellEnd"/>
            <w:r>
              <w:rPr>
                <w:sz w:val="24"/>
              </w:rPr>
              <w:t xml:space="preserve"> / </w:t>
            </w:r>
            <w:proofErr w:type="spellStart"/>
            <w:r>
              <w:rPr>
                <w:sz w:val="24"/>
              </w:rPr>
              <w:t>Tự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chọn</w:t>
            </w:r>
            <w:proofErr w:type="spellEnd"/>
            <w:r>
              <w:rPr>
                <w:sz w:val="24"/>
              </w:rPr>
              <w:t>: ……………………………</w:t>
            </w:r>
          </w:p>
        </w:tc>
      </w:tr>
      <w:tr w:rsidR="00F11383" w14:paraId="054A3C64" w14:textId="77777777" w:rsidTr="00B9297B">
        <w:trPr>
          <w:cantSplit/>
          <w:jc w:val="center"/>
        </w:trPr>
        <w:tc>
          <w:tcPr>
            <w:tcW w:w="64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1255781" w14:textId="77777777" w:rsidR="00F11383" w:rsidRDefault="00C064AA" w:rsidP="00B9297B">
            <w:pPr>
              <w:spacing w:after="40"/>
              <w:jc w:val="left"/>
            </w:pPr>
            <w:r>
              <w:rPr>
                <w:b/>
                <w:sz w:val="24"/>
              </w:rPr>
              <w:t xml:space="preserve">2. Các </w:t>
            </w:r>
            <w:proofErr w:type="spellStart"/>
            <w:r>
              <w:rPr>
                <w:b/>
                <w:sz w:val="24"/>
              </w:rPr>
              <w:t>thành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phần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của</w:t>
            </w:r>
            <w:proofErr w:type="spellEnd"/>
            <w:r>
              <w:rPr>
                <w:b/>
                <w:sz w:val="24"/>
              </w:rPr>
              <w:t xml:space="preserve"> prompt</w:t>
            </w:r>
          </w:p>
        </w:tc>
        <w:tc>
          <w:tcPr>
            <w:tcW w:w="435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09AEC3F" w14:textId="77777777" w:rsidR="00F11383" w:rsidRDefault="00C064AA">
            <w:pPr>
              <w:spacing w:after="40"/>
            </w:pPr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Mục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tiêu</w:t>
            </w:r>
            <w:proofErr w:type="spellEnd"/>
            <w:r>
              <w:rPr>
                <w:sz w:val="24"/>
              </w:rPr>
              <w:t>: ……………………………………………………………………</w:t>
            </w:r>
          </w:p>
          <w:p w14:paraId="1265F472" w14:textId="77777777" w:rsidR="00F11383" w:rsidRDefault="00C064AA">
            <w:pPr>
              <w:spacing w:after="40"/>
            </w:pPr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Bối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cảnh</w:t>
            </w:r>
            <w:proofErr w:type="spellEnd"/>
            <w:r>
              <w:rPr>
                <w:sz w:val="24"/>
              </w:rPr>
              <w:t>: ……………………………………………………………………</w:t>
            </w:r>
          </w:p>
          <w:p w14:paraId="6C5F7ECC" w14:textId="77777777" w:rsidR="00F11383" w:rsidRDefault="00C064AA">
            <w:pPr>
              <w:spacing w:after="40"/>
            </w:pPr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Nhiệm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vụ</w:t>
            </w:r>
            <w:proofErr w:type="spellEnd"/>
            <w:r>
              <w:rPr>
                <w:sz w:val="24"/>
              </w:rPr>
              <w:t>: ……………………………………………………………………</w:t>
            </w:r>
          </w:p>
          <w:p w14:paraId="26903998" w14:textId="77777777" w:rsidR="00F11383" w:rsidRDefault="00C064AA">
            <w:pPr>
              <w:spacing w:after="40"/>
            </w:pPr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Yêu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>: ……………………………………………………………</w:t>
            </w:r>
          </w:p>
          <w:p w14:paraId="05FE3BD6" w14:textId="77777777" w:rsidR="00F11383" w:rsidRDefault="00C064AA">
            <w:pPr>
              <w:spacing w:after="40"/>
            </w:pPr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Giới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hạn</w:t>
            </w:r>
            <w:proofErr w:type="spellEnd"/>
            <w:r>
              <w:rPr>
                <w:sz w:val="24"/>
              </w:rPr>
              <w:t>: ……………………………………………………………………</w:t>
            </w:r>
          </w:p>
        </w:tc>
      </w:tr>
      <w:tr w:rsidR="00F11383" w14:paraId="4B01E9A6" w14:textId="77777777" w:rsidTr="00B9297B">
        <w:trPr>
          <w:cantSplit/>
          <w:jc w:val="center"/>
        </w:trPr>
        <w:tc>
          <w:tcPr>
            <w:tcW w:w="64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BFB6BEC" w14:textId="77777777" w:rsidR="00F11383" w:rsidRDefault="00C064AA" w:rsidP="00B9297B">
            <w:pPr>
              <w:spacing w:after="40"/>
              <w:jc w:val="left"/>
            </w:pPr>
            <w:r>
              <w:rPr>
                <w:b/>
                <w:sz w:val="24"/>
              </w:rPr>
              <w:t xml:space="preserve">3. </w:t>
            </w:r>
            <w:proofErr w:type="spellStart"/>
            <w:r>
              <w:rPr>
                <w:b/>
                <w:sz w:val="24"/>
              </w:rPr>
              <w:t>Điểm</w:t>
            </w:r>
            <w:proofErr w:type="spellEnd"/>
            <w:r>
              <w:rPr>
                <w:b/>
                <w:sz w:val="24"/>
              </w:rPr>
              <w:t xml:space="preserve"> con </w:t>
            </w:r>
            <w:proofErr w:type="spellStart"/>
            <w:r>
              <w:rPr>
                <w:b/>
                <w:sz w:val="24"/>
              </w:rPr>
              <w:t>người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cần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kiểm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soát</w:t>
            </w:r>
            <w:proofErr w:type="spellEnd"/>
            <w:r>
              <w:rPr>
                <w:b/>
                <w:sz w:val="24"/>
              </w:rPr>
              <w:t xml:space="preserve"> / </w:t>
            </w:r>
            <w:proofErr w:type="spellStart"/>
            <w:r>
              <w:rPr>
                <w:b/>
                <w:sz w:val="24"/>
              </w:rPr>
              <w:t>kiểm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chứng</w:t>
            </w:r>
            <w:proofErr w:type="spellEnd"/>
          </w:p>
        </w:tc>
        <w:tc>
          <w:tcPr>
            <w:tcW w:w="435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767FAED" w14:textId="1E74A860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Nếu</w:t>
            </w:r>
            <w:proofErr w:type="spellEnd"/>
            <w:r>
              <w:rPr>
                <w:sz w:val="24"/>
              </w:rPr>
              <w:t xml:space="preserve"> con </w:t>
            </w:r>
            <w:proofErr w:type="spellStart"/>
            <w:r>
              <w:rPr>
                <w:sz w:val="24"/>
              </w:rPr>
              <w:t>người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khâu</w:t>
            </w:r>
            <w:proofErr w:type="spellEnd"/>
            <w:r>
              <w:rPr>
                <w:sz w:val="24"/>
              </w:rPr>
              <w:t xml:space="preserve"> …………………………</w:t>
            </w:r>
            <w:r w:rsidR="00E16B32">
              <w:rPr>
                <w:sz w:val="24"/>
              </w:rPr>
              <w:t>…………………</w:t>
            </w:r>
            <w:r>
              <w:rPr>
                <w:sz w:val="24"/>
              </w:rPr>
              <w:t>…………</w:t>
            </w:r>
          </w:p>
          <w:p w14:paraId="7B1226CB" w14:textId="1CDB78AE" w:rsidR="00F11383" w:rsidRPr="00E16B32" w:rsidRDefault="00C064AA">
            <w:pPr>
              <w:spacing w:after="40"/>
              <w:rPr>
                <w:sz w:val="24"/>
              </w:rPr>
            </w:pPr>
            <w:proofErr w:type="spellStart"/>
            <w:r>
              <w:rPr>
                <w:sz w:val="24"/>
              </w:rPr>
              <w:t>thì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nguy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cơ</w:t>
            </w:r>
            <w:proofErr w:type="spellEnd"/>
            <w:r>
              <w:rPr>
                <w:sz w:val="24"/>
              </w:rPr>
              <w:t xml:space="preserve"> ………………………………………………………………………</w:t>
            </w:r>
            <w:r w:rsidR="00E16B32">
              <w:rPr>
                <w:sz w:val="24"/>
              </w:rPr>
              <w:t>...</w:t>
            </w:r>
            <w:r>
              <w:rPr>
                <w:sz w:val="24"/>
              </w:rPr>
              <w:t>……</w:t>
            </w:r>
          </w:p>
          <w:p w14:paraId="02672BA4" w14:textId="27D52679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Cách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hoặc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lí</w:t>
            </w:r>
            <w:proofErr w:type="spellEnd"/>
            <w:r>
              <w:rPr>
                <w:sz w:val="24"/>
              </w:rPr>
              <w:t xml:space="preserve"> an </w:t>
            </w:r>
            <w:proofErr w:type="spellStart"/>
            <w:r>
              <w:rPr>
                <w:sz w:val="24"/>
              </w:rPr>
              <w:t>toàn</w:t>
            </w:r>
            <w:proofErr w:type="spellEnd"/>
            <w:r>
              <w:rPr>
                <w:sz w:val="24"/>
              </w:rPr>
              <w:t>: ……………………………………………………</w:t>
            </w:r>
          </w:p>
        </w:tc>
      </w:tr>
      <w:tr w:rsidR="00F11383" w14:paraId="35CA2046" w14:textId="77777777" w:rsidTr="00B9297B">
        <w:trPr>
          <w:cantSplit/>
          <w:jc w:val="center"/>
        </w:trPr>
        <w:tc>
          <w:tcPr>
            <w:tcW w:w="64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36D728E" w14:textId="77777777" w:rsidR="00F11383" w:rsidRDefault="00C064AA" w:rsidP="00B9297B">
            <w:pPr>
              <w:spacing w:after="40"/>
              <w:jc w:val="left"/>
            </w:pPr>
            <w:r>
              <w:rPr>
                <w:b/>
                <w:sz w:val="24"/>
              </w:rPr>
              <w:t xml:space="preserve">4. Khai </w:t>
            </w:r>
            <w:proofErr w:type="spellStart"/>
            <w:r>
              <w:rPr>
                <w:b/>
                <w:sz w:val="24"/>
              </w:rPr>
              <w:t>báo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sử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dụng</w:t>
            </w:r>
            <w:proofErr w:type="spellEnd"/>
            <w:r>
              <w:rPr>
                <w:b/>
                <w:sz w:val="24"/>
              </w:rPr>
              <w:t xml:space="preserve"> AI</w:t>
            </w:r>
            <w:r>
              <w:rPr>
                <w:sz w:val="24"/>
              </w:rPr>
              <w:t xml:space="preserve"> </w:t>
            </w:r>
            <w:r>
              <w:rPr>
                <w:i/>
                <w:sz w:val="24"/>
              </w:rPr>
              <w:t>(</w:t>
            </w:r>
            <w:proofErr w:type="spellStart"/>
            <w:r>
              <w:rPr>
                <w:i/>
                <w:sz w:val="24"/>
              </w:rPr>
              <w:t>nếu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hoàn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thiện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thêm</w:t>
            </w:r>
            <w:proofErr w:type="spellEnd"/>
            <w:r>
              <w:rPr>
                <w:i/>
                <w:sz w:val="24"/>
              </w:rPr>
              <w:t xml:space="preserve"> ở </w:t>
            </w:r>
            <w:proofErr w:type="spellStart"/>
            <w:r>
              <w:rPr>
                <w:i/>
                <w:sz w:val="24"/>
              </w:rPr>
              <w:t>nhà</w:t>
            </w:r>
            <w:proofErr w:type="spellEnd"/>
            <w:r>
              <w:rPr>
                <w:i/>
                <w:sz w:val="24"/>
              </w:rPr>
              <w:t>)</w:t>
            </w:r>
          </w:p>
        </w:tc>
        <w:tc>
          <w:tcPr>
            <w:tcW w:w="435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8D0759F" w14:textId="77777777" w:rsidR="00F11383" w:rsidRDefault="00C064AA">
            <w:pPr>
              <w:spacing w:after="40"/>
            </w:pPr>
            <w:r>
              <w:rPr>
                <w:sz w:val="24"/>
              </w:rPr>
              <w:t xml:space="preserve">☐ Em </w:t>
            </w:r>
            <w:proofErr w:type="spellStart"/>
            <w:r>
              <w:rPr>
                <w:sz w:val="24"/>
              </w:rPr>
              <w:t>tự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làm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hoàn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toàn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dùng</w:t>
            </w:r>
            <w:proofErr w:type="spellEnd"/>
            <w:r>
              <w:rPr>
                <w:sz w:val="24"/>
              </w:rPr>
              <w:t xml:space="preserve"> AI.</w:t>
            </w:r>
          </w:p>
          <w:p w14:paraId="303D2BE8" w14:textId="77777777" w:rsidR="00F11383" w:rsidRDefault="00C064AA">
            <w:pPr>
              <w:spacing w:after="40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dùng</w:t>
            </w:r>
            <w:proofErr w:type="spellEnd"/>
            <w:r>
              <w:rPr>
                <w:sz w:val="24"/>
              </w:rPr>
              <w:t xml:space="preserve"> AI </w:t>
            </w:r>
            <w:proofErr w:type="spellStart"/>
            <w:r>
              <w:rPr>
                <w:sz w:val="24"/>
              </w:rPr>
              <w:t>hỗ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trợ</w:t>
            </w:r>
            <w:proofErr w:type="spellEnd"/>
            <w:r>
              <w:rPr>
                <w:sz w:val="24"/>
              </w:rPr>
              <w:t xml:space="preserve"> (Công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 xml:space="preserve">: ………; </w:t>
            </w:r>
            <w:proofErr w:type="spellStart"/>
            <w:r>
              <w:rPr>
                <w:sz w:val="24"/>
              </w:rPr>
              <w:t>Mục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đích</w:t>
            </w:r>
            <w:proofErr w:type="spellEnd"/>
            <w:r>
              <w:rPr>
                <w:sz w:val="24"/>
              </w:rPr>
              <w:t xml:space="preserve">: ………; </w:t>
            </w:r>
            <w:proofErr w:type="spellStart"/>
            <w:r>
              <w:rPr>
                <w:sz w:val="24"/>
              </w:rPr>
              <w:t>Việc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nhờ</w:t>
            </w:r>
            <w:proofErr w:type="spellEnd"/>
            <w:r>
              <w:rPr>
                <w:sz w:val="24"/>
              </w:rPr>
              <w:t xml:space="preserve"> AI: ………; </w:t>
            </w:r>
            <w:proofErr w:type="spellStart"/>
            <w:r>
              <w:rPr>
                <w:sz w:val="24"/>
              </w:rPr>
              <w:t>Phần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làm</w:t>
            </w:r>
            <w:proofErr w:type="spellEnd"/>
            <w:r>
              <w:rPr>
                <w:sz w:val="24"/>
              </w:rPr>
              <w:t xml:space="preserve">: ………; </w:t>
            </w:r>
            <w:proofErr w:type="spellStart"/>
            <w:r>
              <w:rPr>
                <w:sz w:val="24"/>
              </w:rPr>
              <w:t>Cách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chứng</w:t>
            </w:r>
            <w:proofErr w:type="spellEnd"/>
            <w:r>
              <w:rPr>
                <w:sz w:val="24"/>
              </w:rPr>
              <w:t>: ………).</w:t>
            </w:r>
          </w:p>
        </w:tc>
      </w:tr>
    </w:tbl>
    <w:p w14:paraId="2644F1BA" w14:textId="77777777" w:rsidR="00F11383" w:rsidRDefault="00F11383"/>
    <w:p w14:paraId="3DFA2D4F" w14:textId="77777777" w:rsidR="00F11383" w:rsidRDefault="00C064AA">
      <w:proofErr w:type="spellStart"/>
      <w:r>
        <w:rPr>
          <w:b/>
        </w:rPr>
        <w:t>Bảng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kiểm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đồng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đẳng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Đổi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phiếu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với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bạn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cùng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bàn</w:t>
      </w:r>
      <w:proofErr w:type="spellEnd"/>
      <w:r>
        <w:rPr>
          <w:b/>
        </w:rPr>
        <w:t>)</w:t>
      </w:r>
      <w:r>
        <w:t xml:space="preserve"> · </w:t>
      </w:r>
      <w:proofErr w:type="spellStart"/>
      <w:r>
        <w:t>Bạn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xét</w:t>
      </w:r>
      <w:proofErr w:type="spellEnd"/>
      <w:r>
        <w:t>: …………………………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2444"/>
        <w:gridCol w:w="2445"/>
        <w:gridCol w:w="5100"/>
      </w:tblGrid>
      <w:tr w:rsidR="00F11383" w14:paraId="192234CF" w14:textId="77777777" w:rsidTr="0025278F">
        <w:trPr>
          <w:cantSplit/>
          <w:tblHeader/>
          <w:jc w:val="center"/>
        </w:trPr>
        <w:tc>
          <w:tcPr>
            <w:tcW w:w="122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1A90724" w14:textId="77777777" w:rsidR="00F11383" w:rsidRDefault="00C064A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Tiêu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chí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rà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soát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giúp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bạn</w:t>
            </w:r>
            <w:proofErr w:type="spellEnd"/>
          </w:p>
        </w:tc>
        <w:tc>
          <w:tcPr>
            <w:tcW w:w="1224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C83C8F2" w14:textId="77777777" w:rsidR="00F11383" w:rsidRDefault="00C064A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Đánh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dấu</w:t>
            </w:r>
            <w:proofErr w:type="spellEnd"/>
          </w:p>
        </w:tc>
        <w:tc>
          <w:tcPr>
            <w:tcW w:w="255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6C0AFBA" w14:textId="77777777" w:rsidR="00F11383" w:rsidRDefault="00C064A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Một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góp</w:t>
            </w:r>
            <w:proofErr w:type="spellEnd"/>
            <w:r>
              <w:rPr>
                <w:b/>
                <w:sz w:val="24"/>
              </w:rPr>
              <w:t xml:space="preserve"> ý </w:t>
            </w:r>
            <w:proofErr w:type="spellStart"/>
            <w:r>
              <w:rPr>
                <w:b/>
                <w:sz w:val="24"/>
              </w:rPr>
              <w:t>cụ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thể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giúp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bài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bạn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rõ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hơn</w:t>
            </w:r>
            <w:proofErr w:type="spellEnd"/>
          </w:p>
        </w:tc>
      </w:tr>
      <w:tr w:rsidR="00F11383" w14:paraId="63C9EE2F" w14:textId="77777777" w:rsidTr="0025278F">
        <w:trPr>
          <w:cantSplit/>
          <w:jc w:val="center"/>
        </w:trPr>
        <w:tc>
          <w:tcPr>
            <w:tcW w:w="122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050B28E" w14:textId="77777777" w:rsidR="00F11383" w:rsidRDefault="00C064AA">
            <w:pPr>
              <w:spacing w:after="40"/>
            </w:pPr>
            <w:r>
              <w:rPr>
                <w:sz w:val="24"/>
              </w:rPr>
              <w:t xml:space="preserve">1. </w:t>
            </w:r>
            <w:proofErr w:type="spellStart"/>
            <w:r>
              <w:rPr>
                <w:sz w:val="24"/>
              </w:rPr>
              <w:t>Đầy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đủ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thành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prompt</w:t>
            </w:r>
          </w:p>
        </w:tc>
        <w:tc>
          <w:tcPr>
            <w:tcW w:w="1224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2DEC4C2" w14:textId="77777777" w:rsidR="00F11383" w:rsidRDefault="00C064AA">
            <w:pPr>
              <w:spacing w:after="40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Đã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  ☐ </w:t>
            </w:r>
            <w:proofErr w:type="spellStart"/>
            <w:r>
              <w:rPr>
                <w:sz w:val="24"/>
              </w:rPr>
              <w:t>Cần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bổ</w:t>
            </w:r>
            <w:proofErr w:type="spellEnd"/>
            <w:r>
              <w:rPr>
                <w:sz w:val="24"/>
              </w:rPr>
              <w:t xml:space="preserve"> sung</w:t>
            </w:r>
          </w:p>
        </w:tc>
        <w:tc>
          <w:tcPr>
            <w:tcW w:w="255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72F11C7" w14:textId="77777777" w:rsidR="00F11383" w:rsidRDefault="00C064AA">
            <w:pPr>
              <w:spacing w:after="40"/>
            </w:pPr>
            <w:r>
              <w:rPr>
                <w:sz w:val="24"/>
              </w:rPr>
              <w:t>……………………………………………………</w:t>
            </w:r>
          </w:p>
        </w:tc>
      </w:tr>
      <w:tr w:rsidR="00F11383" w14:paraId="7A47A824" w14:textId="77777777" w:rsidTr="0025278F">
        <w:trPr>
          <w:cantSplit/>
          <w:jc w:val="center"/>
        </w:trPr>
        <w:tc>
          <w:tcPr>
            <w:tcW w:w="122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4C37AAF" w14:textId="77777777" w:rsidR="00F11383" w:rsidRDefault="00C064AA">
            <w:pPr>
              <w:spacing w:after="40"/>
            </w:pPr>
            <w:r>
              <w:rPr>
                <w:sz w:val="24"/>
              </w:rPr>
              <w:t xml:space="preserve">2. </w:t>
            </w:r>
            <w:proofErr w:type="spellStart"/>
            <w:r>
              <w:rPr>
                <w:sz w:val="24"/>
              </w:rPr>
              <w:t>Rủi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chứng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ràng</w:t>
            </w:r>
            <w:proofErr w:type="spellEnd"/>
          </w:p>
        </w:tc>
        <w:tc>
          <w:tcPr>
            <w:tcW w:w="1224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A465DD8" w14:textId="77777777" w:rsidR="00F11383" w:rsidRDefault="00C064AA">
            <w:pPr>
              <w:spacing w:after="40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Đã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  ☐ </w:t>
            </w:r>
            <w:proofErr w:type="spellStart"/>
            <w:r>
              <w:rPr>
                <w:sz w:val="24"/>
              </w:rPr>
              <w:t>Cần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bổ</w:t>
            </w:r>
            <w:proofErr w:type="spellEnd"/>
            <w:r>
              <w:rPr>
                <w:sz w:val="24"/>
              </w:rPr>
              <w:t xml:space="preserve"> sung</w:t>
            </w:r>
          </w:p>
        </w:tc>
        <w:tc>
          <w:tcPr>
            <w:tcW w:w="255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88B123E" w14:textId="77777777" w:rsidR="00F11383" w:rsidRDefault="00C064AA">
            <w:pPr>
              <w:spacing w:after="40"/>
            </w:pPr>
            <w:r>
              <w:rPr>
                <w:sz w:val="24"/>
              </w:rPr>
              <w:t>……………………………………………………</w:t>
            </w:r>
          </w:p>
        </w:tc>
      </w:tr>
    </w:tbl>
    <w:p w14:paraId="2A0A6231" w14:textId="77777777" w:rsidR="00F11383" w:rsidRDefault="00F11383"/>
    <w:p w14:paraId="6B65C80A" w14:textId="77777777" w:rsidR="00F11383" w:rsidRDefault="00C064AA">
      <w:pPr>
        <w:spacing w:before="120" w:after="40"/>
        <w:jc w:val="center"/>
      </w:pPr>
      <w:r>
        <w:rPr>
          <w:noProof/>
        </w:rPr>
        <w:drawing>
          <wp:inline distT="0" distB="0" distL="0" distR="0" wp14:anchorId="602FB8C5" wp14:editId="21D03FBA">
            <wp:extent cx="5580000" cy="2388570"/>
            <wp:effectExtent l="0" t="0" r="0" b="0"/>
            <wp:docPr id="1" name="Picture 1" descr="Hình 10.4.1. Quy trình thiết kế prompt (sơ đồ minh hoạ gợi ý)" title="Hình 10.4.1. Quy trình thiết kế prompt (sơ đồ minh hoạ gợi ý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inh_minh_hoa_PL_10_4_1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2388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B82A75" w14:textId="77777777" w:rsidR="00F11383" w:rsidRDefault="00C064AA">
      <w:pPr>
        <w:spacing w:after="120"/>
        <w:jc w:val="center"/>
      </w:pPr>
      <w:proofErr w:type="spellStart"/>
      <w:r>
        <w:rPr>
          <w:i/>
          <w:sz w:val="23"/>
        </w:rPr>
        <w:t>Hình</w:t>
      </w:r>
      <w:proofErr w:type="spellEnd"/>
      <w:r>
        <w:rPr>
          <w:i/>
          <w:sz w:val="23"/>
        </w:rPr>
        <w:t xml:space="preserve"> 10.4.1. Quy </w:t>
      </w:r>
      <w:proofErr w:type="spellStart"/>
      <w:r>
        <w:rPr>
          <w:i/>
          <w:sz w:val="23"/>
        </w:rPr>
        <w:t>trình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thiết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kế</w:t>
      </w:r>
      <w:proofErr w:type="spellEnd"/>
      <w:r>
        <w:rPr>
          <w:i/>
          <w:sz w:val="23"/>
        </w:rPr>
        <w:t xml:space="preserve"> prompt (</w:t>
      </w:r>
      <w:proofErr w:type="spellStart"/>
      <w:r>
        <w:rPr>
          <w:i/>
          <w:sz w:val="23"/>
        </w:rPr>
        <w:t>sơ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đồ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minh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hoạ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gợi</w:t>
      </w:r>
      <w:proofErr w:type="spellEnd"/>
      <w:r>
        <w:rPr>
          <w:i/>
          <w:sz w:val="23"/>
        </w:rPr>
        <w:t xml:space="preserve"> ý)</w:t>
      </w:r>
    </w:p>
    <w:p w14:paraId="4641AA0A" w14:textId="77777777" w:rsidR="00F11383" w:rsidRDefault="00C064AA">
      <w:r>
        <w:br w:type="page"/>
      </w:r>
    </w:p>
    <w:p w14:paraId="60250BCF" w14:textId="77777777" w:rsidR="00F11383" w:rsidRDefault="00C064AA">
      <w:pPr>
        <w:keepNext/>
        <w:spacing w:before="200"/>
        <w:jc w:val="left"/>
      </w:pPr>
      <w:r>
        <w:rPr>
          <w:b/>
          <w:sz w:val="28"/>
        </w:rPr>
        <w:t xml:space="preserve">PL10.4.2. </w:t>
      </w:r>
      <w:proofErr w:type="spellStart"/>
      <w:r>
        <w:rPr>
          <w:b/>
          <w:sz w:val="28"/>
        </w:rPr>
        <w:t>Bộ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học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liệu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nhóm</w:t>
      </w:r>
      <w:proofErr w:type="spellEnd"/>
      <w:r>
        <w:rPr>
          <w:b/>
          <w:sz w:val="28"/>
        </w:rPr>
        <w:t xml:space="preserve"> (</w:t>
      </w:r>
      <w:proofErr w:type="spellStart"/>
      <w:r>
        <w:rPr>
          <w:b/>
          <w:sz w:val="28"/>
        </w:rPr>
        <w:t>Dùng</w:t>
      </w:r>
      <w:proofErr w:type="spellEnd"/>
      <w:r>
        <w:rPr>
          <w:b/>
          <w:sz w:val="28"/>
        </w:rPr>
        <w:t xml:space="preserve"> ở </w:t>
      </w:r>
      <w:proofErr w:type="spellStart"/>
      <w:r>
        <w:rPr>
          <w:b/>
          <w:sz w:val="28"/>
        </w:rPr>
        <w:t>Hoạt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động</w:t>
      </w:r>
      <w:proofErr w:type="spellEnd"/>
      <w:r>
        <w:rPr>
          <w:b/>
          <w:sz w:val="28"/>
        </w:rPr>
        <w:t xml:space="preserve"> 2 </w:t>
      </w:r>
      <w:proofErr w:type="spellStart"/>
      <w:r>
        <w:rPr>
          <w:b/>
          <w:sz w:val="28"/>
        </w:rPr>
        <w:t>và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Hoạt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động</w:t>
      </w:r>
      <w:proofErr w:type="spellEnd"/>
      <w:r>
        <w:rPr>
          <w:b/>
          <w:sz w:val="28"/>
        </w:rPr>
        <w:t xml:space="preserve"> 3)</w:t>
      </w:r>
    </w:p>
    <w:p w14:paraId="0842FDA9" w14:textId="77777777" w:rsidR="00F11383" w:rsidRDefault="00C064AA">
      <w:proofErr w:type="spellStart"/>
      <w:r>
        <w:rPr>
          <w:b/>
        </w:rPr>
        <w:t>Cách</w:t>
      </w:r>
      <w:proofErr w:type="spellEnd"/>
      <w:r>
        <w:rPr>
          <w:b/>
        </w:rPr>
        <w:t xml:space="preserve"> in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phát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Khổ</w:t>
      </w:r>
      <w:proofErr w:type="spellEnd"/>
      <w:r>
        <w:t xml:space="preserve"> A4 in 2 </w:t>
      </w:r>
      <w:proofErr w:type="spellStart"/>
      <w:r>
        <w:t>mặt</w:t>
      </w:r>
      <w:proofErr w:type="spellEnd"/>
      <w:r>
        <w:t xml:space="preserve">,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(8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8 </w:t>
      </w:r>
      <w:proofErr w:type="spellStart"/>
      <w:r>
        <w:t>nhóm</w:t>
      </w:r>
      <w:proofErr w:type="spellEnd"/>
      <w:r>
        <w:t xml:space="preserve"> + 1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, </w:t>
      </w:r>
      <w:proofErr w:type="spellStart"/>
      <w:r>
        <w:t>khoảng</w:t>
      </w:r>
      <w:proofErr w:type="spellEnd"/>
      <w:r>
        <w:t xml:space="preserve"> 18–24 </w:t>
      </w:r>
      <w:proofErr w:type="spellStart"/>
      <w:r>
        <w:t>tờ</w:t>
      </w:r>
      <w:proofErr w:type="spellEnd"/>
      <w:r>
        <w:t xml:space="preserve"> A4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). </w:t>
      </w:r>
      <w:proofErr w:type="spellStart"/>
      <w:r>
        <w:t>Không</w:t>
      </w:r>
      <w:proofErr w:type="spellEnd"/>
      <w:r>
        <w:t xml:space="preserve"> in </w:t>
      </w:r>
      <w:proofErr w:type="spellStart"/>
      <w:r>
        <w:t>kèm</w:t>
      </w:r>
      <w:proofErr w:type="spellEnd"/>
      <w:r>
        <w:t xml:space="preserve"> </w:t>
      </w:r>
      <w:proofErr w:type="spellStart"/>
      <w:r>
        <w:t>đáp</w:t>
      </w:r>
      <w:proofErr w:type="spellEnd"/>
      <w:r>
        <w:t xml:space="preserve"> </w:t>
      </w:r>
      <w:proofErr w:type="spellStart"/>
      <w:r>
        <w:t>án</w:t>
      </w:r>
      <w:proofErr w:type="spellEnd"/>
      <w:r>
        <w:t>.</w:t>
      </w:r>
    </w:p>
    <w:p w14:paraId="0D0A00BC" w14:textId="77777777" w:rsidR="00F11383" w:rsidRDefault="00C064AA">
      <w:pPr>
        <w:keepNext/>
        <w:spacing w:before="160" w:after="60"/>
        <w:jc w:val="left"/>
      </w:pPr>
      <w:proofErr w:type="spellStart"/>
      <w:r>
        <w:rPr>
          <w:b/>
        </w:rPr>
        <w:t>Phần</w:t>
      </w:r>
      <w:proofErr w:type="spellEnd"/>
      <w:r>
        <w:rPr>
          <w:b/>
        </w:rPr>
        <w:t xml:space="preserve"> A. HỒ SƠ BỐI CẢNH &amp; BỘ THẺ DỮ LIỆU GIẢ LẬP (</w:t>
      </w:r>
      <w:proofErr w:type="spellStart"/>
      <w:r>
        <w:rPr>
          <w:b/>
        </w:rPr>
        <w:t>Dùng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2)</w:t>
      </w:r>
    </w:p>
    <w:p w14:paraId="53CAD296" w14:textId="77777777" w:rsidR="00F11383" w:rsidRDefault="00C064AA">
      <w:proofErr w:type="spellStart"/>
      <w:r>
        <w:rPr>
          <w:b/>
        </w:rPr>
        <w:t>Bối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cảnh</w:t>
      </w:r>
      <w:proofErr w:type="spellEnd"/>
      <w:r>
        <w:rPr>
          <w:b/>
        </w:rPr>
        <w:t>:</w:t>
      </w:r>
      <w:r>
        <w:t xml:space="preserve"> Minh </w:t>
      </w:r>
      <w:proofErr w:type="spellStart"/>
      <w:r>
        <w:t>chẳng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10, </w:t>
      </w:r>
      <w:proofErr w:type="spellStart"/>
      <w:r>
        <w:t>đang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buổi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. Minh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 chi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buổi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suôn</w:t>
      </w:r>
      <w:proofErr w:type="spellEnd"/>
      <w:r>
        <w:t xml:space="preserve"> </w:t>
      </w:r>
      <w:proofErr w:type="spellStart"/>
      <w:r>
        <w:t>sẻ</w:t>
      </w:r>
      <w:proofErr w:type="spellEnd"/>
      <w:r>
        <w:t xml:space="preserve">. Minh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thử</w:t>
      </w:r>
      <w:proofErr w:type="spellEnd"/>
      <w:r>
        <w:t xml:space="preserve"> 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lệnh</w:t>
      </w:r>
      <w:proofErr w:type="spellEnd"/>
      <w:r>
        <w:t xml:space="preserve"> </w:t>
      </w:r>
      <w:proofErr w:type="spellStart"/>
      <w:r>
        <w:t>nhờ</w:t>
      </w:r>
      <w:proofErr w:type="spellEnd"/>
      <w:r>
        <w:t xml:space="preserve"> AI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mong</w:t>
      </w:r>
      <w:proofErr w:type="spellEnd"/>
      <w:r>
        <w:t xml:space="preserve"> </w:t>
      </w:r>
      <w:proofErr w:type="spellStart"/>
      <w:r>
        <w:t>đợi</w:t>
      </w:r>
      <w:proofErr w:type="spellEnd"/>
      <w:r>
        <w:t xml:space="preserve">. Minh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thử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lệnh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ràng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,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, </w:t>
      </w:r>
      <w:proofErr w:type="spellStart"/>
      <w:r>
        <w:t>bối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,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,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giới</w:t>
      </w:r>
      <w:proofErr w:type="spellEnd"/>
      <w:r>
        <w:t xml:space="preserve"> </w:t>
      </w:r>
      <w:proofErr w:type="spellStart"/>
      <w:r>
        <w:t>hạn</w:t>
      </w:r>
      <w:proofErr w:type="spellEnd"/>
      <w:r>
        <w:t>.</w:t>
      </w:r>
    </w:p>
    <w:p w14:paraId="26FD975D" w14:textId="77777777" w:rsidR="00F11383" w:rsidRDefault="00C064AA">
      <w:proofErr w:type="spellStart"/>
      <w:r>
        <w:rPr>
          <w:b/>
        </w:rPr>
        <w:t>Bộ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thẻ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dữ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liệu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giả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>: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143"/>
        <w:gridCol w:w="8846"/>
      </w:tblGrid>
      <w:tr w:rsidR="00F11383" w14:paraId="06299868" w14:textId="77777777" w:rsidTr="00B9297B">
        <w:trPr>
          <w:cantSplit/>
          <w:tblHeader/>
          <w:jc w:val="center"/>
        </w:trPr>
        <w:tc>
          <w:tcPr>
            <w:tcW w:w="57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9A4A093" w14:textId="77777777" w:rsidR="00F11383" w:rsidRDefault="00C064A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Thẻ</w:t>
            </w:r>
            <w:proofErr w:type="spellEnd"/>
          </w:p>
        </w:tc>
        <w:tc>
          <w:tcPr>
            <w:tcW w:w="442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BB126C7" w14:textId="77777777" w:rsidR="00F11383" w:rsidRDefault="00C064A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Nội</w:t>
            </w:r>
            <w:proofErr w:type="spellEnd"/>
            <w:r>
              <w:rPr>
                <w:b/>
                <w:sz w:val="24"/>
              </w:rPr>
              <w:t xml:space="preserve"> dung</w:t>
            </w:r>
          </w:p>
        </w:tc>
      </w:tr>
      <w:tr w:rsidR="00F11383" w14:paraId="41222A13" w14:textId="77777777" w:rsidTr="00B9297B">
        <w:trPr>
          <w:cantSplit/>
          <w:jc w:val="center"/>
        </w:trPr>
        <w:tc>
          <w:tcPr>
            <w:tcW w:w="57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4C887DB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1</w:t>
            </w:r>
          </w:p>
        </w:tc>
        <w:tc>
          <w:tcPr>
            <w:tcW w:w="442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C108745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Câu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lệnh</w:t>
            </w:r>
            <w:proofErr w:type="spellEnd"/>
            <w:r>
              <w:rPr>
                <w:sz w:val="24"/>
              </w:rPr>
              <w:t>: "</w:t>
            </w:r>
            <w:proofErr w:type="spellStart"/>
            <w:r>
              <w:rPr>
                <w:sz w:val="24"/>
              </w:rPr>
              <w:t>Lên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kế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lớp</w:t>
            </w:r>
            <w:proofErr w:type="spellEnd"/>
            <w:r>
              <w:rPr>
                <w:sz w:val="24"/>
              </w:rPr>
              <w:t>."</w:t>
            </w:r>
          </w:p>
        </w:tc>
      </w:tr>
      <w:tr w:rsidR="00F11383" w14:paraId="09EB16E0" w14:textId="77777777" w:rsidTr="00B9297B">
        <w:trPr>
          <w:cantSplit/>
          <w:jc w:val="center"/>
        </w:trPr>
        <w:tc>
          <w:tcPr>
            <w:tcW w:w="57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6B4E3BB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2</w:t>
            </w:r>
          </w:p>
        </w:tc>
        <w:tc>
          <w:tcPr>
            <w:tcW w:w="442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4916C0D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>: "</w:t>
            </w:r>
            <w:proofErr w:type="spellStart"/>
            <w:r>
              <w:rPr>
                <w:sz w:val="24"/>
              </w:rPr>
              <w:t>Buổi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lớp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sẽ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nhiều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động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thú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vị</w:t>
            </w:r>
            <w:proofErr w:type="spellEnd"/>
            <w:r>
              <w:rPr>
                <w:sz w:val="24"/>
              </w:rPr>
              <w:t>."</w:t>
            </w:r>
          </w:p>
        </w:tc>
      </w:tr>
      <w:tr w:rsidR="00F11383" w14:paraId="47A190EC" w14:textId="77777777" w:rsidTr="00B9297B">
        <w:trPr>
          <w:cantSplit/>
          <w:jc w:val="center"/>
        </w:trPr>
        <w:tc>
          <w:tcPr>
            <w:tcW w:w="57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AD95570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3</w:t>
            </w:r>
          </w:p>
        </w:tc>
        <w:tc>
          <w:tcPr>
            <w:tcW w:w="442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EAF56CC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Câu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lệnh</w:t>
            </w:r>
            <w:proofErr w:type="spellEnd"/>
            <w:r>
              <w:rPr>
                <w:sz w:val="24"/>
              </w:rPr>
              <w:t>: "</w:t>
            </w:r>
            <w:proofErr w:type="spellStart"/>
            <w:r>
              <w:rPr>
                <w:sz w:val="24"/>
              </w:rPr>
              <w:t>Lên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kế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lớp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với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vai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trò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trưởng</w:t>
            </w:r>
            <w:proofErr w:type="spellEnd"/>
            <w:r>
              <w:rPr>
                <w:sz w:val="24"/>
              </w:rPr>
              <w:t xml:space="preserve"> ban </w:t>
            </w:r>
            <w:proofErr w:type="spellStart"/>
            <w:r>
              <w:rPr>
                <w:sz w:val="24"/>
              </w:rPr>
              <w:t>tổ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chức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thời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lượng</w:t>
            </w:r>
            <w:proofErr w:type="spellEnd"/>
            <w:r>
              <w:rPr>
                <w:sz w:val="24"/>
              </w:rPr>
              <w:t xml:space="preserve"> 45 </w:t>
            </w:r>
            <w:proofErr w:type="spellStart"/>
            <w:r>
              <w:rPr>
                <w:sz w:val="24"/>
              </w:rPr>
              <w:t>phút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cho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lớp</w:t>
            </w:r>
            <w:proofErr w:type="spellEnd"/>
            <w:r>
              <w:rPr>
                <w:sz w:val="24"/>
              </w:rPr>
              <w:t xml:space="preserve"> 10A, </w:t>
            </w:r>
            <w:proofErr w:type="spellStart"/>
            <w:r>
              <w:rPr>
                <w:sz w:val="24"/>
              </w:rPr>
              <w:t>định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dạng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bảng</w:t>
            </w:r>
            <w:proofErr w:type="spellEnd"/>
            <w:r>
              <w:rPr>
                <w:sz w:val="24"/>
              </w:rPr>
              <w:t>."</w:t>
            </w:r>
          </w:p>
        </w:tc>
      </w:tr>
      <w:tr w:rsidR="00F11383" w14:paraId="32D3C1A0" w14:textId="77777777" w:rsidTr="00B9297B">
        <w:trPr>
          <w:cantSplit/>
          <w:jc w:val="center"/>
        </w:trPr>
        <w:tc>
          <w:tcPr>
            <w:tcW w:w="57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C418C26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4</w:t>
            </w:r>
          </w:p>
        </w:tc>
        <w:tc>
          <w:tcPr>
            <w:tcW w:w="442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9AA3C30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>: "</w:t>
            </w:r>
            <w:proofErr w:type="spellStart"/>
            <w:r>
              <w:rPr>
                <w:sz w:val="24"/>
              </w:rPr>
              <w:t>Kế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lớp</w:t>
            </w:r>
            <w:proofErr w:type="spellEnd"/>
            <w:r>
              <w:rPr>
                <w:sz w:val="24"/>
              </w:rPr>
              <w:t xml:space="preserve">: 1. </w:t>
            </w:r>
            <w:proofErr w:type="spellStart"/>
            <w:r>
              <w:rPr>
                <w:sz w:val="24"/>
              </w:rPr>
              <w:t>Giới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thiệu</w:t>
            </w:r>
            <w:proofErr w:type="spellEnd"/>
            <w:r>
              <w:rPr>
                <w:sz w:val="24"/>
              </w:rPr>
              <w:t xml:space="preserve"> (5 </w:t>
            </w:r>
            <w:proofErr w:type="spellStart"/>
            <w:r>
              <w:rPr>
                <w:sz w:val="24"/>
              </w:rPr>
              <w:t>phút</w:t>
            </w:r>
            <w:proofErr w:type="spellEnd"/>
            <w:r>
              <w:rPr>
                <w:sz w:val="24"/>
              </w:rPr>
              <w:t xml:space="preserve">); 2. </w:t>
            </w:r>
            <w:proofErr w:type="spellStart"/>
            <w:r>
              <w:rPr>
                <w:sz w:val="24"/>
              </w:rPr>
              <w:t>Trò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chơi</w:t>
            </w:r>
            <w:proofErr w:type="spellEnd"/>
            <w:r>
              <w:rPr>
                <w:sz w:val="24"/>
              </w:rPr>
              <w:t xml:space="preserve"> (20 </w:t>
            </w:r>
            <w:proofErr w:type="spellStart"/>
            <w:r>
              <w:rPr>
                <w:sz w:val="24"/>
              </w:rPr>
              <w:t>phút</w:t>
            </w:r>
            <w:proofErr w:type="spellEnd"/>
            <w:r>
              <w:rPr>
                <w:sz w:val="24"/>
              </w:rPr>
              <w:t xml:space="preserve">); 3. Thảo </w:t>
            </w:r>
            <w:proofErr w:type="spellStart"/>
            <w:r>
              <w:rPr>
                <w:sz w:val="24"/>
              </w:rPr>
              <w:t>luận</w:t>
            </w:r>
            <w:proofErr w:type="spellEnd"/>
            <w:r>
              <w:rPr>
                <w:sz w:val="24"/>
              </w:rPr>
              <w:t xml:space="preserve"> (15 </w:t>
            </w:r>
            <w:proofErr w:type="spellStart"/>
            <w:r>
              <w:rPr>
                <w:sz w:val="24"/>
              </w:rPr>
              <w:t>phút</w:t>
            </w:r>
            <w:proofErr w:type="spellEnd"/>
            <w:r>
              <w:rPr>
                <w:sz w:val="24"/>
              </w:rPr>
              <w:t xml:space="preserve">); 4. </w:t>
            </w:r>
            <w:proofErr w:type="spellStart"/>
            <w:r>
              <w:rPr>
                <w:sz w:val="24"/>
              </w:rPr>
              <w:t>Kết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thúc</w:t>
            </w:r>
            <w:proofErr w:type="spellEnd"/>
            <w:r>
              <w:rPr>
                <w:sz w:val="24"/>
              </w:rPr>
              <w:t xml:space="preserve"> (5 </w:t>
            </w:r>
            <w:proofErr w:type="spellStart"/>
            <w:r>
              <w:rPr>
                <w:sz w:val="24"/>
              </w:rPr>
              <w:t>phút</w:t>
            </w:r>
            <w:proofErr w:type="spellEnd"/>
            <w:r>
              <w:rPr>
                <w:sz w:val="24"/>
              </w:rPr>
              <w:t>)."</w:t>
            </w:r>
          </w:p>
        </w:tc>
      </w:tr>
      <w:tr w:rsidR="00F11383" w14:paraId="5EDE5D63" w14:textId="77777777" w:rsidTr="00B9297B">
        <w:trPr>
          <w:cantSplit/>
          <w:jc w:val="center"/>
        </w:trPr>
        <w:tc>
          <w:tcPr>
            <w:tcW w:w="57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0B7D5D8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5</w:t>
            </w:r>
          </w:p>
        </w:tc>
        <w:tc>
          <w:tcPr>
            <w:tcW w:w="442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7937438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Câu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lệnh</w:t>
            </w:r>
            <w:proofErr w:type="spellEnd"/>
            <w:r>
              <w:rPr>
                <w:sz w:val="24"/>
              </w:rPr>
              <w:t>: "</w:t>
            </w:r>
            <w:proofErr w:type="spellStart"/>
            <w:r>
              <w:rPr>
                <w:sz w:val="24"/>
              </w:rPr>
              <w:t>Viết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một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báo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môi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trường</w:t>
            </w:r>
            <w:proofErr w:type="spellEnd"/>
            <w:r>
              <w:rPr>
                <w:sz w:val="24"/>
              </w:rPr>
              <w:t>."</w:t>
            </w:r>
          </w:p>
        </w:tc>
      </w:tr>
      <w:tr w:rsidR="00F11383" w14:paraId="5A19DFD2" w14:textId="77777777" w:rsidTr="00B9297B">
        <w:trPr>
          <w:cantSplit/>
          <w:jc w:val="center"/>
        </w:trPr>
        <w:tc>
          <w:tcPr>
            <w:tcW w:w="57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3B18A87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6</w:t>
            </w:r>
          </w:p>
        </w:tc>
        <w:tc>
          <w:tcPr>
            <w:tcW w:w="442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D1C19E3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: "Báo </w:t>
            </w:r>
            <w:proofErr w:type="spellStart"/>
            <w:r>
              <w:rPr>
                <w:sz w:val="24"/>
              </w:rPr>
              <w:t>cáo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môi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trường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vấn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hiện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tại</w:t>
            </w:r>
            <w:proofErr w:type="spellEnd"/>
            <w:r>
              <w:rPr>
                <w:sz w:val="24"/>
              </w:rPr>
              <w:t>."</w:t>
            </w:r>
          </w:p>
        </w:tc>
      </w:tr>
      <w:tr w:rsidR="00F11383" w14:paraId="368C7768" w14:textId="77777777" w:rsidTr="00B9297B">
        <w:trPr>
          <w:cantSplit/>
          <w:jc w:val="center"/>
        </w:trPr>
        <w:tc>
          <w:tcPr>
            <w:tcW w:w="57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DAC6AA2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7</w:t>
            </w:r>
          </w:p>
        </w:tc>
        <w:tc>
          <w:tcPr>
            <w:tcW w:w="442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A839F8B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Câu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lệnh</w:t>
            </w:r>
            <w:proofErr w:type="spellEnd"/>
            <w:r>
              <w:rPr>
                <w:sz w:val="24"/>
              </w:rPr>
              <w:t>: "</w:t>
            </w:r>
            <w:proofErr w:type="spellStart"/>
            <w:r>
              <w:rPr>
                <w:sz w:val="24"/>
              </w:rPr>
              <w:t>Viết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một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báo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môi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trường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hội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thảo</w:t>
            </w:r>
            <w:proofErr w:type="spellEnd"/>
            <w:r>
              <w:rPr>
                <w:sz w:val="24"/>
              </w:rPr>
              <w:t xml:space="preserve"> khoa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dài</w:t>
            </w:r>
            <w:proofErr w:type="spellEnd"/>
            <w:r>
              <w:rPr>
                <w:sz w:val="24"/>
              </w:rPr>
              <w:t xml:space="preserve"> 1000 </w:t>
            </w:r>
            <w:proofErr w:type="spellStart"/>
            <w:r>
              <w:rPr>
                <w:sz w:val="24"/>
              </w:rPr>
              <w:t>từ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nêu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vấn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giải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pháp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định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dạng</w:t>
            </w:r>
            <w:proofErr w:type="spellEnd"/>
            <w:r>
              <w:rPr>
                <w:sz w:val="24"/>
              </w:rPr>
              <w:t xml:space="preserve"> PDF."</w:t>
            </w:r>
          </w:p>
        </w:tc>
      </w:tr>
    </w:tbl>
    <w:p w14:paraId="45CD9770" w14:textId="77777777" w:rsidR="00F11383" w:rsidRDefault="00F11383"/>
    <w:p w14:paraId="7B37888A" w14:textId="77777777" w:rsidR="00F11383" w:rsidRDefault="00C064AA">
      <w:pPr>
        <w:spacing w:before="120" w:after="40"/>
        <w:jc w:val="center"/>
      </w:pPr>
      <w:r>
        <w:rPr>
          <w:noProof/>
        </w:rPr>
        <w:drawing>
          <wp:inline distT="0" distB="0" distL="0" distR="0" wp14:anchorId="4D297419" wp14:editId="4A57BF65">
            <wp:extent cx="5580000" cy="2608669"/>
            <wp:effectExtent l="0" t="0" r="0" b="0"/>
            <wp:docPr id="2" name="Picture 2" descr="Hình 10.4.2. Đối chiếu hai trường hợp trong hồ sơ (sơ đồ minh hoạ gợi ý)" title="Hình 10.4.2. Đối chiếu hai trường hợp trong hồ sơ (sơ đồ minh hoạ gợi ý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inh_minh_hoa_PL_10_4_2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2608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7E02B5" w14:textId="77777777" w:rsidR="00F11383" w:rsidRDefault="00C064AA">
      <w:pPr>
        <w:spacing w:after="120"/>
        <w:jc w:val="center"/>
      </w:pPr>
      <w:proofErr w:type="spellStart"/>
      <w:r>
        <w:rPr>
          <w:i/>
          <w:sz w:val="23"/>
        </w:rPr>
        <w:t>Hình</w:t>
      </w:r>
      <w:proofErr w:type="spellEnd"/>
      <w:r>
        <w:rPr>
          <w:i/>
          <w:sz w:val="23"/>
        </w:rPr>
        <w:t xml:space="preserve"> 10.4.2. </w:t>
      </w:r>
      <w:proofErr w:type="spellStart"/>
      <w:r>
        <w:rPr>
          <w:i/>
          <w:sz w:val="23"/>
        </w:rPr>
        <w:t>Đối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chiếu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hai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trường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hợp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trong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hồ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sơ</w:t>
      </w:r>
      <w:proofErr w:type="spellEnd"/>
      <w:r>
        <w:rPr>
          <w:i/>
          <w:sz w:val="23"/>
        </w:rPr>
        <w:t xml:space="preserve"> (</w:t>
      </w:r>
      <w:proofErr w:type="spellStart"/>
      <w:r>
        <w:rPr>
          <w:i/>
          <w:sz w:val="23"/>
        </w:rPr>
        <w:t>sơ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đồ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minh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hoạ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gợi</w:t>
      </w:r>
      <w:proofErr w:type="spellEnd"/>
      <w:r>
        <w:rPr>
          <w:i/>
          <w:sz w:val="23"/>
        </w:rPr>
        <w:t xml:space="preserve"> ý)</w:t>
      </w:r>
    </w:p>
    <w:p w14:paraId="293A94E0" w14:textId="77777777" w:rsidR="00F11383" w:rsidRDefault="00C064AA">
      <w:pPr>
        <w:keepNext/>
        <w:spacing w:before="160" w:after="60"/>
        <w:jc w:val="left"/>
      </w:pPr>
      <w:proofErr w:type="spellStart"/>
      <w:r>
        <w:rPr>
          <w:b/>
        </w:rPr>
        <w:t>Phần</w:t>
      </w:r>
      <w:proofErr w:type="spellEnd"/>
      <w:r>
        <w:rPr>
          <w:b/>
        </w:rPr>
        <w:t xml:space="preserve"> B. PHIẾU HỌC TẬP NHÓM 10.4.2 (</w:t>
      </w:r>
      <w:proofErr w:type="spellStart"/>
      <w:r>
        <w:rPr>
          <w:b/>
        </w:rPr>
        <w:t>Điền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kết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quả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2)</w:t>
      </w:r>
    </w:p>
    <w:p w14:paraId="476E14EA" w14:textId="77777777" w:rsidR="00F11383" w:rsidRDefault="00C064AA">
      <w:pPr>
        <w:tabs>
          <w:tab w:val="left" w:pos="4535"/>
          <w:tab w:val="left" w:pos="7257"/>
        </w:tabs>
        <w:jc w:val="left"/>
      </w:pPr>
      <w:proofErr w:type="spellStart"/>
      <w:r>
        <w:t>Nhóm</w:t>
      </w:r>
      <w:proofErr w:type="spellEnd"/>
      <w:r>
        <w:t>: …………</w:t>
      </w:r>
      <w:r>
        <w:tab/>
      </w:r>
      <w:proofErr w:type="spellStart"/>
      <w:r>
        <w:t>Lớp</w:t>
      </w:r>
      <w:proofErr w:type="spellEnd"/>
      <w:r>
        <w:t>: …………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876"/>
        <w:gridCol w:w="8113"/>
      </w:tblGrid>
      <w:tr w:rsidR="00F11383" w14:paraId="48EA2881" w14:textId="77777777" w:rsidTr="0025278F">
        <w:trPr>
          <w:cantSplit/>
          <w:tblHeader/>
          <w:jc w:val="center"/>
        </w:trPr>
        <w:tc>
          <w:tcPr>
            <w:tcW w:w="93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525300B" w14:textId="77777777" w:rsidR="00F11383" w:rsidRDefault="00C064A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Nhiệm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vụ</w:t>
            </w:r>
            <w:proofErr w:type="spellEnd"/>
            <w:r>
              <w:rPr>
                <w:b/>
                <w:sz w:val="24"/>
              </w:rPr>
              <w:t xml:space="preserve"> A: </w:t>
            </w:r>
            <w:proofErr w:type="spellStart"/>
            <w:r>
              <w:rPr>
                <w:b/>
                <w:sz w:val="24"/>
              </w:rPr>
              <w:t>Phân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tích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các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thành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phần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của</w:t>
            </w:r>
            <w:proofErr w:type="spellEnd"/>
            <w:r>
              <w:rPr>
                <w:b/>
                <w:sz w:val="24"/>
              </w:rPr>
              <w:t xml:space="preserve"> prompt</w:t>
            </w:r>
          </w:p>
        </w:tc>
        <w:tc>
          <w:tcPr>
            <w:tcW w:w="406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EB10A6F" w14:textId="77777777" w:rsidR="00F11383" w:rsidRDefault="00F11383">
            <w:pPr>
              <w:spacing w:after="40"/>
              <w:jc w:val="center"/>
            </w:pPr>
          </w:p>
        </w:tc>
      </w:tr>
      <w:tr w:rsidR="00F11383" w14:paraId="4611DE67" w14:textId="77777777" w:rsidTr="0025278F">
        <w:trPr>
          <w:cantSplit/>
          <w:jc w:val="center"/>
        </w:trPr>
        <w:tc>
          <w:tcPr>
            <w:tcW w:w="93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A20B115" w14:textId="77777777" w:rsidR="00F11383" w:rsidRDefault="00C064AA">
            <w:pPr>
              <w:spacing w:after="40"/>
              <w:jc w:val="left"/>
            </w:pPr>
            <w:proofErr w:type="spellStart"/>
            <w:r>
              <w:rPr>
                <w:sz w:val="24"/>
              </w:rPr>
              <w:t>Ví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dụ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mẫu</w:t>
            </w:r>
            <w:proofErr w:type="spellEnd"/>
          </w:p>
        </w:tc>
        <w:tc>
          <w:tcPr>
            <w:tcW w:w="406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33652C3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Câu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lệnh</w:t>
            </w:r>
            <w:proofErr w:type="spellEnd"/>
            <w:r>
              <w:rPr>
                <w:sz w:val="24"/>
              </w:rPr>
              <w:t>: "</w:t>
            </w:r>
            <w:proofErr w:type="spellStart"/>
            <w:r>
              <w:rPr>
                <w:sz w:val="24"/>
              </w:rPr>
              <w:t>Lên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kế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lớp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với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vai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trò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trưởng</w:t>
            </w:r>
            <w:proofErr w:type="spellEnd"/>
            <w:r>
              <w:rPr>
                <w:sz w:val="24"/>
              </w:rPr>
              <w:t xml:space="preserve"> ban </w:t>
            </w:r>
            <w:proofErr w:type="spellStart"/>
            <w:r>
              <w:rPr>
                <w:sz w:val="24"/>
              </w:rPr>
              <w:t>tổ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chức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thời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lượng</w:t>
            </w:r>
            <w:proofErr w:type="spellEnd"/>
            <w:r>
              <w:rPr>
                <w:sz w:val="24"/>
              </w:rPr>
              <w:t xml:space="preserve"> 45 </w:t>
            </w:r>
            <w:proofErr w:type="spellStart"/>
            <w:r>
              <w:rPr>
                <w:sz w:val="24"/>
              </w:rPr>
              <w:t>phút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cho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lớp</w:t>
            </w:r>
            <w:proofErr w:type="spellEnd"/>
            <w:r>
              <w:rPr>
                <w:sz w:val="24"/>
              </w:rPr>
              <w:t xml:space="preserve"> 10A, </w:t>
            </w:r>
            <w:proofErr w:type="spellStart"/>
            <w:r>
              <w:rPr>
                <w:sz w:val="24"/>
              </w:rPr>
              <w:t>định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dạng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bảng</w:t>
            </w:r>
            <w:proofErr w:type="spellEnd"/>
            <w:r>
              <w:rPr>
                <w:sz w:val="24"/>
              </w:rPr>
              <w:t>."</w:t>
            </w:r>
          </w:p>
        </w:tc>
      </w:tr>
      <w:tr w:rsidR="00F11383" w14:paraId="0033AFAB" w14:textId="77777777" w:rsidTr="0025278F">
        <w:trPr>
          <w:cantSplit/>
          <w:jc w:val="center"/>
        </w:trPr>
        <w:tc>
          <w:tcPr>
            <w:tcW w:w="93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68DEDE9" w14:textId="77777777" w:rsidR="00F11383" w:rsidRDefault="00C064AA">
            <w:pPr>
              <w:spacing w:after="40"/>
              <w:jc w:val="left"/>
            </w:pPr>
            <w:proofErr w:type="spellStart"/>
            <w:r>
              <w:rPr>
                <w:sz w:val="24"/>
              </w:rPr>
              <w:t>Mục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tiêu</w:t>
            </w:r>
            <w:proofErr w:type="spellEnd"/>
          </w:p>
        </w:tc>
        <w:tc>
          <w:tcPr>
            <w:tcW w:w="406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DECCAF9" w14:textId="77777777" w:rsidR="00F11383" w:rsidRDefault="00C064AA">
            <w:pPr>
              <w:spacing w:after="40"/>
            </w:pPr>
            <w:r>
              <w:rPr>
                <w:sz w:val="24"/>
              </w:rPr>
              <w:t>……………………</w:t>
            </w:r>
          </w:p>
        </w:tc>
      </w:tr>
      <w:tr w:rsidR="00F11383" w14:paraId="5268B111" w14:textId="77777777" w:rsidTr="0025278F">
        <w:trPr>
          <w:cantSplit/>
          <w:jc w:val="center"/>
        </w:trPr>
        <w:tc>
          <w:tcPr>
            <w:tcW w:w="93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9E6D450" w14:textId="77777777" w:rsidR="00F11383" w:rsidRDefault="00C064AA">
            <w:pPr>
              <w:spacing w:after="40"/>
              <w:jc w:val="left"/>
            </w:pPr>
            <w:proofErr w:type="spellStart"/>
            <w:r>
              <w:rPr>
                <w:sz w:val="24"/>
              </w:rPr>
              <w:t>Bối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cảnh</w:t>
            </w:r>
            <w:proofErr w:type="spellEnd"/>
            <w:r>
              <w:rPr>
                <w:sz w:val="24"/>
              </w:rPr>
              <w:t xml:space="preserve"> &amp; </w:t>
            </w:r>
            <w:proofErr w:type="spellStart"/>
            <w:r>
              <w:rPr>
                <w:sz w:val="24"/>
              </w:rPr>
              <w:t>Đối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tượng</w:t>
            </w:r>
            <w:proofErr w:type="spellEnd"/>
          </w:p>
        </w:tc>
        <w:tc>
          <w:tcPr>
            <w:tcW w:w="406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76BECD1" w14:textId="77777777" w:rsidR="00F11383" w:rsidRDefault="00C064AA">
            <w:pPr>
              <w:spacing w:after="40"/>
            </w:pPr>
            <w:r>
              <w:rPr>
                <w:sz w:val="24"/>
              </w:rPr>
              <w:t>……………………</w:t>
            </w:r>
          </w:p>
        </w:tc>
      </w:tr>
      <w:tr w:rsidR="00F11383" w14:paraId="363A2E69" w14:textId="77777777" w:rsidTr="0025278F">
        <w:trPr>
          <w:cantSplit/>
          <w:jc w:val="center"/>
        </w:trPr>
        <w:tc>
          <w:tcPr>
            <w:tcW w:w="93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55DBA49" w14:textId="77777777" w:rsidR="00F11383" w:rsidRDefault="00C064AA">
            <w:pPr>
              <w:spacing w:after="40"/>
              <w:jc w:val="left"/>
            </w:pPr>
            <w:r>
              <w:rPr>
                <w:sz w:val="24"/>
              </w:rPr>
              <w:t xml:space="preserve">Vai </w:t>
            </w:r>
            <w:proofErr w:type="spellStart"/>
            <w:r>
              <w:rPr>
                <w:sz w:val="24"/>
              </w:rPr>
              <w:t>trò</w:t>
            </w:r>
            <w:proofErr w:type="spellEnd"/>
          </w:p>
        </w:tc>
        <w:tc>
          <w:tcPr>
            <w:tcW w:w="406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7C04595" w14:textId="77777777" w:rsidR="00F11383" w:rsidRDefault="00C064AA">
            <w:pPr>
              <w:spacing w:after="40"/>
            </w:pPr>
            <w:r>
              <w:rPr>
                <w:sz w:val="24"/>
              </w:rPr>
              <w:t>……………………</w:t>
            </w:r>
          </w:p>
        </w:tc>
      </w:tr>
      <w:tr w:rsidR="00F11383" w14:paraId="1408F9A3" w14:textId="77777777" w:rsidTr="0025278F">
        <w:trPr>
          <w:cantSplit/>
          <w:jc w:val="center"/>
        </w:trPr>
        <w:tc>
          <w:tcPr>
            <w:tcW w:w="93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1133E58" w14:textId="77777777" w:rsidR="00F11383" w:rsidRDefault="00C064AA">
            <w:pPr>
              <w:spacing w:after="40"/>
              <w:jc w:val="left"/>
            </w:pPr>
            <w:proofErr w:type="spellStart"/>
            <w:r>
              <w:rPr>
                <w:sz w:val="24"/>
              </w:rPr>
              <w:t>Ràng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buộc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định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dạng</w:t>
            </w:r>
            <w:proofErr w:type="spellEnd"/>
            <w:r>
              <w:rPr>
                <w:sz w:val="24"/>
              </w:rPr>
              <w:t xml:space="preserve"> &amp; </w:t>
            </w:r>
            <w:proofErr w:type="gramStart"/>
            <w:r>
              <w:rPr>
                <w:sz w:val="24"/>
              </w:rPr>
              <w:t>an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toàn</w:t>
            </w:r>
            <w:proofErr w:type="spellEnd"/>
          </w:p>
        </w:tc>
        <w:tc>
          <w:tcPr>
            <w:tcW w:w="406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A4BABC2" w14:textId="77777777" w:rsidR="00F11383" w:rsidRDefault="00C064AA">
            <w:pPr>
              <w:spacing w:after="40"/>
            </w:pPr>
            <w:r>
              <w:rPr>
                <w:sz w:val="24"/>
              </w:rPr>
              <w:t>……………………</w:t>
            </w:r>
          </w:p>
        </w:tc>
      </w:tr>
    </w:tbl>
    <w:p w14:paraId="375D929F" w14:textId="77777777" w:rsidR="00F11383" w:rsidRDefault="00F11383"/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4261"/>
        <w:gridCol w:w="5728"/>
      </w:tblGrid>
      <w:tr w:rsidR="00F11383" w14:paraId="2D9D97BF" w14:textId="77777777" w:rsidTr="002D46B0">
        <w:trPr>
          <w:cantSplit/>
          <w:tblHeader/>
          <w:jc w:val="center"/>
        </w:trPr>
        <w:tc>
          <w:tcPr>
            <w:tcW w:w="213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BCE9E47" w14:textId="77777777" w:rsidR="00F11383" w:rsidRDefault="00C064A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Nhiệm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vụ</w:t>
            </w:r>
            <w:proofErr w:type="spellEnd"/>
            <w:r>
              <w:rPr>
                <w:b/>
                <w:sz w:val="24"/>
              </w:rPr>
              <w:t xml:space="preserve"> B: </w:t>
            </w:r>
            <w:proofErr w:type="spellStart"/>
            <w:r>
              <w:rPr>
                <w:b/>
                <w:sz w:val="24"/>
              </w:rPr>
              <w:t>Viết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câu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lệnh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phiên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bản</w:t>
            </w:r>
            <w:proofErr w:type="spellEnd"/>
            <w:r>
              <w:rPr>
                <w:b/>
                <w:sz w:val="24"/>
              </w:rPr>
              <w:t xml:space="preserve"> 1</w:t>
            </w:r>
          </w:p>
        </w:tc>
        <w:tc>
          <w:tcPr>
            <w:tcW w:w="28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09ACC54" w14:textId="77777777" w:rsidR="00F11383" w:rsidRDefault="00F11383">
            <w:pPr>
              <w:spacing w:after="40"/>
              <w:jc w:val="center"/>
            </w:pPr>
          </w:p>
        </w:tc>
      </w:tr>
      <w:tr w:rsidR="00F11383" w14:paraId="3838B033" w14:textId="77777777" w:rsidTr="002D46B0">
        <w:trPr>
          <w:cantSplit/>
          <w:jc w:val="center"/>
        </w:trPr>
        <w:tc>
          <w:tcPr>
            <w:tcW w:w="213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1D33D13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Ví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dụ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mẫu</w:t>
            </w:r>
            <w:proofErr w:type="spellEnd"/>
          </w:p>
        </w:tc>
        <w:tc>
          <w:tcPr>
            <w:tcW w:w="28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FDACEB4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Nhiệm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vụ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Viết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một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báo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môi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trường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hội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thảo</w:t>
            </w:r>
            <w:proofErr w:type="spellEnd"/>
            <w:r>
              <w:rPr>
                <w:sz w:val="24"/>
              </w:rPr>
              <w:t xml:space="preserve"> khoa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dài</w:t>
            </w:r>
            <w:proofErr w:type="spellEnd"/>
            <w:r>
              <w:rPr>
                <w:sz w:val="24"/>
              </w:rPr>
              <w:t xml:space="preserve"> 1000 </w:t>
            </w:r>
            <w:proofErr w:type="spellStart"/>
            <w:r>
              <w:rPr>
                <w:sz w:val="24"/>
              </w:rPr>
              <w:t>từ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nêu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vấn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giải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pháp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định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dạng</w:t>
            </w:r>
            <w:proofErr w:type="spellEnd"/>
            <w:r>
              <w:rPr>
                <w:sz w:val="24"/>
              </w:rPr>
              <w:t xml:space="preserve"> PDF.</w:t>
            </w:r>
          </w:p>
        </w:tc>
      </w:tr>
      <w:tr w:rsidR="00F11383" w14:paraId="25D8C4C3" w14:textId="77777777" w:rsidTr="002D46B0">
        <w:trPr>
          <w:cantSplit/>
          <w:jc w:val="center"/>
        </w:trPr>
        <w:tc>
          <w:tcPr>
            <w:tcW w:w="213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1CC6213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Câu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lệnh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phiên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bản</w:t>
            </w:r>
            <w:proofErr w:type="spellEnd"/>
            <w:r>
              <w:rPr>
                <w:sz w:val="24"/>
              </w:rPr>
              <w:t xml:space="preserve"> 1</w:t>
            </w:r>
          </w:p>
        </w:tc>
        <w:tc>
          <w:tcPr>
            <w:tcW w:w="28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8DB7308" w14:textId="77777777" w:rsidR="00F11383" w:rsidRDefault="00C064AA">
            <w:pPr>
              <w:spacing w:after="40"/>
            </w:pPr>
            <w:r>
              <w:rPr>
                <w:sz w:val="24"/>
              </w:rPr>
              <w:t>……………………</w:t>
            </w:r>
          </w:p>
        </w:tc>
      </w:tr>
    </w:tbl>
    <w:p w14:paraId="080131ED" w14:textId="77777777" w:rsidR="00F11383" w:rsidRDefault="00F11383"/>
    <w:p w14:paraId="30E516B5" w14:textId="77777777" w:rsidR="00F11383" w:rsidRDefault="00C064AA">
      <w:pPr>
        <w:keepNext/>
        <w:spacing w:before="160" w:after="60"/>
        <w:jc w:val="left"/>
      </w:pPr>
      <w:proofErr w:type="spellStart"/>
      <w:r>
        <w:rPr>
          <w:b/>
        </w:rPr>
        <w:t>Phần</w:t>
      </w:r>
      <w:proofErr w:type="spellEnd"/>
      <w:r>
        <w:rPr>
          <w:b/>
        </w:rPr>
        <w:t xml:space="preserve"> C. THỬ THÁCH LUYỆN TẬP NHÓM (</w:t>
      </w:r>
      <w:proofErr w:type="spellStart"/>
      <w:r>
        <w:rPr>
          <w:b/>
        </w:rPr>
        <w:t>Dùng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3)</w:t>
      </w:r>
    </w:p>
    <w:p w14:paraId="5FA4EDC7" w14:textId="77777777" w:rsidR="00F11383" w:rsidRDefault="00C064AA">
      <w:r>
        <w:rPr>
          <w:b/>
        </w:rPr>
        <w:t xml:space="preserve">Ca </w:t>
      </w:r>
      <w:proofErr w:type="spellStart"/>
      <w:r>
        <w:rPr>
          <w:b/>
        </w:rPr>
        <w:t>thực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hành</w:t>
      </w:r>
      <w:proofErr w:type="spellEnd"/>
      <w:r>
        <w:rPr>
          <w:b/>
        </w:rPr>
        <w:t xml:space="preserve"> 1:</w:t>
      </w:r>
      <w:r>
        <w:t xml:space="preserve"> Minh </w:t>
      </w:r>
      <w:proofErr w:type="spellStart"/>
      <w:r>
        <w:t>chẳng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lệnh</w:t>
      </w:r>
      <w:proofErr w:type="spellEnd"/>
      <w:r>
        <w:t>: "</w:t>
      </w:r>
      <w:proofErr w:type="spellStart"/>
      <w:r>
        <w:t>Lên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."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chung</w:t>
      </w:r>
      <w:proofErr w:type="spellEnd"/>
      <w:r>
        <w:t xml:space="preserve"> </w:t>
      </w:r>
      <w:proofErr w:type="spellStart"/>
      <w:r>
        <w:t>chung</w:t>
      </w:r>
      <w:proofErr w:type="spellEnd"/>
      <w:r>
        <w:t>: "</w:t>
      </w:r>
      <w:proofErr w:type="spellStart"/>
      <w:r>
        <w:t>Buổi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thú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."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lỗi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lệnh</w:t>
      </w:r>
      <w:proofErr w:type="spellEnd"/>
      <w:r>
        <w:t>.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3331"/>
        <w:gridCol w:w="3330"/>
        <w:gridCol w:w="3328"/>
      </w:tblGrid>
      <w:tr w:rsidR="00F11383" w14:paraId="30526488" w14:textId="77777777" w:rsidTr="0025278F">
        <w:trPr>
          <w:cantSplit/>
          <w:tblHeader/>
          <w:jc w:val="center"/>
        </w:trPr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542C4D5" w14:textId="77777777" w:rsidR="00F11383" w:rsidRDefault="00C064A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Chẩn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đoán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lỗi</w:t>
            </w:r>
            <w:proofErr w:type="spellEnd"/>
          </w:p>
        </w:tc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D85FB8A" w14:textId="77777777" w:rsidR="00F11383" w:rsidRDefault="00C064A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Bằng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chứng</w:t>
            </w:r>
            <w:proofErr w:type="spellEnd"/>
          </w:p>
        </w:tc>
        <w:tc>
          <w:tcPr>
            <w:tcW w:w="166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80FC702" w14:textId="77777777" w:rsidR="00F11383" w:rsidRDefault="00C064A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Cách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khắc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phục</w:t>
            </w:r>
            <w:proofErr w:type="spellEnd"/>
          </w:p>
        </w:tc>
      </w:tr>
      <w:tr w:rsidR="00F11383" w14:paraId="50A1FADF" w14:textId="77777777" w:rsidTr="0025278F">
        <w:trPr>
          <w:cantSplit/>
          <w:jc w:val="center"/>
        </w:trPr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3E76FD9" w14:textId="77777777" w:rsidR="00F11383" w:rsidRDefault="00C064AA">
            <w:pPr>
              <w:spacing w:after="40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Lỗi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vào</w:t>
            </w:r>
            <w:proofErr w:type="spellEnd"/>
          </w:p>
        </w:tc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0BACBBF" w14:textId="77777777" w:rsidR="00F11383" w:rsidRDefault="00C064AA">
            <w:pPr>
              <w:spacing w:after="40"/>
            </w:pPr>
            <w:r>
              <w:rPr>
                <w:sz w:val="24"/>
              </w:rPr>
              <w:t>……………………</w:t>
            </w:r>
          </w:p>
        </w:tc>
        <w:tc>
          <w:tcPr>
            <w:tcW w:w="166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9273826" w14:textId="77777777" w:rsidR="00F11383" w:rsidRDefault="00C064AA">
            <w:pPr>
              <w:spacing w:after="40"/>
            </w:pPr>
            <w:r>
              <w:rPr>
                <w:sz w:val="24"/>
              </w:rPr>
              <w:t>……………………</w:t>
            </w:r>
          </w:p>
        </w:tc>
      </w:tr>
      <w:tr w:rsidR="00F11383" w14:paraId="5CFE37AA" w14:textId="77777777" w:rsidTr="0025278F">
        <w:trPr>
          <w:cantSplit/>
          <w:jc w:val="center"/>
        </w:trPr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1221A85" w14:textId="77777777" w:rsidR="00F11383" w:rsidRDefault="00C064AA">
            <w:pPr>
              <w:spacing w:after="40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Lỗi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huấn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luyện</w:t>
            </w:r>
            <w:proofErr w:type="spellEnd"/>
          </w:p>
        </w:tc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4605488" w14:textId="77777777" w:rsidR="00F11383" w:rsidRDefault="00C064AA">
            <w:pPr>
              <w:spacing w:after="40"/>
            </w:pPr>
            <w:r>
              <w:rPr>
                <w:sz w:val="24"/>
              </w:rPr>
              <w:t>……………………</w:t>
            </w:r>
          </w:p>
        </w:tc>
        <w:tc>
          <w:tcPr>
            <w:tcW w:w="166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E97B4C1" w14:textId="77777777" w:rsidR="00F11383" w:rsidRDefault="00C064AA">
            <w:pPr>
              <w:spacing w:after="40"/>
            </w:pPr>
            <w:r>
              <w:rPr>
                <w:sz w:val="24"/>
              </w:rPr>
              <w:t>……………………</w:t>
            </w:r>
          </w:p>
        </w:tc>
      </w:tr>
      <w:tr w:rsidR="00F11383" w14:paraId="242FAF6E" w14:textId="77777777" w:rsidTr="0025278F">
        <w:trPr>
          <w:cantSplit/>
          <w:jc w:val="center"/>
        </w:trPr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FAA4FA6" w14:textId="77777777" w:rsidR="00F11383" w:rsidRDefault="00C064AA">
            <w:pPr>
              <w:spacing w:after="40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Lỗi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thuật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toán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quy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tắc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lí</w:t>
            </w:r>
            <w:proofErr w:type="spellEnd"/>
          </w:p>
        </w:tc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3BE5371" w14:textId="77777777" w:rsidR="00F11383" w:rsidRDefault="00C064AA">
            <w:pPr>
              <w:spacing w:after="40"/>
            </w:pPr>
            <w:r>
              <w:rPr>
                <w:sz w:val="24"/>
              </w:rPr>
              <w:t>……………………</w:t>
            </w:r>
          </w:p>
        </w:tc>
        <w:tc>
          <w:tcPr>
            <w:tcW w:w="166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794027A" w14:textId="77777777" w:rsidR="00F11383" w:rsidRDefault="00C064AA">
            <w:pPr>
              <w:spacing w:after="40"/>
            </w:pPr>
            <w:r>
              <w:rPr>
                <w:sz w:val="24"/>
              </w:rPr>
              <w:t>……………………</w:t>
            </w:r>
          </w:p>
        </w:tc>
      </w:tr>
    </w:tbl>
    <w:p w14:paraId="5469CFC6" w14:textId="77777777" w:rsidR="00F11383" w:rsidRDefault="00F11383"/>
    <w:p w14:paraId="7A54BD56" w14:textId="77777777" w:rsidR="00F11383" w:rsidRDefault="00C064AA">
      <w:r>
        <w:rPr>
          <w:b/>
        </w:rPr>
        <w:t xml:space="preserve">Ca </w:t>
      </w:r>
      <w:proofErr w:type="spellStart"/>
      <w:r>
        <w:rPr>
          <w:b/>
        </w:rPr>
        <w:t>thực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hành</w:t>
      </w:r>
      <w:proofErr w:type="spellEnd"/>
      <w:r>
        <w:rPr>
          <w:b/>
        </w:rPr>
        <w:t xml:space="preserve"> 2:</w:t>
      </w:r>
      <w:r>
        <w:t xml:space="preserve"> Minh </w:t>
      </w:r>
      <w:proofErr w:type="spellStart"/>
      <w:r>
        <w:t>chẳng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lệnh</w:t>
      </w:r>
      <w:proofErr w:type="spellEnd"/>
      <w:r>
        <w:t>: "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."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nêu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.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lỗi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lệnh</w:t>
      </w:r>
      <w:proofErr w:type="spellEnd"/>
      <w:r>
        <w:t>.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3331"/>
        <w:gridCol w:w="3330"/>
        <w:gridCol w:w="3328"/>
      </w:tblGrid>
      <w:tr w:rsidR="00F11383" w14:paraId="0B9025EF" w14:textId="77777777" w:rsidTr="0025278F">
        <w:trPr>
          <w:cantSplit/>
          <w:tblHeader/>
          <w:jc w:val="center"/>
        </w:trPr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FF0875A" w14:textId="77777777" w:rsidR="00F11383" w:rsidRDefault="00C064A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Chẩn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đoán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lỗi</w:t>
            </w:r>
            <w:proofErr w:type="spellEnd"/>
          </w:p>
        </w:tc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9854BF4" w14:textId="77777777" w:rsidR="00F11383" w:rsidRDefault="00C064A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Bằng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chứng</w:t>
            </w:r>
            <w:proofErr w:type="spellEnd"/>
          </w:p>
        </w:tc>
        <w:tc>
          <w:tcPr>
            <w:tcW w:w="166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9BFBBB0" w14:textId="77777777" w:rsidR="00F11383" w:rsidRDefault="00C064A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Cách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khắc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phục</w:t>
            </w:r>
            <w:proofErr w:type="spellEnd"/>
          </w:p>
        </w:tc>
      </w:tr>
      <w:tr w:rsidR="00F11383" w14:paraId="39EDB224" w14:textId="77777777" w:rsidTr="0025278F">
        <w:trPr>
          <w:cantSplit/>
          <w:jc w:val="center"/>
        </w:trPr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40BF0E1" w14:textId="77777777" w:rsidR="00F11383" w:rsidRDefault="00C064AA">
            <w:pPr>
              <w:spacing w:after="40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Lỗi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vào</w:t>
            </w:r>
            <w:proofErr w:type="spellEnd"/>
          </w:p>
        </w:tc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924C446" w14:textId="77777777" w:rsidR="00F11383" w:rsidRDefault="00C064AA">
            <w:pPr>
              <w:spacing w:after="40"/>
            </w:pPr>
            <w:r>
              <w:rPr>
                <w:sz w:val="24"/>
              </w:rPr>
              <w:t>……………………</w:t>
            </w:r>
          </w:p>
        </w:tc>
        <w:tc>
          <w:tcPr>
            <w:tcW w:w="166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28A97C9" w14:textId="77777777" w:rsidR="00F11383" w:rsidRDefault="00C064AA">
            <w:pPr>
              <w:spacing w:after="40"/>
            </w:pPr>
            <w:r>
              <w:rPr>
                <w:sz w:val="24"/>
              </w:rPr>
              <w:t>……………………</w:t>
            </w:r>
          </w:p>
        </w:tc>
      </w:tr>
      <w:tr w:rsidR="00F11383" w14:paraId="7E841534" w14:textId="77777777" w:rsidTr="0025278F">
        <w:trPr>
          <w:cantSplit/>
          <w:jc w:val="center"/>
        </w:trPr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ED7EACA" w14:textId="77777777" w:rsidR="00F11383" w:rsidRDefault="00C064AA">
            <w:pPr>
              <w:spacing w:after="40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Lỗi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huấn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luyện</w:t>
            </w:r>
            <w:proofErr w:type="spellEnd"/>
          </w:p>
        </w:tc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C572DCF" w14:textId="77777777" w:rsidR="00F11383" w:rsidRDefault="00C064AA">
            <w:pPr>
              <w:spacing w:after="40"/>
            </w:pPr>
            <w:r>
              <w:rPr>
                <w:sz w:val="24"/>
              </w:rPr>
              <w:t>……………………</w:t>
            </w:r>
          </w:p>
        </w:tc>
        <w:tc>
          <w:tcPr>
            <w:tcW w:w="166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78543BA" w14:textId="77777777" w:rsidR="00F11383" w:rsidRDefault="00C064AA">
            <w:pPr>
              <w:spacing w:after="40"/>
            </w:pPr>
            <w:r>
              <w:rPr>
                <w:sz w:val="24"/>
              </w:rPr>
              <w:t>……………………</w:t>
            </w:r>
          </w:p>
        </w:tc>
      </w:tr>
      <w:tr w:rsidR="00F11383" w14:paraId="2B229ED2" w14:textId="77777777" w:rsidTr="0025278F">
        <w:trPr>
          <w:cantSplit/>
          <w:jc w:val="center"/>
        </w:trPr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C2E558B" w14:textId="77777777" w:rsidR="00F11383" w:rsidRDefault="00C064AA">
            <w:pPr>
              <w:spacing w:after="40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Lỗi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thuật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toán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quy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tắc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lí</w:t>
            </w:r>
            <w:proofErr w:type="spellEnd"/>
          </w:p>
        </w:tc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8946D79" w14:textId="77777777" w:rsidR="00F11383" w:rsidRDefault="00C064AA">
            <w:pPr>
              <w:spacing w:after="40"/>
            </w:pPr>
            <w:r>
              <w:rPr>
                <w:sz w:val="24"/>
              </w:rPr>
              <w:t>……………………</w:t>
            </w:r>
          </w:p>
        </w:tc>
        <w:tc>
          <w:tcPr>
            <w:tcW w:w="166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138625F" w14:textId="77777777" w:rsidR="00F11383" w:rsidRDefault="00C064AA">
            <w:pPr>
              <w:spacing w:after="40"/>
            </w:pPr>
            <w:r>
              <w:rPr>
                <w:sz w:val="24"/>
              </w:rPr>
              <w:t>……………………</w:t>
            </w:r>
          </w:p>
        </w:tc>
      </w:tr>
    </w:tbl>
    <w:p w14:paraId="6A339CA1" w14:textId="77777777" w:rsidR="00F11383" w:rsidRDefault="00F11383"/>
    <w:p w14:paraId="590CAB1F" w14:textId="77777777" w:rsidR="00F11383" w:rsidRDefault="00C064AA">
      <w:proofErr w:type="spellStart"/>
      <w:r>
        <w:rPr>
          <w:b/>
        </w:rPr>
        <w:t>Câu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hỏi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mở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rộng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cải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AI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trên</w:t>
      </w:r>
      <w:proofErr w:type="spellEnd"/>
      <w:r>
        <w:t>?</w:t>
      </w:r>
    </w:p>
    <w:p w14:paraId="560DADE9" w14:textId="77777777" w:rsidR="00F11383" w:rsidRDefault="00C064AA">
      <w:pPr>
        <w:keepNext/>
        <w:spacing w:before="200"/>
        <w:jc w:val="left"/>
      </w:pPr>
      <w:r>
        <w:rPr>
          <w:b/>
          <w:sz w:val="28"/>
        </w:rPr>
        <w:t xml:space="preserve">PL10.4.3. </w:t>
      </w:r>
      <w:proofErr w:type="spellStart"/>
      <w:r>
        <w:rPr>
          <w:b/>
          <w:sz w:val="28"/>
        </w:rPr>
        <w:t>Tư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liệu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của</w:t>
      </w:r>
      <w:proofErr w:type="spellEnd"/>
      <w:r>
        <w:rPr>
          <w:b/>
          <w:sz w:val="28"/>
        </w:rPr>
        <w:t xml:space="preserve"> GV: </w:t>
      </w:r>
      <w:proofErr w:type="spellStart"/>
      <w:r>
        <w:rPr>
          <w:b/>
          <w:sz w:val="28"/>
        </w:rPr>
        <w:t>Tình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huống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mở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đầu</w:t>
      </w:r>
      <w:proofErr w:type="spellEnd"/>
      <w:r>
        <w:rPr>
          <w:b/>
          <w:sz w:val="28"/>
        </w:rPr>
        <w:t xml:space="preserve">, </w:t>
      </w:r>
      <w:proofErr w:type="spellStart"/>
      <w:r>
        <w:rPr>
          <w:b/>
          <w:sz w:val="28"/>
        </w:rPr>
        <w:t>thẻ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mô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phỏng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dự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phòng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và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dẫn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chứng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thực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tế</w:t>
      </w:r>
      <w:proofErr w:type="spellEnd"/>
    </w:p>
    <w:p w14:paraId="65D5A1D4" w14:textId="77777777" w:rsidR="00F11383" w:rsidRDefault="00C064AA">
      <w:proofErr w:type="spellStart"/>
      <w:r>
        <w:rPr>
          <w:b/>
        </w:rPr>
        <w:t>Cách</w:t>
      </w:r>
      <w:proofErr w:type="spellEnd"/>
      <w:r>
        <w:rPr>
          <w:b/>
        </w:rPr>
        <w:t xml:space="preserve"> in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dùng</w:t>
      </w:r>
      <w:proofErr w:type="spellEnd"/>
      <w:r>
        <w:rPr>
          <w:b/>
        </w:rPr>
        <w:t>:</w:t>
      </w:r>
      <w:r>
        <w:t xml:space="preserve"> 1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dành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GV (</w:t>
      </w:r>
      <w:proofErr w:type="spellStart"/>
      <w:r>
        <w:t>khoảng</w:t>
      </w:r>
      <w:proofErr w:type="spellEnd"/>
      <w:r>
        <w:t xml:space="preserve"> 1–2 </w:t>
      </w:r>
      <w:proofErr w:type="spellStart"/>
      <w:r>
        <w:t>trang</w:t>
      </w:r>
      <w:proofErr w:type="spellEnd"/>
      <w:r>
        <w:t xml:space="preserve"> A4).</w:t>
      </w:r>
    </w:p>
    <w:p w14:paraId="4FAE2838" w14:textId="77777777" w:rsidR="00F11383" w:rsidRDefault="00C064AA">
      <w:pPr>
        <w:keepNext/>
        <w:spacing w:before="160" w:after="60"/>
        <w:jc w:val="left"/>
      </w:pPr>
      <w:r>
        <w:rPr>
          <w:b/>
        </w:rPr>
        <w:t xml:space="preserve">1. </w:t>
      </w:r>
      <w:proofErr w:type="spellStart"/>
      <w:r>
        <w:rPr>
          <w:b/>
        </w:rPr>
        <w:t>Kịch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bản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huống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Mở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đầu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Dùng</w:t>
      </w:r>
      <w:proofErr w:type="spellEnd"/>
      <w:r>
        <w:rPr>
          <w:b/>
        </w:rPr>
        <w:t xml:space="preserve"> ở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1 – 5 </w:t>
      </w:r>
      <w:proofErr w:type="spellStart"/>
      <w:r>
        <w:rPr>
          <w:b/>
        </w:rPr>
        <w:t>phút</w:t>
      </w:r>
      <w:proofErr w:type="spellEnd"/>
      <w:r>
        <w:rPr>
          <w:b/>
        </w:rPr>
        <w:t>)</w:t>
      </w:r>
    </w:p>
    <w:p w14:paraId="6749BCE4" w14:textId="77777777" w:rsidR="00F11383" w:rsidRDefault="00C064AA">
      <w:r>
        <w:t xml:space="preserve">GV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chiếu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đọc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huống</w:t>
      </w:r>
      <w:proofErr w:type="spellEnd"/>
      <w:r>
        <w:t xml:space="preserve"> </w:t>
      </w:r>
      <w:proofErr w:type="spellStart"/>
      <w:r>
        <w:t>sau</w:t>
      </w:r>
      <w:proofErr w:type="spellEnd"/>
      <w:r>
        <w:t>:</w:t>
      </w:r>
    </w:p>
    <w:p w14:paraId="12E05AC9" w14:textId="77777777" w:rsidR="00F11383" w:rsidRDefault="00C064AA">
      <w:r>
        <w:t xml:space="preserve">"Minh </w:t>
      </w:r>
      <w:proofErr w:type="spellStart"/>
      <w:r>
        <w:t>chẳng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10, </w:t>
      </w:r>
      <w:proofErr w:type="spellStart"/>
      <w:r>
        <w:t>đang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buổi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. Minh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 chi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buổi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suôn</w:t>
      </w:r>
      <w:proofErr w:type="spellEnd"/>
      <w:r>
        <w:t xml:space="preserve"> </w:t>
      </w:r>
      <w:proofErr w:type="spellStart"/>
      <w:r>
        <w:t>sẻ</w:t>
      </w:r>
      <w:proofErr w:type="spellEnd"/>
      <w:r>
        <w:t xml:space="preserve">. Minh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thử</w:t>
      </w:r>
      <w:proofErr w:type="spellEnd"/>
      <w:r>
        <w:t xml:space="preserve"> 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lệnh</w:t>
      </w:r>
      <w:proofErr w:type="spellEnd"/>
      <w:r>
        <w:t xml:space="preserve"> </w:t>
      </w:r>
      <w:proofErr w:type="spellStart"/>
      <w:r>
        <w:t>nhờ</w:t>
      </w:r>
      <w:proofErr w:type="spellEnd"/>
      <w:r>
        <w:t xml:space="preserve"> AI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mong</w:t>
      </w:r>
      <w:proofErr w:type="spellEnd"/>
      <w:r>
        <w:t xml:space="preserve"> </w:t>
      </w:r>
      <w:proofErr w:type="spellStart"/>
      <w:r>
        <w:t>đợi</w:t>
      </w:r>
      <w:proofErr w:type="spellEnd"/>
      <w:r>
        <w:t xml:space="preserve">. Minh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thử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lệnh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ràng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,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, </w:t>
      </w:r>
      <w:proofErr w:type="spellStart"/>
      <w:r>
        <w:t>bối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,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,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giới</w:t>
      </w:r>
      <w:proofErr w:type="spellEnd"/>
      <w:r>
        <w:t xml:space="preserve"> </w:t>
      </w:r>
      <w:proofErr w:type="spellStart"/>
      <w:r>
        <w:t>hạn</w:t>
      </w:r>
      <w:proofErr w:type="spellEnd"/>
      <w:r>
        <w:t>."</w:t>
      </w:r>
    </w:p>
    <w:p w14:paraId="44079056" w14:textId="77777777" w:rsidR="00F11383" w:rsidRDefault="00C064AA">
      <w:r>
        <w:rPr>
          <w:b/>
        </w:rPr>
        <w:t xml:space="preserve">Phương </w:t>
      </w:r>
      <w:proofErr w:type="spellStart"/>
      <w:r>
        <w:rPr>
          <w:b/>
        </w:rPr>
        <w:t>án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ngón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tay</w:t>
      </w:r>
      <w:proofErr w:type="spellEnd"/>
      <w:r>
        <w:rPr>
          <w:b/>
        </w:rPr>
        <w:t>:</w:t>
      </w:r>
    </w:p>
    <w:p w14:paraId="7138F95F" w14:textId="77777777" w:rsidR="00F11383" w:rsidRDefault="00C064AA">
      <w:pPr>
        <w:pStyle w:val="ListBullet"/>
      </w:pPr>
      <w:r>
        <w:t xml:space="preserve">Phương </w:t>
      </w:r>
      <w:proofErr w:type="spellStart"/>
      <w:r>
        <w:t>án</w:t>
      </w:r>
      <w:proofErr w:type="spellEnd"/>
      <w:r>
        <w:t xml:space="preserve"> 1: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lệnh</w:t>
      </w:r>
      <w:proofErr w:type="spellEnd"/>
      <w:r>
        <w:t xml:space="preserve"> A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thi</w:t>
      </w:r>
      <w:proofErr w:type="spellEnd"/>
      <w:r>
        <w:t>.</w:t>
      </w:r>
    </w:p>
    <w:p w14:paraId="31C3B251" w14:textId="77777777" w:rsidR="00F11383" w:rsidRDefault="00C064AA">
      <w:pPr>
        <w:pStyle w:val="ListBullet"/>
      </w:pPr>
      <w:r>
        <w:t xml:space="preserve">Phương </w:t>
      </w:r>
      <w:proofErr w:type="spellStart"/>
      <w:r>
        <w:t>án</w:t>
      </w:r>
      <w:proofErr w:type="spellEnd"/>
      <w:r>
        <w:t xml:space="preserve"> 2: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lệnh</w:t>
      </w:r>
      <w:proofErr w:type="spellEnd"/>
      <w:r>
        <w:t xml:space="preserve"> B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thi</w:t>
      </w:r>
      <w:proofErr w:type="spellEnd"/>
      <w:r>
        <w:t>.</w:t>
      </w:r>
    </w:p>
    <w:p w14:paraId="3B9C8A31" w14:textId="77777777" w:rsidR="00F11383" w:rsidRDefault="00C064AA">
      <w:pPr>
        <w:pStyle w:val="ListBullet"/>
      </w:pPr>
      <w:r>
        <w:t xml:space="preserve">Phương </w:t>
      </w:r>
      <w:proofErr w:type="spellStart"/>
      <w:r>
        <w:t>án</w:t>
      </w:r>
      <w:proofErr w:type="spellEnd"/>
      <w:r>
        <w:t xml:space="preserve"> 3: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lệnh</w:t>
      </w:r>
      <w:proofErr w:type="spellEnd"/>
      <w:r>
        <w:t xml:space="preserve"> </w:t>
      </w:r>
      <w:proofErr w:type="spellStart"/>
      <w:r>
        <w:t>đều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thi</w:t>
      </w:r>
      <w:proofErr w:type="spellEnd"/>
      <w:r>
        <w:t>.</w:t>
      </w:r>
    </w:p>
    <w:p w14:paraId="7F6E5F8D" w14:textId="77777777" w:rsidR="00F11383" w:rsidRDefault="00C064AA">
      <w:proofErr w:type="spellStart"/>
      <w:r>
        <w:t>Câu</w:t>
      </w:r>
      <w:proofErr w:type="spellEnd"/>
      <w:r>
        <w:t xml:space="preserve"> </w:t>
      </w:r>
      <w:proofErr w:type="spellStart"/>
      <w:r>
        <w:t>hỏi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ngỏ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GV: "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lệnh</w:t>
      </w:r>
      <w:proofErr w:type="spellEnd"/>
      <w:r>
        <w:t xml:space="preserve"> B </w:t>
      </w:r>
      <w:proofErr w:type="spellStart"/>
      <w:r>
        <w:t>giúp</w:t>
      </w:r>
      <w:proofErr w:type="spellEnd"/>
      <w:r>
        <w:t xml:space="preserve"> AI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hơn</w:t>
      </w:r>
      <w:proofErr w:type="spellEnd"/>
      <w:r>
        <w:t>?"</w:t>
      </w:r>
    </w:p>
    <w:p w14:paraId="485497B0" w14:textId="77777777" w:rsidR="00F11383" w:rsidRDefault="00C064AA">
      <w:pPr>
        <w:keepNext/>
        <w:spacing w:before="160" w:after="60"/>
        <w:jc w:val="left"/>
      </w:pPr>
      <w:r>
        <w:rPr>
          <w:b/>
        </w:rPr>
        <w:t xml:space="preserve">2. </w:t>
      </w:r>
      <w:proofErr w:type="spellStart"/>
      <w:r>
        <w:rPr>
          <w:b/>
        </w:rPr>
        <w:t>Bảng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thẻ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mô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phỏng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dự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phòng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Đầu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vào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Xử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lí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Đầu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Dùng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2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3)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2498"/>
        <w:gridCol w:w="2497"/>
        <w:gridCol w:w="2497"/>
        <w:gridCol w:w="2497"/>
      </w:tblGrid>
      <w:tr w:rsidR="00F11383" w14:paraId="5E46A330" w14:textId="77777777" w:rsidTr="0025278F">
        <w:trPr>
          <w:cantSplit/>
          <w:tblHeader/>
          <w:jc w:val="center"/>
        </w:trPr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04C1154" w14:textId="77777777" w:rsidR="00F11383" w:rsidRDefault="00C064A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Tình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huống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Yêu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cầu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đầu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vào</w:t>
            </w:r>
            <w:proofErr w:type="spellEnd"/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141ADEA" w14:textId="77777777" w:rsidR="00F11383" w:rsidRDefault="00C064A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Dữ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liệu</w:t>
            </w:r>
            <w:proofErr w:type="spellEnd"/>
            <w:r>
              <w:rPr>
                <w:b/>
                <w:sz w:val="24"/>
              </w:rPr>
              <w:t xml:space="preserve"> &amp; </w:t>
            </w:r>
            <w:proofErr w:type="spellStart"/>
            <w:r>
              <w:rPr>
                <w:b/>
                <w:sz w:val="24"/>
              </w:rPr>
              <w:t>quy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tắc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hệ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thống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dùng</w:t>
            </w:r>
            <w:proofErr w:type="spellEnd"/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FB9C126" w14:textId="77777777" w:rsidR="00F11383" w:rsidRDefault="00C064A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Đầu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ra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của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hệ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thống</w:t>
            </w:r>
            <w:proofErr w:type="spellEnd"/>
            <w:r>
              <w:rPr>
                <w:b/>
                <w:sz w:val="24"/>
              </w:rPr>
              <w:t xml:space="preserve"> AI</w:t>
            </w:r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433B229" w14:textId="77777777" w:rsidR="00F11383" w:rsidRDefault="00C064A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Điểm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cần</w:t>
            </w:r>
            <w:proofErr w:type="spellEnd"/>
            <w:r>
              <w:rPr>
                <w:b/>
                <w:sz w:val="24"/>
              </w:rPr>
              <w:t xml:space="preserve"> con </w:t>
            </w:r>
            <w:proofErr w:type="spellStart"/>
            <w:r>
              <w:rPr>
                <w:b/>
                <w:sz w:val="24"/>
              </w:rPr>
              <w:t>người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kiểm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tra</w:t>
            </w:r>
            <w:proofErr w:type="spellEnd"/>
          </w:p>
        </w:tc>
      </w:tr>
      <w:tr w:rsidR="00F11383" w14:paraId="06E8E3FB" w14:textId="77777777" w:rsidTr="0025278F">
        <w:trPr>
          <w:cantSplit/>
          <w:jc w:val="center"/>
        </w:trPr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6EF4F8A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Lên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kế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lớp</w:t>
            </w:r>
            <w:proofErr w:type="spellEnd"/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5CB3893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Câu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lệnh</w:t>
            </w:r>
            <w:proofErr w:type="spellEnd"/>
            <w:r>
              <w:rPr>
                <w:sz w:val="24"/>
              </w:rPr>
              <w:t>: "</w:t>
            </w:r>
            <w:proofErr w:type="spellStart"/>
            <w:r>
              <w:rPr>
                <w:sz w:val="24"/>
              </w:rPr>
              <w:t>Lên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kế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lớp</w:t>
            </w:r>
            <w:proofErr w:type="spellEnd"/>
            <w:r>
              <w:rPr>
                <w:sz w:val="24"/>
              </w:rPr>
              <w:t>."</w:t>
            </w:r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0463844" w14:textId="77777777" w:rsidR="00F11383" w:rsidRDefault="00C064AA">
            <w:pPr>
              <w:spacing w:after="40"/>
            </w:pPr>
            <w:r>
              <w:rPr>
                <w:sz w:val="24"/>
              </w:rPr>
              <w:t>"</w:t>
            </w:r>
            <w:proofErr w:type="spellStart"/>
            <w:r>
              <w:rPr>
                <w:sz w:val="24"/>
              </w:rPr>
              <w:t>Buổi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lớp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sẽ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nhiều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động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thú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vị</w:t>
            </w:r>
            <w:proofErr w:type="spellEnd"/>
            <w:r>
              <w:rPr>
                <w:sz w:val="24"/>
              </w:rPr>
              <w:t>."</w:t>
            </w:r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0E972E1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tính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kế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hoạch</w:t>
            </w:r>
            <w:proofErr w:type="spellEnd"/>
          </w:p>
        </w:tc>
      </w:tr>
      <w:tr w:rsidR="00F11383" w14:paraId="5891397E" w14:textId="77777777" w:rsidTr="0025278F">
        <w:trPr>
          <w:cantSplit/>
          <w:jc w:val="center"/>
        </w:trPr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F7EB72D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Viết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báo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môi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trường</w:t>
            </w:r>
            <w:proofErr w:type="spellEnd"/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B460C85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Câu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lệnh</w:t>
            </w:r>
            <w:proofErr w:type="spellEnd"/>
            <w:r>
              <w:rPr>
                <w:sz w:val="24"/>
              </w:rPr>
              <w:t>: "</w:t>
            </w:r>
            <w:proofErr w:type="spellStart"/>
            <w:r>
              <w:rPr>
                <w:sz w:val="24"/>
              </w:rPr>
              <w:t>Viết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một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báo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môi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trường</w:t>
            </w:r>
            <w:proofErr w:type="spellEnd"/>
            <w:r>
              <w:rPr>
                <w:sz w:val="24"/>
              </w:rPr>
              <w:t>."</w:t>
            </w:r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95B159F" w14:textId="77777777" w:rsidR="00F11383" w:rsidRDefault="00C064AA">
            <w:pPr>
              <w:spacing w:after="40"/>
            </w:pPr>
            <w:r>
              <w:rPr>
                <w:sz w:val="24"/>
              </w:rPr>
              <w:t xml:space="preserve">"Báo </w:t>
            </w:r>
            <w:proofErr w:type="spellStart"/>
            <w:r>
              <w:rPr>
                <w:sz w:val="24"/>
              </w:rPr>
              <w:t>cáo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môi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trường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vấn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hiện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tại</w:t>
            </w:r>
            <w:proofErr w:type="spellEnd"/>
            <w:r>
              <w:rPr>
                <w:sz w:val="24"/>
              </w:rPr>
              <w:t>."</w:t>
            </w:r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6593D4A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độ</w:t>
            </w:r>
            <w:proofErr w:type="spellEnd"/>
            <w:r>
              <w:rPr>
                <w:sz w:val="24"/>
              </w:rPr>
              <w:t xml:space="preserve"> chi </w:t>
            </w:r>
            <w:proofErr w:type="spellStart"/>
            <w:r>
              <w:rPr>
                <w:sz w:val="24"/>
              </w:rPr>
              <w:t>tiết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tính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chính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thông</w:t>
            </w:r>
            <w:proofErr w:type="spellEnd"/>
            <w:r>
              <w:rPr>
                <w:sz w:val="24"/>
              </w:rPr>
              <w:t xml:space="preserve"> tin</w:t>
            </w:r>
          </w:p>
        </w:tc>
      </w:tr>
      <w:tr w:rsidR="00F11383" w14:paraId="4F5528D8" w14:textId="77777777" w:rsidTr="0025278F">
        <w:trPr>
          <w:cantSplit/>
          <w:jc w:val="center"/>
        </w:trPr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657691E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Tổ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chức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hội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thảo</w:t>
            </w:r>
            <w:proofErr w:type="spellEnd"/>
            <w:r>
              <w:rPr>
                <w:sz w:val="24"/>
              </w:rPr>
              <w:t xml:space="preserve"> khoa </w:t>
            </w:r>
            <w:proofErr w:type="spellStart"/>
            <w:r>
              <w:rPr>
                <w:sz w:val="24"/>
              </w:rPr>
              <w:t>học</w:t>
            </w:r>
            <w:proofErr w:type="spellEnd"/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26895A3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Câu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lệnh</w:t>
            </w:r>
            <w:proofErr w:type="spellEnd"/>
            <w:r>
              <w:rPr>
                <w:sz w:val="24"/>
              </w:rPr>
              <w:t>: "</w:t>
            </w:r>
            <w:proofErr w:type="spellStart"/>
            <w:r>
              <w:rPr>
                <w:sz w:val="24"/>
              </w:rPr>
              <w:t>Tổ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chức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hội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thảo</w:t>
            </w:r>
            <w:proofErr w:type="spellEnd"/>
            <w:r>
              <w:rPr>
                <w:sz w:val="24"/>
              </w:rPr>
              <w:t xml:space="preserve"> khoa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lớp</w:t>
            </w:r>
            <w:proofErr w:type="spellEnd"/>
            <w:r>
              <w:rPr>
                <w:sz w:val="24"/>
              </w:rPr>
              <w:t xml:space="preserve"> 10A, </w:t>
            </w:r>
            <w:proofErr w:type="spellStart"/>
            <w:r>
              <w:rPr>
                <w:sz w:val="24"/>
              </w:rPr>
              <w:t>thời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lượng</w:t>
            </w:r>
            <w:proofErr w:type="spellEnd"/>
            <w:r>
              <w:rPr>
                <w:sz w:val="24"/>
              </w:rPr>
              <w:t xml:space="preserve"> 2 </w:t>
            </w:r>
            <w:proofErr w:type="spellStart"/>
            <w:r>
              <w:rPr>
                <w:sz w:val="24"/>
              </w:rPr>
              <w:t>giờ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định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dạng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bảng</w:t>
            </w:r>
            <w:proofErr w:type="spellEnd"/>
            <w:r>
              <w:rPr>
                <w:sz w:val="24"/>
              </w:rPr>
              <w:t>."</w:t>
            </w:r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1418414" w14:textId="77777777" w:rsidR="00F11383" w:rsidRDefault="00C064AA">
            <w:pPr>
              <w:spacing w:after="40"/>
            </w:pPr>
            <w:r>
              <w:rPr>
                <w:sz w:val="24"/>
              </w:rPr>
              <w:t>"</w:t>
            </w:r>
            <w:proofErr w:type="spellStart"/>
            <w:r>
              <w:rPr>
                <w:sz w:val="24"/>
              </w:rPr>
              <w:t>Hội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thảo</w:t>
            </w:r>
            <w:proofErr w:type="spellEnd"/>
            <w:r>
              <w:rPr>
                <w:sz w:val="24"/>
              </w:rPr>
              <w:t xml:space="preserve"> khoa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: 1. </w:t>
            </w:r>
            <w:proofErr w:type="spellStart"/>
            <w:r>
              <w:rPr>
                <w:sz w:val="24"/>
              </w:rPr>
              <w:t>Giới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thiệu</w:t>
            </w:r>
            <w:proofErr w:type="spellEnd"/>
            <w:r>
              <w:rPr>
                <w:sz w:val="24"/>
              </w:rPr>
              <w:t xml:space="preserve"> (10 </w:t>
            </w:r>
            <w:proofErr w:type="spellStart"/>
            <w:r>
              <w:rPr>
                <w:sz w:val="24"/>
              </w:rPr>
              <w:t>phút</w:t>
            </w:r>
            <w:proofErr w:type="spellEnd"/>
            <w:r>
              <w:rPr>
                <w:sz w:val="24"/>
              </w:rPr>
              <w:t xml:space="preserve">); 2. </w:t>
            </w:r>
            <w:proofErr w:type="spellStart"/>
            <w:r>
              <w:rPr>
                <w:sz w:val="24"/>
              </w:rPr>
              <w:t>Thuyết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trình</w:t>
            </w:r>
            <w:proofErr w:type="spellEnd"/>
            <w:r>
              <w:rPr>
                <w:sz w:val="24"/>
              </w:rPr>
              <w:t xml:space="preserve"> (60 </w:t>
            </w:r>
            <w:proofErr w:type="spellStart"/>
            <w:r>
              <w:rPr>
                <w:sz w:val="24"/>
              </w:rPr>
              <w:t>phút</w:t>
            </w:r>
            <w:proofErr w:type="spellEnd"/>
            <w:r>
              <w:rPr>
                <w:sz w:val="24"/>
              </w:rPr>
              <w:t xml:space="preserve">); 3. Thảo </w:t>
            </w:r>
            <w:proofErr w:type="spellStart"/>
            <w:r>
              <w:rPr>
                <w:sz w:val="24"/>
              </w:rPr>
              <w:t>luận</w:t>
            </w:r>
            <w:proofErr w:type="spellEnd"/>
            <w:r>
              <w:rPr>
                <w:sz w:val="24"/>
              </w:rPr>
              <w:t xml:space="preserve"> (40 </w:t>
            </w:r>
            <w:proofErr w:type="spellStart"/>
            <w:r>
              <w:rPr>
                <w:sz w:val="24"/>
              </w:rPr>
              <w:t>phút</w:t>
            </w:r>
            <w:proofErr w:type="spellEnd"/>
            <w:r>
              <w:rPr>
                <w:sz w:val="24"/>
              </w:rPr>
              <w:t xml:space="preserve">); 4. </w:t>
            </w:r>
            <w:proofErr w:type="spellStart"/>
            <w:r>
              <w:rPr>
                <w:sz w:val="24"/>
              </w:rPr>
              <w:t>Kết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thúc</w:t>
            </w:r>
            <w:proofErr w:type="spellEnd"/>
            <w:r>
              <w:rPr>
                <w:sz w:val="24"/>
              </w:rPr>
              <w:t xml:space="preserve"> (10 </w:t>
            </w:r>
            <w:proofErr w:type="spellStart"/>
            <w:r>
              <w:rPr>
                <w:sz w:val="24"/>
              </w:rPr>
              <w:t>phút</w:t>
            </w:r>
            <w:proofErr w:type="spellEnd"/>
            <w:r>
              <w:rPr>
                <w:sz w:val="24"/>
              </w:rPr>
              <w:t>)."</w:t>
            </w:r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974C277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tính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hợp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với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thực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tế</w:t>
            </w:r>
            <w:proofErr w:type="spellEnd"/>
          </w:p>
        </w:tc>
      </w:tr>
    </w:tbl>
    <w:p w14:paraId="110CC99A" w14:textId="77777777" w:rsidR="00F11383" w:rsidRDefault="00F11383"/>
    <w:p w14:paraId="329ED856" w14:textId="77777777" w:rsidR="00F11383" w:rsidRDefault="00C064AA">
      <w:pPr>
        <w:keepNext/>
        <w:spacing w:before="160" w:after="60"/>
        <w:jc w:val="left"/>
      </w:pPr>
      <w:r>
        <w:rPr>
          <w:b/>
        </w:rPr>
        <w:t xml:space="preserve">3. </w:t>
      </w:r>
      <w:proofErr w:type="spellStart"/>
      <w:r>
        <w:rPr>
          <w:b/>
        </w:rPr>
        <w:t>Dẫn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chứng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thực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tế</w:t>
      </w:r>
      <w:proofErr w:type="spellEnd"/>
      <w:r>
        <w:rPr>
          <w:b/>
        </w:rPr>
        <w:t xml:space="preserve"> an </w:t>
      </w:r>
      <w:proofErr w:type="spellStart"/>
      <w:r>
        <w:rPr>
          <w:b/>
        </w:rPr>
        <w:t>toàn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gợi</w:t>
      </w:r>
      <w:proofErr w:type="spellEnd"/>
      <w:r>
        <w:rPr>
          <w:b/>
        </w:rPr>
        <w:t xml:space="preserve"> ý </w:t>
      </w:r>
      <w:proofErr w:type="spellStart"/>
      <w:r>
        <w:rPr>
          <w:b/>
        </w:rPr>
        <w:t>điều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chỉnh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vùng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miền</w:t>
      </w:r>
      <w:proofErr w:type="spellEnd"/>
    </w:p>
    <w:p w14:paraId="12DE2859" w14:textId="77777777" w:rsidR="00F11383" w:rsidRDefault="00C064AA">
      <w:proofErr w:type="spellStart"/>
      <w:r>
        <w:t>Dẫn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: "Trong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buổi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, Minh </w:t>
      </w:r>
      <w:proofErr w:type="spellStart"/>
      <w:r>
        <w:t>chẳng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AI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lên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 chi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. </w:t>
      </w:r>
      <w:proofErr w:type="spellStart"/>
      <w:r>
        <w:t>Nhờ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lệnh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ràng</w:t>
      </w:r>
      <w:proofErr w:type="spellEnd"/>
      <w:r>
        <w:t xml:space="preserve">, AI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đưa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,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buổi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suôn</w:t>
      </w:r>
      <w:proofErr w:type="spellEnd"/>
      <w:r>
        <w:t xml:space="preserve"> </w:t>
      </w:r>
      <w:proofErr w:type="spellStart"/>
      <w:r>
        <w:t>sẻ</w:t>
      </w:r>
      <w:proofErr w:type="spellEnd"/>
      <w:r>
        <w:t>."</w:t>
      </w:r>
    </w:p>
    <w:p w14:paraId="6FBE8E49" w14:textId="77777777" w:rsidR="00F11383" w:rsidRDefault="00C064AA">
      <w:proofErr w:type="spellStart"/>
      <w:r>
        <w:t>Gợi</w:t>
      </w:r>
      <w:proofErr w:type="spellEnd"/>
      <w:r>
        <w:t xml:space="preserve"> ý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chỉnh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vùng</w:t>
      </w:r>
      <w:proofErr w:type="spellEnd"/>
      <w:r>
        <w:t xml:space="preserve"> </w:t>
      </w:r>
      <w:proofErr w:type="spellStart"/>
      <w:r>
        <w:t>miền</w:t>
      </w:r>
      <w:proofErr w:type="spellEnd"/>
      <w:r>
        <w:t>:</w:t>
      </w:r>
    </w:p>
    <w:p w14:paraId="7C6569F2" w14:textId="77777777" w:rsidR="00F11383" w:rsidRDefault="00C064AA">
      <w:pPr>
        <w:pStyle w:val="ListBullet"/>
      </w:pPr>
      <w:r>
        <w:t xml:space="preserve">Ở </w:t>
      </w:r>
      <w:proofErr w:type="spellStart"/>
      <w:r>
        <w:t>vùng</w:t>
      </w:r>
      <w:proofErr w:type="spellEnd"/>
      <w:r>
        <w:t xml:space="preserve"> </w:t>
      </w:r>
      <w:proofErr w:type="spellStart"/>
      <w:r>
        <w:t>nông</w:t>
      </w:r>
      <w:proofErr w:type="spellEnd"/>
      <w:r>
        <w:t xml:space="preserve"> </w:t>
      </w:r>
      <w:proofErr w:type="spellStart"/>
      <w:r>
        <w:t>thôn</w:t>
      </w:r>
      <w:proofErr w:type="spellEnd"/>
      <w:r>
        <w:t>/</w:t>
      </w:r>
      <w:proofErr w:type="spellStart"/>
      <w:r>
        <w:t>miền</w:t>
      </w:r>
      <w:proofErr w:type="spellEnd"/>
      <w:r>
        <w:t xml:space="preserve"> </w:t>
      </w:r>
      <w:proofErr w:type="spellStart"/>
      <w:r>
        <w:t>núi</w:t>
      </w:r>
      <w:proofErr w:type="spellEnd"/>
      <w:r>
        <w:t xml:space="preserve">: GV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thế</w:t>
      </w:r>
      <w:proofErr w:type="spellEnd"/>
      <w:r>
        <w:t xml:space="preserve"> </w:t>
      </w:r>
      <w:proofErr w:type="spellStart"/>
      <w:r>
        <w:t>ví</w:t>
      </w:r>
      <w:proofErr w:type="spellEnd"/>
      <w:r>
        <w:t xml:space="preserve"> </w:t>
      </w:r>
      <w:proofErr w:type="spellStart"/>
      <w:r>
        <w:t>dụ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buổi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thảo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nông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bền</w:t>
      </w:r>
      <w:proofErr w:type="spellEnd"/>
      <w:r>
        <w:t xml:space="preserve"> </w:t>
      </w:r>
      <w:proofErr w:type="spellStart"/>
      <w:r>
        <w:t>vững</w:t>
      </w:r>
      <w:proofErr w:type="spellEnd"/>
      <w:r>
        <w:t xml:space="preserve">,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thảo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kĩ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canh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mới</w:t>
      </w:r>
      <w:proofErr w:type="spellEnd"/>
      <w:r>
        <w:t>.</w:t>
      </w:r>
    </w:p>
    <w:p w14:paraId="599E6A9D" w14:textId="77777777" w:rsidR="00F11383" w:rsidRDefault="00C064AA">
      <w:pPr>
        <w:pStyle w:val="ListBullet"/>
      </w:pPr>
      <w:r>
        <w:t xml:space="preserve">Ở </w:t>
      </w:r>
      <w:proofErr w:type="spellStart"/>
      <w:r>
        <w:t>đô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: GV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thế</w:t>
      </w:r>
      <w:proofErr w:type="spellEnd"/>
      <w:r>
        <w:t xml:space="preserve"> </w:t>
      </w:r>
      <w:proofErr w:type="spellStart"/>
      <w:r>
        <w:t>ví</w:t>
      </w:r>
      <w:proofErr w:type="spellEnd"/>
      <w:r>
        <w:t xml:space="preserve"> </w:t>
      </w:r>
      <w:proofErr w:type="spellStart"/>
      <w:r>
        <w:t>dụ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buổi</w:t>
      </w:r>
      <w:proofErr w:type="spellEnd"/>
      <w:r>
        <w:t xml:space="preserve"> </w:t>
      </w:r>
      <w:proofErr w:type="spellStart"/>
      <w:r>
        <w:t>tọa</w:t>
      </w:r>
      <w:proofErr w:type="spellEnd"/>
      <w:r>
        <w:t xml:space="preserve"> </w:t>
      </w:r>
      <w:proofErr w:type="spellStart"/>
      <w:r>
        <w:t>đàm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</w:t>
      </w:r>
      <w:proofErr w:type="spellStart"/>
      <w:r>
        <w:t>xanh</w:t>
      </w:r>
      <w:proofErr w:type="spellEnd"/>
      <w:r>
        <w:t xml:space="preserve">,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bày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đô</w:t>
      </w:r>
      <w:proofErr w:type="spellEnd"/>
      <w:r>
        <w:t xml:space="preserve"> </w:t>
      </w:r>
      <w:proofErr w:type="spellStart"/>
      <w:r>
        <w:t>thị</w:t>
      </w:r>
      <w:proofErr w:type="spellEnd"/>
      <w:r>
        <w:t>.</w:t>
      </w:r>
    </w:p>
    <w:p w14:paraId="2D6CF30F" w14:textId="77777777" w:rsidR="00F11383" w:rsidRDefault="00C064AA">
      <w:r>
        <w:br w:type="page"/>
      </w:r>
    </w:p>
    <w:p w14:paraId="47B5611D" w14:textId="77777777" w:rsidR="00F11383" w:rsidRDefault="00C064AA">
      <w:pPr>
        <w:keepNext/>
        <w:spacing w:before="200"/>
        <w:jc w:val="left"/>
      </w:pPr>
      <w:r>
        <w:rPr>
          <w:b/>
          <w:sz w:val="28"/>
        </w:rPr>
        <w:t xml:space="preserve">PL10.4.4. </w:t>
      </w:r>
      <w:proofErr w:type="spellStart"/>
      <w:r>
        <w:rPr>
          <w:b/>
          <w:sz w:val="28"/>
        </w:rPr>
        <w:t>Đáp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án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tham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khảo</w:t>
      </w:r>
      <w:proofErr w:type="spellEnd"/>
      <w:r>
        <w:rPr>
          <w:b/>
          <w:sz w:val="28"/>
        </w:rPr>
        <w:t xml:space="preserve">, </w:t>
      </w:r>
      <w:proofErr w:type="spellStart"/>
      <w:r>
        <w:rPr>
          <w:b/>
          <w:sz w:val="28"/>
        </w:rPr>
        <w:t>gợi</w:t>
      </w:r>
      <w:proofErr w:type="spellEnd"/>
      <w:r>
        <w:rPr>
          <w:b/>
          <w:sz w:val="28"/>
        </w:rPr>
        <w:t xml:space="preserve"> ý </w:t>
      </w:r>
      <w:proofErr w:type="spellStart"/>
      <w:r>
        <w:rPr>
          <w:b/>
          <w:sz w:val="28"/>
        </w:rPr>
        <w:t>hỗ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trợ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và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mô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tả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mức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đánh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giá</w:t>
      </w:r>
      <w:proofErr w:type="spellEnd"/>
      <w:r>
        <w:rPr>
          <w:b/>
          <w:sz w:val="28"/>
        </w:rPr>
        <w:t xml:space="preserve"> (</w:t>
      </w:r>
      <w:proofErr w:type="spellStart"/>
      <w:r>
        <w:rPr>
          <w:b/>
          <w:sz w:val="28"/>
        </w:rPr>
        <w:t>Dành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cho</w:t>
      </w:r>
      <w:proofErr w:type="spellEnd"/>
      <w:r>
        <w:rPr>
          <w:b/>
          <w:sz w:val="28"/>
        </w:rPr>
        <w:t xml:space="preserve"> GV)</w:t>
      </w:r>
    </w:p>
    <w:p w14:paraId="145B6723" w14:textId="77777777" w:rsidR="00F11383" w:rsidRDefault="00C064AA">
      <w:r>
        <w:rPr>
          <w:i/>
        </w:rPr>
        <w:t xml:space="preserve">(Lưu ý </w:t>
      </w:r>
      <w:proofErr w:type="spellStart"/>
      <w:r>
        <w:rPr>
          <w:i/>
        </w:rPr>
        <w:t>chung</w:t>
      </w:r>
      <w:proofErr w:type="spellEnd"/>
      <w:r>
        <w:rPr>
          <w:i/>
        </w:rPr>
        <w:t xml:space="preserve">: Các </w:t>
      </w:r>
      <w:proofErr w:type="spellStart"/>
      <w:r>
        <w:rPr>
          <w:i/>
        </w:rPr>
        <w:t>đáp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án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dưới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đây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là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mức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tham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khảo</w:t>
      </w:r>
      <w:proofErr w:type="spellEnd"/>
      <w:r>
        <w:rPr>
          <w:i/>
        </w:rPr>
        <w:t xml:space="preserve">; GV </w:t>
      </w:r>
      <w:proofErr w:type="spellStart"/>
      <w:r>
        <w:rPr>
          <w:i/>
        </w:rPr>
        <w:t>chấp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nhận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cách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diễn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đạt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hoặc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phương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án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khác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của</w:t>
      </w:r>
      <w:proofErr w:type="spellEnd"/>
      <w:r>
        <w:rPr>
          <w:i/>
        </w:rPr>
        <w:t xml:space="preserve"> HS </w:t>
      </w:r>
      <w:proofErr w:type="spellStart"/>
      <w:r>
        <w:rPr>
          <w:i/>
        </w:rPr>
        <w:t>nếu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lập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luận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có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căn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cứ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hợp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lí</w:t>
      </w:r>
      <w:proofErr w:type="spellEnd"/>
      <w:r>
        <w:rPr>
          <w:i/>
        </w:rPr>
        <w:t>).</w:t>
      </w:r>
    </w:p>
    <w:p w14:paraId="119055C7" w14:textId="77777777" w:rsidR="00F11383" w:rsidRDefault="00C064AA">
      <w:pPr>
        <w:keepNext/>
        <w:spacing w:before="160" w:after="60"/>
        <w:jc w:val="left"/>
      </w:pPr>
      <w:r>
        <w:rPr>
          <w:b/>
        </w:rPr>
        <w:t xml:space="preserve">1. </w:t>
      </w:r>
      <w:proofErr w:type="spellStart"/>
      <w:r>
        <w:rPr>
          <w:b/>
        </w:rPr>
        <w:t>Giải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đáp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câu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hỏi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Mở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đầu</w:t>
      </w:r>
      <w:proofErr w:type="spellEnd"/>
      <w:r>
        <w:rPr>
          <w:b/>
        </w:rPr>
        <w:t xml:space="preserve"> (HĐ 1)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Đáp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án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2 (</w:t>
      </w:r>
      <w:proofErr w:type="spellStart"/>
      <w:r>
        <w:rPr>
          <w:b/>
        </w:rPr>
        <w:t>Phiếu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tập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nhóm</w:t>
      </w:r>
      <w:proofErr w:type="spellEnd"/>
      <w:r>
        <w:rPr>
          <w:b/>
        </w:rPr>
        <w:t xml:space="preserve"> 10.4.2)</w:t>
      </w:r>
    </w:p>
    <w:p w14:paraId="69375F46" w14:textId="77777777" w:rsidR="00F11383" w:rsidRDefault="00C064AA">
      <w:proofErr w:type="spellStart"/>
      <w:r>
        <w:rPr>
          <w:b/>
        </w:rPr>
        <w:t>Giải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đáp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câu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hỏi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Mở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đầu</w:t>
      </w:r>
      <w:proofErr w:type="spellEnd"/>
      <w:r>
        <w:rPr>
          <w:b/>
        </w:rPr>
        <w:t>:</w:t>
      </w:r>
    </w:p>
    <w:p w14:paraId="0C4EF22D" w14:textId="77777777" w:rsidR="00F11383" w:rsidRDefault="00C064AA">
      <w:pPr>
        <w:pStyle w:val="ListBullet"/>
      </w:pP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lệnh</w:t>
      </w:r>
      <w:proofErr w:type="spellEnd"/>
      <w:r>
        <w:t xml:space="preserve"> B </w:t>
      </w:r>
      <w:proofErr w:type="spellStart"/>
      <w:r>
        <w:t>giúp</w:t>
      </w:r>
      <w:proofErr w:type="spellEnd"/>
      <w:r>
        <w:t xml:space="preserve"> AI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ràng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chi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nêu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trò</w:t>
      </w:r>
      <w:proofErr w:type="spellEnd"/>
      <w:r>
        <w:t xml:space="preserve">,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, </w:t>
      </w:r>
      <w:proofErr w:type="spellStart"/>
      <w:r>
        <w:t>quy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bảng</w:t>
      </w:r>
      <w:proofErr w:type="spellEnd"/>
      <w:r>
        <w:t>.</w:t>
      </w:r>
    </w:p>
    <w:p w14:paraId="4BAD517C" w14:textId="77777777" w:rsidR="00F11383" w:rsidRDefault="00C064AA">
      <w:proofErr w:type="spellStart"/>
      <w:r>
        <w:rPr>
          <w:b/>
        </w:rPr>
        <w:t>Đáp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án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2: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285"/>
        <w:gridCol w:w="8704"/>
      </w:tblGrid>
      <w:tr w:rsidR="00F11383" w14:paraId="0C12A2BE" w14:textId="77777777" w:rsidTr="002D46B0">
        <w:trPr>
          <w:cantSplit/>
          <w:tblHeader/>
          <w:jc w:val="center"/>
        </w:trPr>
        <w:tc>
          <w:tcPr>
            <w:tcW w:w="64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31BD12C" w14:textId="77777777" w:rsidR="00F11383" w:rsidRDefault="00C064A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Thẻ</w:t>
            </w:r>
            <w:proofErr w:type="spellEnd"/>
          </w:p>
        </w:tc>
        <w:tc>
          <w:tcPr>
            <w:tcW w:w="435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D3457A1" w14:textId="77777777" w:rsidR="00F11383" w:rsidRDefault="00C064A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Phân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tích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thành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phần</w:t>
            </w:r>
            <w:proofErr w:type="spellEnd"/>
          </w:p>
        </w:tc>
      </w:tr>
      <w:tr w:rsidR="00F11383" w14:paraId="17EABEEA" w14:textId="77777777" w:rsidTr="002D46B0">
        <w:trPr>
          <w:cantSplit/>
          <w:jc w:val="center"/>
        </w:trPr>
        <w:tc>
          <w:tcPr>
            <w:tcW w:w="64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1FA1230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1</w:t>
            </w:r>
          </w:p>
        </w:tc>
        <w:tc>
          <w:tcPr>
            <w:tcW w:w="435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1989A00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Mục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tiêu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Lên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kế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lớp</w:t>
            </w:r>
            <w:proofErr w:type="spellEnd"/>
          </w:p>
          <w:p w14:paraId="4658AE51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Bối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cảnh</w:t>
            </w:r>
            <w:proofErr w:type="spellEnd"/>
            <w:r>
              <w:rPr>
                <w:sz w:val="24"/>
              </w:rPr>
              <w:t xml:space="preserve"> &amp; </w:t>
            </w:r>
            <w:proofErr w:type="spellStart"/>
            <w:r>
              <w:rPr>
                <w:sz w:val="24"/>
              </w:rPr>
              <w:t>Đối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tượng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</w:p>
          <w:p w14:paraId="53243BBB" w14:textId="77777777" w:rsidR="00F11383" w:rsidRDefault="00C064AA">
            <w:pPr>
              <w:spacing w:after="40"/>
            </w:pPr>
            <w:r>
              <w:rPr>
                <w:sz w:val="24"/>
              </w:rPr>
              <w:t xml:space="preserve">Vai </w:t>
            </w:r>
            <w:proofErr w:type="spellStart"/>
            <w:r>
              <w:rPr>
                <w:sz w:val="24"/>
              </w:rPr>
              <w:t>trò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</w:p>
          <w:p w14:paraId="30145AC3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Ràng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buộc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định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dạng</w:t>
            </w:r>
            <w:proofErr w:type="spellEnd"/>
            <w:r>
              <w:rPr>
                <w:sz w:val="24"/>
              </w:rPr>
              <w:t xml:space="preserve"> &amp; </w:t>
            </w:r>
            <w:proofErr w:type="gramStart"/>
            <w:r>
              <w:rPr>
                <w:sz w:val="24"/>
              </w:rPr>
              <w:t>an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toàn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</w:p>
        </w:tc>
      </w:tr>
      <w:tr w:rsidR="00F11383" w14:paraId="7CE0E362" w14:textId="77777777" w:rsidTr="002D46B0">
        <w:trPr>
          <w:cantSplit/>
          <w:jc w:val="center"/>
        </w:trPr>
        <w:tc>
          <w:tcPr>
            <w:tcW w:w="64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3AAC2D8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2</w:t>
            </w:r>
          </w:p>
        </w:tc>
        <w:tc>
          <w:tcPr>
            <w:tcW w:w="435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90195E8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thể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thi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F11383" w14:paraId="1533AF8D" w14:textId="77777777" w:rsidTr="002D46B0">
        <w:trPr>
          <w:cantSplit/>
          <w:jc w:val="center"/>
        </w:trPr>
        <w:tc>
          <w:tcPr>
            <w:tcW w:w="64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A801B57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3</w:t>
            </w:r>
          </w:p>
        </w:tc>
        <w:tc>
          <w:tcPr>
            <w:tcW w:w="435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FA5B271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Mục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tiêu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Lên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kế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lớp</w:t>
            </w:r>
            <w:proofErr w:type="spellEnd"/>
          </w:p>
          <w:p w14:paraId="12BB9117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Bối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cảnh</w:t>
            </w:r>
            <w:proofErr w:type="spellEnd"/>
            <w:r>
              <w:rPr>
                <w:sz w:val="24"/>
              </w:rPr>
              <w:t xml:space="preserve"> &amp; </w:t>
            </w:r>
            <w:proofErr w:type="spellStart"/>
            <w:r>
              <w:rPr>
                <w:sz w:val="24"/>
              </w:rPr>
              <w:t>Đối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tượng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Lớp</w:t>
            </w:r>
            <w:proofErr w:type="spellEnd"/>
            <w:r>
              <w:rPr>
                <w:sz w:val="24"/>
              </w:rPr>
              <w:t xml:space="preserve"> 10A</w:t>
            </w:r>
          </w:p>
          <w:p w14:paraId="40B9D288" w14:textId="77777777" w:rsidR="00F11383" w:rsidRDefault="00C064AA">
            <w:pPr>
              <w:spacing w:after="40"/>
            </w:pPr>
            <w:r>
              <w:rPr>
                <w:sz w:val="24"/>
              </w:rPr>
              <w:t xml:space="preserve">Vai </w:t>
            </w:r>
            <w:proofErr w:type="spellStart"/>
            <w:r>
              <w:rPr>
                <w:sz w:val="24"/>
              </w:rPr>
              <w:t>trò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Trưởng</w:t>
            </w:r>
            <w:proofErr w:type="spellEnd"/>
            <w:r>
              <w:rPr>
                <w:sz w:val="24"/>
              </w:rPr>
              <w:t xml:space="preserve"> ban </w:t>
            </w:r>
            <w:proofErr w:type="spellStart"/>
            <w:r>
              <w:rPr>
                <w:sz w:val="24"/>
              </w:rPr>
              <w:t>tổ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chức</w:t>
            </w:r>
            <w:proofErr w:type="spellEnd"/>
          </w:p>
          <w:p w14:paraId="33CE8792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Ràng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buộc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định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dạng</w:t>
            </w:r>
            <w:proofErr w:type="spellEnd"/>
            <w:r>
              <w:rPr>
                <w:sz w:val="24"/>
              </w:rPr>
              <w:t xml:space="preserve"> &amp; </w:t>
            </w:r>
            <w:proofErr w:type="gramStart"/>
            <w:r>
              <w:rPr>
                <w:sz w:val="24"/>
              </w:rPr>
              <w:t>an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toàn</w:t>
            </w:r>
            <w:proofErr w:type="spellEnd"/>
            <w:r>
              <w:rPr>
                <w:sz w:val="24"/>
              </w:rPr>
              <w:t xml:space="preserve">: Định </w:t>
            </w:r>
            <w:proofErr w:type="spellStart"/>
            <w:r>
              <w:rPr>
                <w:sz w:val="24"/>
              </w:rPr>
              <w:t>dạng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bảng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thời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lượng</w:t>
            </w:r>
            <w:proofErr w:type="spellEnd"/>
            <w:r>
              <w:rPr>
                <w:sz w:val="24"/>
              </w:rPr>
              <w:t xml:space="preserve"> 45 </w:t>
            </w:r>
            <w:proofErr w:type="spellStart"/>
            <w:r>
              <w:rPr>
                <w:sz w:val="24"/>
              </w:rPr>
              <w:t>phút</w:t>
            </w:r>
            <w:proofErr w:type="spellEnd"/>
          </w:p>
        </w:tc>
      </w:tr>
      <w:tr w:rsidR="00F11383" w14:paraId="006584A6" w14:textId="77777777" w:rsidTr="002D46B0">
        <w:trPr>
          <w:cantSplit/>
          <w:jc w:val="center"/>
        </w:trPr>
        <w:tc>
          <w:tcPr>
            <w:tcW w:w="64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AE280F2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4</w:t>
            </w:r>
          </w:p>
        </w:tc>
        <w:tc>
          <w:tcPr>
            <w:tcW w:w="435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E79C41D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thể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khả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thi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F11383" w14:paraId="7EC36CF3" w14:textId="77777777" w:rsidTr="002D46B0">
        <w:trPr>
          <w:cantSplit/>
          <w:jc w:val="center"/>
        </w:trPr>
        <w:tc>
          <w:tcPr>
            <w:tcW w:w="64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19E8E4C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5</w:t>
            </w:r>
          </w:p>
        </w:tc>
        <w:tc>
          <w:tcPr>
            <w:tcW w:w="435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AC5EA14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Mục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tiêu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Viết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báo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môi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trường</w:t>
            </w:r>
            <w:proofErr w:type="spellEnd"/>
          </w:p>
          <w:p w14:paraId="25B1DBC8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Bối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cảnh</w:t>
            </w:r>
            <w:proofErr w:type="spellEnd"/>
            <w:r>
              <w:rPr>
                <w:sz w:val="24"/>
              </w:rPr>
              <w:t xml:space="preserve"> &amp; </w:t>
            </w:r>
            <w:proofErr w:type="spellStart"/>
            <w:r>
              <w:rPr>
                <w:sz w:val="24"/>
              </w:rPr>
              <w:t>Đối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tượng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</w:p>
          <w:p w14:paraId="33494B51" w14:textId="77777777" w:rsidR="00F11383" w:rsidRDefault="00C064AA">
            <w:pPr>
              <w:spacing w:after="40"/>
            </w:pPr>
            <w:r>
              <w:rPr>
                <w:sz w:val="24"/>
              </w:rPr>
              <w:t xml:space="preserve">Vai </w:t>
            </w:r>
            <w:proofErr w:type="spellStart"/>
            <w:r>
              <w:rPr>
                <w:sz w:val="24"/>
              </w:rPr>
              <w:t>trò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</w:p>
          <w:p w14:paraId="1DDB3D17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Ràng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buộc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định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dạng</w:t>
            </w:r>
            <w:proofErr w:type="spellEnd"/>
            <w:r>
              <w:rPr>
                <w:sz w:val="24"/>
              </w:rPr>
              <w:t xml:space="preserve"> &amp; </w:t>
            </w:r>
            <w:proofErr w:type="gramStart"/>
            <w:r>
              <w:rPr>
                <w:sz w:val="24"/>
              </w:rPr>
              <w:t>an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toàn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</w:p>
        </w:tc>
      </w:tr>
      <w:tr w:rsidR="00F11383" w14:paraId="08F91F47" w14:textId="77777777" w:rsidTr="002D46B0">
        <w:trPr>
          <w:cantSplit/>
          <w:jc w:val="center"/>
        </w:trPr>
        <w:tc>
          <w:tcPr>
            <w:tcW w:w="64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A379F10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6</w:t>
            </w:r>
          </w:p>
        </w:tc>
        <w:tc>
          <w:tcPr>
            <w:tcW w:w="435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2DDFB29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thể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thi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F11383" w14:paraId="4B119E0E" w14:textId="77777777" w:rsidTr="002D46B0">
        <w:trPr>
          <w:cantSplit/>
          <w:jc w:val="center"/>
        </w:trPr>
        <w:tc>
          <w:tcPr>
            <w:tcW w:w="64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8318FED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7</w:t>
            </w:r>
          </w:p>
        </w:tc>
        <w:tc>
          <w:tcPr>
            <w:tcW w:w="435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06B6C97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Mục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tiêu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Viết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báo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môi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trường</w:t>
            </w:r>
            <w:proofErr w:type="spellEnd"/>
          </w:p>
          <w:p w14:paraId="34318924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Bối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cảnh</w:t>
            </w:r>
            <w:proofErr w:type="spellEnd"/>
            <w:r>
              <w:rPr>
                <w:sz w:val="24"/>
              </w:rPr>
              <w:t xml:space="preserve"> &amp; </w:t>
            </w:r>
            <w:proofErr w:type="spellStart"/>
            <w:r>
              <w:rPr>
                <w:sz w:val="24"/>
              </w:rPr>
              <w:t>Đối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tượng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Hội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thảo</w:t>
            </w:r>
            <w:proofErr w:type="spellEnd"/>
            <w:r>
              <w:rPr>
                <w:sz w:val="24"/>
              </w:rPr>
              <w:t xml:space="preserve"> khoa </w:t>
            </w:r>
            <w:proofErr w:type="spellStart"/>
            <w:r>
              <w:rPr>
                <w:sz w:val="24"/>
              </w:rPr>
              <w:t>học</w:t>
            </w:r>
            <w:proofErr w:type="spellEnd"/>
          </w:p>
          <w:p w14:paraId="6B66EAF7" w14:textId="77777777" w:rsidR="00F11383" w:rsidRDefault="00C064AA">
            <w:pPr>
              <w:spacing w:after="40"/>
            </w:pPr>
            <w:r>
              <w:rPr>
                <w:sz w:val="24"/>
              </w:rPr>
              <w:t xml:space="preserve">Vai </w:t>
            </w:r>
            <w:proofErr w:type="spellStart"/>
            <w:r>
              <w:rPr>
                <w:sz w:val="24"/>
              </w:rPr>
              <w:t>trò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Người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viết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báo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cáo</w:t>
            </w:r>
            <w:proofErr w:type="spellEnd"/>
          </w:p>
          <w:p w14:paraId="6650F69C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Ràng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buộc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định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dạng</w:t>
            </w:r>
            <w:proofErr w:type="spellEnd"/>
            <w:r>
              <w:rPr>
                <w:sz w:val="24"/>
              </w:rPr>
              <w:t xml:space="preserve"> &amp; </w:t>
            </w:r>
            <w:proofErr w:type="gramStart"/>
            <w:r>
              <w:rPr>
                <w:sz w:val="24"/>
              </w:rPr>
              <w:t>an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toàn</w:t>
            </w:r>
            <w:proofErr w:type="spellEnd"/>
            <w:r>
              <w:rPr>
                <w:sz w:val="24"/>
              </w:rPr>
              <w:t xml:space="preserve">: Dài 1000 </w:t>
            </w:r>
            <w:proofErr w:type="spellStart"/>
            <w:r>
              <w:rPr>
                <w:sz w:val="24"/>
              </w:rPr>
              <w:t>từ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định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dạng</w:t>
            </w:r>
            <w:proofErr w:type="spellEnd"/>
            <w:r>
              <w:rPr>
                <w:sz w:val="24"/>
              </w:rPr>
              <w:t xml:space="preserve"> PDF</w:t>
            </w:r>
          </w:p>
        </w:tc>
      </w:tr>
    </w:tbl>
    <w:p w14:paraId="7DE961B0" w14:textId="77777777" w:rsidR="00F11383" w:rsidRDefault="00F11383"/>
    <w:p w14:paraId="7D559EA3" w14:textId="77777777" w:rsidR="00F11383" w:rsidRDefault="00C064AA">
      <w:proofErr w:type="spellStart"/>
      <w:r>
        <w:rPr>
          <w:b/>
        </w:rPr>
        <w:t>Gợi</w:t>
      </w:r>
      <w:proofErr w:type="spellEnd"/>
      <w:r>
        <w:rPr>
          <w:b/>
        </w:rPr>
        <w:t xml:space="preserve"> ý </w:t>
      </w:r>
      <w:proofErr w:type="spellStart"/>
      <w:r>
        <w:rPr>
          <w:b/>
        </w:rPr>
        <w:t>hỗ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trợ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nhóm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gặp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khăn</w:t>
      </w:r>
      <w:proofErr w:type="spellEnd"/>
      <w:r>
        <w:rPr>
          <w:b/>
        </w:rPr>
        <w:t>:</w:t>
      </w:r>
    </w:p>
    <w:p w14:paraId="58B3BD3D" w14:textId="77777777" w:rsidR="00F11383" w:rsidRDefault="00C064AA">
      <w:pPr>
        <w:pStyle w:val="ListBullet"/>
      </w:pPr>
      <w:proofErr w:type="spellStart"/>
      <w:r>
        <w:t>Hỏi</w:t>
      </w:r>
      <w:proofErr w:type="spellEnd"/>
      <w:r>
        <w:t xml:space="preserve">: "Các </w:t>
      </w:r>
      <w:proofErr w:type="spellStart"/>
      <w:r>
        <w:t>em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thiếu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lệnh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so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mong</w:t>
      </w:r>
      <w:proofErr w:type="spellEnd"/>
      <w:r>
        <w:t xml:space="preserve"> </w:t>
      </w:r>
      <w:proofErr w:type="spellStart"/>
      <w:r>
        <w:t>muốn</w:t>
      </w:r>
      <w:proofErr w:type="spellEnd"/>
      <w:r>
        <w:t>?"</w:t>
      </w:r>
    </w:p>
    <w:p w14:paraId="026FA7E7" w14:textId="77777777" w:rsidR="00F11383" w:rsidRDefault="00C064AA">
      <w:pPr>
        <w:pStyle w:val="ListBullet"/>
      </w:pPr>
      <w:proofErr w:type="spellStart"/>
      <w:r>
        <w:t>Hỏi</w:t>
      </w:r>
      <w:proofErr w:type="spellEnd"/>
      <w:r>
        <w:t>: "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bổ</w:t>
      </w:r>
      <w:proofErr w:type="spellEnd"/>
      <w:r>
        <w:t xml:space="preserve"> sung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bối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,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trò</w:t>
      </w:r>
      <w:proofErr w:type="spellEnd"/>
      <w:r>
        <w:t xml:space="preserve">,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,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không</w:t>
      </w:r>
      <w:proofErr w:type="spellEnd"/>
      <w:r>
        <w:t>?"</w:t>
      </w:r>
    </w:p>
    <w:p w14:paraId="1088FB20" w14:textId="77777777" w:rsidR="00F11383" w:rsidRDefault="00C064AA">
      <w:pPr>
        <w:keepNext/>
        <w:spacing w:before="160" w:after="60"/>
        <w:jc w:val="left"/>
      </w:pPr>
      <w:r>
        <w:rPr>
          <w:b/>
        </w:rPr>
        <w:t xml:space="preserve">2. </w:t>
      </w:r>
      <w:proofErr w:type="spellStart"/>
      <w:r>
        <w:rPr>
          <w:b/>
        </w:rPr>
        <w:t>Đáp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án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tham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khảo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3 (</w:t>
      </w:r>
      <w:proofErr w:type="spellStart"/>
      <w:r>
        <w:rPr>
          <w:b/>
        </w:rPr>
        <w:t>Phần</w:t>
      </w:r>
      <w:proofErr w:type="spellEnd"/>
      <w:r>
        <w:rPr>
          <w:b/>
        </w:rPr>
        <w:t xml:space="preserve"> C – </w:t>
      </w:r>
      <w:proofErr w:type="spellStart"/>
      <w:r>
        <w:rPr>
          <w:b/>
        </w:rPr>
        <w:t>Thử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thách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luyện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tập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nhóm</w:t>
      </w:r>
      <w:proofErr w:type="spellEnd"/>
      <w:r>
        <w:rPr>
          <w:b/>
        </w:rPr>
        <w:t xml:space="preserve"> &amp; </w:t>
      </w:r>
      <w:proofErr w:type="spellStart"/>
      <w:r>
        <w:rPr>
          <w:b/>
        </w:rPr>
        <w:t>câu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hỏi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mở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rộng</w:t>
      </w:r>
      <w:proofErr w:type="spellEnd"/>
      <w:r>
        <w:rPr>
          <w:b/>
        </w:rPr>
        <w:t>)</w:t>
      </w:r>
    </w:p>
    <w:p w14:paraId="7216A290" w14:textId="77777777" w:rsidR="00F11383" w:rsidRDefault="00C064AA">
      <w:r>
        <w:rPr>
          <w:b/>
        </w:rPr>
        <w:t xml:space="preserve">Ca </w:t>
      </w:r>
      <w:proofErr w:type="spellStart"/>
      <w:r>
        <w:rPr>
          <w:b/>
        </w:rPr>
        <w:t>thực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hành</w:t>
      </w:r>
      <w:proofErr w:type="spellEnd"/>
      <w:r>
        <w:rPr>
          <w:b/>
        </w:rPr>
        <w:t xml:space="preserve"> 1:</w:t>
      </w:r>
    </w:p>
    <w:p w14:paraId="69675809" w14:textId="77777777" w:rsidR="00F11383" w:rsidRDefault="00C064AA">
      <w:pPr>
        <w:pStyle w:val="ListBullet"/>
      </w:pPr>
      <w:proofErr w:type="spellStart"/>
      <w:r>
        <w:t>Chẩn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lỗi</w:t>
      </w:r>
      <w:proofErr w:type="spellEnd"/>
      <w:r>
        <w:t xml:space="preserve">: </w:t>
      </w:r>
      <w:proofErr w:type="spellStart"/>
      <w:r>
        <w:t>Lỗi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</w:p>
    <w:p w14:paraId="3CA93680" w14:textId="77777777" w:rsidR="00F11383" w:rsidRDefault="00C064AA">
      <w:pPr>
        <w:pStyle w:val="ListBullet"/>
      </w:pPr>
      <w:proofErr w:type="spellStart"/>
      <w:r>
        <w:t>Bằng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: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lệnh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chung</w:t>
      </w:r>
      <w:proofErr w:type="spellEnd"/>
      <w:r>
        <w:t xml:space="preserve"> </w:t>
      </w:r>
      <w:proofErr w:type="spellStart"/>
      <w:r>
        <w:t>chung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trò</w:t>
      </w:r>
      <w:proofErr w:type="spellEnd"/>
      <w:r>
        <w:t xml:space="preserve">,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,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dạng</w:t>
      </w:r>
      <w:proofErr w:type="spellEnd"/>
      <w:r>
        <w:t>.</w:t>
      </w:r>
    </w:p>
    <w:p w14:paraId="429C8F30" w14:textId="77777777" w:rsidR="00F11383" w:rsidRDefault="00C064AA">
      <w:pPr>
        <w:pStyle w:val="ListBullet"/>
      </w:pPr>
      <w:proofErr w:type="spellStart"/>
      <w:r>
        <w:t>Cách</w:t>
      </w:r>
      <w:proofErr w:type="spellEnd"/>
      <w:r>
        <w:t xml:space="preserve"> </w:t>
      </w:r>
      <w:proofErr w:type="spellStart"/>
      <w:r>
        <w:t>khắc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: 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lệnh</w:t>
      </w:r>
      <w:proofErr w:type="spellEnd"/>
      <w:r>
        <w:t>: "</w:t>
      </w:r>
      <w:proofErr w:type="spellStart"/>
      <w:r>
        <w:t>Lên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trò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ban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,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45 </w:t>
      </w:r>
      <w:proofErr w:type="spellStart"/>
      <w:r>
        <w:t>phút</w:t>
      </w:r>
      <w:proofErr w:type="spellEnd"/>
      <w:r>
        <w:t xml:space="preserve">, </w:t>
      </w:r>
      <w:proofErr w:type="spellStart"/>
      <w:r>
        <w:t>cho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10A,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bảng</w:t>
      </w:r>
      <w:proofErr w:type="spellEnd"/>
      <w:r>
        <w:t>."</w:t>
      </w:r>
    </w:p>
    <w:p w14:paraId="0B2DF13E" w14:textId="77777777" w:rsidR="00F11383" w:rsidRDefault="00C064AA">
      <w:r>
        <w:rPr>
          <w:b/>
        </w:rPr>
        <w:t xml:space="preserve">Ca </w:t>
      </w:r>
      <w:proofErr w:type="spellStart"/>
      <w:r>
        <w:rPr>
          <w:b/>
        </w:rPr>
        <w:t>thực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hành</w:t>
      </w:r>
      <w:proofErr w:type="spellEnd"/>
      <w:r>
        <w:rPr>
          <w:b/>
        </w:rPr>
        <w:t xml:space="preserve"> 2:</w:t>
      </w:r>
    </w:p>
    <w:p w14:paraId="7C8C91F7" w14:textId="77777777" w:rsidR="00F11383" w:rsidRDefault="00C064AA">
      <w:pPr>
        <w:pStyle w:val="ListBullet"/>
      </w:pPr>
      <w:proofErr w:type="spellStart"/>
      <w:r>
        <w:t>Chẩn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lỗi</w:t>
      </w:r>
      <w:proofErr w:type="spellEnd"/>
      <w:r>
        <w:t xml:space="preserve">: </w:t>
      </w:r>
      <w:proofErr w:type="spellStart"/>
      <w:r>
        <w:t>Lỗi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</w:p>
    <w:p w14:paraId="37C8A4A5" w14:textId="77777777" w:rsidR="00F11383" w:rsidRDefault="00C064AA">
      <w:pPr>
        <w:pStyle w:val="ListBullet"/>
      </w:pPr>
      <w:proofErr w:type="spellStart"/>
      <w:r>
        <w:t>Bằng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: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lệnh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nêu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>.</w:t>
      </w:r>
    </w:p>
    <w:p w14:paraId="276127C8" w14:textId="77777777" w:rsidR="00F11383" w:rsidRDefault="00C064AA">
      <w:pPr>
        <w:pStyle w:val="ListBullet"/>
      </w:pPr>
      <w:proofErr w:type="spellStart"/>
      <w:r>
        <w:t>Cách</w:t>
      </w:r>
      <w:proofErr w:type="spellEnd"/>
      <w:r>
        <w:t xml:space="preserve"> </w:t>
      </w:r>
      <w:proofErr w:type="spellStart"/>
      <w:r>
        <w:t>khắc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: 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lệnh</w:t>
      </w:r>
      <w:proofErr w:type="spellEnd"/>
      <w:r>
        <w:t>: "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thảo</w:t>
      </w:r>
      <w:proofErr w:type="spellEnd"/>
      <w:r>
        <w:t xml:space="preserve"> khoa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dài</w:t>
      </w:r>
      <w:proofErr w:type="spellEnd"/>
      <w:r>
        <w:t xml:space="preserve"> 1000 </w:t>
      </w:r>
      <w:proofErr w:type="spellStart"/>
      <w:r>
        <w:t>từ</w:t>
      </w:r>
      <w:proofErr w:type="spellEnd"/>
      <w:r>
        <w:t xml:space="preserve">, </w:t>
      </w:r>
      <w:proofErr w:type="spellStart"/>
      <w:r>
        <w:t>nêu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,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PDF."</w:t>
      </w:r>
    </w:p>
    <w:p w14:paraId="553FF554" w14:textId="77777777" w:rsidR="00F11383" w:rsidRDefault="00C064AA">
      <w:proofErr w:type="spellStart"/>
      <w:r>
        <w:rPr>
          <w:b/>
        </w:rPr>
        <w:t>Câu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hỏi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mở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rộng</w:t>
      </w:r>
      <w:proofErr w:type="spellEnd"/>
      <w:r>
        <w:rPr>
          <w:b/>
        </w:rPr>
        <w:t>:</w:t>
      </w:r>
    </w:p>
    <w:p w14:paraId="11B370E9" w14:textId="77777777" w:rsidR="00F11383" w:rsidRDefault="00C064AA">
      <w:pPr>
        <w:pStyle w:val="ListBullet"/>
      </w:pPr>
      <w:proofErr w:type="spellStart"/>
      <w:r>
        <w:t>Nhóm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cải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AI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trên</w:t>
      </w:r>
      <w:proofErr w:type="spellEnd"/>
      <w:r>
        <w:t>?</w:t>
      </w:r>
    </w:p>
    <w:p w14:paraId="2BFF4282" w14:textId="77777777" w:rsidR="00F11383" w:rsidRDefault="00C064AA">
      <w:pPr>
        <w:pStyle w:val="ListBullet"/>
      </w:pPr>
      <w:proofErr w:type="spellStart"/>
      <w:r>
        <w:t>Đáp</w:t>
      </w:r>
      <w:proofErr w:type="spellEnd"/>
      <w:r>
        <w:t xml:space="preserve"> </w:t>
      </w:r>
      <w:proofErr w:type="spellStart"/>
      <w:r>
        <w:t>án</w:t>
      </w:r>
      <w:proofErr w:type="spellEnd"/>
      <w:r>
        <w:t xml:space="preserve">: </w:t>
      </w:r>
      <w:proofErr w:type="spellStart"/>
      <w:r>
        <w:t>Cải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bổ</w:t>
      </w:r>
      <w:proofErr w:type="spellEnd"/>
      <w:r>
        <w:t xml:space="preserve"> sung </w:t>
      </w:r>
      <w:proofErr w:type="spellStart"/>
      <w:r>
        <w:t>thông</w:t>
      </w:r>
      <w:proofErr w:type="spellEnd"/>
      <w:r>
        <w:t xml:space="preserve"> tin chi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bối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,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trò</w:t>
      </w:r>
      <w:proofErr w:type="spellEnd"/>
      <w:r>
        <w:t xml:space="preserve">,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mong</w:t>
      </w:r>
      <w:proofErr w:type="spellEnd"/>
      <w:r>
        <w:t xml:space="preserve"> </w:t>
      </w:r>
      <w:proofErr w:type="spellStart"/>
      <w:r>
        <w:t>muốn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lệnh</w:t>
      </w:r>
      <w:proofErr w:type="spellEnd"/>
      <w:r>
        <w:t>.</w:t>
      </w:r>
    </w:p>
    <w:p w14:paraId="7AA740FA" w14:textId="77777777" w:rsidR="00F11383" w:rsidRDefault="00C064AA">
      <w:pPr>
        <w:keepNext/>
        <w:spacing w:before="160" w:after="60"/>
        <w:jc w:val="left"/>
      </w:pPr>
      <w:r>
        <w:rPr>
          <w:b/>
        </w:rPr>
        <w:t xml:space="preserve">3. </w:t>
      </w:r>
      <w:proofErr w:type="spellStart"/>
      <w:r>
        <w:rPr>
          <w:b/>
        </w:rPr>
        <w:t>Sản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phẩm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bài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làm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mẫu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4 (</w:t>
      </w:r>
      <w:proofErr w:type="spellStart"/>
      <w:r>
        <w:rPr>
          <w:b/>
        </w:rPr>
        <w:t>Phiếu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tập</w:t>
      </w:r>
      <w:proofErr w:type="spellEnd"/>
      <w:r>
        <w:rPr>
          <w:b/>
        </w:rPr>
        <w:t xml:space="preserve"> 10.4.1)</w:t>
      </w:r>
    </w:p>
    <w:p w14:paraId="7D74A928" w14:textId="77777777" w:rsidR="00F11383" w:rsidRDefault="00C064AA">
      <w:proofErr w:type="spellStart"/>
      <w:r>
        <w:rPr>
          <w:b/>
        </w:rPr>
        <w:t>Bài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làm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mẫu</w:t>
      </w:r>
      <w:proofErr w:type="spellEnd"/>
      <w:r>
        <w:rPr>
          <w:b/>
        </w:rPr>
        <w:t>:</w:t>
      </w:r>
    </w:p>
    <w:p w14:paraId="7F8A6AEC" w14:textId="77777777" w:rsidR="00F11383" w:rsidRDefault="00C064AA">
      <w:pPr>
        <w:tabs>
          <w:tab w:val="left" w:pos="4535"/>
          <w:tab w:val="left" w:pos="7257"/>
        </w:tabs>
        <w:jc w:val="left"/>
      </w:pPr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: Nguyễn Văn </w:t>
      </w:r>
      <w:proofErr w:type="gramStart"/>
      <w:r>
        <w:t>A</w:t>
      </w:r>
      <w:proofErr w:type="gramEnd"/>
      <w:r>
        <w:tab/>
      </w:r>
      <w:proofErr w:type="spellStart"/>
      <w:r>
        <w:t>Lớp</w:t>
      </w:r>
      <w:proofErr w:type="spellEnd"/>
      <w:r>
        <w:t>: 10A</w:t>
      </w:r>
      <w:r>
        <w:tab/>
      </w:r>
      <w:proofErr w:type="spellStart"/>
      <w:r>
        <w:t>Nhóm</w:t>
      </w:r>
      <w:proofErr w:type="spellEnd"/>
      <w:r>
        <w:t>: 1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852"/>
        <w:gridCol w:w="8137"/>
      </w:tblGrid>
      <w:tr w:rsidR="00F11383" w14:paraId="20A76B93" w14:textId="77777777" w:rsidTr="00E15F14">
        <w:trPr>
          <w:cantSplit/>
          <w:tblHeader/>
          <w:jc w:val="center"/>
        </w:trPr>
        <w:tc>
          <w:tcPr>
            <w:tcW w:w="92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C34E8A0" w14:textId="77777777" w:rsidR="00F11383" w:rsidRDefault="00C064A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Mục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nhiệm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vụ</w:t>
            </w:r>
            <w:proofErr w:type="spellEnd"/>
          </w:p>
        </w:tc>
        <w:tc>
          <w:tcPr>
            <w:tcW w:w="407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4CD3CEF" w14:textId="77777777" w:rsidR="00F11383" w:rsidRDefault="00C064A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Phần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bài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làm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của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em</w:t>
            </w:r>
            <w:proofErr w:type="spellEnd"/>
          </w:p>
        </w:tc>
      </w:tr>
      <w:tr w:rsidR="00F11383" w14:paraId="62EAA823" w14:textId="77777777" w:rsidTr="00E15F14">
        <w:trPr>
          <w:cantSplit/>
          <w:jc w:val="center"/>
        </w:trPr>
        <w:tc>
          <w:tcPr>
            <w:tcW w:w="92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1D6BC92" w14:textId="77777777" w:rsidR="00F11383" w:rsidRDefault="00C064AA">
            <w:pPr>
              <w:spacing w:after="40"/>
            </w:pPr>
            <w:r>
              <w:rPr>
                <w:b/>
                <w:sz w:val="24"/>
              </w:rPr>
              <w:t xml:space="preserve">1. </w:t>
            </w:r>
            <w:proofErr w:type="spellStart"/>
            <w:r>
              <w:rPr>
                <w:b/>
                <w:sz w:val="24"/>
              </w:rPr>
              <w:t>Chọn</w:t>
            </w:r>
            <w:proofErr w:type="spellEnd"/>
            <w:r>
              <w:rPr>
                <w:b/>
                <w:sz w:val="24"/>
              </w:rPr>
              <w:t xml:space="preserve"> 1 </w:t>
            </w:r>
            <w:proofErr w:type="spellStart"/>
            <w:r>
              <w:rPr>
                <w:b/>
                <w:sz w:val="24"/>
              </w:rPr>
              <w:t>tình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huống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gần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gũi</w:t>
            </w:r>
            <w:proofErr w:type="spellEnd"/>
          </w:p>
        </w:tc>
        <w:tc>
          <w:tcPr>
            <w:tcW w:w="407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60D0288" w14:textId="77777777" w:rsidR="00F11383" w:rsidRDefault="00C064AA">
            <w:pPr>
              <w:spacing w:after="40"/>
            </w:pPr>
            <w:r>
              <w:rPr>
                <w:sz w:val="24"/>
              </w:rPr>
              <w:t xml:space="preserve">Em </w:t>
            </w:r>
            <w:proofErr w:type="spellStart"/>
            <w:r>
              <w:rPr>
                <w:sz w:val="24"/>
              </w:rPr>
              <w:t>đánh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dấu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chọn</w:t>
            </w:r>
            <w:proofErr w:type="spellEnd"/>
            <w:r>
              <w:rPr>
                <w:sz w:val="24"/>
              </w:rPr>
              <w:t xml:space="preserve"> 1 </w:t>
            </w:r>
            <w:proofErr w:type="spellStart"/>
            <w:r>
              <w:rPr>
                <w:sz w:val="24"/>
              </w:rPr>
              <w:t>gợi</w:t>
            </w:r>
            <w:proofErr w:type="spellEnd"/>
            <w:r>
              <w:rPr>
                <w:sz w:val="24"/>
              </w:rPr>
              <w:t xml:space="preserve"> ý </w:t>
            </w:r>
            <w:proofErr w:type="spellStart"/>
            <w:r>
              <w:rPr>
                <w:sz w:val="24"/>
              </w:rPr>
              <w:t>dưới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đây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hoặc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ghi</w:t>
            </w:r>
            <w:proofErr w:type="spellEnd"/>
            <w:r>
              <w:rPr>
                <w:sz w:val="24"/>
              </w:rPr>
              <w:t xml:space="preserve"> 1 </w:t>
            </w:r>
            <w:proofErr w:type="spellStart"/>
            <w:r>
              <w:rPr>
                <w:sz w:val="24"/>
              </w:rPr>
              <w:t>tình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huống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tương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tự</w:t>
            </w:r>
            <w:proofErr w:type="spellEnd"/>
            <w:r>
              <w:rPr>
                <w:sz w:val="24"/>
              </w:rPr>
              <w:t>):</w:t>
            </w:r>
          </w:p>
          <w:p w14:paraId="2C26FEEA" w14:textId="77777777" w:rsidR="00F11383" w:rsidRDefault="00C064AA">
            <w:pPr>
              <w:spacing w:after="40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Gợi</w:t>
            </w:r>
            <w:proofErr w:type="spellEnd"/>
            <w:r>
              <w:rPr>
                <w:sz w:val="24"/>
              </w:rPr>
              <w:t xml:space="preserve"> ý A: </w:t>
            </w:r>
            <w:proofErr w:type="spellStart"/>
            <w:r>
              <w:rPr>
                <w:sz w:val="24"/>
              </w:rPr>
              <w:t>Tổ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chức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một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buổi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lớp</w:t>
            </w:r>
            <w:proofErr w:type="spellEnd"/>
          </w:p>
          <w:p w14:paraId="6F0E12DF" w14:textId="77777777" w:rsidR="00F11383" w:rsidRDefault="00C064AA">
            <w:pPr>
              <w:spacing w:after="40"/>
            </w:pPr>
            <w:r>
              <w:rPr>
                <w:sz w:val="24"/>
              </w:rPr>
              <w:t xml:space="preserve">☑ </w:t>
            </w:r>
            <w:proofErr w:type="spellStart"/>
            <w:r>
              <w:rPr>
                <w:sz w:val="24"/>
              </w:rPr>
              <w:t>Gợi</w:t>
            </w:r>
            <w:proofErr w:type="spellEnd"/>
            <w:r>
              <w:rPr>
                <w:sz w:val="24"/>
              </w:rPr>
              <w:t xml:space="preserve"> ý B: </w:t>
            </w:r>
            <w:proofErr w:type="spellStart"/>
            <w:r>
              <w:rPr>
                <w:sz w:val="24"/>
              </w:rPr>
              <w:t>Lên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kế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một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chuyến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ngoại</w:t>
            </w:r>
            <w:proofErr w:type="spellEnd"/>
          </w:p>
          <w:p w14:paraId="09F6FA3D" w14:textId="77777777" w:rsidR="00F11383" w:rsidRDefault="00C064AA">
            <w:pPr>
              <w:spacing w:after="40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Gợi</w:t>
            </w:r>
            <w:proofErr w:type="spellEnd"/>
            <w:r>
              <w:rPr>
                <w:sz w:val="24"/>
              </w:rPr>
              <w:t xml:space="preserve"> ý C: </w:t>
            </w:r>
            <w:proofErr w:type="spellStart"/>
            <w:r>
              <w:rPr>
                <w:sz w:val="24"/>
              </w:rPr>
              <w:t>Viết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một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bài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báo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môi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trường</w:t>
            </w:r>
            <w:proofErr w:type="spellEnd"/>
            <w:r>
              <w:rPr>
                <w:sz w:val="24"/>
              </w:rPr>
              <w:t xml:space="preserve"> / </w:t>
            </w:r>
            <w:proofErr w:type="spellStart"/>
            <w:r>
              <w:rPr>
                <w:sz w:val="24"/>
              </w:rPr>
              <w:t>Tự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chọn</w:t>
            </w:r>
            <w:proofErr w:type="spellEnd"/>
            <w:r>
              <w:rPr>
                <w:sz w:val="24"/>
              </w:rPr>
              <w:t>: ……………………………</w:t>
            </w:r>
          </w:p>
        </w:tc>
      </w:tr>
      <w:tr w:rsidR="00F11383" w14:paraId="70CFE250" w14:textId="77777777" w:rsidTr="00E15F14">
        <w:trPr>
          <w:cantSplit/>
          <w:jc w:val="center"/>
        </w:trPr>
        <w:tc>
          <w:tcPr>
            <w:tcW w:w="92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F412679" w14:textId="77777777" w:rsidR="00F11383" w:rsidRDefault="00C064AA">
            <w:pPr>
              <w:spacing w:after="40"/>
            </w:pPr>
            <w:r>
              <w:rPr>
                <w:b/>
                <w:sz w:val="24"/>
              </w:rPr>
              <w:t xml:space="preserve">2. Các </w:t>
            </w:r>
            <w:proofErr w:type="spellStart"/>
            <w:r>
              <w:rPr>
                <w:b/>
                <w:sz w:val="24"/>
              </w:rPr>
              <w:t>thành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phần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của</w:t>
            </w:r>
            <w:proofErr w:type="spellEnd"/>
            <w:r>
              <w:rPr>
                <w:b/>
                <w:sz w:val="24"/>
              </w:rPr>
              <w:t xml:space="preserve"> prompt</w:t>
            </w:r>
          </w:p>
        </w:tc>
        <w:tc>
          <w:tcPr>
            <w:tcW w:w="407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16DCF0A" w14:textId="77777777" w:rsidR="00F11383" w:rsidRDefault="00C064AA">
            <w:pPr>
              <w:spacing w:after="40"/>
            </w:pPr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Mục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tiêu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Lên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kế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chuyến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ngoại</w:t>
            </w:r>
            <w:proofErr w:type="spellEnd"/>
          </w:p>
          <w:p w14:paraId="4CAC9FBA" w14:textId="77777777" w:rsidR="00F11383" w:rsidRDefault="00C064AA">
            <w:pPr>
              <w:spacing w:after="40"/>
            </w:pPr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Bối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cảnh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Lớp</w:t>
            </w:r>
            <w:proofErr w:type="spellEnd"/>
            <w:r>
              <w:rPr>
                <w:sz w:val="24"/>
              </w:rPr>
              <w:t xml:space="preserve"> 10A, </w:t>
            </w:r>
            <w:proofErr w:type="spellStart"/>
            <w:r>
              <w:rPr>
                <w:sz w:val="24"/>
              </w:rPr>
              <w:t>cuối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tuần</w:t>
            </w:r>
            <w:proofErr w:type="spellEnd"/>
          </w:p>
          <w:p w14:paraId="15788E65" w14:textId="77777777" w:rsidR="00F11383" w:rsidRDefault="00C064AA">
            <w:pPr>
              <w:spacing w:after="40"/>
            </w:pPr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Nhiệm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vụ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Tổ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chức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động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vui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chơi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ăn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uống</w:t>
            </w:r>
            <w:proofErr w:type="spellEnd"/>
          </w:p>
          <w:p w14:paraId="4CFB7AC7" w14:textId="77777777" w:rsidR="00F11383" w:rsidRDefault="00C064AA">
            <w:pPr>
              <w:spacing w:after="40"/>
            </w:pPr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Yêu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Kế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hoạch</w:t>
            </w:r>
            <w:proofErr w:type="spellEnd"/>
            <w:r>
              <w:rPr>
                <w:sz w:val="24"/>
              </w:rPr>
              <w:t xml:space="preserve"> chi </w:t>
            </w:r>
            <w:proofErr w:type="spellStart"/>
            <w:r>
              <w:rPr>
                <w:sz w:val="24"/>
              </w:rPr>
              <w:t>tiết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theo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giờ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định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dạng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bảng</w:t>
            </w:r>
            <w:proofErr w:type="spellEnd"/>
          </w:p>
          <w:p w14:paraId="66A20613" w14:textId="77777777" w:rsidR="00F11383" w:rsidRDefault="00C064AA">
            <w:pPr>
              <w:spacing w:after="40"/>
            </w:pPr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Giới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hạn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Thời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lượng</w:t>
            </w:r>
            <w:proofErr w:type="spellEnd"/>
            <w:r>
              <w:rPr>
                <w:sz w:val="24"/>
              </w:rPr>
              <w:t xml:space="preserve"> 1 </w:t>
            </w:r>
            <w:proofErr w:type="spellStart"/>
            <w:r>
              <w:rPr>
                <w:sz w:val="24"/>
              </w:rPr>
              <w:t>ngày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vượt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ngân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sách</w:t>
            </w:r>
            <w:proofErr w:type="spellEnd"/>
            <w:r>
              <w:rPr>
                <w:sz w:val="24"/>
              </w:rPr>
              <w:t xml:space="preserve"> 2 </w:t>
            </w:r>
            <w:proofErr w:type="spellStart"/>
            <w:r>
              <w:rPr>
                <w:sz w:val="24"/>
              </w:rPr>
              <w:t>triệu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đồng</w:t>
            </w:r>
            <w:proofErr w:type="spellEnd"/>
          </w:p>
        </w:tc>
      </w:tr>
      <w:tr w:rsidR="00F11383" w14:paraId="1DB23054" w14:textId="77777777" w:rsidTr="00E15F14">
        <w:trPr>
          <w:cantSplit/>
          <w:jc w:val="center"/>
        </w:trPr>
        <w:tc>
          <w:tcPr>
            <w:tcW w:w="92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22A07FA" w14:textId="77777777" w:rsidR="00F11383" w:rsidRDefault="00C064AA">
            <w:pPr>
              <w:spacing w:after="40"/>
            </w:pPr>
            <w:r>
              <w:rPr>
                <w:b/>
                <w:sz w:val="24"/>
              </w:rPr>
              <w:t xml:space="preserve">3. </w:t>
            </w:r>
            <w:proofErr w:type="spellStart"/>
            <w:r>
              <w:rPr>
                <w:b/>
                <w:sz w:val="24"/>
              </w:rPr>
              <w:t>Điểm</w:t>
            </w:r>
            <w:proofErr w:type="spellEnd"/>
            <w:r>
              <w:rPr>
                <w:b/>
                <w:sz w:val="24"/>
              </w:rPr>
              <w:t xml:space="preserve"> con </w:t>
            </w:r>
            <w:proofErr w:type="spellStart"/>
            <w:r>
              <w:rPr>
                <w:b/>
                <w:sz w:val="24"/>
              </w:rPr>
              <w:t>người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cần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kiểm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soát</w:t>
            </w:r>
            <w:proofErr w:type="spellEnd"/>
            <w:r>
              <w:rPr>
                <w:b/>
                <w:sz w:val="24"/>
              </w:rPr>
              <w:t xml:space="preserve"> / </w:t>
            </w:r>
            <w:proofErr w:type="spellStart"/>
            <w:r>
              <w:rPr>
                <w:b/>
                <w:sz w:val="24"/>
              </w:rPr>
              <w:t>kiểm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chứng</w:t>
            </w:r>
            <w:proofErr w:type="spellEnd"/>
          </w:p>
        </w:tc>
        <w:tc>
          <w:tcPr>
            <w:tcW w:w="407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180F7D5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Nếu</w:t>
            </w:r>
            <w:proofErr w:type="spellEnd"/>
            <w:r>
              <w:rPr>
                <w:sz w:val="24"/>
              </w:rPr>
              <w:t xml:space="preserve"> con </w:t>
            </w:r>
            <w:proofErr w:type="spellStart"/>
            <w:r>
              <w:rPr>
                <w:sz w:val="24"/>
              </w:rPr>
              <w:t>người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khâu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ngân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thì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nguy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vượt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ngân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hoặc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đủ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động</w:t>
            </w:r>
            <w:proofErr w:type="spellEnd"/>
            <w:r>
              <w:rPr>
                <w:sz w:val="24"/>
              </w:rPr>
              <w:t>.</w:t>
            </w:r>
          </w:p>
          <w:p w14:paraId="5BB08383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Cách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hoặc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lí</w:t>
            </w:r>
            <w:proofErr w:type="spellEnd"/>
            <w:r>
              <w:rPr>
                <w:sz w:val="24"/>
              </w:rPr>
              <w:t xml:space="preserve"> an </w:t>
            </w:r>
            <w:proofErr w:type="spellStart"/>
            <w:r>
              <w:rPr>
                <w:sz w:val="24"/>
              </w:rPr>
              <w:t>toàn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lại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từng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mục</w:t>
            </w:r>
            <w:proofErr w:type="spellEnd"/>
            <w:r>
              <w:rPr>
                <w:sz w:val="24"/>
              </w:rPr>
              <w:t xml:space="preserve"> chi </w:t>
            </w:r>
            <w:proofErr w:type="spellStart"/>
            <w:r>
              <w:rPr>
                <w:sz w:val="24"/>
              </w:rPr>
              <w:t>phí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kiến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điều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chỉnh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thiết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F11383" w14:paraId="2D8F48BC" w14:textId="77777777" w:rsidTr="00E15F14">
        <w:trPr>
          <w:cantSplit/>
          <w:jc w:val="center"/>
        </w:trPr>
        <w:tc>
          <w:tcPr>
            <w:tcW w:w="92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7F4C408" w14:textId="77777777" w:rsidR="00F11383" w:rsidRDefault="00C064AA">
            <w:pPr>
              <w:spacing w:after="40"/>
            </w:pPr>
            <w:r>
              <w:rPr>
                <w:b/>
                <w:sz w:val="24"/>
              </w:rPr>
              <w:t xml:space="preserve">4. Khai </w:t>
            </w:r>
            <w:proofErr w:type="spellStart"/>
            <w:r>
              <w:rPr>
                <w:b/>
                <w:sz w:val="24"/>
              </w:rPr>
              <w:t>báo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sử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dụng</w:t>
            </w:r>
            <w:proofErr w:type="spellEnd"/>
            <w:r>
              <w:rPr>
                <w:b/>
                <w:sz w:val="24"/>
              </w:rPr>
              <w:t xml:space="preserve"> AI</w:t>
            </w:r>
            <w:r>
              <w:rPr>
                <w:sz w:val="24"/>
              </w:rPr>
              <w:t xml:space="preserve"> </w:t>
            </w:r>
            <w:r>
              <w:rPr>
                <w:i/>
                <w:sz w:val="24"/>
              </w:rPr>
              <w:t>(</w:t>
            </w:r>
            <w:proofErr w:type="spellStart"/>
            <w:r>
              <w:rPr>
                <w:i/>
                <w:sz w:val="24"/>
              </w:rPr>
              <w:t>nếu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hoàn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thiện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thêm</w:t>
            </w:r>
            <w:proofErr w:type="spellEnd"/>
            <w:r>
              <w:rPr>
                <w:i/>
                <w:sz w:val="24"/>
              </w:rPr>
              <w:t xml:space="preserve"> ở </w:t>
            </w:r>
            <w:proofErr w:type="spellStart"/>
            <w:r>
              <w:rPr>
                <w:i/>
                <w:sz w:val="24"/>
              </w:rPr>
              <w:t>nhà</w:t>
            </w:r>
            <w:proofErr w:type="spellEnd"/>
            <w:r>
              <w:rPr>
                <w:i/>
                <w:sz w:val="24"/>
              </w:rPr>
              <w:t>)</w:t>
            </w:r>
          </w:p>
        </w:tc>
        <w:tc>
          <w:tcPr>
            <w:tcW w:w="407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411459D" w14:textId="77777777" w:rsidR="00F11383" w:rsidRDefault="00C064AA">
            <w:pPr>
              <w:spacing w:after="40"/>
            </w:pPr>
            <w:r>
              <w:rPr>
                <w:sz w:val="24"/>
              </w:rPr>
              <w:t xml:space="preserve">☐ Em </w:t>
            </w:r>
            <w:proofErr w:type="spellStart"/>
            <w:r>
              <w:rPr>
                <w:sz w:val="24"/>
              </w:rPr>
              <w:t>tự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làm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hoàn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toàn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dùng</w:t>
            </w:r>
            <w:proofErr w:type="spellEnd"/>
            <w:r>
              <w:rPr>
                <w:sz w:val="24"/>
              </w:rPr>
              <w:t xml:space="preserve"> AI.</w:t>
            </w:r>
          </w:p>
          <w:p w14:paraId="05A888A8" w14:textId="77777777" w:rsidR="00F11383" w:rsidRDefault="00C064AA">
            <w:pPr>
              <w:spacing w:after="40"/>
            </w:pPr>
            <w:r>
              <w:rPr>
                <w:sz w:val="24"/>
              </w:rPr>
              <w:t xml:space="preserve">☑ </w:t>
            </w: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dùng</w:t>
            </w:r>
            <w:proofErr w:type="spellEnd"/>
            <w:r>
              <w:rPr>
                <w:sz w:val="24"/>
              </w:rPr>
              <w:t xml:space="preserve"> AI </w:t>
            </w:r>
            <w:proofErr w:type="spellStart"/>
            <w:r>
              <w:rPr>
                <w:sz w:val="24"/>
              </w:rPr>
              <w:t>hỗ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trợ</w:t>
            </w:r>
            <w:proofErr w:type="spellEnd"/>
            <w:r>
              <w:rPr>
                <w:sz w:val="24"/>
              </w:rPr>
              <w:t xml:space="preserve"> (Công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 xml:space="preserve">: ChatGPT; </w:t>
            </w:r>
            <w:proofErr w:type="spellStart"/>
            <w:r>
              <w:rPr>
                <w:sz w:val="24"/>
              </w:rPr>
              <w:t>Mục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đích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Lên</w:t>
            </w:r>
            <w:proofErr w:type="spellEnd"/>
            <w:r>
              <w:rPr>
                <w:sz w:val="24"/>
              </w:rPr>
              <w:t xml:space="preserve"> ý </w:t>
            </w:r>
            <w:proofErr w:type="spellStart"/>
            <w:r>
              <w:rPr>
                <w:sz w:val="24"/>
              </w:rPr>
              <w:t>tưởng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động</w:t>
            </w:r>
            <w:proofErr w:type="spellEnd"/>
            <w:r>
              <w:rPr>
                <w:sz w:val="24"/>
              </w:rPr>
              <w:t xml:space="preserve">; </w:t>
            </w:r>
            <w:proofErr w:type="spellStart"/>
            <w:r>
              <w:rPr>
                <w:sz w:val="24"/>
              </w:rPr>
              <w:t>Việc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nhờ</w:t>
            </w:r>
            <w:proofErr w:type="spellEnd"/>
            <w:r>
              <w:rPr>
                <w:sz w:val="24"/>
              </w:rPr>
              <w:t xml:space="preserve"> AI: </w:t>
            </w:r>
            <w:proofErr w:type="spellStart"/>
            <w:r>
              <w:rPr>
                <w:sz w:val="24"/>
              </w:rPr>
              <w:t>Đề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xuất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động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vui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chơi</w:t>
            </w:r>
            <w:proofErr w:type="spellEnd"/>
            <w:r>
              <w:rPr>
                <w:sz w:val="24"/>
              </w:rPr>
              <w:t xml:space="preserve">; </w:t>
            </w:r>
            <w:proofErr w:type="spellStart"/>
            <w:r>
              <w:rPr>
                <w:sz w:val="24"/>
              </w:rPr>
              <w:t>Phần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làm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Sắp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xếp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lịch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ngân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sách</w:t>
            </w:r>
            <w:proofErr w:type="spellEnd"/>
            <w:r>
              <w:rPr>
                <w:sz w:val="24"/>
              </w:rPr>
              <w:t xml:space="preserve">; </w:t>
            </w:r>
            <w:proofErr w:type="spellStart"/>
            <w:r>
              <w:rPr>
                <w:sz w:val="24"/>
              </w:rPr>
              <w:t>Cách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chứng</w:t>
            </w:r>
            <w:proofErr w:type="spellEnd"/>
            <w:r>
              <w:rPr>
                <w:sz w:val="24"/>
              </w:rPr>
              <w:t xml:space="preserve">: So </w:t>
            </w:r>
            <w:proofErr w:type="spellStart"/>
            <w:r>
              <w:rPr>
                <w:sz w:val="24"/>
              </w:rPr>
              <w:t>sánh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với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kế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thực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tế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trước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đây</w:t>
            </w:r>
            <w:proofErr w:type="spellEnd"/>
            <w:r>
              <w:rPr>
                <w:sz w:val="24"/>
              </w:rPr>
              <w:t>).</w:t>
            </w:r>
          </w:p>
        </w:tc>
      </w:tr>
    </w:tbl>
    <w:p w14:paraId="6CE61482" w14:textId="77777777" w:rsidR="00F11383" w:rsidRDefault="00F11383"/>
    <w:p w14:paraId="51ADB29E" w14:textId="77777777" w:rsidR="00F11383" w:rsidRDefault="00C064AA">
      <w:proofErr w:type="spellStart"/>
      <w:r>
        <w:rPr>
          <w:b/>
        </w:rPr>
        <w:t>Bảng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kiểm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đồng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đẳng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Đổi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phiếu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với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bạn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cùng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bàn</w:t>
      </w:r>
      <w:proofErr w:type="spellEnd"/>
      <w:r>
        <w:rPr>
          <w:b/>
        </w:rPr>
        <w:t>)</w:t>
      </w:r>
      <w:r>
        <w:t xml:space="preserve"> · </w:t>
      </w:r>
      <w:proofErr w:type="spellStart"/>
      <w:r>
        <w:t>Bạn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: </w:t>
      </w:r>
      <w:proofErr w:type="spellStart"/>
      <w:r>
        <w:t>Trần</w:t>
      </w:r>
      <w:proofErr w:type="spellEnd"/>
      <w:r>
        <w:t xml:space="preserve"> Thị B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2418"/>
        <w:gridCol w:w="3120"/>
        <w:gridCol w:w="4451"/>
      </w:tblGrid>
      <w:tr w:rsidR="00F11383" w14:paraId="3E82FD68" w14:textId="77777777" w:rsidTr="002D46B0">
        <w:trPr>
          <w:cantSplit/>
          <w:tblHeader/>
          <w:jc w:val="center"/>
        </w:trPr>
        <w:tc>
          <w:tcPr>
            <w:tcW w:w="121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FAA26C0" w14:textId="77777777" w:rsidR="00F11383" w:rsidRDefault="00C064A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Tiêu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chí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rà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soát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giúp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bạn</w:t>
            </w:r>
            <w:proofErr w:type="spellEnd"/>
          </w:p>
        </w:tc>
        <w:tc>
          <w:tcPr>
            <w:tcW w:w="156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D9D54F1" w14:textId="77777777" w:rsidR="00F11383" w:rsidRDefault="00C064A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Đánh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dấu</w:t>
            </w:r>
            <w:proofErr w:type="spellEnd"/>
          </w:p>
        </w:tc>
        <w:tc>
          <w:tcPr>
            <w:tcW w:w="222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7D05613" w14:textId="77777777" w:rsidR="00F11383" w:rsidRDefault="00C064A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Một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góp</w:t>
            </w:r>
            <w:proofErr w:type="spellEnd"/>
            <w:r>
              <w:rPr>
                <w:b/>
                <w:sz w:val="24"/>
              </w:rPr>
              <w:t xml:space="preserve"> ý </w:t>
            </w:r>
            <w:proofErr w:type="spellStart"/>
            <w:r>
              <w:rPr>
                <w:b/>
                <w:sz w:val="24"/>
              </w:rPr>
              <w:t>cụ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thể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giúp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bài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bạn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rõ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hơn</w:t>
            </w:r>
            <w:proofErr w:type="spellEnd"/>
          </w:p>
        </w:tc>
      </w:tr>
      <w:tr w:rsidR="00F11383" w14:paraId="7F05792C" w14:textId="77777777" w:rsidTr="002D46B0">
        <w:trPr>
          <w:cantSplit/>
          <w:jc w:val="center"/>
        </w:trPr>
        <w:tc>
          <w:tcPr>
            <w:tcW w:w="121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24044D7" w14:textId="77777777" w:rsidR="00F11383" w:rsidRDefault="00C064AA">
            <w:pPr>
              <w:spacing w:after="40"/>
            </w:pPr>
            <w:r>
              <w:rPr>
                <w:sz w:val="24"/>
              </w:rPr>
              <w:t xml:space="preserve">1. </w:t>
            </w:r>
            <w:proofErr w:type="spellStart"/>
            <w:r>
              <w:rPr>
                <w:sz w:val="24"/>
              </w:rPr>
              <w:t>Đầy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đủ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thành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prompt</w:t>
            </w:r>
          </w:p>
        </w:tc>
        <w:tc>
          <w:tcPr>
            <w:tcW w:w="156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69DBF94" w14:textId="77777777" w:rsidR="00F11383" w:rsidRDefault="00C064AA">
            <w:pPr>
              <w:spacing w:after="40"/>
            </w:pPr>
            <w:r>
              <w:rPr>
                <w:sz w:val="24"/>
              </w:rPr>
              <w:t xml:space="preserve">☑ </w:t>
            </w:r>
            <w:proofErr w:type="spellStart"/>
            <w:r>
              <w:rPr>
                <w:sz w:val="24"/>
              </w:rPr>
              <w:t>Đã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  ☐ </w:t>
            </w:r>
            <w:proofErr w:type="spellStart"/>
            <w:r>
              <w:rPr>
                <w:sz w:val="24"/>
              </w:rPr>
              <w:t>Cần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bổ</w:t>
            </w:r>
            <w:proofErr w:type="spellEnd"/>
            <w:r>
              <w:rPr>
                <w:sz w:val="24"/>
              </w:rPr>
              <w:t xml:space="preserve"> sung</w:t>
            </w:r>
          </w:p>
        </w:tc>
        <w:tc>
          <w:tcPr>
            <w:tcW w:w="222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CCB5194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Bổ</w:t>
            </w:r>
            <w:proofErr w:type="spellEnd"/>
            <w:r>
              <w:rPr>
                <w:sz w:val="24"/>
              </w:rPr>
              <w:t xml:space="preserve"> sung </w:t>
            </w:r>
            <w:proofErr w:type="spellStart"/>
            <w:r>
              <w:rPr>
                <w:sz w:val="24"/>
              </w:rPr>
              <w:t>thêm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thông</w:t>
            </w:r>
            <w:proofErr w:type="spellEnd"/>
            <w:r>
              <w:rPr>
                <w:sz w:val="24"/>
              </w:rPr>
              <w:t xml:space="preserve"> tin </w:t>
            </w:r>
            <w:proofErr w:type="spellStart"/>
            <w:r>
              <w:rPr>
                <w:sz w:val="24"/>
              </w:rPr>
              <w:t>về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địa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chuyến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ngoại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F11383" w14:paraId="712C99A3" w14:textId="77777777" w:rsidTr="002D46B0">
        <w:trPr>
          <w:cantSplit/>
          <w:jc w:val="center"/>
        </w:trPr>
        <w:tc>
          <w:tcPr>
            <w:tcW w:w="121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0068818" w14:textId="77777777" w:rsidR="00F11383" w:rsidRDefault="00C064AA">
            <w:pPr>
              <w:spacing w:after="40"/>
            </w:pPr>
            <w:r>
              <w:rPr>
                <w:sz w:val="24"/>
              </w:rPr>
              <w:t xml:space="preserve">2. </w:t>
            </w:r>
            <w:proofErr w:type="spellStart"/>
            <w:r>
              <w:rPr>
                <w:sz w:val="24"/>
              </w:rPr>
              <w:t>Rủi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chứng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ràng</w:t>
            </w:r>
            <w:proofErr w:type="spellEnd"/>
          </w:p>
        </w:tc>
        <w:tc>
          <w:tcPr>
            <w:tcW w:w="156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59FC4FA" w14:textId="77777777" w:rsidR="00F11383" w:rsidRDefault="00C064AA">
            <w:pPr>
              <w:spacing w:after="40"/>
            </w:pPr>
            <w:r>
              <w:rPr>
                <w:sz w:val="24"/>
              </w:rPr>
              <w:t xml:space="preserve">☑ </w:t>
            </w:r>
            <w:proofErr w:type="spellStart"/>
            <w:r>
              <w:rPr>
                <w:sz w:val="24"/>
              </w:rPr>
              <w:t>Đã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  ☐ </w:t>
            </w:r>
            <w:proofErr w:type="spellStart"/>
            <w:r>
              <w:rPr>
                <w:sz w:val="24"/>
              </w:rPr>
              <w:t>Cần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bổ</w:t>
            </w:r>
            <w:proofErr w:type="spellEnd"/>
            <w:r>
              <w:rPr>
                <w:sz w:val="24"/>
              </w:rPr>
              <w:t xml:space="preserve"> sung</w:t>
            </w:r>
          </w:p>
        </w:tc>
        <w:tc>
          <w:tcPr>
            <w:tcW w:w="222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D5496DE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Nên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thêm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đảm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bảo</w:t>
            </w:r>
            <w:proofErr w:type="spellEnd"/>
            <w:r>
              <w:rPr>
                <w:sz w:val="24"/>
              </w:rPr>
              <w:t xml:space="preserve"> an </w:t>
            </w:r>
            <w:proofErr w:type="spellStart"/>
            <w:r>
              <w:rPr>
                <w:sz w:val="24"/>
              </w:rPr>
              <w:t>toàn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chuyến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đi</w:t>
            </w:r>
            <w:proofErr w:type="spellEnd"/>
            <w:r>
              <w:rPr>
                <w:sz w:val="24"/>
              </w:rPr>
              <w:t>.</w:t>
            </w:r>
          </w:p>
        </w:tc>
      </w:tr>
    </w:tbl>
    <w:p w14:paraId="570EFDFF" w14:textId="77777777" w:rsidR="00F11383" w:rsidRDefault="00F11383"/>
    <w:p w14:paraId="7532FC2C" w14:textId="77777777" w:rsidR="00F11383" w:rsidRDefault="00C064AA">
      <w:pPr>
        <w:keepNext/>
        <w:spacing w:before="160" w:after="60"/>
        <w:jc w:val="left"/>
      </w:pPr>
      <w:r>
        <w:rPr>
          <w:b/>
        </w:rPr>
        <w:t xml:space="preserve">4. </w:t>
      </w:r>
      <w:proofErr w:type="spellStart"/>
      <w:r>
        <w:rPr>
          <w:b/>
        </w:rPr>
        <w:t>Mô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tả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sản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phẩm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của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bài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mẫu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câu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nhận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xét</w:t>
      </w:r>
      <w:proofErr w:type="spellEnd"/>
      <w:r>
        <w:rPr>
          <w:b/>
        </w:rPr>
        <w:t xml:space="preserve"> (Thông </w:t>
      </w:r>
      <w:proofErr w:type="spellStart"/>
      <w:r>
        <w:rPr>
          <w:b/>
        </w:rPr>
        <w:t>tư</w:t>
      </w:r>
      <w:proofErr w:type="spellEnd"/>
      <w:r>
        <w:rPr>
          <w:b/>
        </w:rPr>
        <w:t xml:space="preserve"> 22/2021/TT-BGDĐT)</w:t>
      </w:r>
    </w:p>
    <w:p w14:paraId="40010A56" w14:textId="77777777" w:rsidR="00F11383" w:rsidRDefault="00C064AA">
      <w:r>
        <w:rPr>
          <w:i/>
        </w:rPr>
        <w:t>(</w:t>
      </w:r>
      <w:proofErr w:type="spellStart"/>
      <w:r>
        <w:rPr>
          <w:i/>
        </w:rPr>
        <w:t>Không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quy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đổi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điểm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số</w:t>
      </w:r>
      <w:proofErr w:type="spellEnd"/>
      <w:r>
        <w:rPr>
          <w:i/>
        </w:rPr>
        <w:t xml:space="preserve">; </w:t>
      </w:r>
      <w:proofErr w:type="spellStart"/>
      <w:r>
        <w:rPr>
          <w:i/>
        </w:rPr>
        <w:t>không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dùng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ngưỡng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đếm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cơ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học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làm</w:t>
      </w:r>
      <w:proofErr w:type="spellEnd"/>
      <w:r>
        <w:rPr>
          <w:i/>
        </w:rPr>
        <w:t xml:space="preserve"> thang </w:t>
      </w:r>
      <w:proofErr w:type="spellStart"/>
      <w:r>
        <w:rPr>
          <w:i/>
        </w:rPr>
        <w:t>chấm</w:t>
      </w:r>
      <w:proofErr w:type="spellEnd"/>
      <w:r>
        <w:rPr>
          <w:i/>
        </w:rPr>
        <w:t>).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853"/>
        <w:gridCol w:w="2712"/>
        <w:gridCol w:w="2711"/>
        <w:gridCol w:w="2713"/>
      </w:tblGrid>
      <w:tr w:rsidR="00F11383" w14:paraId="3C81B1D5" w14:textId="77777777" w:rsidTr="00E15F14">
        <w:trPr>
          <w:cantSplit/>
          <w:tblHeader/>
          <w:jc w:val="center"/>
        </w:trPr>
        <w:tc>
          <w:tcPr>
            <w:tcW w:w="92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2F663E1" w14:textId="77777777" w:rsidR="00F11383" w:rsidRDefault="00C064A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Tiêu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chí</w:t>
            </w:r>
            <w:proofErr w:type="spellEnd"/>
            <w:r>
              <w:rPr>
                <w:b/>
                <w:sz w:val="24"/>
              </w:rPr>
              <w:t xml:space="preserve"> (</w:t>
            </w:r>
            <w:proofErr w:type="spellStart"/>
            <w:r>
              <w:rPr>
                <w:b/>
                <w:sz w:val="24"/>
              </w:rPr>
              <w:t>theo</w:t>
            </w:r>
            <w:proofErr w:type="spellEnd"/>
            <w:r>
              <w:rPr>
                <w:b/>
                <w:sz w:val="24"/>
              </w:rPr>
              <w:t xml:space="preserve"> CV 5512)</w:t>
            </w:r>
          </w:p>
        </w:tc>
        <w:tc>
          <w:tcPr>
            <w:tcW w:w="135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1627206" w14:textId="77777777" w:rsidR="00F11383" w:rsidRDefault="00C064A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Mức</w:t>
            </w:r>
            <w:proofErr w:type="spellEnd"/>
            <w:r>
              <w:rPr>
                <w:b/>
                <w:sz w:val="24"/>
              </w:rPr>
              <w:t xml:space="preserve"> Đạt</w:t>
            </w:r>
          </w:p>
        </w:tc>
        <w:tc>
          <w:tcPr>
            <w:tcW w:w="135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8BD2E5D" w14:textId="77777777" w:rsidR="00F11383" w:rsidRDefault="00C064A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Mức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Khá</w:t>
            </w:r>
            <w:proofErr w:type="spellEnd"/>
          </w:p>
        </w:tc>
        <w:tc>
          <w:tcPr>
            <w:tcW w:w="135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CA8A2FE" w14:textId="77777777" w:rsidR="00F11383" w:rsidRDefault="00C064A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Mức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Tốt</w:t>
            </w:r>
            <w:proofErr w:type="spellEnd"/>
          </w:p>
        </w:tc>
      </w:tr>
      <w:tr w:rsidR="00F11383" w14:paraId="54C20AAE" w14:textId="77777777" w:rsidTr="00E15F14">
        <w:trPr>
          <w:cantSplit/>
          <w:jc w:val="center"/>
        </w:trPr>
        <w:tc>
          <w:tcPr>
            <w:tcW w:w="92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68FFDC3" w14:textId="77777777" w:rsidR="00F11383" w:rsidRDefault="00C064AA">
            <w:pPr>
              <w:spacing w:after="40"/>
            </w:pPr>
            <w:r>
              <w:rPr>
                <w:sz w:val="24"/>
              </w:rPr>
              <w:t xml:space="preserve">1. </w:t>
            </w:r>
            <w:proofErr w:type="spellStart"/>
            <w:r>
              <w:rPr>
                <w:sz w:val="24"/>
              </w:rPr>
              <w:t>Đáp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ứng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nhiệm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vụ</w:t>
            </w:r>
            <w:proofErr w:type="spellEnd"/>
            <w:r>
              <w:rPr>
                <w:sz w:val="24"/>
              </w:rPr>
              <w:t xml:space="preserve"> YCCĐ</w:t>
            </w:r>
          </w:p>
        </w:tc>
        <w:tc>
          <w:tcPr>
            <w:tcW w:w="135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D070352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đủ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thành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prompt, </w:t>
            </w:r>
            <w:proofErr w:type="spellStart"/>
            <w:r>
              <w:rPr>
                <w:sz w:val="24"/>
              </w:rPr>
              <w:t>nhưng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chưa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vai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trò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ràng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buộc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định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dạng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35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11746B1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đủ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thành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prompt, </w:t>
            </w:r>
            <w:proofErr w:type="spellStart"/>
            <w:r>
              <w:rPr>
                <w:sz w:val="24"/>
              </w:rPr>
              <w:t>nêu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vai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trò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ràng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buộc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định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dạng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35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4FFCF57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đủ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thành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prompt, </w:t>
            </w:r>
            <w:proofErr w:type="spellStart"/>
            <w:r>
              <w:rPr>
                <w:sz w:val="24"/>
              </w:rPr>
              <w:t>nêu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vai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trò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ràng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buộc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định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dạng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hệ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huống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mới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F11383" w14:paraId="2A4B6C62" w14:textId="77777777" w:rsidTr="00E15F14">
        <w:trPr>
          <w:cantSplit/>
          <w:jc w:val="center"/>
        </w:trPr>
        <w:tc>
          <w:tcPr>
            <w:tcW w:w="92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3209964" w14:textId="77777777" w:rsidR="00F11383" w:rsidRDefault="00C064AA">
            <w:pPr>
              <w:spacing w:after="40"/>
            </w:pPr>
            <w:r>
              <w:rPr>
                <w:sz w:val="24"/>
              </w:rPr>
              <w:t xml:space="preserve">2.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chứng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duy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phản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biện</w:t>
            </w:r>
            <w:proofErr w:type="spellEnd"/>
          </w:p>
        </w:tc>
        <w:tc>
          <w:tcPr>
            <w:tcW w:w="135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4A9658D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Nêu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được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một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rủi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hoặc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sót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xảy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nếu</w:t>
            </w:r>
            <w:proofErr w:type="spellEnd"/>
            <w:r>
              <w:rPr>
                <w:sz w:val="24"/>
              </w:rPr>
              <w:t xml:space="preserve"> tin </w:t>
            </w:r>
            <w:proofErr w:type="spellStart"/>
            <w:r>
              <w:rPr>
                <w:sz w:val="24"/>
              </w:rPr>
              <w:t>hoàn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toàn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máy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35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1A98BFD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Chỉ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được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bằng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chứng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khiến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đúng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hoặc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trong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huống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35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06C6AD7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Đề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xuất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được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lại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được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điều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gì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làm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luận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thay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đổi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F11383" w14:paraId="338BBC72" w14:textId="77777777" w:rsidTr="00E15F14">
        <w:trPr>
          <w:cantSplit/>
          <w:jc w:val="center"/>
        </w:trPr>
        <w:tc>
          <w:tcPr>
            <w:tcW w:w="92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A89C0DF" w14:textId="77777777" w:rsidR="00F11383" w:rsidRDefault="00C064AA">
            <w:pPr>
              <w:spacing w:after="40"/>
            </w:pPr>
            <w:r>
              <w:rPr>
                <w:sz w:val="24"/>
              </w:rPr>
              <w:t xml:space="preserve">3. </w:t>
            </w:r>
            <w:proofErr w:type="gramStart"/>
            <w:r>
              <w:rPr>
                <w:sz w:val="24"/>
              </w:rPr>
              <w:t>An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toàn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đạo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đức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trách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nhiệm</w:t>
            </w:r>
            <w:proofErr w:type="spellEnd"/>
          </w:p>
        </w:tc>
        <w:tc>
          <w:tcPr>
            <w:tcW w:w="135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1B8F99E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đưa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thông</w:t>
            </w:r>
            <w:proofErr w:type="spellEnd"/>
            <w:r>
              <w:rPr>
                <w:sz w:val="24"/>
              </w:rPr>
              <w:t xml:space="preserve"> tin </w:t>
            </w:r>
            <w:proofErr w:type="spellStart"/>
            <w:r>
              <w:rPr>
                <w:sz w:val="24"/>
              </w:rPr>
              <w:t>cá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nhân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thật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bài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làm</w:t>
            </w:r>
            <w:proofErr w:type="spellEnd"/>
            <w:r>
              <w:rPr>
                <w:sz w:val="24"/>
              </w:rPr>
              <w:t xml:space="preserve">; </w:t>
            </w:r>
            <w:proofErr w:type="spellStart"/>
            <w:r>
              <w:rPr>
                <w:sz w:val="24"/>
              </w:rPr>
              <w:t>khai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báo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trung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thực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việc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dùng</w:t>
            </w:r>
            <w:proofErr w:type="spellEnd"/>
            <w:r>
              <w:rPr>
                <w:sz w:val="24"/>
              </w:rPr>
              <w:t xml:space="preserve"> AI.</w:t>
            </w:r>
          </w:p>
        </w:tc>
        <w:tc>
          <w:tcPr>
            <w:tcW w:w="135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04CC444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Nêu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vai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trò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soát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con </w:t>
            </w:r>
            <w:proofErr w:type="spellStart"/>
            <w:r>
              <w:rPr>
                <w:sz w:val="24"/>
              </w:rPr>
              <w:t>người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vệ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quyền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riêng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người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quan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35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C124272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Chủ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động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lồng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ghép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tắc</w:t>
            </w:r>
            <w:proofErr w:type="spellEnd"/>
            <w:r>
              <w:rPr>
                <w:sz w:val="24"/>
              </w:rPr>
              <w:t xml:space="preserve"> an </w:t>
            </w:r>
            <w:proofErr w:type="spellStart"/>
            <w:r>
              <w:rPr>
                <w:sz w:val="24"/>
              </w:rPr>
              <w:t>toàn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ứng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nhiệm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giải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pháp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nhân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F11383" w14:paraId="417C5821" w14:textId="77777777" w:rsidTr="00E15F14">
        <w:trPr>
          <w:cantSplit/>
          <w:jc w:val="center"/>
        </w:trPr>
        <w:tc>
          <w:tcPr>
            <w:tcW w:w="92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2C941A0" w14:textId="77777777" w:rsidR="00F11383" w:rsidRDefault="00C064AA">
            <w:pPr>
              <w:spacing w:after="40"/>
            </w:pPr>
            <w:r>
              <w:rPr>
                <w:sz w:val="24"/>
              </w:rPr>
              <w:t xml:space="preserve">4. </w:t>
            </w:r>
            <w:proofErr w:type="spellStart"/>
            <w:r>
              <w:rPr>
                <w:sz w:val="24"/>
              </w:rPr>
              <w:t>Hợp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bày</w:t>
            </w:r>
            <w:proofErr w:type="spellEnd"/>
          </w:p>
        </w:tc>
        <w:tc>
          <w:tcPr>
            <w:tcW w:w="135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DE7534B" w14:textId="77777777" w:rsidR="00F11383" w:rsidRDefault="00C064AA">
            <w:pPr>
              <w:spacing w:after="40"/>
            </w:pPr>
            <w:r>
              <w:rPr>
                <w:sz w:val="24"/>
              </w:rPr>
              <w:t xml:space="preserve">Tham </w:t>
            </w:r>
            <w:proofErr w:type="spellStart"/>
            <w:r>
              <w:rPr>
                <w:sz w:val="24"/>
              </w:rPr>
              <w:t>gia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hoàn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thành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nhiệm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vụ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thực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hiện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soát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cùng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bạn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35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E73389E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Góp</w:t>
            </w:r>
            <w:proofErr w:type="spellEnd"/>
            <w:r>
              <w:rPr>
                <w:sz w:val="24"/>
              </w:rPr>
              <w:t xml:space="preserve"> ý </w:t>
            </w:r>
            <w:proofErr w:type="spellStart"/>
            <w:r>
              <w:rPr>
                <w:sz w:val="24"/>
              </w:rPr>
              <w:t>đồng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đẳng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thể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biết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chỉnh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sửa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bài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làm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bằng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bút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màu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phản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hồi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35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54FCD1A" w14:textId="77777777" w:rsidR="00F11383" w:rsidRDefault="00C064AA">
            <w:pPr>
              <w:spacing w:after="40"/>
            </w:pPr>
            <w:proofErr w:type="spellStart"/>
            <w:r>
              <w:rPr>
                <w:sz w:val="24"/>
              </w:rPr>
              <w:t>Điều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phối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luận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ràng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phản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biện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lịch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căn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cứ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hỗ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bạn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cùng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tiến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bộ</w:t>
            </w:r>
            <w:proofErr w:type="spellEnd"/>
            <w:r>
              <w:rPr>
                <w:sz w:val="24"/>
              </w:rPr>
              <w:t>.</w:t>
            </w:r>
          </w:p>
        </w:tc>
      </w:tr>
    </w:tbl>
    <w:p w14:paraId="5A4DC33A" w14:textId="77777777" w:rsidR="00F11383" w:rsidRDefault="00F11383"/>
    <w:p w14:paraId="74476EB8" w14:textId="77777777" w:rsidR="00F11383" w:rsidRDefault="00C064AA">
      <w:pPr>
        <w:pStyle w:val="ListBullet"/>
      </w:pPr>
      <w:proofErr w:type="spellStart"/>
      <w:r>
        <w:rPr>
          <w:b/>
        </w:rPr>
        <w:t>Mẫu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câu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nhận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xét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mức</w:t>
      </w:r>
      <w:proofErr w:type="spellEnd"/>
      <w:r>
        <w:rPr>
          <w:b/>
        </w:rPr>
        <w:t xml:space="preserve"> Đạt:</w:t>
      </w:r>
      <w:r>
        <w:t xml:space="preserve"> “</w:t>
      </w:r>
      <w:proofErr w:type="spellStart"/>
      <w:r>
        <w:t>Bài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prompt, </w:t>
      </w:r>
      <w:proofErr w:type="spellStart"/>
      <w:r>
        <w:t>tuy</w:t>
      </w:r>
      <w:proofErr w:type="spellEnd"/>
      <w:r>
        <w:t xml:space="preserve"> </w:t>
      </w:r>
      <w:proofErr w:type="spellStart"/>
      <w:r>
        <w:t>nhiên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nêu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trò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mong</w:t>
      </w:r>
      <w:proofErr w:type="spellEnd"/>
      <w:r>
        <w:t xml:space="preserve"> </w:t>
      </w:r>
      <w:proofErr w:type="spellStart"/>
      <w:r>
        <w:t>muốn</w:t>
      </w:r>
      <w:proofErr w:type="spellEnd"/>
      <w:r>
        <w:t>.”</w:t>
      </w:r>
    </w:p>
    <w:p w14:paraId="736F8333" w14:textId="77777777" w:rsidR="00F11383" w:rsidRDefault="00C064AA">
      <w:pPr>
        <w:pStyle w:val="ListBullet"/>
      </w:pPr>
      <w:proofErr w:type="spellStart"/>
      <w:r>
        <w:rPr>
          <w:b/>
        </w:rPr>
        <w:t>Mẫu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câu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nhận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xét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mức</w:t>
      </w:r>
      <w:proofErr w:type="spellEnd"/>
      <w:r>
        <w:rPr>
          <w:b/>
        </w:rPr>
        <w:t xml:space="preserve"> Khá:</w:t>
      </w:r>
      <w:r>
        <w:t xml:space="preserve"> “Em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nêu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prompt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thích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chúng</w:t>
      </w:r>
      <w:proofErr w:type="spellEnd"/>
      <w:r>
        <w:t xml:space="preserve">. </w:t>
      </w:r>
      <w:proofErr w:type="spellStart"/>
      <w:r>
        <w:t>Hãy</w:t>
      </w:r>
      <w:proofErr w:type="spellEnd"/>
      <w:r>
        <w:t xml:space="preserve"> </w:t>
      </w:r>
      <w:proofErr w:type="spellStart"/>
      <w:r>
        <w:t>thử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huống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>.”</w:t>
      </w:r>
    </w:p>
    <w:p w14:paraId="18092D32" w14:textId="77777777" w:rsidR="00F11383" w:rsidRDefault="00C064AA">
      <w:pPr>
        <w:pStyle w:val="ListBullet"/>
      </w:pPr>
      <w:proofErr w:type="spellStart"/>
      <w:r>
        <w:rPr>
          <w:b/>
        </w:rPr>
        <w:t>Mẫu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câu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nhận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xét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mức</w:t>
      </w:r>
      <w:proofErr w:type="spellEnd"/>
      <w:r>
        <w:rPr>
          <w:b/>
        </w:rPr>
        <w:t xml:space="preserve"> Tốt:</w:t>
      </w:r>
      <w:r>
        <w:t xml:space="preserve"> “Em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sắc</w:t>
      </w:r>
      <w:proofErr w:type="spellEnd"/>
      <w:r>
        <w:t xml:space="preserve"> </w:t>
      </w:r>
      <w:proofErr w:type="spellStart"/>
      <w:r>
        <w:t>sảo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ý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.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huống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rất</w:t>
      </w:r>
      <w:proofErr w:type="spellEnd"/>
      <w:r>
        <w:t xml:space="preserve"> </w:t>
      </w:r>
      <w:proofErr w:type="spellStart"/>
      <w:r>
        <w:t>sáng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thuyết</w:t>
      </w:r>
      <w:proofErr w:type="spellEnd"/>
      <w:r>
        <w:t xml:space="preserve"> </w:t>
      </w:r>
      <w:proofErr w:type="spellStart"/>
      <w:r>
        <w:t>phục</w:t>
      </w:r>
      <w:proofErr w:type="spellEnd"/>
      <w:r>
        <w:t>.”</w:t>
      </w:r>
    </w:p>
    <w:p w14:paraId="33179FC5" w14:textId="77777777" w:rsidR="00F11383" w:rsidRDefault="00C064AA">
      <w:r>
        <w:br w:type="page"/>
      </w:r>
    </w:p>
    <w:p w14:paraId="2C5922C8" w14:textId="77777777" w:rsidR="00F11383" w:rsidRDefault="00C064AA">
      <w:pPr>
        <w:keepNext/>
        <w:spacing w:before="200"/>
        <w:jc w:val="left"/>
      </w:pPr>
      <w:r>
        <w:rPr>
          <w:b/>
          <w:sz w:val="28"/>
        </w:rPr>
        <w:t xml:space="preserve">PL10.4.5. </w:t>
      </w:r>
      <w:proofErr w:type="spellStart"/>
      <w:r>
        <w:rPr>
          <w:b/>
          <w:sz w:val="28"/>
        </w:rPr>
        <w:t>Ghi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chú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chuyên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môn</w:t>
      </w:r>
      <w:proofErr w:type="spellEnd"/>
      <w:r>
        <w:rPr>
          <w:b/>
          <w:sz w:val="28"/>
        </w:rPr>
        <w:t xml:space="preserve">, </w:t>
      </w:r>
      <w:proofErr w:type="spellStart"/>
      <w:r>
        <w:rPr>
          <w:b/>
          <w:sz w:val="28"/>
        </w:rPr>
        <w:t>căn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cứ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pháp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lí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và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lưu</w:t>
      </w:r>
      <w:proofErr w:type="spellEnd"/>
      <w:r>
        <w:rPr>
          <w:b/>
          <w:sz w:val="28"/>
        </w:rPr>
        <w:t xml:space="preserve"> ý </w:t>
      </w:r>
      <w:proofErr w:type="spellStart"/>
      <w:r>
        <w:rPr>
          <w:b/>
          <w:sz w:val="28"/>
        </w:rPr>
        <w:t>sư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phạm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khi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dạy</w:t>
      </w:r>
      <w:proofErr w:type="spellEnd"/>
      <w:r>
        <w:rPr>
          <w:b/>
          <w:sz w:val="28"/>
        </w:rPr>
        <w:t xml:space="preserve"> (</w:t>
      </w:r>
      <w:proofErr w:type="spellStart"/>
      <w:r>
        <w:rPr>
          <w:b/>
          <w:sz w:val="28"/>
        </w:rPr>
        <w:t>Dành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cho</w:t>
      </w:r>
      <w:proofErr w:type="spellEnd"/>
      <w:r>
        <w:rPr>
          <w:b/>
          <w:sz w:val="28"/>
        </w:rPr>
        <w:t xml:space="preserve"> GV)</w:t>
      </w:r>
    </w:p>
    <w:p w14:paraId="729820CE" w14:textId="77777777" w:rsidR="00F11383" w:rsidRDefault="00C064AA">
      <w:pPr>
        <w:keepNext/>
        <w:spacing w:before="160" w:after="60"/>
        <w:jc w:val="left"/>
      </w:pPr>
      <w:r>
        <w:rPr>
          <w:b/>
        </w:rPr>
        <w:t xml:space="preserve">1. </w:t>
      </w:r>
      <w:proofErr w:type="spellStart"/>
      <w:r>
        <w:rPr>
          <w:b/>
        </w:rPr>
        <w:t>Giải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thích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thuật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ngữ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chuẩn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cho</w:t>
      </w:r>
      <w:proofErr w:type="spellEnd"/>
      <w:r>
        <w:rPr>
          <w:b/>
        </w:rPr>
        <w:t xml:space="preserve"> GV</w:t>
      </w:r>
    </w:p>
    <w:p w14:paraId="512F69FC" w14:textId="77777777" w:rsidR="00F11383" w:rsidRDefault="00C064AA">
      <w:pPr>
        <w:pStyle w:val="ListBullet"/>
      </w:pPr>
      <w:r>
        <w:rPr>
          <w:b/>
        </w:rPr>
        <w:t>Prompt:</w:t>
      </w:r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lệnh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dùng</w:t>
      </w:r>
      <w:proofErr w:type="spellEnd"/>
      <w:r>
        <w:t xml:space="preserve"> </w:t>
      </w:r>
      <w:proofErr w:type="spellStart"/>
      <w:r>
        <w:t>đưa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AI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hồi</w:t>
      </w:r>
      <w:proofErr w:type="spellEnd"/>
      <w:r>
        <w:t xml:space="preserve"> </w:t>
      </w:r>
      <w:proofErr w:type="spellStart"/>
      <w:r>
        <w:t>mong</w:t>
      </w:r>
      <w:proofErr w:type="spellEnd"/>
      <w:r>
        <w:t xml:space="preserve"> </w:t>
      </w:r>
      <w:proofErr w:type="spellStart"/>
      <w:r>
        <w:t>muốn</w:t>
      </w:r>
      <w:proofErr w:type="spellEnd"/>
      <w:r>
        <w:t xml:space="preserve">. </w:t>
      </w:r>
      <w:proofErr w:type="spellStart"/>
      <w:r>
        <w:t>Một</w:t>
      </w:r>
      <w:proofErr w:type="spellEnd"/>
      <w:r>
        <w:t xml:space="preserve"> prompt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, </w:t>
      </w:r>
      <w:proofErr w:type="spellStart"/>
      <w:r>
        <w:t>bối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,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,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giới</w:t>
      </w:r>
      <w:proofErr w:type="spellEnd"/>
      <w:r>
        <w:t xml:space="preserve"> </w:t>
      </w:r>
      <w:proofErr w:type="spellStart"/>
      <w:r>
        <w:t>hạn</w:t>
      </w:r>
      <w:proofErr w:type="spellEnd"/>
      <w:r>
        <w:t>.</w:t>
      </w:r>
    </w:p>
    <w:p w14:paraId="2301B8CC" w14:textId="77777777" w:rsidR="00F11383" w:rsidRDefault="00C064AA">
      <w:pPr>
        <w:pStyle w:val="ListBullet"/>
      </w:pPr>
      <w:proofErr w:type="spellStart"/>
      <w:r>
        <w:rPr>
          <w:b/>
        </w:rPr>
        <w:t>Đầu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</w:t>
      </w:r>
      <w:proofErr w:type="spellEnd"/>
      <w:r>
        <w:rPr>
          <w:b/>
        </w:rPr>
        <w:t xml:space="preserve"> AI:</w:t>
      </w:r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AI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prompt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đưa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.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rất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ràng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chi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prompt.</w:t>
      </w:r>
    </w:p>
    <w:p w14:paraId="141B3232" w14:textId="77777777" w:rsidR="00F11383" w:rsidRDefault="00C064AA">
      <w:pPr>
        <w:pStyle w:val="ListBullet"/>
      </w:pPr>
      <w:proofErr w:type="spellStart"/>
      <w:r>
        <w:rPr>
          <w:b/>
        </w:rPr>
        <w:t>Thử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nghiệm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điều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chỉnh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lặp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lặp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cải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AI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hoá</w:t>
      </w:r>
      <w:proofErr w:type="spellEnd"/>
      <w:r>
        <w:t xml:space="preserve"> prompt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hồi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>.</w:t>
      </w:r>
    </w:p>
    <w:p w14:paraId="72615199" w14:textId="77777777" w:rsidR="00F11383" w:rsidRDefault="00C064AA">
      <w:pPr>
        <w:keepNext/>
        <w:spacing w:before="160" w:after="60"/>
        <w:jc w:val="left"/>
      </w:pPr>
      <w:r>
        <w:rPr>
          <w:b/>
        </w:rPr>
        <w:t xml:space="preserve">2. </w:t>
      </w:r>
      <w:proofErr w:type="spellStart"/>
      <w:r>
        <w:rPr>
          <w:b/>
        </w:rPr>
        <w:t>Căn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cứ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pháp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lí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tắc</w:t>
      </w:r>
      <w:proofErr w:type="spellEnd"/>
      <w:r>
        <w:rPr>
          <w:b/>
        </w:rPr>
        <w:t xml:space="preserve"> an </w:t>
      </w:r>
      <w:proofErr w:type="spellStart"/>
      <w:r>
        <w:rPr>
          <w:b/>
        </w:rPr>
        <w:t>toàn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dữ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liệu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</w:p>
    <w:p w14:paraId="1A844595" w14:textId="77777777" w:rsidR="00F11383" w:rsidRDefault="00C064AA">
      <w:pPr>
        <w:pStyle w:val="ListBullet"/>
      </w:pPr>
      <w:r>
        <w:rPr>
          <w:b/>
        </w:rPr>
        <w:t xml:space="preserve">Công </w:t>
      </w:r>
      <w:proofErr w:type="spellStart"/>
      <w:r>
        <w:rPr>
          <w:b/>
        </w:rPr>
        <w:t>văn</w:t>
      </w:r>
      <w:proofErr w:type="spellEnd"/>
      <w:r>
        <w:rPr>
          <w:b/>
        </w:rPr>
        <w:t xml:space="preserve"> 5588/BGDĐT-GDPT:</w:t>
      </w:r>
      <w:r>
        <w:t xml:space="preserve"> Hướng </w:t>
      </w:r>
      <w:proofErr w:type="spellStart"/>
      <w:r>
        <w:t>dẫn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AI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nhấn</w:t>
      </w:r>
      <w:proofErr w:type="spellEnd"/>
      <w:r>
        <w:t xml:space="preserve"> </w:t>
      </w:r>
      <w:proofErr w:type="spellStart"/>
      <w:r>
        <w:t>mạnh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an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quyền</w:t>
      </w:r>
      <w:proofErr w:type="spellEnd"/>
      <w:r>
        <w:t xml:space="preserve"> </w:t>
      </w:r>
      <w:proofErr w:type="spellStart"/>
      <w:r>
        <w:t>riêng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>.</w:t>
      </w:r>
    </w:p>
    <w:p w14:paraId="5F6E274A" w14:textId="77777777" w:rsidR="00F11383" w:rsidRDefault="00C064AA">
      <w:pPr>
        <w:pStyle w:val="ListBullet"/>
      </w:pPr>
      <w:proofErr w:type="spellStart"/>
      <w:r>
        <w:rPr>
          <w:b/>
        </w:rPr>
        <w:t>Luật</w:t>
      </w:r>
      <w:proofErr w:type="spellEnd"/>
      <w:r>
        <w:rPr>
          <w:b/>
        </w:rPr>
        <w:t xml:space="preserve"> Bảo </w:t>
      </w:r>
      <w:proofErr w:type="spellStart"/>
      <w:r>
        <w:rPr>
          <w:b/>
        </w:rPr>
        <w:t>vệ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dữ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liệu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nhân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số</w:t>
      </w:r>
      <w:proofErr w:type="spellEnd"/>
      <w:r>
        <w:rPr>
          <w:b/>
        </w:rPr>
        <w:t xml:space="preserve"> 91/2025/QH15:</w:t>
      </w:r>
      <w:r>
        <w:t xml:space="preserve"> Quy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,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thật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AI. Học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dẫn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quyền</w:t>
      </w:r>
      <w:proofErr w:type="spellEnd"/>
      <w:r>
        <w:t xml:space="preserve"> </w:t>
      </w:r>
      <w:proofErr w:type="spellStart"/>
      <w:r>
        <w:t>riêng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>.</w:t>
      </w:r>
    </w:p>
    <w:p w14:paraId="1FE62AA3" w14:textId="77777777" w:rsidR="00F11383" w:rsidRDefault="00C064AA">
      <w:pPr>
        <w:keepNext/>
        <w:spacing w:before="160" w:after="60"/>
        <w:jc w:val="left"/>
      </w:pPr>
      <w:r>
        <w:rPr>
          <w:b/>
        </w:rPr>
        <w:t xml:space="preserve">3. Các </w:t>
      </w:r>
      <w:proofErr w:type="spellStart"/>
      <w:r>
        <w:rPr>
          <w:b/>
        </w:rPr>
        <w:t>nhầm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lẫn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thường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gặp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của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cách</w:t>
      </w:r>
      <w:proofErr w:type="spellEnd"/>
      <w:r>
        <w:rPr>
          <w:b/>
        </w:rPr>
        <w:t xml:space="preserve"> GV </w:t>
      </w:r>
      <w:proofErr w:type="spellStart"/>
      <w:r>
        <w:rPr>
          <w:b/>
        </w:rPr>
        <w:t>tháo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gỡ</w:t>
      </w:r>
      <w:proofErr w:type="spellEnd"/>
    </w:p>
    <w:p w14:paraId="5BFE6024" w14:textId="77777777" w:rsidR="00F11383" w:rsidRDefault="00C064AA">
      <w:pPr>
        <w:pStyle w:val="ListBullet"/>
      </w:pPr>
      <w:proofErr w:type="spellStart"/>
      <w:r>
        <w:rPr>
          <w:b/>
        </w:rPr>
        <w:t>Nhầm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lẫn</w:t>
      </w:r>
      <w:proofErr w:type="spellEnd"/>
      <w:r>
        <w:rPr>
          <w:b/>
        </w:rPr>
        <w:t xml:space="preserve"> 1:</w:t>
      </w:r>
      <w:r>
        <w:t xml:space="preserve"> HS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viết</w:t>
      </w:r>
      <w:proofErr w:type="spellEnd"/>
      <w:r>
        <w:t xml:space="preserve"> prompt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chung</w:t>
      </w:r>
      <w:proofErr w:type="spellEnd"/>
      <w:r>
        <w:t xml:space="preserve"> </w:t>
      </w:r>
      <w:proofErr w:type="spellStart"/>
      <w:r>
        <w:t>chung</w:t>
      </w:r>
      <w:proofErr w:type="spellEnd"/>
      <w:r>
        <w:t xml:space="preserve">, </w:t>
      </w:r>
      <w:proofErr w:type="spellStart"/>
      <w:r>
        <w:t>dẫn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>.</w:t>
      </w:r>
    </w:p>
    <w:p w14:paraId="48BB365F" w14:textId="77777777" w:rsidR="00F11383" w:rsidRDefault="00C064AA">
      <w:pPr>
        <w:pStyle w:val="ListBullet"/>
      </w:pPr>
      <w:proofErr w:type="spellStart"/>
      <w:r>
        <w:t>Câu</w:t>
      </w:r>
      <w:proofErr w:type="spellEnd"/>
      <w:r>
        <w:t xml:space="preserve"> </w:t>
      </w:r>
      <w:proofErr w:type="spellStart"/>
      <w:r>
        <w:t>hỏi</w:t>
      </w:r>
      <w:proofErr w:type="spellEnd"/>
      <w:r>
        <w:t xml:space="preserve"> </w:t>
      </w:r>
      <w:proofErr w:type="spellStart"/>
      <w:r>
        <w:t>gợi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: "Các </w:t>
      </w:r>
      <w:proofErr w:type="spellStart"/>
      <w:r>
        <w:t>em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thiếu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lệnh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hơn</w:t>
      </w:r>
      <w:proofErr w:type="spellEnd"/>
      <w:r>
        <w:t>?"</w:t>
      </w:r>
    </w:p>
    <w:p w14:paraId="5121A690" w14:textId="77777777" w:rsidR="00F11383" w:rsidRDefault="00C064AA">
      <w:pPr>
        <w:pStyle w:val="ListBullet"/>
      </w:pPr>
      <w:proofErr w:type="spellStart"/>
      <w:r>
        <w:rPr>
          <w:b/>
        </w:rPr>
        <w:t>Nhầm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lẫn</w:t>
      </w:r>
      <w:proofErr w:type="spellEnd"/>
      <w:r>
        <w:rPr>
          <w:b/>
        </w:rPr>
        <w:t xml:space="preserve"> 2:</w:t>
      </w:r>
      <w:r>
        <w:t xml:space="preserve"> HS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trò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bối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prompt.</w:t>
      </w:r>
    </w:p>
    <w:p w14:paraId="12FFCA2B" w14:textId="77777777" w:rsidR="00F11383" w:rsidRDefault="00C064AA">
      <w:pPr>
        <w:pStyle w:val="ListBullet"/>
      </w:pPr>
      <w:proofErr w:type="spellStart"/>
      <w:r>
        <w:t>Câu</w:t>
      </w:r>
      <w:proofErr w:type="spellEnd"/>
      <w:r>
        <w:t xml:space="preserve"> </w:t>
      </w:r>
      <w:proofErr w:type="spellStart"/>
      <w:r>
        <w:t>hỏi</w:t>
      </w:r>
      <w:proofErr w:type="spellEnd"/>
      <w:r>
        <w:t xml:space="preserve"> </w:t>
      </w:r>
      <w:proofErr w:type="spellStart"/>
      <w:r>
        <w:t>gợi</w:t>
      </w:r>
      <w:proofErr w:type="spellEnd"/>
      <w:r>
        <w:t xml:space="preserve"> </w:t>
      </w:r>
      <w:proofErr w:type="spellStart"/>
      <w:r>
        <w:t>mở</w:t>
      </w:r>
      <w:proofErr w:type="spellEnd"/>
      <w:r>
        <w:t>: "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trò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bối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,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không</w:t>
      </w:r>
      <w:proofErr w:type="spellEnd"/>
      <w:r>
        <w:t>?"</w:t>
      </w:r>
    </w:p>
    <w:p w14:paraId="79FB7DA7" w14:textId="77777777" w:rsidR="00F11383" w:rsidRDefault="00C064AA">
      <w:pPr>
        <w:pStyle w:val="ListBullet"/>
      </w:pPr>
      <w:proofErr w:type="spellStart"/>
      <w:r>
        <w:rPr>
          <w:b/>
        </w:rPr>
        <w:t>Nhầm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lẫn</w:t>
      </w:r>
      <w:proofErr w:type="spellEnd"/>
      <w:r>
        <w:rPr>
          <w:b/>
        </w:rPr>
        <w:t xml:space="preserve"> 3:</w:t>
      </w:r>
      <w:r>
        <w:t xml:space="preserve"> HS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AI, </w:t>
      </w:r>
      <w:proofErr w:type="spellStart"/>
      <w:r>
        <w:t>dẫn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tin </w:t>
      </w:r>
      <w:proofErr w:type="spellStart"/>
      <w:r>
        <w:t>tưởng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máy</w:t>
      </w:r>
      <w:proofErr w:type="spellEnd"/>
      <w:r>
        <w:t>.</w:t>
      </w:r>
    </w:p>
    <w:p w14:paraId="40106C0D" w14:textId="77777777" w:rsidR="00F11383" w:rsidRDefault="00C064AA">
      <w:pPr>
        <w:pStyle w:val="ListBullet"/>
      </w:pPr>
      <w:proofErr w:type="spellStart"/>
      <w:r>
        <w:t>Câu</w:t>
      </w:r>
      <w:proofErr w:type="spellEnd"/>
      <w:r>
        <w:t xml:space="preserve"> </w:t>
      </w:r>
      <w:proofErr w:type="spellStart"/>
      <w:r>
        <w:t>hỏi</w:t>
      </w:r>
      <w:proofErr w:type="spellEnd"/>
      <w:r>
        <w:t xml:space="preserve"> </w:t>
      </w:r>
      <w:proofErr w:type="spellStart"/>
      <w:r>
        <w:t>gợi</w:t>
      </w:r>
      <w:proofErr w:type="spellEnd"/>
      <w:r>
        <w:t xml:space="preserve"> </w:t>
      </w:r>
      <w:proofErr w:type="spellStart"/>
      <w:r>
        <w:t>mở</w:t>
      </w:r>
      <w:proofErr w:type="spellEnd"/>
      <w:r>
        <w:t>: "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,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xảy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này</w:t>
      </w:r>
      <w:proofErr w:type="spellEnd"/>
      <w:r>
        <w:t>?"</w:t>
      </w:r>
    </w:p>
    <w:p w14:paraId="510DF647" w14:textId="77777777" w:rsidR="00F11383" w:rsidRDefault="00C064AA">
      <w:pPr>
        <w:keepNext/>
        <w:spacing w:before="160" w:after="60"/>
        <w:jc w:val="left"/>
      </w:pPr>
      <w:r>
        <w:rPr>
          <w:b/>
        </w:rPr>
        <w:t xml:space="preserve">4. </w:t>
      </w:r>
      <w:proofErr w:type="spellStart"/>
      <w:r>
        <w:rPr>
          <w:b/>
        </w:rPr>
        <w:t>Nối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mạch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bài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dạy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tách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tiết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tích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hợp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môn</w:t>
      </w:r>
      <w:proofErr w:type="spellEnd"/>
    </w:p>
    <w:p w14:paraId="1FADED8B" w14:textId="77777777" w:rsidR="00F11383" w:rsidRDefault="00C064AA">
      <w:pPr>
        <w:pStyle w:val="ListBullet"/>
      </w:pPr>
      <w:proofErr w:type="spellStart"/>
      <w:r>
        <w:rPr>
          <w:b/>
        </w:rPr>
        <w:t>Nối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mạch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bài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giới</w:t>
      </w:r>
      <w:proofErr w:type="spellEnd"/>
      <w:r>
        <w:t xml:space="preserve"> </w:t>
      </w:r>
      <w:proofErr w:type="spellStart"/>
      <w:r>
        <w:t>thiệu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đặt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hỏi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ràng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.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kĩ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qua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prompt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.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AI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huống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tạp</w:t>
      </w:r>
      <w:proofErr w:type="spellEnd"/>
      <w:r>
        <w:t xml:space="preserve"> </w:t>
      </w:r>
      <w:proofErr w:type="spellStart"/>
      <w:r>
        <w:t>hơn</w:t>
      </w:r>
      <w:proofErr w:type="spellEnd"/>
      <w:r>
        <w:t>.</w:t>
      </w:r>
    </w:p>
    <w:p w14:paraId="6E7EA89D" w14:textId="77777777" w:rsidR="00F11383" w:rsidRDefault="00C064AA">
      <w:pPr>
        <w:pStyle w:val="ListBullet"/>
      </w:pPr>
      <w:proofErr w:type="spellStart"/>
      <w:r>
        <w:rPr>
          <w:b/>
        </w:rPr>
        <w:t>Dạy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tách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tiết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, GV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nhắc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sơ</w:t>
      </w:r>
      <w:proofErr w:type="spellEnd"/>
      <w:r>
        <w:t xml:space="preserve"> </w:t>
      </w:r>
      <w:proofErr w:type="spellStart"/>
      <w:r>
        <w:t>đồ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chốt</w:t>
      </w:r>
      <w:proofErr w:type="spellEnd"/>
      <w:r>
        <w:t xml:space="preserve"> ở </w:t>
      </w:r>
      <w:proofErr w:type="spellStart"/>
      <w:r>
        <w:t>Tiết</w:t>
      </w:r>
      <w:proofErr w:type="spellEnd"/>
      <w:r>
        <w:t xml:space="preserve"> 1 </w:t>
      </w:r>
      <w:proofErr w:type="spellStart"/>
      <w:r>
        <w:t>trong</w:t>
      </w:r>
      <w:proofErr w:type="spellEnd"/>
      <w:r>
        <w:t xml:space="preserve"> 1 </w:t>
      </w:r>
      <w:proofErr w:type="spellStart"/>
      <w:r>
        <w:t>phút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2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liền</w:t>
      </w:r>
      <w:proofErr w:type="spellEnd"/>
      <w:r>
        <w:t xml:space="preserve"> </w:t>
      </w:r>
      <w:proofErr w:type="spellStart"/>
      <w:r>
        <w:t>mạch</w:t>
      </w:r>
      <w:proofErr w:type="spellEnd"/>
      <w:r>
        <w:t>.</w:t>
      </w:r>
    </w:p>
    <w:p w14:paraId="0C1774F1" w14:textId="77777777" w:rsidR="00F11383" w:rsidRDefault="00C064AA">
      <w:pPr>
        <w:pStyle w:val="ListBullet"/>
      </w:pPr>
      <w:proofErr w:type="spellStart"/>
      <w:r>
        <w:rPr>
          <w:b/>
        </w:rPr>
        <w:t>Tích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hợp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môn</w:t>
      </w:r>
      <w:proofErr w:type="spellEnd"/>
      <w:r>
        <w:rPr>
          <w:b/>
        </w:rPr>
        <w:t>:</w:t>
      </w:r>
    </w:p>
    <w:p w14:paraId="7AEDF639" w14:textId="77777777" w:rsidR="00F11383" w:rsidRDefault="00C064AA">
      <w:pPr>
        <w:pStyle w:val="ListBullet"/>
      </w:pPr>
      <w:r>
        <w:rPr>
          <w:b/>
        </w:rPr>
        <w:t xml:space="preserve">Tin </w:t>
      </w:r>
      <w:proofErr w:type="spellStart"/>
      <w:r>
        <w:rPr>
          <w:b/>
        </w:rPr>
        <w:t>học</w:t>
      </w:r>
      <w:proofErr w:type="spellEnd"/>
      <w:r>
        <w:rPr>
          <w:b/>
        </w:rPr>
        <w:t>:</w:t>
      </w:r>
      <w:r>
        <w:t xml:space="preserve"> Liên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lí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tin.</w:t>
      </w:r>
    </w:p>
    <w:p w14:paraId="160BDD26" w14:textId="77777777" w:rsidR="00F11383" w:rsidRDefault="00C064AA">
      <w:pPr>
        <w:pStyle w:val="ListBullet"/>
      </w:pPr>
      <w:proofErr w:type="spellStart"/>
      <w:r>
        <w:rPr>
          <w:b/>
        </w:rPr>
        <w:t>Giáo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dục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tế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pháp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luật</w:t>
      </w:r>
      <w:proofErr w:type="spellEnd"/>
      <w:r>
        <w:rPr>
          <w:b/>
        </w:rPr>
        <w:t>:</w:t>
      </w:r>
      <w:r>
        <w:t xml:space="preserve"> Thảo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quyền</w:t>
      </w:r>
      <w:proofErr w:type="spellEnd"/>
      <w:r>
        <w:t xml:space="preserve"> </w:t>
      </w:r>
      <w:proofErr w:type="spellStart"/>
      <w:r>
        <w:t>riêng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bối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AI.</w:t>
      </w:r>
    </w:p>
    <w:sectPr w:rsidR="00F11383" w:rsidSect="00034616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106145792">
    <w:abstractNumId w:val="8"/>
  </w:num>
  <w:num w:numId="2" w16cid:durableId="255671766">
    <w:abstractNumId w:val="6"/>
  </w:num>
  <w:num w:numId="3" w16cid:durableId="589849073">
    <w:abstractNumId w:val="5"/>
  </w:num>
  <w:num w:numId="4" w16cid:durableId="207567817">
    <w:abstractNumId w:val="4"/>
  </w:num>
  <w:num w:numId="5" w16cid:durableId="1464272032">
    <w:abstractNumId w:val="7"/>
  </w:num>
  <w:num w:numId="6" w16cid:durableId="1993295804">
    <w:abstractNumId w:val="3"/>
  </w:num>
  <w:num w:numId="7" w16cid:durableId="585846067">
    <w:abstractNumId w:val="2"/>
  </w:num>
  <w:num w:numId="8" w16cid:durableId="375592923">
    <w:abstractNumId w:val="1"/>
  </w:num>
  <w:num w:numId="9" w16cid:durableId="14377462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67A46"/>
    <w:rsid w:val="000B2E74"/>
    <w:rsid w:val="0015074B"/>
    <w:rsid w:val="0025278F"/>
    <w:rsid w:val="0029639D"/>
    <w:rsid w:val="002D46B0"/>
    <w:rsid w:val="002F3C49"/>
    <w:rsid w:val="00326F90"/>
    <w:rsid w:val="00497622"/>
    <w:rsid w:val="005F2536"/>
    <w:rsid w:val="006E49AB"/>
    <w:rsid w:val="0075131B"/>
    <w:rsid w:val="007C31B4"/>
    <w:rsid w:val="00A83910"/>
    <w:rsid w:val="00AA1D8D"/>
    <w:rsid w:val="00B47730"/>
    <w:rsid w:val="00B9297B"/>
    <w:rsid w:val="00C064AA"/>
    <w:rsid w:val="00CA6A0C"/>
    <w:rsid w:val="00CB0664"/>
    <w:rsid w:val="00E15F14"/>
    <w:rsid w:val="00E16B32"/>
    <w:rsid w:val="00E46F38"/>
    <w:rsid w:val="00EB15F1"/>
    <w:rsid w:val="00F1138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C2D0064"/>
  <w14:defaultImageDpi w14:val="300"/>
  <w15:docId w15:val="{24F54D8A-68ED-415B-8C91-8DA11193E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80"/>
      <w:jc w:val="both"/>
    </w:pPr>
    <w:rPr>
      <w:rFonts w:ascii="Times New Roman" w:hAnsi="Times New Roman"/>
      <w:color w:val="000000"/>
      <w:sz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2423</Words>
  <Characters>13817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16208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Nguyen Hai</cp:lastModifiedBy>
  <cp:revision>12</cp:revision>
  <dcterms:created xsi:type="dcterms:W3CDTF">2013-12-23T23:15:00Z</dcterms:created>
  <dcterms:modified xsi:type="dcterms:W3CDTF">2026-11-01T11:26:00Z</dcterms:modified>
  <cp:category/>
</cp:coreProperties>
</file>