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1182F" w14:textId="77777777" w:rsidR="00D532AD" w:rsidRPr="00161E99" w:rsidRDefault="008074C9">
      <w:pPr>
        <w:keepNext/>
        <w:spacing w:after="60" w:line="264" w:lineRule="auto"/>
        <w:jc w:val="center"/>
      </w:pPr>
      <w:r w:rsidRPr="00161E99">
        <w:rPr>
          <w:b/>
        </w:rPr>
        <w:t>KẾ HOẠCH BÀI DẠY</w:t>
      </w:r>
    </w:p>
    <w:p w14:paraId="6C09A3BB" w14:textId="77777777" w:rsidR="00D532AD" w:rsidRPr="00161E99" w:rsidRDefault="008074C9">
      <w:pPr>
        <w:keepNext/>
        <w:spacing w:after="60" w:line="264" w:lineRule="auto"/>
        <w:jc w:val="center"/>
      </w:pPr>
      <w:r w:rsidRPr="00161E99">
        <w:rPr>
          <w:b/>
        </w:rPr>
        <w:t>BÀI 7. TỪ MỤC TIÊU ĐẾN CẤU TRÚC MỘT HỆ THỐNG AI</w:t>
      </w:r>
    </w:p>
    <w:p w14:paraId="48DB22E9" w14:textId="77777777" w:rsidR="00D532AD" w:rsidRDefault="008074C9">
      <w:pPr>
        <w:spacing w:after="60" w:line="264" w:lineRule="auto"/>
        <w:jc w:val="center"/>
      </w:pPr>
      <w:r>
        <w:t>Giáo dục AI lớp 10. Thời gian thực hiện: 2 tiết (tiết 10 đến tiết 11)</w:t>
      </w:r>
    </w:p>
    <w:p w14:paraId="19D726BA" w14:textId="77777777" w:rsidR="00D532AD" w:rsidRDefault="00D532AD">
      <w:pPr>
        <w:spacing w:after="40" w:line="192" w:lineRule="auto"/>
        <w:jc w:val="both"/>
      </w:pPr>
    </w:p>
    <w:p w14:paraId="6DF57E7E" w14:textId="77777777" w:rsidR="00D532AD" w:rsidRDefault="008074C9">
      <w:pPr>
        <w:spacing w:after="60" w:line="264" w:lineRule="auto"/>
        <w:jc w:val="both"/>
      </w:pPr>
      <w:r>
        <w:rPr>
          <w:i/>
          <w:sz w:val="24"/>
        </w:rPr>
        <w:t>Chữ viết tắt: GV (giáo viên), HS (học sinh), YCCĐ (yêu cầu cần đạt), SP (sản phẩm), MC (minh chứng), HĐ (hoạt động).</w:t>
      </w:r>
    </w:p>
    <w:p w14:paraId="7E028834" w14:textId="77777777" w:rsidR="00D532AD" w:rsidRDefault="008074C9">
      <w:pPr>
        <w:spacing w:after="60" w:line="264" w:lineRule="auto"/>
        <w:jc w:val="both"/>
        <w:rPr>
          <w:color w:val="000000"/>
        </w:rPr>
      </w:pPr>
      <w:r>
        <w:t>Yêu cầu cần đạt của bài học (nguyên văn theo Quyết định số 2422/QĐ-BGDĐT):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851"/>
        <w:gridCol w:w="4252"/>
        <w:gridCol w:w="1701"/>
        <w:gridCol w:w="2267"/>
      </w:tblGrid>
      <w:tr w:rsidR="00D532AD" w14:paraId="3FA766B2" w14:textId="77777777" w:rsidTr="00161E99">
        <w:trPr>
          <w:cantSplit/>
          <w:tblHeader/>
          <w:jc w:val="center"/>
        </w:trPr>
        <w:tc>
          <w:tcPr>
            <w:tcW w:w="851" w:type="dxa"/>
            <w:vAlign w:val="center"/>
          </w:tcPr>
          <w:p w14:paraId="42302A67" w14:textId="77777777" w:rsidR="00D532AD" w:rsidRDefault="008074C9">
            <w:pPr>
              <w:spacing w:after="0" w:line="240" w:lineRule="auto"/>
              <w:jc w:val="center"/>
            </w:pPr>
            <w:r>
              <w:rPr>
                <w:b/>
                <w:sz w:val="22"/>
                <w:szCs w:val="22"/>
              </w:rPr>
              <w:t>Mã</w:t>
            </w:r>
          </w:p>
        </w:tc>
        <w:tc>
          <w:tcPr>
            <w:tcW w:w="4252" w:type="dxa"/>
            <w:vAlign w:val="center"/>
          </w:tcPr>
          <w:p w14:paraId="4CD78078" w14:textId="77777777" w:rsidR="00D532AD" w:rsidRDefault="008074C9">
            <w:pPr>
              <w:spacing w:after="0" w:line="240" w:lineRule="auto"/>
              <w:jc w:val="center"/>
            </w:pPr>
            <w:r>
              <w:rPr>
                <w:b/>
                <w:sz w:val="22"/>
                <w:szCs w:val="22"/>
              </w:rPr>
              <w:t>Yêu cầu cần đạt</w:t>
            </w:r>
          </w:p>
        </w:tc>
        <w:tc>
          <w:tcPr>
            <w:tcW w:w="1701" w:type="dxa"/>
            <w:vAlign w:val="center"/>
          </w:tcPr>
          <w:p w14:paraId="02684747" w14:textId="77777777" w:rsidR="00D532AD" w:rsidRDefault="008074C9">
            <w:pPr>
              <w:spacing w:after="0" w:line="240" w:lineRule="auto"/>
              <w:jc w:val="center"/>
            </w:pPr>
            <w:r>
              <w:rPr>
                <w:b/>
                <w:sz w:val="22"/>
                <w:szCs w:val="22"/>
              </w:rPr>
              <w:t>Hình thành ở</w:t>
            </w:r>
          </w:p>
        </w:tc>
        <w:tc>
          <w:tcPr>
            <w:tcW w:w="2267" w:type="dxa"/>
            <w:vAlign w:val="center"/>
          </w:tcPr>
          <w:p w14:paraId="75830D70" w14:textId="77777777" w:rsidR="00D532AD" w:rsidRDefault="008074C9">
            <w:pPr>
              <w:spacing w:after="0" w:line="240" w:lineRule="auto"/>
              <w:jc w:val="center"/>
            </w:pPr>
            <w:r>
              <w:rPr>
                <w:b/>
                <w:sz w:val="22"/>
                <w:szCs w:val="22"/>
              </w:rPr>
              <w:t>Minh chứng chính</w:t>
            </w:r>
          </w:p>
        </w:tc>
      </w:tr>
      <w:tr w:rsidR="00D532AD" w14:paraId="7DF80EBE" w14:textId="77777777">
        <w:trPr>
          <w:jc w:val="center"/>
        </w:trPr>
        <w:tc>
          <w:tcPr>
            <w:tcW w:w="9071" w:type="dxa"/>
            <w:gridSpan w:val="4"/>
          </w:tcPr>
          <w:p w14:paraId="141B7F87" w14:textId="77777777" w:rsidR="00D532AD" w:rsidRDefault="008074C9">
            <w:pPr>
              <w:spacing w:after="0" w:line="240" w:lineRule="auto"/>
              <w:jc w:val="center"/>
            </w:pPr>
            <w:r>
              <w:rPr>
                <w:b/>
                <w:sz w:val="22"/>
                <w:szCs w:val="22"/>
              </w:rPr>
              <w:t>D. Thiết kế hệ thống AI- D1. Nhận diện và hình thành giải pháp (nội dung “Ý tưởng hệ thống AI”)- D2. Cấu trúc và tương tác, cải tiến hệ thống (nội dung “Hệ thống AI”)</w:t>
            </w:r>
          </w:p>
        </w:tc>
      </w:tr>
      <w:tr w:rsidR="00D532AD" w14:paraId="62CC7DCC" w14:textId="77777777" w:rsidTr="00161E99">
        <w:trPr>
          <w:jc w:val="center"/>
        </w:trPr>
        <w:tc>
          <w:tcPr>
            <w:tcW w:w="851" w:type="dxa"/>
            <w:vAlign w:val="center"/>
          </w:tcPr>
          <w:p w14:paraId="305A91C6" w14:textId="77777777" w:rsidR="00D532AD" w:rsidRDefault="008074C9">
            <w:pPr>
              <w:spacing w:after="0" w:line="240" w:lineRule="auto"/>
              <w:jc w:val="center"/>
            </w:pPr>
            <w:r>
              <w:rPr>
                <w:b/>
                <w:sz w:val="22"/>
                <w:szCs w:val="22"/>
              </w:rPr>
              <w:t>10.D1.1</w:t>
            </w:r>
          </w:p>
        </w:tc>
        <w:tc>
          <w:tcPr>
            <w:tcW w:w="4252" w:type="dxa"/>
          </w:tcPr>
          <w:p w14:paraId="1D97316C" w14:textId="77777777" w:rsidR="00D532AD" w:rsidRDefault="008074C9">
            <w:pPr>
              <w:spacing w:after="0" w:line="240" w:lineRule="auto"/>
            </w:pPr>
            <w:r>
              <w:rPr>
                <w:sz w:val="22"/>
                <w:szCs w:val="22"/>
              </w:rPr>
              <w:t>Nêu được ví dụ cụ thể, xác định nhiệm vụ hoặc mục tiêu cụ thể mà một hệ thống AI cần thực hiện, nêu được mối liên hệ giữa mục tiêu đó với các thành phần chính của hệ thống.</w:t>
            </w:r>
          </w:p>
        </w:tc>
        <w:tc>
          <w:tcPr>
            <w:tcW w:w="1701" w:type="dxa"/>
          </w:tcPr>
          <w:p w14:paraId="4C4FC391" w14:textId="77777777" w:rsidR="00D532AD" w:rsidRDefault="008074C9">
            <w:pPr>
              <w:tabs>
                <w:tab w:val="left" w:pos="255"/>
              </w:tabs>
              <w:spacing w:after="0" w:line="240" w:lineRule="auto"/>
              <w:ind w:left="255" w:hanging="170"/>
            </w:pPr>
            <w:r>
              <w:rPr>
                <w:sz w:val="22"/>
                <w:szCs w:val="22"/>
              </w:rPr>
              <w:t>Nhiệm vụ 2.1; HĐ 4</w:t>
            </w:r>
            <w:r>
              <w:rPr>
                <w:sz w:val="22"/>
                <w:szCs w:val="22"/>
              </w:rPr>
              <w:tab/>
            </w:r>
          </w:p>
        </w:tc>
        <w:tc>
          <w:tcPr>
            <w:tcW w:w="2267" w:type="dxa"/>
          </w:tcPr>
          <w:p w14:paraId="2B0E6885" w14:textId="77777777" w:rsidR="00D532AD" w:rsidRDefault="008074C9">
            <w:pPr>
              <w:tabs>
                <w:tab w:val="left" w:pos="255"/>
              </w:tabs>
              <w:spacing w:after="0" w:line="240" w:lineRule="auto"/>
              <w:ind w:left="255" w:hanging="170"/>
            </w:pPr>
            <w:r>
              <w:rPr>
                <w:sz w:val="22"/>
                <w:szCs w:val="22"/>
              </w:rPr>
              <w:t>Phiếu học tập 10.7.1</w:t>
            </w:r>
            <w:r>
              <w:rPr>
                <w:sz w:val="22"/>
                <w:szCs w:val="22"/>
              </w:rPr>
              <w:tab/>
            </w:r>
          </w:p>
        </w:tc>
      </w:tr>
      <w:tr w:rsidR="00D532AD" w14:paraId="67ECC1F5" w14:textId="77777777" w:rsidTr="00161E99">
        <w:trPr>
          <w:jc w:val="center"/>
        </w:trPr>
        <w:tc>
          <w:tcPr>
            <w:tcW w:w="851" w:type="dxa"/>
            <w:vAlign w:val="center"/>
          </w:tcPr>
          <w:p w14:paraId="5A02DFE3" w14:textId="77777777" w:rsidR="00D532AD" w:rsidRDefault="008074C9">
            <w:pPr>
              <w:spacing w:after="0" w:line="240" w:lineRule="auto"/>
              <w:jc w:val="center"/>
            </w:pPr>
            <w:r>
              <w:rPr>
                <w:b/>
                <w:sz w:val="22"/>
                <w:szCs w:val="22"/>
              </w:rPr>
              <w:t>10.D2.1</w:t>
            </w:r>
          </w:p>
        </w:tc>
        <w:tc>
          <w:tcPr>
            <w:tcW w:w="4252" w:type="dxa"/>
          </w:tcPr>
          <w:p w14:paraId="3B53ED11" w14:textId="77777777" w:rsidR="00D532AD" w:rsidRDefault="008074C9">
            <w:pPr>
              <w:spacing w:after="0" w:line="240" w:lineRule="auto"/>
            </w:pPr>
            <w:r>
              <w:rPr>
                <w:sz w:val="22"/>
                <w:szCs w:val="22"/>
              </w:rPr>
              <w:t>Mô tả được các thành phần cơ bản của hệ thống AI (dữ liệu, mô hình, thuật toán, đầu ra, phản hồi) phù hợp với nhiệm vụ cụ thể.</w:t>
            </w:r>
          </w:p>
        </w:tc>
        <w:tc>
          <w:tcPr>
            <w:tcW w:w="1701" w:type="dxa"/>
          </w:tcPr>
          <w:p w14:paraId="1DBA8AB5" w14:textId="77777777" w:rsidR="00D532AD" w:rsidRDefault="008074C9">
            <w:pPr>
              <w:tabs>
                <w:tab w:val="left" w:pos="255"/>
              </w:tabs>
              <w:spacing w:after="0" w:line="240" w:lineRule="auto"/>
              <w:ind w:left="255" w:hanging="170"/>
            </w:pPr>
            <w:r>
              <w:rPr>
                <w:sz w:val="22"/>
                <w:szCs w:val="22"/>
              </w:rPr>
              <w:t>Nhiệm vụ 2.2; HĐ 3; HĐ 4</w:t>
            </w:r>
            <w:r>
              <w:rPr>
                <w:sz w:val="22"/>
                <w:szCs w:val="22"/>
              </w:rPr>
              <w:tab/>
            </w:r>
          </w:p>
        </w:tc>
        <w:tc>
          <w:tcPr>
            <w:tcW w:w="2267" w:type="dxa"/>
          </w:tcPr>
          <w:p w14:paraId="1867F9F4" w14:textId="77777777" w:rsidR="00D532AD" w:rsidRDefault="008074C9">
            <w:pPr>
              <w:tabs>
                <w:tab w:val="left" w:pos="255"/>
              </w:tabs>
              <w:spacing w:after="0" w:line="240" w:lineRule="auto"/>
              <w:ind w:left="255" w:hanging="170"/>
            </w:pPr>
            <w:r>
              <w:rPr>
                <w:sz w:val="22"/>
                <w:szCs w:val="22"/>
              </w:rPr>
              <w:t>Phiếu học tập 10.7.1 (Phần C) và Phiếu học tập 10.7.2</w:t>
            </w:r>
            <w:r>
              <w:rPr>
                <w:sz w:val="22"/>
                <w:szCs w:val="22"/>
              </w:rPr>
              <w:tab/>
            </w:r>
          </w:p>
        </w:tc>
      </w:tr>
    </w:tbl>
    <w:p w14:paraId="00D9B650" w14:textId="77777777" w:rsidR="00D532AD" w:rsidRDefault="008074C9">
      <w:pPr>
        <w:keepNext/>
        <w:spacing w:before="160" w:after="60" w:line="264" w:lineRule="auto"/>
      </w:pPr>
      <w:r>
        <w:rPr>
          <w:b/>
        </w:rPr>
        <w:t>I. MỤC TIÊU</w:t>
      </w:r>
    </w:p>
    <w:p w14:paraId="3B33DA87" w14:textId="77777777" w:rsidR="00D532AD" w:rsidRDefault="008074C9">
      <w:pPr>
        <w:keepNext/>
        <w:spacing w:before="80" w:after="60" w:line="264" w:lineRule="auto"/>
      </w:pPr>
      <w:r>
        <w:rPr>
          <w:b/>
        </w:rPr>
        <w:t>1. Về kiến thức</w:t>
      </w:r>
    </w:p>
    <w:p w14:paraId="4F53411D" w14:textId="77777777" w:rsidR="00D532AD" w:rsidRDefault="008074C9">
      <w:pPr>
        <w:keepNext/>
        <w:spacing w:before="80" w:after="60" w:line="264" w:lineRule="auto"/>
      </w:pPr>
      <w:r>
        <w:t>- Viết được tuyên bố mục tiêu và nhiệm vụ cho một hệ thống AI gắn với vấn đề thực tiễn. Tuyên bố gồm người dùng, mục tiêu, đầu vào, đầu ra và ít nhất một tiêu chí thành công đo được (Phiếu học tập 10.7.1; SP của HĐ 4).- Giải thích được khi mục tiêu thay đổi thì đầu ra, dữ liệu, thuật toán, mô hình và cách thu thập phản hồi thay đổi thế nào. Ví dụ dùng trong bài: ba mục tiêu trên dự án khu thu gom rác (Phiếu học tập 10.7.2).</w:t>
      </w:r>
    </w:p>
    <w:p w14:paraId="3CB400F4" w14:textId="3368C91C" w:rsidR="00D532AD" w:rsidRDefault="008074C9" w:rsidP="00462C1A">
      <w:pPr>
        <w:keepNext/>
        <w:spacing w:before="80" w:after="60" w:line="264" w:lineRule="auto"/>
      </w:pPr>
      <w:r>
        <w:t>- Chỉ ra được năm thành phần trong mô phỏng “Dạy máy phân loại rác” và nêu đúng vai trò của từng thành phần; chỉ ra được thuật toán là cách học, còn mô hình là quy tắc học được (Phiếu học tập 10.7.1, Phần C).- Lập được sơ đồ cấu trúc của một hệ thống AI cho tình huống đã chọn, trong đó mỗi thành phần được mô tả cụ thể theo nhiệm vụ (SP của HĐ 4).</w:t>
      </w:r>
    </w:p>
    <w:p w14:paraId="609557AC" w14:textId="77777777" w:rsidR="00D532AD" w:rsidRDefault="008074C9">
      <w:pPr>
        <w:keepNext/>
        <w:spacing w:before="80" w:after="60" w:line="264" w:lineRule="auto"/>
      </w:pPr>
      <w:r>
        <w:rPr>
          <w:b/>
        </w:rPr>
        <w:t>2. Về năng lực</w:t>
      </w:r>
    </w:p>
    <w:p w14:paraId="5C5142D1" w14:textId="77777777" w:rsidR="00D532AD" w:rsidRDefault="008074C9">
      <w:pPr>
        <w:keepNext/>
        <w:spacing w:before="80" w:after="60" w:line="264" w:lineRule="auto"/>
      </w:pPr>
      <w:r>
        <w:rPr>
          <w:b/>
        </w:rPr>
        <w:t>a) Năng lực đặc thù về AI</w:t>
      </w:r>
    </w:p>
    <w:p w14:paraId="347D23E5" w14:textId="77777777" w:rsidR="00D532AD" w:rsidRDefault="008074C9">
      <w:pPr>
        <w:tabs>
          <w:tab w:val="left" w:pos="425"/>
        </w:tabs>
        <w:spacing w:after="60" w:line="264" w:lineRule="auto"/>
        <w:ind w:left="425" w:hanging="227"/>
        <w:jc w:val="both"/>
      </w:pPr>
      <w:r>
        <w:t xml:space="preserve">- </w:t>
      </w:r>
      <w:r>
        <w:tab/>
      </w:r>
      <w:r>
        <w:rPr>
          <w:b/>
        </w:rPr>
        <w:t>NLd (Thiết kế hệ thống AI):</w:t>
      </w:r>
      <w:r>
        <w:t xml:space="preserve"> xác định được mục tiêu, nhiệm vụ và tiêu chí thành công của một hệ thống AI; mô tả được cấu trúc hệ thống qua năm thành phần và mối liên hệ giữa chúng (10.D1.1, 10.D2.1).</w:t>
      </w:r>
    </w:p>
    <w:p w14:paraId="3FD6C51C" w14:textId="77777777" w:rsidR="00D532AD" w:rsidRDefault="008074C9">
      <w:pPr>
        <w:tabs>
          <w:tab w:val="left" w:pos="425"/>
        </w:tabs>
        <w:spacing w:after="60" w:line="264" w:lineRule="auto"/>
        <w:ind w:left="425" w:hanging="227"/>
        <w:jc w:val="both"/>
      </w:pPr>
      <w:r>
        <w:t xml:space="preserve">- </w:t>
      </w:r>
      <w:r>
        <w:tab/>
      </w:r>
      <w:r>
        <w:rPr>
          <w:b/>
        </w:rPr>
        <w:t>NLc (Các kĩ thuật và ứng dụng AI):</w:t>
      </w:r>
      <w:r>
        <w:t xml:space="preserve"> phân biệt được thuật toán với mô hình; vận dụng được hiểu biết về loại bài toán (phân loại, dự đoán, tạo sinh) và về chất lượng dữ liệu đã học ở Bài 5, Bài 6 để chọn thành phần phù hợp (10.D2.1).</w:t>
      </w:r>
    </w:p>
    <w:p w14:paraId="2D549080" w14:textId="77777777" w:rsidR="00D532AD" w:rsidRDefault="008074C9">
      <w:pPr>
        <w:tabs>
          <w:tab w:val="left" w:pos="425"/>
        </w:tabs>
        <w:spacing w:after="60" w:line="264" w:lineRule="auto"/>
        <w:ind w:left="425" w:hanging="227"/>
        <w:jc w:val="both"/>
      </w:pPr>
      <w:r>
        <w:t xml:space="preserve">- </w:t>
      </w:r>
      <w:r>
        <w:tab/>
      </w:r>
      <w:r>
        <w:rPr>
          <w:b/>
        </w:rPr>
        <w:t>NLa (Tư duy lấy con người làm trung tâm; củng cố, không đánh giá riêng ở bài này):</w:t>
      </w:r>
      <w:r>
        <w:t xml:space="preserve"> đánh dấu được trên sơ đồ những khâu con người đặt mục tiêu, chuẩn bị dữ liệu, kiểm tra </w:t>
      </w:r>
      <w:r>
        <w:rPr>
          <w:color w:val="000000"/>
        </w:rPr>
        <w:t xml:space="preserve">kết quả </w:t>
      </w:r>
      <w:r>
        <w:t xml:space="preserve">đầu ra và xử lí phản hồi; giải thích được </w:t>
      </w:r>
      <w:r>
        <w:rPr>
          <w:color w:val="000000"/>
        </w:rPr>
        <w:t>lí do</w:t>
      </w:r>
      <w:r>
        <w:t xml:space="preserve"> cần các điểm kiểm soát đó.</w:t>
      </w:r>
    </w:p>
    <w:p w14:paraId="2038435D" w14:textId="77777777" w:rsidR="00D532AD" w:rsidRDefault="008074C9">
      <w:pPr>
        <w:keepNext/>
        <w:spacing w:before="80" w:after="60" w:line="264" w:lineRule="auto"/>
      </w:pPr>
      <w:r>
        <w:rPr>
          <w:b/>
        </w:rPr>
        <w:lastRenderedPageBreak/>
        <w:t>b) Năng lực chung</w:t>
      </w:r>
    </w:p>
    <w:p w14:paraId="297CF77E" w14:textId="77777777" w:rsidR="00D532AD" w:rsidRDefault="008074C9">
      <w:pPr>
        <w:tabs>
          <w:tab w:val="left" w:pos="425"/>
        </w:tabs>
        <w:spacing w:after="60" w:line="264" w:lineRule="auto"/>
        <w:ind w:left="425" w:hanging="227"/>
        <w:jc w:val="both"/>
      </w:pPr>
      <w:r>
        <w:t xml:space="preserve">- </w:t>
      </w:r>
      <w:r>
        <w:tab/>
      </w:r>
      <w:r>
        <w:rPr>
          <w:b/>
        </w:rPr>
        <w:t>Giải quyết vấn đề và sáng tạo:</w:t>
      </w:r>
      <w:r>
        <w:t xml:space="preserve"> chuyển được một mong muốn còn chung chung thành nhiệm vụ cụ thể, đo được; đề xuất được cách khắc phục khi mô hình cho đầu ra sai.</w:t>
      </w:r>
    </w:p>
    <w:p w14:paraId="3A2F52CC" w14:textId="77777777" w:rsidR="00D532AD" w:rsidRDefault="008074C9">
      <w:pPr>
        <w:tabs>
          <w:tab w:val="left" w:pos="425"/>
        </w:tabs>
        <w:spacing w:after="60" w:line="264" w:lineRule="auto"/>
        <w:ind w:left="425" w:hanging="227"/>
        <w:jc w:val="both"/>
      </w:pPr>
      <w:r>
        <w:t xml:space="preserve">- </w:t>
      </w:r>
      <w:r>
        <w:tab/>
      </w:r>
      <w:r>
        <w:rPr>
          <w:b/>
        </w:rPr>
        <w:t>Giao tiếp và hợp tác:</w:t>
      </w:r>
      <w:r>
        <w:t xml:space="preserve"> phân công và phối hợp được trong nhóm khi mô phỏng, lập sơ đồ; thuyết minh được sơ đồ và góp ý cho nhóm bạn theo bảng kiểm tra.</w:t>
      </w:r>
    </w:p>
    <w:p w14:paraId="44883486" w14:textId="77777777" w:rsidR="00D532AD" w:rsidRDefault="008074C9">
      <w:pPr>
        <w:keepNext/>
        <w:spacing w:before="80" w:after="60" w:line="264" w:lineRule="auto"/>
      </w:pPr>
      <w:r>
        <w:rPr>
          <w:b/>
        </w:rPr>
        <w:t>3. Về phẩm chất</w:t>
      </w:r>
    </w:p>
    <w:p w14:paraId="3853DF68" w14:textId="77777777" w:rsidR="00D532AD" w:rsidRDefault="008074C9">
      <w:pPr>
        <w:tabs>
          <w:tab w:val="left" w:pos="425"/>
        </w:tabs>
        <w:spacing w:after="60" w:line="264" w:lineRule="auto"/>
        <w:ind w:left="425" w:hanging="227"/>
        <w:jc w:val="both"/>
      </w:pPr>
      <w:r>
        <w:t xml:space="preserve">- </w:t>
      </w:r>
      <w:r>
        <w:tab/>
      </w:r>
      <w:r>
        <w:rPr>
          <w:b/>
        </w:rPr>
        <w:t>Trách nhiệm:</w:t>
      </w:r>
      <w:r>
        <w:t xml:space="preserve"> cân nhắc hậu quả khi hệ thống cho đầu ra sai (ví dụ lon nhôm bị bỏ vào thùng nhựa) và đặt điểm kiểm soát của con người ở những khâu cần thiết.</w:t>
      </w:r>
    </w:p>
    <w:p w14:paraId="04AE73C0" w14:textId="77777777" w:rsidR="00D532AD" w:rsidRDefault="008074C9">
      <w:pPr>
        <w:tabs>
          <w:tab w:val="left" w:pos="425"/>
        </w:tabs>
        <w:spacing w:after="60" w:line="264" w:lineRule="auto"/>
        <w:ind w:left="425" w:hanging="227"/>
        <w:jc w:val="both"/>
      </w:pPr>
      <w:r>
        <w:t xml:space="preserve">- </w:t>
      </w:r>
      <w:r>
        <w:tab/>
      </w:r>
      <w:r>
        <w:rPr>
          <w:b/>
        </w:rPr>
        <w:t>Trung thực:</w:t>
      </w:r>
      <w:r>
        <w:t xml:space="preserve"> báo cáo đúng kết quả thử nghiệm, kể cả khi quy tắc của nhóm cho kết luận sai; không phóng đại khả năng của hệ thống khi thuyết minh.</w:t>
      </w:r>
    </w:p>
    <w:p w14:paraId="339B2D7F" w14:textId="77777777" w:rsidR="00D532AD" w:rsidRDefault="008074C9">
      <w:pPr>
        <w:keepNext/>
        <w:spacing w:before="160" w:after="60" w:line="264" w:lineRule="auto"/>
      </w:pPr>
      <w:r>
        <w:rPr>
          <w:b/>
        </w:rPr>
        <w:t>II. THIẾT BỊ DẠY HỌC VÀ HỌC LIỆU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852"/>
        <w:gridCol w:w="4819"/>
        <w:gridCol w:w="3401"/>
      </w:tblGrid>
      <w:tr w:rsidR="00D532AD" w14:paraId="5418C1CD" w14:textId="77777777" w:rsidTr="00380BF7">
        <w:trPr>
          <w:cantSplit/>
          <w:tblHeader/>
          <w:jc w:val="center"/>
        </w:trPr>
        <w:tc>
          <w:tcPr>
            <w:tcW w:w="852" w:type="dxa"/>
            <w:vAlign w:val="center"/>
          </w:tcPr>
          <w:p w14:paraId="632D2312" w14:textId="77777777" w:rsidR="00D532AD" w:rsidRDefault="008074C9">
            <w:pPr>
              <w:spacing w:after="0" w:line="240" w:lineRule="auto"/>
              <w:jc w:val="center"/>
            </w:pPr>
            <w:r>
              <w:rPr>
                <w:b/>
                <w:sz w:val="22"/>
                <w:szCs w:val="22"/>
              </w:rPr>
              <w:t>Nhóm</w:t>
            </w:r>
          </w:p>
        </w:tc>
        <w:tc>
          <w:tcPr>
            <w:tcW w:w="4819" w:type="dxa"/>
            <w:vAlign w:val="center"/>
          </w:tcPr>
          <w:p w14:paraId="55A763BF" w14:textId="77777777" w:rsidR="00D532AD" w:rsidRDefault="008074C9">
            <w:pPr>
              <w:spacing w:after="0" w:line="240" w:lineRule="auto"/>
              <w:jc w:val="center"/>
            </w:pPr>
            <w:r>
              <w:rPr>
                <w:b/>
                <w:sz w:val="22"/>
                <w:szCs w:val="22"/>
              </w:rPr>
              <w:t>Chuẩn bị</w:t>
            </w:r>
          </w:p>
        </w:tc>
        <w:tc>
          <w:tcPr>
            <w:tcW w:w="3401" w:type="dxa"/>
            <w:vAlign w:val="center"/>
          </w:tcPr>
          <w:p w14:paraId="11AA7A0B" w14:textId="77777777" w:rsidR="00D532AD" w:rsidRDefault="008074C9">
            <w:pPr>
              <w:spacing w:after="0" w:line="240" w:lineRule="auto"/>
              <w:jc w:val="center"/>
            </w:pPr>
            <w:r>
              <w:rPr>
                <w:b/>
                <w:sz w:val="22"/>
                <w:szCs w:val="22"/>
              </w:rPr>
              <w:t>Phương án thay thế hoặc lưu ý an toàn</w:t>
            </w:r>
          </w:p>
        </w:tc>
      </w:tr>
      <w:tr w:rsidR="00D532AD" w14:paraId="42713346" w14:textId="77777777" w:rsidTr="00380BF7">
        <w:trPr>
          <w:jc w:val="center"/>
        </w:trPr>
        <w:tc>
          <w:tcPr>
            <w:tcW w:w="852" w:type="dxa"/>
            <w:vAlign w:val="center"/>
          </w:tcPr>
          <w:p w14:paraId="54CFAC17" w14:textId="77777777" w:rsidR="00D532AD" w:rsidRDefault="008074C9">
            <w:pPr>
              <w:spacing w:after="0" w:line="240" w:lineRule="auto"/>
              <w:jc w:val="center"/>
            </w:pPr>
            <w:r>
              <w:rPr>
                <w:b/>
                <w:sz w:val="22"/>
                <w:szCs w:val="22"/>
              </w:rPr>
              <w:t>GV</w:t>
            </w:r>
          </w:p>
        </w:tc>
        <w:tc>
          <w:tcPr>
            <w:tcW w:w="4819" w:type="dxa"/>
          </w:tcPr>
          <w:p w14:paraId="3E09C74C" w14:textId="77777777" w:rsidR="00D532AD" w:rsidRDefault="008074C9">
            <w:pPr>
              <w:tabs>
                <w:tab w:val="left" w:pos="255"/>
              </w:tabs>
              <w:spacing w:after="0" w:line="240" w:lineRule="auto"/>
              <w:ind w:left="255" w:hanging="170"/>
            </w:pPr>
            <w:r>
              <w:rPr>
                <w:sz w:val="22"/>
                <w:szCs w:val="22"/>
              </w:rPr>
              <w:t xml:space="preserve">- </w:t>
            </w:r>
            <w:r>
              <w:rPr>
                <w:sz w:val="22"/>
                <w:szCs w:val="22"/>
              </w:rPr>
              <w:tab/>
              <w:t>Máy chiếu hoặc bảng phụ; Phiếu học tập 10.7.1 (PL10.7.1–2) và Phiếu học tập 10.7.2 (PL10.7.3).</w:t>
            </w:r>
          </w:p>
          <w:p w14:paraId="182F7964" w14:textId="77777777" w:rsidR="00D532AD" w:rsidRDefault="008074C9">
            <w:pPr>
              <w:tabs>
                <w:tab w:val="left" w:pos="255"/>
              </w:tabs>
              <w:spacing w:after="0" w:line="240" w:lineRule="auto"/>
              <w:ind w:left="255" w:hanging="170"/>
            </w:pPr>
            <w:r>
              <w:rPr>
                <w:sz w:val="22"/>
                <w:szCs w:val="22"/>
              </w:rPr>
              <w:t xml:space="preserve">- </w:t>
            </w:r>
            <w:r>
              <w:rPr>
                <w:sz w:val="22"/>
                <w:szCs w:val="22"/>
              </w:rPr>
              <w:tab/>
              <w:t>Bộ thẻ mô phỏng “Dạy máy phân loại rác” cho mỗi nhóm: 12 thẻ dữ liệu huấn luyện, một thẻ thuật toán, một thẻ mô hình để trống; bốn thẻ dữ liệu kiểm thử do GV giữ nhãn (PL10.7.2).</w:t>
            </w:r>
          </w:p>
          <w:p w14:paraId="7050AF71" w14:textId="77777777" w:rsidR="00D532AD" w:rsidRDefault="008074C9">
            <w:pPr>
              <w:tabs>
                <w:tab w:val="left" w:pos="255"/>
              </w:tabs>
              <w:spacing w:after="0" w:line="240" w:lineRule="auto"/>
              <w:ind w:left="255" w:hanging="170"/>
            </w:pPr>
            <w:r>
              <w:rPr>
                <w:sz w:val="22"/>
                <w:szCs w:val="22"/>
              </w:rPr>
              <w:t xml:space="preserve">- </w:t>
            </w:r>
            <w:r>
              <w:rPr>
                <w:sz w:val="22"/>
                <w:szCs w:val="22"/>
              </w:rPr>
              <w:tab/>
              <w:t>Sáu thẻ tình huống vận dụng, bảng kiểm tra đồng đẳng (PL10.7.4); giấy A3, bút dạ hai màu, nam châm hoặc băng dính.</w:t>
            </w:r>
          </w:p>
          <w:p w14:paraId="62677224" w14:textId="77777777" w:rsidR="00D532AD" w:rsidRDefault="008074C9">
            <w:pPr>
              <w:tabs>
                <w:tab w:val="left" w:pos="255"/>
              </w:tabs>
              <w:spacing w:after="0" w:line="240" w:lineRule="auto"/>
              <w:ind w:left="255" w:hanging="170"/>
            </w:pPr>
            <w:r>
              <w:rPr>
                <w:sz w:val="22"/>
                <w:szCs w:val="22"/>
              </w:rPr>
              <w:t>- Số tờ in (ước tính theo bản Word, 6 nhóm và 1 bộ dự phòng): mỗi nhóm 4 tờ A4: Phiếu học tập 10.7.1 (PL10.7.1) và Phiếu học tập 10.7.2 (PL10.7.3) in hai mặt một tờ; bộ thẻ ở PL10.7.2 in một mặt thành 2 tờ để cắt; thẻ tình huống và bảng kiểm tra (PL10.7.4) 1 tờ. Tổng khoảng 28 tờ A4 và 7 tờ A3 để vẽ sơ đồ.</w:t>
            </w:r>
          </w:p>
        </w:tc>
        <w:tc>
          <w:tcPr>
            <w:tcW w:w="3401" w:type="dxa"/>
          </w:tcPr>
          <w:p w14:paraId="3592C517" w14:textId="77777777" w:rsidR="00D532AD" w:rsidRDefault="008074C9">
            <w:pPr>
              <w:tabs>
                <w:tab w:val="left" w:pos="255"/>
              </w:tabs>
              <w:spacing w:after="0" w:line="240" w:lineRule="auto"/>
              <w:ind w:left="255" w:hanging="170"/>
            </w:pPr>
            <w:r>
              <w:rPr>
                <w:sz w:val="22"/>
                <w:szCs w:val="22"/>
              </w:rPr>
              <w:t xml:space="preserve">- </w:t>
            </w:r>
            <w:r>
              <w:rPr>
                <w:sz w:val="22"/>
                <w:szCs w:val="22"/>
              </w:rPr>
              <w:tab/>
              <w:t>Không có máy chiếu: GV vẽ sơ đồ năm thành phần (Hình 1, PL10.7.5) lên bảng.</w:t>
            </w:r>
          </w:p>
          <w:p w14:paraId="5A9FE06A" w14:textId="77777777" w:rsidR="00D532AD" w:rsidRDefault="008074C9">
            <w:pPr>
              <w:tabs>
                <w:tab w:val="left" w:pos="255"/>
              </w:tabs>
              <w:spacing w:after="0" w:line="240" w:lineRule="auto"/>
              <w:ind w:left="255" w:hanging="170"/>
            </w:pPr>
            <w:r>
              <w:rPr>
                <w:sz w:val="22"/>
                <w:szCs w:val="22"/>
              </w:rPr>
              <w:t xml:space="preserve">- </w:t>
            </w:r>
            <w:r>
              <w:rPr>
                <w:sz w:val="22"/>
                <w:szCs w:val="22"/>
              </w:rPr>
              <w:tab/>
              <w:t>Bộ thẻ là dữ liệu giả lập.</w:t>
            </w:r>
          </w:p>
        </w:tc>
      </w:tr>
      <w:tr w:rsidR="00D532AD" w14:paraId="54F4AC12" w14:textId="77777777" w:rsidTr="00380BF7">
        <w:trPr>
          <w:cantSplit/>
          <w:jc w:val="center"/>
        </w:trPr>
        <w:tc>
          <w:tcPr>
            <w:tcW w:w="852" w:type="dxa"/>
            <w:vAlign w:val="center"/>
          </w:tcPr>
          <w:p w14:paraId="0BC8EC6F" w14:textId="77777777" w:rsidR="00D532AD" w:rsidRDefault="008074C9">
            <w:pPr>
              <w:spacing w:after="0" w:line="240" w:lineRule="auto"/>
              <w:jc w:val="center"/>
            </w:pPr>
            <w:r>
              <w:rPr>
                <w:b/>
                <w:sz w:val="22"/>
                <w:szCs w:val="22"/>
              </w:rPr>
              <w:t>HS</w:t>
            </w:r>
          </w:p>
        </w:tc>
        <w:tc>
          <w:tcPr>
            <w:tcW w:w="4819" w:type="dxa"/>
          </w:tcPr>
          <w:p w14:paraId="3623164C" w14:textId="77777777" w:rsidR="00D532AD" w:rsidRDefault="008074C9">
            <w:pPr>
              <w:tabs>
                <w:tab w:val="left" w:pos="255"/>
              </w:tabs>
              <w:spacing w:after="0" w:line="240" w:lineRule="auto"/>
              <w:ind w:left="255" w:hanging="170"/>
            </w:pPr>
            <w:r>
              <w:rPr>
                <w:sz w:val="22"/>
                <w:szCs w:val="22"/>
              </w:rPr>
              <w:t xml:space="preserve">- </w:t>
            </w:r>
            <w:r>
              <w:rPr>
                <w:sz w:val="22"/>
                <w:szCs w:val="22"/>
              </w:rPr>
              <w:tab/>
              <w:t>Bút, giấy nháp.</w:t>
            </w:r>
          </w:p>
          <w:p w14:paraId="7B1B2F62" w14:textId="77777777" w:rsidR="00D532AD" w:rsidRDefault="008074C9">
            <w:pPr>
              <w:tabs>
                <w:tab w:val="left" w:pos="255"/>
              </w:tabs>
              <w:spacing w:after="0" w:line="240" w:lineRule="auto"/>
              <w:ind w:left="255" w:hanging="170"/>
            </w:pPr>
            <w:r>
              <w:rPr>
                <w:sz w:val="22"/>
                <w:szCs w:val="22"/>
              </w:rPr>
              <w:t xml:space="preserve">- </w:t>
            </w:r>
            <w:r>
              <w:rPr>
                <w:sz w:val="22"/>
                <w:szCs w:val="22"/>
              </w:rPr>
              <w:tab/>
            </w:r>
            <w:r>
              <w:rPr>
                <w:sz w:val="22"/>
                <w:szCs w:val="22"/>
              </w:rPr>
              <w:t>Kiến thức nền: phân biệt AI tạo sinh với hệ thống phân loại, dự đoán (Bài 5); ảnh hưởng của chất lượng dữ liệu tới chất lượng AI (Bài 6).</w:t>
            </w:r>
          </w:p>
        </w:tc>
        <w:tc>
          <w:tcPr>
            <w:tcW w:w="3401" w:type="dxa"/>
          </w:tcPr>
          <w:p w14:paraId="5CF5B145" w14:textId="77777777" w:rsidR="00D532AD" w:rsidRDefault="008074C9">
            <w:pPr>
              <w:tabs>
                <w:tab w:val="left" w:pos="255"/>
              </w:tabs>
              <w:spacing w:after="0" w:line="240" w:lineRule="auto"/>
              <w:ind w:left="255" w:hanging="170"/>
            </w:pPr>
            <w:r>
              <w:rPr>
                <w:sz w:val="22"/>
                <w:szCs w:val="22"/>
              </w:rPr>
              <w:t xml:space="preserve">- </w:t>
            </w:r>
            <w:r>
              <w:rPr>
                <w:sz w:val="22"/>
                <w:szCs w:val="22"/>
              </w:rPr>
              <w:tab/>
              <w:t>Không yêu cầu thiết bị hay tài khoản; không cần kết nối Internet.</w:t>
            </w:r>
          </w:p>
          <w:p w14:paraId="589E88D8" w14:textId="77777777" w:rsidR="00D532AD" w:rsidRDefault="008074C9">
            <w:pPr>
              <w:tabs>
                <w:tab w:val="left" w:pos="255"/>
              </w:tabs>
              <w:spacing w:after="0" w:line="240" w:lineRule="auto"/>
              <w:ind w:left="255" w:hanging="170"/>
            </w:pPr>
            <w:r>
              <w:rPr>
                <w:sz w:val="22"/>
                <w:szCs w:val="22"/>
              </w:rPr>
              <w:t xml:space="preserve">- </w:t>
            </w:r>
            <w:r>
              <w:rPr>
                <w:sz w:val="22"/>
                <w:szCs w:val="22"/>
              </w:rPr>
              <w:tab/>
              <w:t>Không đưa họ tên, ảnh hoặc thông tin cá nhân thật của bản thân, bạn học vào SP; chỉ dùng dữ liệu giả lập.</w:t>
            </w:r>
          </w:p>
        </w:tc>
      </w:tr>
      <w:tr w:rsidR="00D532AD" w14:paraId="6B38042A" w14:textId="77777777" w:rsidTr="00380BF7">
        <w:trPr>
          <w:jc w:val="center"/>
        </w:trPr>
        <w:tc>
          <w:tcPr>
            <w:tcW w:w="852" w:type="dxa"/>
            <w:vAlign w:val="center"/>
          </w:tcPr>
          <w:p w14:paraId="497A1411" w14:textId="77777777" w:rsidR="00D532AD" w:rsidRDefault="008074C9">
            <w:pPr>
              <w:spacing w:after="0" w:line="240" w:lineRule="auto"/>
              <w:jc w:val="center"/>
            </w:pPr>
            <w:r>
              <w:rPr>
                <w:b/>
                <w:sz w:val="22"/>
                <w:szCs w:val="22"/>
              </w:rPr>
              <w:t>Công cụ AI</w:t>
            </w:r>
          </w:p>
        </w:tc>
        <w:tc>
          <w:tcPr>
            <w:tcW w:w="4819" w:type="dxa"/>
          </w:tcPr>
          <w:p w14:paraId="6B60AEBC" w14:textId="77777777" w:rsidR="00D532AD" w:rsidRDefault="008074C9">
            <w:pPr>
              <w:tabs>
                <w:tab w:val="left" w:pos="255"/>
              </w:tabs>
              <w:spacing w:after="0" w:line="240" w:lineRule="auto"/>
              <w:ind w:left="255" w:hanging="170"/>
            </w:pPr>
            <w:r>
              <w:rPr>
                <w:sz w:val="22"/>
                <w:szCs w:val="22"/>
              </w:rPr>
              <w:t xml:space="preserve">- </w:t>
            </w:r>
            <w:r>
              <w:rPr>
                <w:sz w:val="22"/>
                <w:szCs w:val="22"/>
              </w:rPr>
              <w:tab/>
            </w:r>
            <w:r>
              <w:rPr>
                <w:sz w:val="22"/>
                <w:szCs w:val="22"/>
              </w:rPr>
              <w:t>Teachable Machine (dự án phân loại ảnh), chạy trên trình duyệt của máy GV, GV trình diễn, HS không thao tác; dùng trong 3 phút cuối nhiệm vụ 2.2 để HS nhận ra năm thành phần trong một công cụ thật.</w:t>
            </w:r>
          </w:p>
          <w:p w14:paraId="771C44F9" w14:textId="77777777" w:rsidR="00D532AD" w:rsidRDefault="008074C9">
            <w:pPr>
              <w:tabs>
                <w:tab w:val="left" w:pos="255"/>
              </w:tabs>
              <w:spacing w:after="0" w:line="240" w:lineRule="auto"/>
              <w:ind w:left="255" w:hanging="170"/>
            </w:pPr>
            <w:r>
              <w:rPr>
                <w:sz w:val="22"/>
                <w:szCs w:val="22"/>
              </w:rPr>
              <w:t xml:space="preserve">- </w:t>
            </w:r>
            <w:r>
              <w:rPr>
                <w:sz w:val="22"/>
                <w:szCs w:val="22"/>
              </w:rPr>
              <w:tab/>
              <w:t>Khoảng 20 ảnh rác chia hai nhóm “Giấy”, “Nhựa” và một ảnh vật liệu khác để thử.</w:t>
            </w:r>
          </w:p>
          <w:p w14:paraId="128F0D34" w14:textId="77777777" w:rsidR="00D532AD" w:rsidRDefault="008074C9">
            <w:pPr>
              <w:tabs>
                <w:tab w:val="left" w:pos="255"/>
              </w:tabs>
              <w:spacing w:after="0" w:line="240" w:lineRule="auto"/>
              <w:ind w:left="255" w:hanging="170"/>
            </w:pPr>
            <w:r>
              <w:rPr>
                <w:sz w:val="22"/>
                <w:szCs w:val="22"/>
              </w:rPr>
              <w:t xml:space="preserve">- </w:t>
            </w:r>
            <w:r>
              <w:rPr>
                <w:sz w:val="22"/>
                <w:szCs w:val="22"/>
              </w:rPr>
              <w:tab/>
              <w:t>GV ghi ngày kiểm tra công cụ vào hồ sơ bài dạy.</w:t>
            </w:r>
          </w:p>
        </w:tc>
        <w:tc>
          <w:tcPr>
            <w:tcW w:w="3401" w:type="dxa"/>
          </w:tcPr>
          <w:p w14:paraId="14FA4A67" w14:textId="77777777" w:rsidR="00D532AD" w:rsidRDefault="008074C9">
            <w:pPr>
              <w:tabs>
                <w:tab w:val="left" w:pos="255"/>
              </w:tabs>
              <w:spacing w:after="0" w:line="240" w:lineRule="auto"/>
              <w:ind w:left="255" w:hanging="170"/>
            </w:pPr>
            <w:r>
              <w:rPr>
                <w:sz w:val="22"/>
                <w:szCs w:val="22"/>
              </w:rPr>
              <w:t xml:space="preserve">- </w:t>
            </w:r>
            <w:r>
              <w:rPr>
                <w:sz w:val="22"/>
                <w:szCs w:val="22"/>
              </w:rPr>
              <w:tab/>
              <w:t>Mất mạng hoặc công cụ lỗi: GV chiếu ảnh chụp màn hình các bước (đưa ảnh vào, huấn luyện, thử ảnh mới) đã chụp khi chuẩn bị.</w:t>
            </w:r>
          </w:p>
          <w:p w14:paraId="610501F8" w14:textId="77777777" w:rsidR="00D532AD" w:rsidRDefault="008074C9">
            <w:pPr>
              <w:tabs>
                <w:tab w:val="left" w:pos="255"/>
              </w:tabs>
              <w:spacing w:after="0" w:line="240" w:lineRule="auto"/>
              <w:ind w:left="255" w:hanging="170"/>
            </w:pPr>
            <w:r>
              <w:rPr>
                <w:sz w:val="22"/>
                <w:szCs w:val="22"/>
              </w:rPr>
              <w:t xml:space="preserve">- </w:t>
            </w:r>
            <w:r>
              <w:rPr>
                <w:sz w:val="22"/>
                <w:szCs w:val="22"/>
              </w:rPr>
              <w:tab/>
              <w:t>GV là người thao tác; HS không đăng nhập.</w:t>
            </w:r>
          </w:p>
          <w:p w14:paraId="18297BE9" w14:textId="77777777" w:rsidR="00D532AD" w:rsidRDefault="008074C9">
            <w:pPr>
              <w:tabs>
                <w:tab w:val="left" w:pos="255"/>
              </w:tabs>
              <w:spacing w:after="0" w:line="240" w:lineRule="auto"/>
              <w:ind w:left="255" w:hanging="170"/>
            </w:pPr>
            <w:r>
              <w:rPr>
                <w:sz w:val="22"/>
                <w:szCs w:val="22"/>
              </w:rPr>
              <w:t xml:space="preserve">- </w:t>
            </w:r>
            <w:r>
              <w:rPr>
                <w:sz w:val="22"/>
                <w:szCs w:val="22"/>
              </w:rPr>
              <w:tab/>
            </w:r>
            <w:r>
              <w:rPr>
                <w:sz w:val="22"/>
                <w:szCs w:val="22"/>
              </w:rPr>
              <w:t>Chỉ dùng ảnh rác GV tự chụp hoặc ảnh có giấy phép sử dụng cho giáo dục; không bật camera ghi hình HS; không lưu dự án lên tài khoản trực tuyến.</w:t>
            </w:r>
          </w:p>
          <w:p w14:paraId="0A8353F1" w14:textId="77777777" w:rsidR="00D532AD" w:rsidRDefault="008074C9">
            <w:pPr>
              <w:tabs>
                <w:tab w:val="left" w:pos="255"/>
              </w:tabs>
              <w:spacing w:after="0" w:line="240" w:lineRule="auto"/>
              <w:ind w:left="255" w:hanging="170"/>
            </w:pPr>
            <w:r>
              <w:rPr>
                <w:sz w:val="22"/>
                <w:szCs w:val="22"/>
              </w:rPr>
              <w:t xml:space="preserve">- </w:t>
            </w:r>
            <w:r>
              <w:rPr>
                <w:sz w:val="22"/>
                <w:szCs w:val="22"/>
              </w:rPr>
              <w:tab/>
              <w:t>GV đọc điều khoản sử dụng và điều kiện độ tuổi của công cụ trước giờ dạy.</w:t>
            </w:r>
          </w:p>
        </w:tc>
      </w:tr>
    </w:tbl>
    <w:p w14:paraId="5F04A143" w14:textId="77777777" w:rsidR="00D532AD" w:rsidRDefault="00D532AD">
      <w:pPr>
        <w:spacing w:after="40" w:line="192" w:lineRule="auto"/>
        <w:jc w:val="both"/>
      </w:pPr>
    </w:p>
    <w:p w14:paraId="4FAB77A8" w14:textId="77777777" w:rsidR="00D532AD" w:rsidRDefault="008074C9">
      <w:pPr>
        <w:spacing w:after="60" w:line="264" w:lineRule="auto"/>
      </w:pPr>
      <w:r>
        <w:rPr>
          <w:b/>
        </w:rPr>
        <w:t>Gợi ý tích hợp liên môn (với lớp có học môn này):</w:t>
      </w:r>
    </w:p>
    <w:p w14:paraId="001A4C97" w14:textId="77777777" w:rsidR="00D532AD" w:rsidRDefault="008074C9">
      <w:pPr>
        <w:spacing w:after="60" w:line="264" w:lineRule="auto"/>
      </w:pPr>
      <w:r>
        <w:t>Môn phối hợp: Hoạt động trải nghiệm, hướng nghiệp; Công nghệ (Công nghệ trồng trọt). Nội dung phối hợp: hoạt động bảo vệ môi trường ở trường; bệnh hại cây trồng và cách phòng trừ. Cách dạy cùng: tiết Hoạt động trải nghiệm về bảo vệ môi trường dùng chung tình huống phân loại rác ở căng tin; GV Công nghệ góp ý cho nhóm chọn thẻ lá lúa ở HĐ 4.</w:t>
      </w:r>
    </w:p>
    <w:p w14:paraId="0BF8E732" w14:textId="77777777" w:rsidR="00D532AD" w:rsidRDefault="008074C9">
      <w:pPr>
        <w:keepNext/>
        <w:spacing w:before="160" w:after="60" w:line="264" w:lineRule="auto"/>
      </w:pPr>
      <w:r>
        <w:rPr>
          <w:b/>
        </w:rPr>
        <w:t>III. TIẾN TRÌNH DẠY HỌC</w:t>
      </w:r>
    </w:p>
    <w:p w14:paraId="66CA0E54" w14:textId="77777777" w:rsidR="00D532AD" w:rsidRDefault="008074C9">
      <w:pPr>
        <w:keepNext/>
        <w:spacing w:before="80" w:after="60" w:line="264" w:lineRule="auto"/>
      </w:pPr>
      <w:r>
        <w:rPr>
          <w:b/>
        </w:rPr>
        <w:t>1. Bảng khái quát tiến trình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871"/>
        <w:gridCol w:w="1247"/>
        <w:gridCol w:w="2835"/>
        <w:gridCol w:w="2211"/>
        <w:gridCol w:w="907"/>
      </w:tblGrid>
      <w:tr w:rsidR="00D532AD" w14:paraId="314F6C14" w14:textId="77777777">
        <w:trPr>
          <w:cantSplit/>
          <w:tblHeader/>
          <w:jc w:val="center"/>
        </w:trPr>
        <w:tc>
          <w:tcPr>
            <w:tcW w:w="1871" w:type="dxa"/>
            <w:vAlign w:val="center"/>
          </w:tcPr>
          <w:p w14:paraId="70949853" w14:textId="77777777" w:rsidR="00D532AD" w:rsidRDefault="008074C9">
            <w:pPr>
              <w:spacing w:after="0" w:line="240" w:lineRule="auto"/>
              <w:jc w:val="center"/>
            </w:pPr>
            <w:r>
              <w:rPr>
                <w:b/>
                <w:sz w:val="22"/>
                <w:szCs w:val="22"/>
              </w:rPr>
              <w:t>Hoạt động</w:t>
            </w:r>
          </w:p>
        </w:tc>
        <w:tc>
          <w:tcPr>
            <w:tcW w:w="1247" w:type="dxa"/>
            <w:vAlign w:val="center"/>
          </w:tcPr>
          <w:p w14:paraId="0FA4A7AF" w14:textId="77777777" w:rsidR="00D532AD" w:rsidRDefault="008074C9">
            <w:pPr>
              <w:spacing w:after="0" w:line="240" w:lineRule="auto"/>
              <w:jc w:val="center"/>
            </w:pPr>
            <w:r>
              <w:rPr>
                <w:b/>
                <w:sz w:val="22"/>
                <w:szCs w:val="22"/>
              </w:rPr>
              <w:t>Mục tiêu YCCĐ</w:t>
            </w:r>
          </w:p>
        </w:tc>
        <w:tc>
          <w:tcPr>
            <w:tcW w:w="2835" w:type="dxa"/>
            <w:vAlign w:val="center"/>
          </w:tcPr>
          <w:p w14:paraId="3AC19E0B" w14:textId="77777777" w:rsidR="00D532AD" w:rsidRDefault="008074C9">
            <w:pPr>
              <w:spacing w:after="0" w:line="240" w:lineRule="auto"/>
              <w:jc w:val="center"/>
            </w:pPr>
            <w:r>
              <w:rPr>
                <w:b/>
                <w:sz w:val="22"/>
                <w:szCs w:val="22"/>
              </w:rPr>
              <w:t>Nội dung trọng tâm</w:t>
            </w:r>
          </w:p>
        </w:tc>
        <w:tc>
          <w:tcPr>
            <w:tcW w:w="2211" w:type="dxa"/>
            <w:vAlign w:val="center"/>
          </w:tcPr>
          <w:p w14:paraId="30D8F20D" w14:textId="77777777" w:rsidR="00D532AD" w:rsidRDefault="008074C9">
            <w:pPr>
              <w:spacing w:after="0" w:line="240" w:lineRule="auto"/>
              <w:jc w:val="center"/>
            </w:pPr>
            <w:r>
              <w:rPr>
                <w:b/>
                <w:sz w:val="22"/>
                <w:szCs w:val="22"/>
              </w:rPr>
              <w:t>SP, MC dự kiến</w:t>
            </w:r>
          </w:p>
        </w:tc>
        <w:tc>
          <w:tcPr>
            <w:tcW w:w="907" w:type="dxa"/>
            <w:vAlign w:val="center"/>
          </w:tcPr>
          <w:p w14:paraId="0DCA9F56" w14:textId="77777777" w:rsidR="00D532AD" w:rsidRDefault="008074C9">
            <w:pPr>
              <w:spacing w:after="0" w:line="240" w:lineRule="auto"/>
              <w:jc w:val="center"/>
            </w:pPr>
            <w:r>
              <w:rPr>
                <w:b/>
                <w:sz w:val="22"/>
                <w:szCs w:val="22"/>
              </w:rPr>
              <w:t>Thời lượng</w:t>
            </w:r>
          </w:p>
        </w:tc>
      </w:tr>
      <w:tr w:rsidR="00D532AD" w14:paraId="340A2D8E" w14:textId="77777777">
        <w:trPr>
          <w:cantSplit/>
          <w:jc w:val="center"/>
        </w:trPr>
        <w:tc>
          <w:tcPr>
            <w:tcW w:w="907" w:type="dxa"/>
            <w:gridSpan w:val="5"/>
          </w:tcPr>
          <w:p w14:paraId="4EF1F9D5" w14:textId="77777777" w:rsidR="00D532AD" w:rsidRDefault="008074C9">
            <w:pPr>
              <w:spacing w:after="0" w:line="240" w:lineRule="auto"/>
            </w:pPr>
            <w:r>
              <w:rPr>
                <w:b/>
                <w:sz w:val="22"/>
                <w:szCs w:val="22"/>
              </w:rPr>
              <w:t>Tiết 1</w:t>
            </w:r>
          </w:p>
        </w:tc>
      </w:tr>
      <w:tr w:rsidR="00D532AD" w14:paraId="1CCBC7A7" w14:textId="77777777">
        <w:trPr>
          <w:cantSplit/>
          <w:jc w:val="center"/>
        </w:trPr>
        <w:tc>
          <w:tcPr>
            <w:tcW w:w="1871" w:type="dxa"/>
          </w:tcPr>
          <w:p w14:paraId="05827DE0" w14:textId="77777777" w:rsidR="00D532AD" w:rsidRDefault="008074C9">
            <w:pPr>
              <w:spacing w:after="0" w:line="240" w:lineRule="auto"/>
            </w:pPr>
            <w:r>
              <w:rPr>
                <w:sz w:val="22"/>
                <w:szCs w:val="22"/>
              </w:rPr>
              <w:t>1. Mở đầu</w:t>
            </w:r>
          </w:p>
        </w:tc>
        <w:tc>
          <w:tcPr>
            <w:tcW w:w="1247" w:type="dxa"/>
            <w:vAlign w:val="center"/>
          </w:tcPr>
          <w:p w14:paraId="7A23B351" w14:textId="77777777" w:rsidR="00D532AD" w:rsidRDefault="008074C9">
            <w:pPr>
              <w:spacing w:after="0" w:line="240" w:lineRule="auto"/>
              <w:jc w:val="center"/>
            </w:pPr>
            <w:r>
              <w:rPr>
                <w:sz w:val="22"/>
                <w:szCs w:val="22"/>
              </w:rPr>
              <w:t>Khởi động vào bài học (định hướng 10.D1.1)</w:t>
            </w:r>
          </w:p>
        </w:tc>
        <w:tc>
          <w:tcPr>
            <w:tcW w:w="2835" w:type="dxa"/>
          </w:tcPr>
          <w:p w14:paraId="46A32C6D" w14:textId="77777777" w:rsidR="00D532AD" w:rsidRDefault="008074C9">
            <w:pPr>
              <w:spacing w:after="0" w:line="240" w:lineRule="auto"/>
            </w:pPr>
            <w:r>
              <w:rPr>
                <w:sz w:val="22"/>
                <w:szCs w:val="22"/>
              </w:rPr>
              <w:t>Yêu cầu “làm một AI để phân loại rác tốt hơn” còn chung chung: cần hỏi thêm gì và hệ thống gồm những gì?</w:t>
            </w:r>
          </w:p>
        </w:tc>
        <w:tc>
          <w:tcPr>
            <w:tcW w:w="2211" w:type="dxa"/>
          </w:tcPr>
          <w:p w14:paraId="7CEC3121" w14:textId="77777777" w:rsidR="00D532AD" w:rsidRDefault="008074C9">
            <w:pPr>
              <w:spacing w:after="0" w:line="240" w:lineRule="auto"/>
            </w:pPr>
            <w:r>
              <w:rPr>
                <w:sz w:val="22"/>
                <w:szCs w:val="22"/>
              </w:rPr>
              <w:t>Câu hỏi làm rõ; dự đoán ban đầu về các thành phần</w:t>
            </w:r>
          </w:p>
        </w:tc>
        <w:tc>
          <w:tcPr>
            <w:tcW w:w="907" w:type="dxa"/>
            <w:vAlign w:val="center"/>
          </w:tcPr>
          <w:p w14:paraId="0C25AF89" w14:textId="77777777" w:rsidR="00D532AD" w:rsidRDefault="008074C9">
            <w:pPr>
              <w:spacing w:after="0" w:line="240" w:lineRule="auto"/>
              <w:jc w:val="center"/>
            </w:pPr>
            <w:r>
              <w:rPr>
                <w:sz w:val="22"/>
                <w:szCs w:val="22"/>
              </w:rPr>
              <w:t>7 phút</w:t>
            </w:r>
          </w:p>
        </w:tc>
      </w:tr>
      <w:tr w:rsidR="00D532AD" w14:paraId="1EE92EAE" w14:textId="77777777">
        <w:trPr>
          <w:cantSplit/>
          <w:jc w:val="center"/>
        </w:trPr>
        <w:tc>
          <w:tcPr>
            <w:tcW w:w="1871" w:type="dxa"/>
          </w:tcPr>
          <w:p w14:paraId="50B723F0" w14:textId="77777777" w:rsidR="00D532AD" w:rsidRDefault="008074C9">
            <w:pPr>
              <w:spacing w:after="0" w:line="240" w:lineRule="auto"/>
            </w:pPr>
            <w:r>
              <w:rPr>
                <w:sz w:val="22"/>
                <w:szCs w:val="22"/>
              </w:rPr>
              <w:t>2. Hình thành kiến thức mới, nhiệm vụ 2.1</w:t>
            </w:r>
          </w:p>
        </w:tc>
        <w:tc>
          <w:tcPr>
            <w:tcW w:w="1247" w:type="dxa"/>
            <w:vAlign w:val="center"/>
          </w:tcPr>
          <w:p w14:paraId="1CEA98F6" w14:textId="77777777" w:rsidR="00D532AD" w:rsidRDefault="008074C9">
            <w:pPr>
              <w:spacing w:after="0" w:line="240" w:lineRule="auto"/>
              <w:jc w:val="center"/>
            </w:pPr>
            <w:r>
              <w:rPr>
                <w:sz w:val="22"/>
                <w:szCs w:val="22"/>
              </w:rPr>
              <w:t>10.D1.1</w:t>
            </w:r>
          </w:p>
        </w:tc>
        <w:tc>
          <w:tcPr>
            <w:tcW w:w="2835" w:type="dxa"/>
          </w:tcPr>
          <w:p w14:paraId="6EFAE8FC" w14:textId="77777777" w:rsidR="00D532AD" w:rsidRDefault="008074C9">
            <w:pPr>
              <w:spacing w:after="0" w:line="240" w:lineRule="auto"/>
            </w:pPr>
            <w:r>
              <w:rPr>
                <w:sz w:val="22"/>
                <w:szCs w:val="22"/>
              </w:rPr>
              <w:t>Phân biệt mục tiêu, nhiệm vụ, tiêu chí thành công; viết tuyên bố mục tiêu và nhiệm vụ</w:t>
            </w:r>
          </w:p>
        </w:tc>
        <w:tc>
          <w:tcPr>
            <w:tcW w:w="2211" w:type="dxa"/>
          </w:tcPr>
          <w:p w14:paraId="2AC900A9" w14:textId="77777777" w:rsidR="00D532AD" w:rsidRDefault="008074C9">
            <w:pPr>
              <w:spacing w:after="0" w:line="240" w:lineRule="auto"/>
            </w:pPr>
            <w:r>
              <w:rPr>
                <w:sz w:val="22"/>
                <w:szCs w:val="22"/>
              </w:rPr>
              <w:t>Phiếu học tập 10.7.1</w:t>
            </w:r>
          </w:p>
        </w:tc>
        <w:tc>
          <w:tcPr>
            <w:tcW w:w="907" w:type="dxa"/>
            <w:vAlign w:val="center"/>
          </w:tcPr>
          <w:p w14:paraId="7C2B29A2" w14:textId="77777777" w:rsidR="00D532AD" w:rsidRDefault="008074C9">
            <w:pPr>
              <w:spacing w:after="0" w:line="240" w:lineRule="auto"/>
              <w:jc w:val="center"/>
            </w:pPr>
            <w:r>
              <w:rPr>
                <w:sz w:val="22"/>
                <w:szCs w:val="22"/>
              </w:rPr>
              <w:t>13 phút</w:t>
            </w:r>
          </w:p>
        </w:tc>
      </w:tr>
      <w:tr w:rsidR="00D532AD" w14:paraId="092B8B48" w14:textId="77777777">
        <w:trPr>
          <w:cantSplit/>
          <w:jc w:val="center"/>
        </w:trPr>
        <w:tc>
          <w:tcPr>
            <w:tcW w:w="1871" w:type="dxa"/>
          </w:tcPr>
          <w:p w14:paraId="72B08261" w14:textId="77777777" w:rsidR="00D532AD" w:rsidRDefault="008074C9">
            <w:pPr>
              <w:spacing w:after="0" w:line="240" w:lineRule="auto"/>
            </w:pPr>
            <w:r>
              <w:rPr>
                <w:sz w:val="22"/>
                <w:szCs w:val="22"/>
              </w:rPr>
              <w:t>2. Hình thành kiến thức mới, nhiệm vụ 2.2</w:t>
            </w:r>
          </w:p>
        </w:tc>
        <w:tc>
          <w:tcPr>
            <w:tcW w:w="1247" w:type="dxa"/>
            <w:vAlign w:val="center"/>
          </w:tcPr>
          <w:p w14:paraId="7886B3C7" w14:textId="77777777" w:rsidR="00D532AD" w:rsidRDefault="008074C9">
            <w:pPr>
              <w:spacing w:after="0" w:line="240" w:lineRule="auto"/>
              <w:jc w:val="center"/>
            </w:pPr>
            <w:r>
              <w:rPr>
                <w:sz w:val="22"/>
                <w:szCs w:val="22"/>
              </w:rPr>
              <w:t>10.D2.1</w:t>
            </w:r>
          </w:p>
        </w:tc>
        <w:tc>
          <w:tcPr>
            <w:tcW w:w="2835" w:type="dxa"/>
          </w:tcPr>
          <w:p w14:paraId="62ABD2E6" w14:textId="77777777" w:rsidR="00D532AD" w:rsidRDefault="008074C9">
            <w:pPr>
              <w:spacing w:after="0" w:line="240" w:lineRule="auto"/>
            </w:pPr>
            <w:r>
              <w:rPr>
                <w:sz w:val="22"/>
                <w:szCs w:val="22"/>
              </w:rPr>
              <w:t>Mô phỏng “Dạy máy phân loại rác”; chuẩn hoá năm thành phần</w:t>
            </w:r>
          </w:p>
        </w:tc>
        <w:tc>
          <w:tcPr>
            <w:tcW w:w="2211" w:type="dxa"/>
          </w:tcPr>
          <w:p w14:paraId="74C6BA43" w14:textId="77777777" w:rsidR="00D532AD" w:rsidRDefault="008074C9">
            <w:pPr>
              <w:spacing w:after="0" w:line="240" w:lineRule="auto"/>
            </w:pPr>
            <w:r>
              <w:rPr>
                <w:sz w:val="22"/>
                <w:szCs w:val="22"/>
              </w:rPr>
              <w:t>Thẻ mô hình của nhóm; Phiếu học tập 10.7.1, Phần C</w:t>
            </w:r>
          </w:p>
        </w:tc>
        <w:tc>
          <w:tcPr>
            <w:tcW w:w="907" w:type="dxa"/>
            <w:vAlign w:val="center"/>
          </w:tcPr>
          <w:p w14:paraId="06E48E16" w14:textId="77777777" w:rsidR="00D532AD" w:rsidRDefault="008074C9">
            <w:pPr>
              <w:spacing w:after="0" w:line="240" w:lineRule="auto"/>
              <w:jc w:val="center"/>
            </w:pPr>
            <w:r>
              <w:rPr>
                <w:sz w:val="22"/>
                <w:szCs w:val="22"/>
              </w:rPr>
              <w:t>25 phút</w:t>
            </w:r>
          </w:p>
        </w:tc>
      </w:tr>
      <w:tr w:rsidR="00D532AD" w14:paraId="7D863EF5" w14:textId="77777777">
        <w:trPr>
          <w:cantSplit/>
          <w:jc w:val="center"/>
        </w:trPr>
        <w:tc>
          <w:tcPr>
            <w:tcW w:w="907" w:type="dxa"/>
            <w:gridSpan w:val="5"/>
          </w:tcPr>
          <w:p w14:paraId="668AFFDA" w14:textId="77777777" w:rsidR="00D532AD" w:rsidRDefault="008074C9">
            <w:pPr>
              <w:spacing w:after="0" w:line="240" w:lineRule="auto"/>
            </w:pPr>
            <w:r>
              <w:rPr>
                <w:b/>
                <w:sz w:val="22"/>
                <w:szCs w:val="22"/>
              </w:rPr>
              <w:t>Tiết 2</w:t>
            </w:r>
          </w:p>
        </w:tc>
      </w:tr>
      <w:tr w:rsidR="00D532AD" w14:paraId="05F1D043" w14:textId="77777777">
        <w:trPr>
          <w:cantSplit/>
          <w:jc w:val="center"/>
        </w:trPr>
        <w:tc>
          <w:tcPr>
            <w:tcW w:w="1871" w:type="dxa"/>
          </w:tcPr>
          <w:p w14:paraId="222A4B5F" w14:textId="77777777" w:rsidR="00D532AD" w:rsidRDefault="008074C9">
            <w:pPr>
              <w:spacing w:after="0" w:line="240" w:lineRule="auto"/>
            </w:pPr>
            <w:r>
              <w:rPr>
                <w:sz w:val="22"/>
                <w:szCs w:val="22"/>
              </w:rPr>
              <w:t>3. Luyện tập</w:t>
            </w:r>
          </w:p>
        </w:tc>
        <w:tc>
          <w:tcPr>
            <w:tcW w:w="1247" w:type="dxa"/>
            <w:vAlign w:val="center"/>
          </w:tcPr>
          <w:p w14:paraId="4B9A337C" w14:textId="77777777" w:rsidR="00D532AD" w:rsidRDefault="008074C9">
            <w:pPr>
              <w:spacing w:after="0" w:line="240" w:lineRule="auto"/>
              <w:jc w:val="center"/>
            </w:pPr>
            <w:r>
              <w:rPr>
                <w:sz w:val="22"/>
                <w:szCs w:val="22"/>
              </w:rPr>
              <w:t>10.D1.1; 10.D2.1</w:t>
            </w:r>
          </w:p>
        </w:tc>
        <w:tc>
          <w:tcPr>
            <w:tcW w:w="2835" w:type="dxa"/>
          </w:tcPr>
          <w:p w14:paraId="75B5E9D2" w14:textId="77777777" w:rsidR="00D532AD" w:rsidRDefault="008074C9">
            <w:pPr>
              <w:spacing w:after="0" w:line="240" w:lineRule="auto"/>
            </w:pPr>
            <w:r>
              <w:rPr>
                <w:sz w:val="22"/>
                <w:szCs w:val="22"/>
              </w:rPr>
              <w:t>Một khu thu gom, ba mục tiêu: thành phần nào thay đổi theo mục tiêu?</w:t>
            </w:r>
          </w:p>
        </w:tc>
        <w:tc>
          <w:tcPr>
            <w:tcW w:w="2211" w:type="dxa"/>
          </w:tcPr>
          <w:p w14:paraId="5ED80BF5" w14:textId="77777777" w:rsidR="00D532AD" w:rsidRDefault="008074C9">
            <w:pPr>
              <w:spacing w:after="0" w:line="240" w:lineRule="auto"/>
            </w:pPr>
            <w:r>
              <w:rPr>
                <w:sz w:val="22"/>
                <w:szCs w:val="22"/>
              </w:rPr>
              <w:t>Phiếu học tập 10.7.2</w:t>
            </w:r>
          </w:p>
        </w:tc>
        <w:tc>
          <w:tcPr>
            <w:tcW w:w="907" w:type="dxa"/>
            <w:vAlign w:val="center"/>
          </w:tcPr>
          <w:p w14:paraId="214F9AC9" w14:textId="77777777" w:rsidR="00D532AD" w:rsidRDefault="008074C9">
            <w:pPr>
              <w:spacing w:after="0" w:line="240" w:lineRule="auto"/>
              <w:jc w:val="center"/>
            </w:pPr>
            <w:r>
              <w:rPr>
                <w:sz w:val="22"/>
                <w:szCs w:val="22"/>
              </w:rPr>
              <w:t>15 phút</w:t>
            </w:r>
          </w:p>
        </w:tc>
      </w:tr>
      <w:tr w:rsidR="00D532AD" w14:paraId="75CB40E5" w14:textId="77777777">
        <w:trPr>
          <w:cantSplit/>
          <w:jc w:val="center"/>
        </w:trPr>
        <w:tc>
          <w:tcPr>
            <w:tcW w:w="1871" w:type="dxa"/>
          </w:tcPr>
          <w:p w14:paraId="28CF5982" w14:textId="77777777" w:rsidR="00D532AD" w:rsidRDefault="008074C9">
            <w:pPr>
              <w:spacing w:after="0" w:line="240" w:lineRule="auto"/>
            </w:pPr>
            <w:r>
              <w:rPr>
                <w:sz w:val="22"/>
                <w:szCs w:val="22"/>
              </w:rPr>
              <w:t>4. Vận dụng</w:t>
            </w:r>
          </w:p>
        </w:tc>
        <w:tc>
          <w:tcPr>
            <w:tcW w:w="1247" w:type="dxa"/>
            <w:vAlign w:val="center"/>
          </w:tcPr>
          <w:p w14:paraId="35A9886C" w14:textId="77777777" w:rsidR="00D532AD" w:rsidRDefault="008074C9">
            <w:pPr>
              <w:spacing w:after="0" w:line="240" w:lineRule="auto"/>
              <w:jc w:val="center"/>
            </w:pPr>
            <w:r>
              <w:rPr>
                <w:sz w:val="22"/>
                <w:szCs w:val="22"/>
              </w:rPr>
              <w:t>10.D1.1; 10.D2.1</w:t>
            </w:r>
          </w:p>
        </w:tc>
        <w:tc>
          <w:tcPr>
            <w:tcW w:w="2835" w:type="dxa"/>
          </w:tcPr>
          <w:p w14:paraId="43E379EA" w14:textId="77777777" w:rsidR="00D532AD" w:rsidRDefault="008074C9">
            <w:pPr>
              <w:spacing w:after="0" w:line="240" w:lineRule="auto"/>
            </w:pPr>
            <w:r>
              <w:rPr>
                <w:sz w:val="22"/>
                <w:szCs w:val="22"/>
              </w:rPr>
              <w:t>Thiết kế ý tưởng hệ thống AI cho một vấn đề ở trường học hoặc cộng đồng</w:t>
            </w:r>
          </w:p>
        </w:tc>
        <w:tc>
          <w:tcPr>
            <w:tcW w:w="2211" w:type="dxa"/>
          </w:tcPr>
          <w:p w14:paraId="08C8E851" w14:textId="77777777" w:rsidR="00D532AD" w:rsidRDefault="008074C9">
            <w:pPr>
              <w:spacing w:after="0" w:line="240" w:lineRule="auto"/>
            </w:pPr>
            <w:r>
              <w:rPr>
                <w:sz w:val="22"/>
                <w:szCs w:val="22"/>
              </w:rPr>
              <w:t>Tuyên bố mục tiêu và nhiệm vụ; sơ đồ cấu trúc; bảng kiểm tra đồng đẳng</w:t>
            </w:r>
          </w:p>
        </w:tc>
        <w:tc>
          <w:tcPr>
            <w:tcW w:w="907" w:type="dxa"/>
            <w:vAlign w:val="center"/>
          </w:tcPr>
          <w:p w14:paraId="1E852AE4" w14:textId="77777777" w:rsidR="00D532AD" w:rsidRDefault="008074C9">
            <w:pPr>
              <w:spacing w:after="0" w:line="240" w:lineRule="auto"/>
              <w:jc w:val="center"/>
            </w:pPr>
            <w:r>
              <w:rPr>
                <w:sz w:val="22"/>
                <w:szCs w:val="22"/>
              </w:rPr>
              <w:t>30 phút</w:t>
            </w:r>
          </w:p>
        </w:tc>
      </w:tr>
    </w:tbl>
    <w:p w14:paraId="118589C1" w14:textId="77777777" w:rsidR="00D532AD" w:rsidRDefault="00D532AD">
      <w:pPr>
        <w:spacing w:after="40" w:line="192" w:lineRule="auto"/>
        <w:jc w:val="both"/>
      </w:pPr>
    </w:p>
    <w:p w14:paraId="4B026EA1" w14:textId="77777777" w:rsidR="00D532AD" w:rsidRDefault="008074C9">
      <w:pPr>
        <w:keepNext/>
        <w:spacing w:before="80" w:after="60" w:line="264" w:lineRule="auto"/>
      </w:pPr>
      <w:r>
        <w:rPr>
          <w:b/>
        </w:rPr>
        <w:t>2. Thiết kế chi tiết các hoạt động</w:t>
      </w:r>
    </w:p>
    <w:p w14:paraId="375AF533" w14:textId="77777777" w:rsidR="00D532AD" w:rsidRDefault="008074C9">
      <w:pPr>
        <w:keepNext/>
        <w:spacing w:after="60" w:line="264" w:lineRule="auto"/>
        <w:jc w:val="both"/>
      </w:pPr>
      <w:r>
        <w:rPr>
          <w:b/>
        </w:rPr>
        <w:t>TIẾT 1</w:t>
      </w:r>
    </w:p>
    <w:p w14:paraId="377D6FC8" w14:textId="77777777" w:rsidR="00D532AD" w:rsidRDefault="008074C9">
      <w:pPr>
        <w:keepNext/>
        <w:spacing w:before="80" w:after="60" w:line="264" w:lineRule="auto"/>
      </w:pPr>
      <w:r>
        <w:rPr>
          <w:b/>
        </w:rPr>
        <w:t>Hoạt động 1. Mở đầu: xác định vấn đề (7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276"/>
        <w:gridCol w:w="7795"/>
      </w:tblGrid>
      <w:tr w:rsidR="00D532AD" w14:paraId="2B9AFE43" w14:textId="77777777" w:rsidTr="00380BF7">
        <w:trPr>
          <w:cantSplit/>
          <w:tblHeader/>
          <w:jc w:val="center"/>
        </w:trPr>
        <w:tc>
          <w:tcPr>
            <w:tcW w:w="1276" w:type="dxa"/>
            <w:vAlign w:val="center"/>
          </w:tcPr>
          <w:p w14:paraId="623625B8" w14:textId="77777777" w:rsidR="00D532AD" w:rsidRDefault="008074C9">
            <w:pPr>
              <w:spacing w:after="0" w:line="240" w:lineRule="auto"/>
              <w:jc w:val="center"/>
            </w:pPr>
            <w:r>
              <w:rPr>
                <w:b/>
                <w:sz w:val="22"/>
                <w:szCs w:val="22"/>
              </w:rPr>
              <w:t>Thành phần</w:t>
            </w:r>
          </w:p>
        </w:tc>
        <w:tc>
          <w:tcPr>
            <w:tcW w:w="7795" w:type="dxa"/>
            <w:vAlign w:val="center"/>
          </w:tcPr>
          <w:p w14:paraId="5251EA6B" w14:textId="77777777" w:rsidR="00D532AD" w:rsidRDefault="008074C9">
            <w:pPr>
              <w:spacing w:after="0" w:line="240" w:lineRule="auto"/>
              <w:jc w:val="center"/>
            </w:pPr>
            <w:r>
              <w:rPr>
                <w:b/>
                <w:sz w:val="22"/>
                <w:szCs w:val="22"/>
              </w:rPr>
              <w:t>Nội dung</w:t>
            </w:r>
          </w:p>
        </w:tc>
      </w:tr>
      <w:tr w:rsidR="00D532AD" w14:paraId="218AB873" w14:textId="77777777" w:rsidTr="00380BF7">
        <w:trPr>
          <w:cantSplit/>
          <w:jc w:val="center"/>
        </w:trPr>
        <w:tc>
          <w:tcPr>
            <w:tcW w:w="1276" w:type="dxa"/>
            <w:vAlign w:val="center"/>
          </w:tcPr>
          <w:p w14:paraId="74191FB0" w14:textId="77777777" w:rsidR="00D532AD" w:rsidRDefault="008074C9">
            <w:pPr>
              <w:spacing w:after="0" w:line="240" w:lineRule="auto"/>
              <w:jc w:val="center"/>
            </w:pPr>
            <w:r>
              <w:rPr>
                <w:b/>
                <w:sz w:val="22"/>
                <w:szCs w:val="22"/>
              </w:rPr>
              <w:t>a) Mục tiêu</w:t>
            </w:r>
          </w:p>
        </w:tc>
        <w:tc>
          <w:tcPr>
            <w:tcW w:w="7795" w:type="dxa"/>
          </w:tcPr>
          <w:p w14:paraId="02E18A7E" w14:textId="77777777" w:rsidR="00D532AD" w:rsidRDefault="008074C9">
            <w:pPr>
              <w:spacing w:after="0" w:line="240" w:lineRule="auto"/>
            </w:pPr>
            <w:r>
              <w:rPr>
                <w:sz w:val="22"/>
                <w:szCs w:val="22"/>
              </w:rPr>
              <w:t>Bước đầu nhận ra rằng một yêu cầu chung chung chưa đủ để xây dựng hệ thống AI (chuẩn bị cho 10.D1.1); huy động hiểu biết ban đầu về các thành phần của hệ thống.</w:t>
            </w:r>
          </w:p>
        </w:tc>
      </w:tr>
      <w:tr w:rsidR="00D532AD" w14:paraId="6DF7A024" w14:textId="77777777" w:rsidTr="00380BF7">
        <w:trPr>
          <w:jc w:val="center"/>
        </w:trPr>
        <w:tc>
          <w:tcPr>
            <w:tcW w:w="1276" w:type="dxa"/>
            <w:vAlign w:val="center"/>
          </w:tcPr>
          <w:p w14:paraId="61D2E1DA" w14:textId="77777777" w:rsidR="00D532AD" w:rsidRDefault="008074C9">
            <w:pPr>
              <w:spacing w:after="0" w:line="240" w:lineRule="auto"/>
              <w:jc w:val="center"/>
            </w:pPr>
            <w:r>
              <w:rPr>
                <w:b/>
                <w:sz w:val="22"/>
                <w:szCs w:val="22"/>
              </w:rPr>
              <w:t>b) Nội dung</w:t>
            </w:r>
          </w:p>
        </w:tc>
        <w:tc>
          <w:tcPr>
            <w:tcW w:w="7795" w:type="dxa"/>
          </w:tcPr>
          <w:p w14:paraId="722F6360" w14:textId="77777777" w:rsidR="00D532AD" w:rsidRDefault="008074C9">
            <w:pPr>
              <w:spacing w:after="0" w:line="240" w:lineRule="auto"/>
            </w:pPr>
            <w:r>
              <w:rPr>
                <w:sz w:val="22"/>
                <w:szCs w:val="22"/>
              </w:rPr>
              <w:t>Tình huống: ban quản lí căng tin trường nhờ lớp “làm một AI để phân loại rác tốt hơn”.</w:t>
            </w:r>
          </w:p>
          <w:p w14:paraId="1F044B65" w14:textId="77777777" w:rsidR="00D532AD" w:rsidRDefault="008074C9">
            <w:pPr>
              <w:tabs>
                <w:tab w:val="left" w:pos="255"/>
              </w:tabs>
              <w:spacing w:after="0" w:line="240" w:lineRule="auto"/>
              <w:ind w:left="255" w:hanging="170"/>
            </w:pPr>
            <w:r>
              <w:rPr>
                <w:sz w:val="22"/>
                <w:szCs w:val="22"/>
              </w:rPr>
              <w:t xml:space="preserve">- </w:t>
            </w:r>
            <w:r>
              <w:rPr>
                <w:sz w:val="22"/>
                <w:szCs w:val="22"/>
              </w:rPr>
              <w:tab/>
              <w:t>Câu hỏi 1: Trước khi bắt tay xây dựng, em cần hỏi ban quản lí căng tin thêm những điều gì?</w:t>
            </w:r>
          </w:p>
          <w:p w14:paraId="02CD1C5D" w14:textId="77777777" w:rsidR="00D532AD" w:rsidRDefault="008074C9">
            <w:pPr>
              <w:tabs>
                <w:tab w:val="left" w:pos="255"/>
              </w:tabs>
              <w:spacing w:after="0" w:line="240" w:lineRule="auto"/>
              <w:ind w:left="255" w:hanging="170"/>
            </w:pPr>
            <w:r>
              <w:rPr>
                <w:sz w:val="22"/>
                <w:szCs w:val="22"/>
              </w:rPr>
              <w:t xml:space="preserve">- </w:t>
            </w:r>
            <w:r>
              <w:rPr>
                <w:sz w:val="22"/>
                <w:szCs w:val="22"/>
              </w:rPr>
              <w:tab/>
              <w:t>Câu hỏi 2: Theo em, một hệ thống AI cần có những thành phần nào?</w:t>
            </w:r>
          </w:p>
          <w:p w14:paraId="11C5D7E1" w14:textId="77777777" w:rsidR="00D532AD" w:rsidRDefault="008074C9">
            <w:pPr>
              <w:spacing w:after="0" w:line="240" w:lineRule="auto"/>
            </w:pPr>
            <w:r>
              <w:rPr>
                <w:sz w:val="22"/>
                <w:szCs w:val="22"/>
              </w:rPr>
              <w:t>Câu hỏi trọng tâm của bài: từ một mục tiêu cho trước, làm thế nào xác định hệ thống AI cần những thành phần nào và các thành phần ấy liên hệ với nhau ra sao?</w:t>
            </w:r>
          </w:p>
        </w:tc>
      </w:tr>
      <w:tr w:rsidR="00D532AD" w14:paraId="43CB1523" w14:textId="77777777" w:rsidTr="00380BF7">
        <w:trPr>
          <w:jc w:val="center"/>
        </w:trPr>
        <w:tc>
          <w:tcPr>
            <w:tcW w:w="1276" w:type="dxa"/>
            <w:vAlign w:val="center"/>
          </w:tcPr>
          <w:p w14:paraId="4FC767E8" w14:textId="77777777" w:rsidR="00D532AD" w:rsidRDefault="008074C9">
            <w:pPr>
              <w:spacing w:after="0" w:line="240" w:lineRule="auto"/>
              <w:jc w:val="center"/>
            </w:pPr>
            <w:r>
              <w:rPr>
                <w:b/>
                <w:sz w:val="22"/>
                <w:szCs w:val="22"/>
              </w:rPr>
              <w:t>c) Sản phẩm</w:t>
            </w:r>
          </w:p>
        </w:tc>
        <w:tc>
          <w:tcPr>
            <w:tcW w:w="7795" w:type="dxa"/>
          </w:tcPr>
          <w:p w14:paraId="2FEA1F9A" w14:textId="77777777" w:rsidR="00D532AD" w:rsidRDefault="008074C9">
            <w:pPr>
              <w:spacing w:after="0" w:line="240" w:lineRule="auto"/>
            </w:pPr>
            <w:r>
              <w:rPr>
                <w:sz w:val="22"/>
                <w:szCs w:val="22"/>
              </w:rPr>
              <w:t>Câu hỏi làm rõ; dự đoán ban đầu về các thành phần. Gợi ý đáp án: xem phụ lục Sản phẩm và gợi ý đáp án, Hoạt động 1.</w:t>
            </w:r>
          </w:p>
        </w:tc>
      </w:tr>
      <w:tr w:rsidR="00D532AD" w14:paraId="04DD4FFA" w14:textId="77777777" w:rsidTr="00380BF7">
        <w:trPr>
          <w:jc w:val="center"/>
        </w:trPr>
        <w:tc>
          <w:tcPr>
            <w:tcW w:w="1276" w:type="dxa"/>
            <w:vAlign w:val="center"/>
          </w:tcPr>
          <w:p w14:paraId="60F6B069" w14:textId="77777777" w:rsidR="00D532AD" w:rsidRDefault="008074C9">
            <w:pPr>
              <w:spacing w:after="0" w:line="240" w:lineRule="auto"/>
              <w:jc w:val="center"/>
            </w:pPr>
            <w:r>
              <w:rPr>
                <w:b/>
                <w:sz w:val="22"/>
                <w:szCs w:val="22"/>
              </w:rPr>
              <w:t>d) Tổ chức thực hiện</w:t>
            </w:r>
          </w:p>
        </w:tc>
        <w:tc>
          <w:tcPr>
            <w:tcW w:w="7795" w:type="dxa"/>
          </w:tcPr>
          <w:p w14:paraId="72DA9E08" w14:textId="77777777" w:rsidR="00D532AD" w:rsidRDefault="008074C9">
            <w:pPr>
              <w:spacing w:after="0" w:line="240" w:lineRule="auto"/>
            </w:pPr>
            <w:r>
              <w:rPr>
                <w:b/>
                <w:sz w:val="22"/>
                <w:szCs w:val="22"/>
              </w:rPr>
              <w:t>Chuyển giao nhiệm vụ (1 phút):</w:t>
            </w:r>
            <w:r>
              <w:rPr>
                <w:sz w:val="22"/>
                <w:szCs w:val="22"/>
              </w:rPr>
              <w:t xml:space="preserve"> GV đọc tình huống, chiếu hai câu hỏi; HS làm theo cặp với bạn ngồi cạnh trong nhóm.</w:t>
            </w:r>
          </w:p>
          <w:p w14:paraId="47ED9CB4" w14:textId="77777777" w:rsidR="00D532AD" w:rsidRDefault="008074C9">
            <w:pPr>
              <w:spacing w:after="0" w:line="240" w:lineRule="auto"/>
            </w:pPr>
            <w:r>
              <w:rPr>
                <w:b/>
                <w:sz w:val="22"/>
                <w:szCs w:val="22"/>
              </w:rPr>
              <w:t>Thực hiện nhiệm vụ (3 phút):</w:t>
            </w:r>
            <w:r>
              <w:rPr>
                <w:sz w:val="22"/>
                <w:szCs w:val="22"/>
              </w:rPr>
              <w:t xml:space="preserve"> HS trao đổi và ghi vào giấy nháp. GV gợi ý cho cặp gặp khó: “Ai sẽ dùng hệ thống? Hệ thống đưa ra kết quả gì?”</w:t>
            </w:r>
          </w:p>
          <w:p w14:paraId="01A192B7" w14:textId="77777777" w:rsidR="00D532AD" w:rsidRDefault="008074C9">
            <w:pPr>
              <w:spacing w:after="0" w:line="240" w:lineRule="auto"/>
            </w:pPr>
            <w:r>
              <w:rPr>
                <w:b/>
                <w:sz w:val="22"/>
                <w:szCs w:val="22"/>
              </w:rPr>
              <w:t>Báo cáo, thảo luận (2 phút):</w:t>
            </w:r>
            <w:r>
              <w:rPr>
                <w:sz w:val="22"/>
                <w:szCs w:val="22"/>
              </w:rPr>
              <w:t xml:space="preserve"> GV mời hai hoặc ba cặp trình bày câu trả lời và ghi tóm tắt lên bảng thành hai cột “Câu hỏi làm rõ” và “Thành phần dự đoán”. GV giữ phần ghi này để đối chiếu ở cuối nhiệm vụ 2.2.</w:t>
            </w:r>
          </w:p>
          <w:p w14:paraId="2E862A7B" w14:textId="77777777" w:rsidR="00D532AD" w:rsidRDefault="008074C9">
            <w:pPr>
              <w:spacing w:after="0" w:line="240" w:lineRule="auto"/>
            </w:pPr>
            <w:r>
              <w:rPr>
                <w:b/>
                <w:sz w:val="22"/>
                <w:szCs w:val="22"/>
              </w:rPr>
              <w:t>Kết luận, nhận định (1 phút):</w:t>
            </w:r>
            <w:r>
              <w:rPr>
                <w:sz w:val="22"/>
                <w:szCs w:val="22"/>
              </w:rPr>
              <w:t xml:space="preserve"> GV nhận xét rằng yêu cầu “làm một AI để phân loại rác tốt hơn” chưa cho biết ai dùng, hệ thống nhận gì và đưa ra gì, nên chưa thể thiết kế. GV dẫn dắt: “Muốn làm được một hệ thống AI giúp căng tin, trước hết phải biết hệ thống giúp ai, nhận gì và đưa ra gì. Bài học hôm nay đi từ mục tiêu đến cấu trúc của một hệ thống AI.”</w:t>
            </w:r>
          </w:p>
          <w:p w14:paraId="6C188CC5" w14:textId="77777777" w:rsidR="00D532AD" w:rsidRDefault="008074C9">
            <w:pPr>
              <w:spacing w:after="0" w:line="240" w:lineRule="auto"/>
            </w:pPr>
            <w:r>
              <w:rPr>
                <w:sz w:val="22"/>
                <w:szCs w:val="22"/>
              </w:rPr>
              <w:t>- Đánh giá theo tiêu chí: câu hỏi hướng tới người dùng, đầu vào, đầu ra hoặc cách biết hệ thống làm tốt. Hoạt động này chưa dùng để kết luận mức độ đạt YCCĐ.</w:t>
            </w:r>
          </w:p>
        </w:tc>
      </w:tr>
      <w:tr w:rsidR="00D532AD" w14:paraId="1C17D93D" w14:textId="77777777" w:rsidTr="00380BF7">
        <w:trPr>
          <w:cantSplit/>
          <w:jc w:val="center"/>
        </w:trPr>
        <w:tc>
          <w:tcPr>
            <w:tcW w:w="1276" w:type="dxa"/>
            <w:vAlign w:val="center"/>
          </w:tcPr>
          <w:p w14:paraId="3951E2FE" w14:textId="77777777" w:rsidR="00D532AD" w:rsidRDefault="008074C9">
            <w:pPr>
              <w:spacing w:after="0" w:line="240" w:lineRule="auto"/>
              <w:jc w:val="center"/>
            </w:pPr>
            <w:r>
              <w:rPr>
                <w:b/>
                <w:sz w:val="22"/>
                <w:szCs w:val="22"/>
              </w:rPr>
              <w:t>e) Điểm kiểm soát AI và an toàn dữ liệu</w:t>
            </w:r>
          </w:p>
        </w:tc>
        <w:tc>
          <w:tcPr>
            <w:tcW w:w="7795" w:type="dxa"/>
          </w:tcPr>
          <w:p w14:paraId="157DF475" w14:textId="77777777" w:rsidR="00D532AD" w:rsidRDefault="008074C9">
            <w:pPr>
              <w:spacing w:after="0" w:line="240" w:lineRule="auto"/>
            </w:pPr>
            <w:r>
              <w:rPr>
                <w:sz w:val="22"/>
                <w:szCs w:val="22"/>
              </w:rPr>
              <w:t>Không sử dụng công cụ AI. GV lưu ý: ban quản lí căng tin và nhân viên vệ sinh là bên nêu nhu cầu và quyết định mục tiêu của hệ thống; người thiết kế phải hỏi lại người dùng, không tự đặt mục tiêu thay họ.</w:t>
            </w:r>
          </w:p>
        </w:tc>
      </w:tr>
    </w:tbl>
    <w:p w14:paraId="59F5BD7E" w14:textId="77777777" w:rsidR="00D532AD" w:rsidRDefault="00D532AD">
      <w:pPr>
        <w:spacing w:after="40" w:line="192" w:lineRule="auto"/>
        <w:jc w:val="both"/>
      </w:pPr>
    </w:p>
    <w:p w14:paraId="43737DCA" w14:textId="77777777" w:rsidR="00D532AD" w:rsidRDefault="008074C9">
      <w:pPr>
        <w:keepNext/>
        <w:spacing w:before="80" w:after="60" w:line="264" w:lineRule="auto"/>
      </w:pPr>
      <w:r>
        <w:rPr>
          <w:b/>
        </w:rPr>
        <w:t>Hoạt động 2. Hình thành kiến thức mới (38 phút)</w:t>
      </w:r>
    </w:p>
    <w:p w14:paraId="40AD8141" w14:textId="77777777" w:rsidR="00D532AD" w:rsidRDefault="008074C9">
      <w:pPr>
        <w:keepNext/>
        <w:spacing w:before="80" w:after="60" w:line="264" w:lineRule="auto"/>
      </w:pPr>
      <w:r>
        <w:rPr>
          <w:b/>
        </w:rPr>
        <w:t>Nhiệm vụ 2.1. Từ mong muốn đến nhiệm vụ của hệ thống AI (13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D532AD" w14:paraId="6C3F49DB" w14:textId="77777777" w:rsidTr="00380BF7">
        <w:trPr>
          <w:cantSplit/>
          <w:tblHeader/>
          <w:jc w:val="center"/>
        </w:trPr>
        <w:tc>
          <w:tcPr>
            <w:tcW w:w="1418" w:type="dxa"/>
            <w:vAlign w:val="center"/>
          </w:tcPr>
          <w:p w14:paraId="5B447068" w14:textId="77777777" w:rsidR="00D532AD" w:rsidRDefault="008074C9">
            <w:pPr>
              <w:spacing w:after="0" w:line="240" w:lineRule="auto"/>
              <w:jc w:val="center"/>
            </w:pPr>
            <w:r>
              <w:rPr>
                <w:b/>
                <w:sz w:val="22"/>
                <w:szCs w:val="22"/>
              </w:rPr>
              <w:t>Thành phần</w:t>
            </w:r>
          </w:p>
        </w:tc>
        <w:tc>
          <w:tcPr>
            <w:tcW w:w="7653" w:type="dxa"/>
            <w:vAlign w:val="center"/>
          </w:tcPr>
          <w:p w14:paraId="6B991ECB" w14:textId="77777777" w:rsidR="00D532AD" w:rsidRDefault="008074C9">
            <w:pPr>
              <w:spacing w:after="0" w:line="240" w:lineRule="auto"/>
              <w:jc w:val="center"/>
            </w:pPr>
            <w:r>
              <w:rPr>
                <w:b/>
                <w:sz w:val="22"/>
                <w:szCs w:val="22"/>
              </w:rPr>
              <w:t>Nội dung</w:t>
            </w:r>
          </w:p>
        </w:tc>
      </w:tr>
      <w:tr w:rsidR="00D532AD" w14:paraId="64D02135" w14:textId="77777777" w:rsidTr="00380BF7">
        <w:trPr>
          <w:cantSplit/>
          <w:jc w:val="center"/>
        </w:trPr>
        <w:tc>
          <w:tcPr>
            <w:tcW w:w="1418" w:type="dxa"/>
            <w:vAlign w:val="center"/>
          </w:tcPr>
          <w:p w14:paraId="530136FE" w14:textId="77777777" w:rsidR="00D532AD" w:rsidRDefault="008074C9">
            <w:pPr>
              <w:spacing w:after="0" w:line="240" w:lineRule="auto"/>
              <w:jc w:val="center"/>
            </w:pPr>
            <w:r>
              <w:rPr>
                <w:b/>
                <w:sz w:val="22"/>
                <w:szCs w:val="22"/>
              </w:rPr>
              <w:t>a) Mục tiêu</w:t>
            </w:r>
          </w:p>
        </w:tc>
        <w:tc>
          <w:tcPr>
            <w:tcW w:w="7653" w:type="dxa"/>
          </w:tcPr>
          <w:p w14:paraId="70A77F6B" w14:textId="77777777" w:rsidR="00D532AD" w:rsidRDefault="008074C9">
            <w:pPr>
              <w:spacing w:after="0" w:line="240" w:lineRule="auto"/>
            </w:pPr>
            <w:r>
              <w:rPr>
                <w:sz w:val="22"/>
                <w:szCs w:val="22"/>
              </w:rPr>
              <w:t>10.D1.1: phân biệt được mục tiêu, nhiệm vụ và tiêu chí thành công; viết được tuyên bố mục tiêu và nhiệm vụ cho một hệ thống AI.</w:t>
            </w:r>
          </w:p>
        </w:tc>
      </w:tr>
      <w:tr w:rsidR="00D532AD" w14:paraId="65B55FC4" w14:textId="77777777" w:rsidTr="00380BF7">
        <w:trPr>
          <w:jc w:val="center"/>
        </w:trPr>
        <w:tc>
          <w:tcPr>
            <w:tcW w:w="1418" w:type="dxa"/>
            <w:vAlign w:val="center"/>
          </w:tcPr>
          <w:p w14:paraId="1F96D97B" w14:textId="77777777" w:rsidR="00D532AD" w:rsidRDefault="008074C9">
            <w:pPr>
              <w:spacing w:after="0" w:line="240" w:lineRule="auto"/>
              <w:jc w:val="center"/>
            </w:pPr>
            <w:r>
              <w:rPr>
                <w:b/>
                <w:sz w:val="22"/>
                <w:szCs w:val="22"/>
              </w:rPr>
              <w:t>b) Nội dung</w:t>
            </w:r>
          </w:p>
        </w:tc>
        <w:tc>
          <w:tcPr>
            <w:tcW w:w="7653" w:type="dxa"/>
          </w:tcPr>
          <w:p w14:paraId="7921F462" w14:textId="77777777" w:rsidR="00D532AD" w:rsidRDefault="008074C9">
            <w:pPr>
              <w:spacing w:after="0" w:line="240" w:lineRule="auto"/>
            </w:pPr>
            <w:r>
              <w:rPr>
                <w:sz w:val="22"/>
                <w:szCs w:val="22"/>
              </w:rPr>
              <w:t>HS đọc ba phát biểu trong Phiếu học tập 10.7.1 (PL10.7.1) và đánh dấu yếu tố có trong từng phát biểu. Sau đó, nhóm chọn một nhu cầu của nhân viên vệ sinh rồi viết tuyên bố mục tiêu và nhiệm vụ theo khung năm yếu tố:</w:t>
            </w:r>
          </w:p>
          <w:p w14:paraId="26A9565A" w14:textId="77777777" w:rsidR="00D532AD" w:rsidRDefault="008074C9">
            <w:pPr>
              <w:tabs>
                <w:tab w:val="left" w:pos="255"/>
              </w:tabs>
              <w:spacing w:after="0" w:line="240" w:lineRule="auto"/>
              <w:ind w:left="255" w:hanging="170"/>
            </w:pPr>
            <w:r>
              <w:rPr>
                <w:sz w:val="22"/>
                <w:szCs w:val="22"/>
              </w:rPr>
              <w:t xml:space="preserve">- </w:t>
            </w:r>
            <w:r>
              <w:rPr>
                <w:sz w:val="22"/>
                <w:szCs w:val="22"/>
              </w:rPr>
              <w:tab/>
              <w:t>Người dùng: ai dùng hệ thống.</w:t>
            </w:r>
          </w:p>
          <w:p w14:paraId="4962932F" w14:textId="77777777" w:rsidR="00D532AD" w:rsidRDefault="008074C9">
            <w:pPr>
              <w:tabs>
                <w:tab w:val="left" w:pos="255"/>
              </w:tabs>
              <w:spacing w:after="0" w:line="240" w:lineRule="auto"/>
              <w:ind w:left="255" w:hanging="170"/>
            </w:pPr>
            <w:r>
              <w:rPr>
                <w:sz w:val="22"/>
                <w:szCs w:val="22"/>
              </w:rPr>
              <w:t xml:space="preserve">- </w:t>
            </w:r>
            <w:r>
              <w:rPr>
                <w:sz w:val="22"/>
                <w:szCs w:val="22"/>
              </w:rPr>
              <w:tab/>
              <w:t>Đầu vào: hệ thống nhận gì.</w:t>
            </w:r>
          </w:p>
        </w:tc>
      </w:tr>
      <w:tr w:rsidR="00D532AD" w14:paraId="69E38D0D" w14:textId="77777777" w:rsidTr="00380BF7">
        <w:trPr>
          <w:cantSplit/>
          <w:jc w:val="center"/>
        </w:trPr>
        <w:tc>
          <w:tcPr>
            <w:tcW w:w="1418" w:type="dxa"/>
            <w:vAlign w:val="center"/>
          </w:tcPr>
          <w:p w14:paraId="7A27DF68" w14:textId="77777777" w:rsidR="00D532AD" w:rsidRDefault="008074C9">
            <w:pPr>
              <w:spacing w:after="0" w:line="240" w:lineRule="auto"/>
              <w:jc w:val="center"/>
            </w:pPr>
            <w:r>
              <w:rPr>
                <w:b/>
                <w:sz w:val="22"/>
                <w:szCs w:val="22"/>
              </w:rPr>
              <w:t>c) Sản phẩm</w:t>
            </w:r>
          </w:p>
        </w:tc>
        <w:tc>
          <w:tcPr>
            <w:tcW w:w="7653" w:type="dxa"/>
          </w:tcPr>
          <w:p w14:paraId="66B286A0" w14:textId="77777777" w:rsidR="00D532AD" w:rsidRDefault="008074C9">
            <w:pPr>
              <w:spacing w:after="0" w:line="240" w:lineRule="auto"/>
            </w:pPr>
            <w:r>
              <w:rPr>
                <w:sz w:val="22"/>
                <w:szCs w:val="22"/>
              </w:rPr>
              <w:t>Thẻ mô hình của nhóm; Phiếu học tập 10.7.1, Phần C. Gợi ý đáp án: xem phụ lục Sản phẩm và gợi ý đáp án, Hoạt động 2.</w:t>
            </w:r>
          </w:p>
        </w:tc>
      </w:tr>
      <w:tr w:rsidR="00D532AD" w14:paraId="2E45084A" w14:textId="77777777" w:rsidTr="00380BF7">
        <w:trPr>
          <w:jc w:val="center"/>
        </w:trPr>
        <w:tc>
          <w:tcPr>
            <w:tcW w:w="1418" w:type="dxa"/>
            <w:vAlign w:val="center"/>
          </w:tcPr>
          <w:p w14:paraId="59A71F43" w14:textId="77777777" w:rsidR="00D532AD" w:rsidRDefault="008074C9">
            <w:pPr>
              <w:spacing w:after="0" w:line="240" w:lineRule="auto"/>
              <w:jc w:val="center"/>
            </w:pPr>
            <w:r>
              <w:rPr>
                <w:b/>
                <w:sz w:val="22"/>
                <w:szCs w:val="22"/>
              </w:rPr>
              <w:t>d) Tổ chức thực hiện</w:t>
            </w:r>
          </w:p>
        </w:tc>
        <w:tc>
          <w:tcPr>
            <w:tcW w:w="7653" w:type="dxa"/>
          </w:tcPr>
          <w:p w14:paraId="7B672A9F" w14:textId="77777777" w:rsidR="00D532AD" w:rsidRDefault="008074C9">
            <w:pPr>
              <w:spacing w:after="0" w:line="240" w:lineRule="auto"/>
            </w:pPr>
            <w:r>
              <w:rPr>
                <w:b/>
                <w:sz w:val="22"/>
                <w:szCs w:val="22"/>
              </w:rPr>
              <w:t>Chuyển giao nhiệm vụ (1 phút):</w:t>
            </w:r>
            <w:r>
              <w:rPr>
                <w:sz w:val="22"/>
                <w:szCs w:val="22"/>
              </w:rPr>
              <w:t xml:space="preserve"> HS làm việc theo sáu nhóm đã xếp chỗ từ đầu giờ (5–7 HS mỗi nhóm), giữ nguyên nhóm cho cả hai tiết. GV phát Phiếu học tập 10.7.1; giao Phần A trong 4 phút, Phần B trong 4 phút.</w:t>
            </w:r>
          </w:p>
          <w:p w14:paraId="3FDB1B6F" w14:textId="77777777" w:rsidR="00D532AD" w:rsidRDefault="008074C9">
            <w:pPr>
              <w:spacing w:after="0" w:line="240" w:lineRule="auto"/>
            </w:pPr>
            <w:r>
              <w:rPr>
                <w:b/>
                <w:sz w:val="22"/>
                <w:szCs w:val="22"/>
              </w:rPr>
              <w:t>Thực hiện nhiệm vụ (8 phút):</w:t>
            </w:r>
            <w:r>
              <w:rPr>
                <w:sz w:val="22"/>
                <w:szCs w:val="22"/>
              </w:rPr>
              <w:t xml:space="preserve"> Nhóm đánh dấu bảng ở Phần A, chọn một nhu cầu cụ thể và viết tuyên bố ở Phần B. GV hỗ trợ nhóm gặp khó khăn bằng câu hỏi: “Khi hệ thống chạy xong, người dùng nhận được gì?”, “Làm sao biết hệ thống làm tốt?”</w:t>
            </w:r>
          </w:p>
          <w:p w14:paraId="53B84CF6" w14:textId="77777777" w:rsidR="00D532AD" w:rsidRDefault="008074C9">
            <w:pPr>
              <w:spacing w:after="0" w:line="240" w:lineRule="auto"/>
            </w:pPr>
            <w:r>
              <w:rPr>
                <w:b/>
                <w:sz w:val="22"/>
                <w:szCs w:val="22"/>
              </w:rPr>
              <w:t>Báo cáo, thảo luận (2 phút):</w:t>
            </w:r>
            <w:r>
              <w:rPr>
                <w:sz w:val="22"/>
                <w:szCs w:val="22"/>
              </w:rPr>
              <w:t xml:space="preserve"> Hai nhóm dán Phần B lên bảng; các nhóm khác đối chiếu với khung năm yếu tố và chỉ ra yếu tố còn thiếu.</w:t>
            </w:r>
          </w:p>
          <w:p w14:paraId="606D58D3" w14:textId="77777777" w:rsidR="00D532AD" w:rsidRDefault="008074C9">
            <w:pPr>
              <w:spacing w:after="0" w:line="240" w:lineRule="auto"/>
            </w:pPr>
            <w:r>
              <w:rPr>
                <w:b/>
                <w:sz w:val="22"/>
                <w:szCs w:val="22"/>
              </w:rPr>
              <w:t>Kết luận, nhận định (2 phút):</w:t>
            </w:r>
            <w:r>
              <w:rPr>
                <w:sz w:val="22"/>
                <w:szCs w:val="22"/>
              </w:rPr>
              <w:t xml:space="preserve"> GV chốt: người dùng và mục tiêu trả lời câu hỏi “giúp ai, giải quyết vấn đề gì”; đầu vào và đầu ra, tức nhiệm vụ của hệ thống, trả lời câu hỏi “nhận gì, đưa ra gì”; tiêu chí thành công cho biết “thế nào là đạt”. Phát biểu (3) có đủ năm yếu tố, phát biểu (1) và (2) chưa đủ. Một tuyên bố mục tiêu và nhiệm vụ rõ ràng là điểm xuất phát để chọn các thành phần của hệ thống.</w:t>
            </w:r>
          </w:p>
          <w:p w14:paraId="5DF5803A" w14:textId="77777777" w:rsidR="00D532AD" w:rsidRDefault="008074C9">
            <w:pPr>
              <w:spacing w:after="0" w:line="240" w:lineRule="auto"/>
            </w:pPr>
            <w:r>
              <w:rPr>
                <w:sz w:val="22"/>
                <w:szCs w:val="22"/>
              </w:rPr>
              <w:t>- Đánh giá: Nhóm tự đối chiếu Phần B với khung năm yếu tố rồi sửa; GV dùng khung này làm bảng kiểm tra nhanh. Nhóm thiếu từ hai yếu tố trở lên được GV hỗ trợ trước khi sang nhiệm vụ 2.2.</w:t>
            </w:r>
          </w:p>
        </w:tc>
      </w:tr>
      <w:tr w:rsidR="00D532AD" w14:paraId="24A8830E" w14:textId="77777777" w:rsidTr="00380BF7">
        <w:trPr>
          <w:cantSplit/>
          <w:jc w:val="center"/>
        </w:trPr>
        <w:tc>
          <w:tcPr>
            <w:tcW w:w="1418" w:type="dxa"/>
            <w:vAlign w:val="center"/>
          </w:tcPr>
          <w:p w14:paraId="295BC2D8" w14:textId="77777777" w:rsidR="00D532AD" w:rsidRDefault="008074C9">
            <w:pPr>
              <w:spacing w:after="0" w:line="240" w:lineRule="auto"/>
              <w:jc w:val="center"/>
            </w:pPr>
            <w:r>
              <w:rPr>
                <w:b/>
                <w:sz w:val="22"/>
                <w:szCs w:val="22"/>
              </w:rPr>
              <w:t>e) Điểm kiểm soát AI và an toàn dữ liệu</w:t>
            </w:r>
          </w:p>
        </w:tc>
        <w:tc>
          <w:tcPr>
            <w:tcW w:w="7653" w:type="dxa"/>
          </w:tcPr>
          <w:p w14:paraId="404EA8A4" w14:textId="77777777" w:rsidR="00D532AD" w:rsidRDefault="008074C9">
            <w:pPr>
              <w:spacing w:after="0" w:line="240" w:lineRule="auto"/>
            </w:pPr>
            <w:r>
              <w:rPr>
                <w:sz w:val="22"/>
                <w:szCs w:val="22"/>
              </w:rPr>
              <w:t>Không sử dụng công cụ AI. HS tự viết tuyên bố, không nhờ công cụ AI tạo sinh viết hộ, vì nhiệm vụ này nhằm rèn cách xác định vấn đề. GV lưu ý: tiêu chí thành công do con người đặt ra và phải phản ánh nhu cầu của người dùng.</w:t>
            </w:r>
          </w:p>
        </w:tc>
      </w:tr>
    </w:tbl>
    <w:p w14:paraId="6FB88401" w14:textId="77777777" w:rsidR="00D532AD" w:rsidRDefault="00D532AD">
      <w:pPr>
        <w:spacing w:after="40" w:line="192" w:lineRule="auto"/>
        <w:jc w:val="both"/>
      </w:pPr>
    </w:p>
    <w:p w14:paraId="14AD04FD" w14:textId="77777777" w:rsidR="00D532AD" w:rsidRDefault="008074C9">
      <w:pPr>
        <w:keepNext/>
        <w:spacing w:before="80" w:after="60" w:line="264" w:lineRule="auto"/>
      </w:pPr>
      <w:r>
        <w:rPr>
          <w:b/>
        </w:rPr>
        <w:t>Nhiệm vụ 2.2. Năm thành phần của hệ thống AI qua mô phỏng (25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D532AD" w14:paraId="643F37ED" w14:textId="77777777" w:rsidTr="00380BF7">
        <w:trPr>
          <w:cantSplit/>
          <w:tblHeader/>
          <w:jc w:val="center"/>
        </w:trPr>
        <w:tc>
          <w:tcPr>
            <w:tcW w:w="1418" w:type="dxa"/>
            <w:vAlign w:val="center"/>
          </w:tcPr>
          <w:p w14:paraId="4CA523AB" w14:textId="77777777" w:rsidR="00D532AD" w:rsidRDefault="008074C9">
            <w:pPr>
              <w:spacing w:after="0" w:line="240" w:lineRule="auto"/>
              <w:jc w:val="center"/>
            </w:pPr>
            <w:r>
              <w:rPr>
                <w:b/>
                <w:sz w:val="22"/>
                <w:szCs w:val="22"/>
              </w:rPr>
              <w:t>Thành phần</w:t>
            </w:r>
          </w:p>
        </w:tc>
        <w:tc>
          <w:tcPr>
            <w:tcW w:w="7653" w:type="dxa"/>
            <w:vAlign w:val="center"/>
          </w:tcPr>
          <w:p w14:paraId="76563514" w14:textId="77777777" w:rsidR="00D532AD" w:rsidRDefault="008074C9">
            <w:pPr>
              <w:spacing w:after="0" w:line="240" w:lineRule="auto"/>
              <w:jc w:val="center"/>
            </w:pPr>
            <w:r>
              <w:rPr>
                <w:b/>
                <w:sz w:val="22"/>
                <w:szCs w:val="22"/>
              </w:rPr>
              <w:t>Nội dung</w:t>
            </w:r>
          </w:p>
        </w:tc>
      </w:tr>
      <w:tr w:rsidR="00D532AD" w14:paraId="6EF9F0B7" w14:textId="77777777" w:rsidTr="00380BF7">
        <w:trPr>
          <w:cantSplit/>
          <w:jc w:val="center"/>
        </w:trPr>
        <w:tc>
          <w:tcPr>
            <w:tcW w:w="1418" w:type="dxa"/>
            <w:vAlign w:val="center"/>
          </w:tcPr>
          <w:p w14:paraId="68515C15" w14:textId="77777777" w:rsidR="00D532AD" w:rsidRDefault="008074C9">
            <w:pPr>
              <w:spacing w:after="0" w:line="240" w:lineRule="auto"/>
              <w:jc w:val="center"/>
            </w:pPr>
            <w:r>
              <w:rPr>
                <w:b/>
                <w:sz w:val="22"/>
                <w:szCs w:val="22"/>
              </w:rPr>
              <w:t>a) Mục tiêu</w:t>
            </w:r>
          </w:p>
        </w:tc>
        <w:tc>
          <w:tcPr>
            <w:tcW w:w="7653" w:type="dxa"/>
          </w:tcPr>
          <w:p w14:paraId="14467B6E" w14:textId="77777777" w:rsidR="00D532AD" w:rsidRDefault="008074C9">
            <w:pPr>
              <w:spacing w:after="0" w:line="240" w:lineRule="auto"/>
            </w:pPr>
            <w:r>
              <w:rPr>
                <w:sz w:val="22"/>
                <w:szCs w:val="22"/>
              </w:rPr>
              <w:t>10.D2.1: chỉ ra được năm thành phần trong một hệ thống AI cụ thể và nêu đúng vai trò của từng thành phần; phân biệt được thuật toán với mô hình.</w:t>
            </w:r>
          </w:p>
        </w:tc>
      </w:tr>
      <w:tr w:rsidR="00D532AD" w14:paraId="421A9D68" w14:textId="77777777" w:rsidTr="00380BF7">
        <w:trPr>
          <w:jc w:val="center"/>
        </w:trPr>
        <w:tc>
          <w:tcPr>
            <w:tcW w:w="1418" w:type="dxa"/>
            <w:vAlign w:val="center"/>
          </w:tcPr>
          <w:p w14:paraId="0594A0CF" w14:textId="77777777" w:rsidR="00D532AD" w:rsidRDefault="008074C9">
            <w:pPr>
              <w:spacing w:after="0" w:line="240" w:lineRule="auto"/>
              <w:jc w:val="center"/>
            </w:pPr>
            <w:r>
              <w:rPr>
                <w:b/>
                <w:sz w:val="22"/>
                <w:szCs w:val="22"/>
              </w:rPr>
              <w:t>b) Nội dung</w:t>
            </w:r>
          </w:p>
        </w:tc>
        <w:tc>
          <w:tcPr>
            <w:tcW w:w="7653" w:type="dxa"/>
          </w:tcPr>
          <w:p w14:paraId="31E9D049" w14:textId="77777777" w:rsidR="00D532AD" w:rsidRDefault="008074C9">
            <w:pPr>
              <w:spacing w:after="0" w:line="240" w:lineRule="auto"/>
            </w:pPr>
            <w:r>
              <w:rPr>
                <w:sz w:val="22"/>
                <w:szCs w:val="22"/>
              </w:rPr>
              <w:t>HS thực hiện mô phỏng “Dạy máy phân loại rác” không cần thiết bị, dựa trên phát biểu (3) của Phiếu học tập 10.7.1. Mỗi nhóm đóng vai hệ thống:</w:t>
            </w:r>
          </w:p>
          <w:p w14:paraId="71E84500" w14:textId="77777777" w:rsidR="00D532AD" w:rsidRDefault="008074C9">
            <w:pPr>
              <w:tabs>
                <w:tab w:val="left" w:pos="255"/>
              </w:tabs>
              <w:spacing w:after="0" w:line="240" w:lineRule="auto"/>
              <w:ind w:left="255" w:hanging="170"/>
            </w:pPr>
            <w:r>
              <w:rPr>
                <w:sz w:val="22"/>
                <w:szCs w:val="22"/>
              </w:rPr>
              <w:t xml:space="preserve">- </w:t>
            </w:r>
            <w:r>
              <w:rPr>
                <w:sz w:val="22"/>
                <w:szCs w:val="22"/>
              </w:rPr>
              <w:tab/>
              <w:t>học từ 12 thẻ dữ liệu huấn luyện đã gán nhãn “Giấy” hoặc “Nhựa” theo các bước của thẻ thuật toán;</w:t>
            </w:r>
          </w:p>
          <w:p w14:paraId="76AC11F3" w14:textId="77777777" w:rsidR="00D532AD" w:rsidRDefault="008074C9">
            <w:pPr>
              <w:tabs>
                <w:tab w:val="left" w:pos="255"/>
              </w:tabs>
              <w:spacing w:after="0" w:line="240" w:lineRule="auto"/>
              <w:ind w:left="255" w:hanging="170"/>
            </w:pPr>
            <w:r>
              <w:rPr>
                <w:sz w:val="22"/>
                <w:szCs w:val="22"/>
              </w:rPr>
              <w:t xml:space="preserve">- </w:t>
            </w:r>
            <w:r>
              <w:rPr>
                <w:sz w:val="22"/>
                <w:szCs w:val="22"/>
              </w:rPr>
              <w:tab/>
            </w:r>
            <w:r>
              <w:rPr>
                <w:sz w:val="22"/>
                <w:szCs w:val="22"/>
              </w:rPr>
              <w:t>ghi quy tắc tìm được vào thẻ mô hình;</w:t>
            </w:r>
          </w:p>
          <w:p w14:paraId="42398858" w14:textId="77777777" w:rsidR="00D532AD" w:rsidRDefault="008074C9">
            <w:pPr>
              <w:tabs>
                <w:tab w:val="left" w:pos="255"/>
              </w:tabs>
              <w:spacing w:after="0" w:line="240" w:lineRule="auto"/>
              <w:ind w:left="255" w:hanging="170"/>
            </w:pPr>
            <w:r>
              <w:rPr>
                <w:sz w:val="22"/>
                <w:szCs w:val="22"/>
              </w:rPr>
              <w:t xml:space="preserve">- </w:t>
            </w:r>
            <w:r>
              <w:rPr>
                <w:sz w:val="22"/>
                <w:szCs w:val="22"/>
              </w:rPr>
              <w:tab/>
              <w:t>dùng thẻ mô hình để kết luận cho bốn thẻ dữ liệu kiểm thử;</w:t>
            </w:r>
          </w:p>
          <w:p w14:paraId="3430758E" w14:textId="77777777" w:rsidR="00D532AD" w:rsidRDefault="008074C9">
            <w:pPr>
              <w:tabs>
                <w:tab w:val="left" w:pos="255"/>
              </w:tabs>
              <w:spacing w:after="0" w:line="240" w:lineRule="auto"/>
              <w:ind w:left="255" w:hanging="170"/>
            </w:pPr>
            <w:r>
              <w:rPr>
                <w:sz w:val="22"/>
                <w:szCs w:val="22"/>
              </w:rPr>
              <w:t xml:space="preserve">- </w:t>
            </w:r>
            <w:r>
              <w:rPr>
                <w:sz w:val="22"/>
                <w:szCs w:val="22"/>
              </w:rPr>
              <w:tab/>
              <w:t>nhận phản hồi là nhãn thật do GV công bố, rồi đối chiếu với năm thành phần trên Phiếu học tập 10.7.1, Phần C.</w:t>
            </w:r>
          </w:p>
        </w:tc>
      </w:tr>
      <w:tr w:rsidR="00D532AD" w14:paraId="0E759226" w14:textId="77777777" w:rsidTr="00380BF7">
        <w:trPr>
          <w:cantSplit/>
          <w:jc w:val="center"/>
        </w:trPr>
        <w:tc>
          <w:tcPr>
            <w:tcW w:w="1418" w:type="dxa"/>
            <w:vAlign w:val="center"/>
          </w:tcPr>
          <w:p w14:paraId="121569F0" w14:textId="77777777" w:rsidR="00D532AD" w:rsidRDefault="008074C9">
            <w:pPr>
              <w:spacing w:after="0" w:line="240" w:lineRule="auto"/>
              <w:jc w:val="center"/>
            </w:pPr>
            <w:r>
              <w:rPr>
                <w:b/>
                <w:sz w:val="22"/>
                <w:szCs w:val="22"/>
              </w:rPr>
              <w:t>c) Sản phẩm</w:t>
            </w:r>
          </w:p>
        </w:tc>
        <w:tc>
          <w:tcPr>
            <w:tcW w:w="7653" w:type="dxa"/>
          </w:tcPr>
          <w:p w14:paraId="5A8DD6C8" w14:textId="77777777" w:rsidR="00D532AD" w:rsidRDefault="008074C9">
            <w:pPr>
              <w:spacing w:after="0" w:line="240" w:lineRule="auto"/>
            </w:pPr>
            <w:r>
              <w:rPr>
                <w:sz w:val="22"/>
                <w:szCs w:val="22"/>
              </w:rPr>
              <w:t>Thẻ mô hình của nhóm; Phiếu học tập 10.7.1, Phần C. Gợi ý đáp án: xem phụ lục Sản phẩm và gợi ý đáp án, Hoạt động 2.</w:t>
            </w:r>
          </w:p>
        </w:tc>
      </w:tr>
      <w:tr w:rsidR="00D532AD" w14:paraId="541CE3FD" w14:textId="77777777" w:rsidTr="00380BF7">
        <w:trPr>
          <w:jc w:val="center"/>
        </w:trPr>
        <w:tc>
          <w:tcPr>
            <w:tcW w:w="1418" w:type="dxa"/>
            <w:vAlign w:val="center"/>
          </w:tcPr>
          <w:p w14:paraId="4F7466F6" w14:textId="77777777" w:rsidR="00D532AD" w:rsidRDefault="008074C9">
            <w:pPr>
              <w:spacing w:after="0" w:line="240" w:lineRule="auto"/>
              <w:jc w:val="center"/>
            </w:pPr>
            <w:r>
              <w:rPr>
                <w:b/>
                <w:sz w:val="22"/>
                <w:szCs w:val="22"/>
              </w:rPr>
              <w:t>d) Tổ chức thực hiện</w:t>
            </w:r>
          </w:p>
        </w:tc>
        <w:tc>
          <w:tcPr>
            <w:tcW w:w="7653" w:type="dxa"/>
          </w:tcPr>
          <w:p w14:paraId="3F9EDD2F" w14:textId="77777777" w:rsidR="00D532AD" w:rsidRDefault="008074C9">
            <w:pPr>
              <w:spacing w:after="0" w:line="240" w:lineRule="auto"/>
            </w:pPr>
            <w:r>
              <w:rPr>
                <w:b/>
                <w:sz w:val="22"/>
                <w:szCs w:val="22"/>
              </w:rPr>
              <w:t>Chuyển giao nhiệm vụ (2 phút):</w:t>
            </w:r>
            <w:r>
              <w:rPr>
                <w:sz w:val="22"/>
                <w:szCs w:val="22"/>
              </w:rPr>
              <w:t xml:space="preserve"> GV phát bộ thẻ, nêu luật: nhóm đóng vai “máy”, chỉ dùng thông tin ghi trên thẻ, làm lần lượt các bước của thẻ thuật toán.</w:t>
            </w:r>
          </w:p>
          <w:p w14:paraId="4C982A8B" w14:textId="77777777" w:rsidR="00D532AD" w:rsidRDefault="008074C9">
            <w:pPr>
              <w:spacing w:after="0" w:line="240" w:lineRule="auto"/>
            </w:pPr>
            <w:r>
              <w:rPr>
                <w:b/>
                <w:sz w:val="22"/>
                <w:szCs w:val="22"/>
              </w:rPr>
              <w:t>Thực hiện nhiệm vụ (9 phút):</w:t>
            </w:r>
            <w:r>
              <w:rPr>
                <w:sz w:val="22"/>
                <w:szCs w:val="22"/>
              </w:rPr>
              <w:t xml:space="preserve"> Trong 6 phút, nhóm xếp 12 thẻ theo nhãn, so sánh từng đặc điểm (màu, bề mặt, hình dạng), viết quy tắc “Nếu … thì …”, thử lại trên 12 thẻ và chỉnh quy tắc nếu còn sai. Trong 3 phút tiếp theo, GV phát bốn thẻ kiểm thử không ghi nhãn; nhóm dùng quy tắc để kết luận. GV ghi lại những nhóm chọn đặc điểm “màu” thay vì “bề mặt” để khai thác khi thảo luận.</w:t>
            </w:r>
          </w:p>
          <w:p w14:paraId="04A4E181" w14:textId="77777777" w:rsidR="00D532AD" w:rsidRDefault="008074C9">
            <w:pPr>
              <w:spacing w:after="0" w:line="240" w:lineRule="auto"/>
            </w:pPr>
            <w:r>
              <w:rPr>
                <w:b/>
                <w:sz w:val="22"/>
                <w:szCs w:val="22"/>
              </w:rPr>
              <w:t>Báo cáo, thảo luận (6 phút):</w:t>
            </w:r>
            <w:r>
              <w:rPr>
                <w:sz w:val="22"/>
                <w:szCs w:val="22"/>
              </w:rPr>
              <w:t xml:space="preserve"> GV công bố nhãn thật; các nhóm đối chiếu. Không nhóm nào kết luận đúng thẻ K4 (lon nhôm có bề mặt bóng, nhãn thật là kim loại), vì mô hình chỉ có thể trả về một trong hai nhãn đã học. GV hỏi lần lượt:</w:t>
            </w:r>
          </w:p>
          <w:p w14:paraId="446BBE85" w14:textId="77777777" w:rsidR="00D532AD" w:rsidRDefault="008074C9">
            <w:pPr>
              <w:tabs>
                <w:tab w:val="left" w:pos="255"/>
              </w:tabs>
              <w:spacing w:after="0" w:line="240" w:lineRule="auto"/>
              <w:ind w:left="255" w:hanging="170"/>
            </w:pPr>
            <w:r>
              <w:rPr>
                <w:sz w:val="22"/>
                <w:szCs w:val="22"/>
              </w:rPr>
              <w:t xml:space="preserve">- </w:t>
            </w:r>
            <w:r>
              <w:rPr>
                <w:sz w:val="22"/>
                <w:szCs w:val="22"/>
              </w:rPr>
              <w:tab/>
              <w:t>Mô hình của nhóm kết luận sai ở thẻ nào? Dự kiến: thẻ K4; nhóm có quy tắc chưa chuẩn có thể sai thêm ở thẻ K3.</w:t>
            </w:r>
          </w:p>
          <w:p w14:paraId="7478D80B" w14:textId="77777777" w:rsidR="00D532AD" w:rsidRDefault="008074C9">
            <w:pPr>
              <w:tabs>
                <w:tab w:val="left" w:pos="255"/>
              </w:tabs>
              <w:spacing w:after="0" w:line="240" w:lineRule="auto"/>
              <w:ind w:left="255" w:hanging="170"/>
            </w:pPr>
            <w:r>
              <w:rPr>
                <w:sz w:val="22"/>
                <w:szCs w:val="22"/>
              </w:rPr>
              <w:t xml:space="preserve">- </w:t>
            </w:r>
            <w:r>
              <w:rPr>
                <w:sz w:val="22"/>
                <w:szCs w:val="22"/>
              </w:rPr>
              <w:tab/>
              <w:t>Nguyên nhân nằm ở thành phần nào của hệ thống? Dự kiến: dữ liệu huấn luyện không có mẫu kim loại nào; nhiệm vụ chỉ cho phép hai kết luận.</w:t>
            </w:r>
          </w:p>
          <w:p w14:paraId="5B051521" w14:textId="77777777" w:rsidR="00D532AD" w:rsidRDefault="008074C9">
            <w:pPr>
              <w:tabs>
                <w:tab w:val="left" w:pos="255"/>
              </w:tabs>
              <w:spacing w:after="0" w:line="240" w:lineRule="auto"/>
              <w:ind w:left="255" w:hanging="170"/>
            </w:pPr>
            <w:r>
              <w:rPr>
                <w:sz w:val="22"/>
                <w:szCs w:val="22"/>
              </w:rPr>
              <w:t xml:space="preserve">- </w:t>
            </w:r>
            <w:r>
              <w:rPr>
                <w:sz w:val="22"/>
                <w:szCs w:val="22"/>
              </w:rPr>
              <w:tab/>
            </w:r>
            <w:r>
              <w:rPr>
                <w:sz w:val="22"/>
                <w:szCs w:val="22"/>
              </w:rPr>
              <w:t>Nếu hệ thống được dùng thật, sai sót này gây hậu quả gì cho căng tin? Dự kiến: lon nhôm bị bỏ vào thùng nhựa, làm hỏng quy trình tái chế; hoặc vật có bề mặt bóng khác bị phân nhầm.</w:t>
            </w:r>
          </w:p>
          <w:p w14:paraId="6D088BFF" w14:textId="77777777" w:rsidR="00D532AD" w:rsidRDefault="008074C9">
            <w:pPr>
              <w:tabs>
                <w:tab w:val="left" w:pos="255"/>
              </w:tabs>
              <w:spacing w:after="0" w:line="240" w:lineRule="auto"/>
              <w:ind w:left="255" w:hanging="170"/>
            </w:pPr>
            <w:r>
              <w:rPr>
                <w:sz w:val="22"/>
                <w:szCs w:val="22"/>
              </w:rPr>
              <w:t xml:space="preserve">- </w:t>
            </w:r>
            <w:r>
              <w:rPr>
                <w:sz w:val="22"/>
                <w:szCs w:val="22"/>
              </w:rPr>
              <w:tab/>
              <w:t>Cần sửa thành phần nào, sửa thế nào? Dự kiến: bổ sung dữ liệu về loại rác khác; thêm kết luận “Không rõ, cần nhân viên vệ sinh kiểm tra”; đặt điểm kiểm soát của con người.</w:t>
            </w:r>
          </w:p>
          <w:p w14:paraId="7BEF9CE2" w14:textId="77777777" w:rsidR="00D532AD" w:rsidRDefault="008074C9">
            <w:pPr>
              <w:spacing w:after="0" w:line="240" w:lineRule="auto"/>
            </w:pPr>
            <w:r>
              <w:rPr>
                <w:b/>
                <w:sz w:val="22"/>
                <w:szCs w:val="22"/>
              </w:rPr>
              <w:t>Kết luận, nhận định (5 phút):</w:t>
            </w:r>
            <w:r>
              <w:rPr>
                <w:sz w:val="22"/>
                <w:szCs w:val="22"/>
              </w:rPr>
              <w:t xml:space="preserve"> GV chuẩn hoá bằng sơ đồ năm thành phần (Hình 1 và mục 1, PL10.7.5): (1) dữ liệu; (2) thuật toán; (3) mô hình; (4) đầu ra; (5) phản hồi. GV nêu rõ hai ý:</w:t>
            </w:r>
          </w:p>
          <w:p w14:paraId="326295FE" w14:textId="77777777" w:rsidR="00D532AD" w:rsidRDefault="008074C9">
            <w:pPr>
              <w:tabs>
                <w:tab w:val="left" w:pos="255"/>
              </w:tabs>
              <w:spacing w:after="0" w:line="240" w:lineRule="auto"/>
              <w:ind w:left="255" w:hanging="170"/>
            </w:pPr>
            <w:r>
              <w:rPr>
                <w:sz w:val="22"/>
                <w:szCs w:val="22"/>
              </w:rPr>
              <w:t xml:space="preserve">- </w:t>
            </w:r>
            <w:r>
              <w:rPr>
                <w:sz w:val="22"/>
                <w:szCs w:val="22"/>
              </w:rPr>
              <w:tab/>
              <w:t>giữ nguyên thuật toán nhưng đổi dữ liệu thì mô hình học được sẽ khác;</w:t>
            </w:r>
          </w:p>
          <w:p w14:paraId="0B210FE9" w14:textId="77777777" w:rsidR="00D532AD" w:rsidRDefault="008074C9">
            <w:pPr>
              <w:tabs>
                <w:tab w:val="left" w:pos="255"/>
              </w:tabs>
              <w:spacing w:after="0" w:line="240" w:lineRule="auto"/>
              <w:ind w:left="255" w:hanging="170"/>
            </w:pPr>
            <w:r>
              <w:rPr>
                <w:sz w:val="22"/>
                <w:szCs w:val="22"/>
              </w:rPr>
              <w:t xml:space="preserve">- </w:t>
            </w:r>
            <w:r>
              <w:rPr>
                <w:sz w:val="22"/>
                <w:szCs w:val="22"/>
              </w:rPr>
              <w:tab/>
              <w:t>phản hồi đưa thông tin từ đầu ra quay lại để sửa dữ liệu và mô hình, tạo thành vòng cải tiến.</w:t>
            </w:r>
          </w:p>
          <w:p w14:paraId="0E6C20EF" w14:textId="77777777" w:rsidR="00D532AD" w:rsidRDefault="008074C9">
            <w:pPr>
              <w:spacing w:after="0" w:line="240" w:lineRule="auto"/>
            </w:pPr>
            <w:r>
              <w:rPr>
                <w:sz w:val="22"/>
                <w:szCs w:val="22"/>
              </w:rPr>
              <w:t>GV đối chiếu với cột “Thành phần dự đoán” ghi ở HĐ 1 để HS thấy điều đã dự đoán đúng và điều cần bổ sung.</w:t>
            </w:r>
          </w:p>
          <w:p w14:paraId="653828A5" w14:textId="77777777" w:rsidR="00D532AD" w:rsidRDefault="008074C9">
            <w:pPr>
              <w:spacing w:after="0" w:line="240" w:lineRule="auto"/>
            </w:pPr>
            <w:r>
              <w:rPr>
                <w:b/>
                <w:sz w:val="22"/>
                <w:szCs w:val="22"/>
              </w:rPr>
              <w:t>Trình diễn (3 phút):</w:t>
            </w:r>
            <w:r>
              <w:rPr>
                <w:sz w:val="22"/>
                <w:szCs w:val="22"/>
              </w:rPr>
              <w:t xml:space="preserve"> GV dùng Teachable Machine với ảnh rác đã chuẩn bị: đưa ảnh vào hai nhóm “Giấy”, “Nhựa”, bấm huấn luyện, rồi thử một ảnh mới và một vật kim loại. Sau mỗi thao tác, HS gọi tên thành phần tương ứng và so sánh với thẻ đã dùng trong mô phỏng.</w:t>
            </w:r>
          </w:p>
          <w:p w14:paraId="367C2825" w14:textId="77777777" w:rsidR="00D532AD" w:rsidRDefault="008074C9">
            <w:pPr>
              <w:spacing w:after="0" w:line="240" w:lineRule="auto"/>
            </w:pPr>
            <w:r>
              <w:rPr>
                <w:sz w:val="22"/>
                <w:szCs w:val="22"/>
              </w:rPr>
              <w:t>- Đánh giá: GV hỏi từng nhóm khi thu Phiếu học tập 10.7.1, Phần C. Tiêu chí: gọi đúng năm thành phần, chỉ ra đúng thẻ tương ứng, phân biệt được thuật toán với mô hình. Nhóm tự sửa phiếu sau phần chuẩn hoá; GV ghi lại nhóm còn nhầm để hỗ trợ ở Tiết 2.</w:t>
            </w:r>
          </w:p>
        </w:tc>
      </w:tr>
      <w:tr w:rsidR="00D532AD" w14:paraId="6D7F44F0" w14:textId="77777777" w:rsidTr="00380BF7">
        <w:trPr>
          <w:jc w:val="center"/>
        </w:trPr>
        <w:tc>
          <w:tcPr>
            <w:tcW w:w="1418" w:type="dxa"/>
            <w:vAlign w:val="center"/>
          </w:tcPr>
          <w:p w14:paraId="736344DD" w14:textId="77777777" w:rsidR="00D532AD" w:rsidRDefault="008074C9">
            <w:pPr>
              <w:spacing w:after="0" w:line="240" w:lineRule="auto"/>
              <w:jc w:val="center"/>
            </w:pPr>
            <w:r>
              <w:rPr>
                <w:b/>
                <w:sz w:val="22"/>
                <w:szCs w:val="22"/>
              </w:rPr>
              <w:t>e) Điểm kiểm soát AI và an toàn dữ liệu</w:t>
            </w:r>
          </w:p>
        </w:tc>
        <w:tc>
          <w:tcPr>
            <w:tcW w:w="7653" w:type="dxa"/>
          </w:tcPr>
          <w:p w14:paraId="4255B7F7" w14:textId="77777777" w:rsidR="00D532AD" w:rsidRDefault="008074C9">
            <w:pPr>
              <w:spacing w:after="0" w:line="240" w:lineRule="auto"/>
            </w:pPr>
            <w:r>
              <w:rPr>
                <w:sz w:val="22"/>
                <w:szCs w:val="22"/>
              </w:rPr>
              <w:t>Mô phỏng thực hiện trên thẻ giấy, không dùng thiết bị. Ở phần trình diễn: GV thao tác, chỉ dùng ảnh đã chuẩn bị, không đăng nhập, không lưu dự án trực tuyến; vật kim loại giúp HS thấy công cụ thật cũng kết luận sai như thẻ K4. Quyết định dùng đầu ra thuộc về con người: vật mà mô hình kết luận “Nhựa” nhưng có dấu hiệu bất thường cần được nhân viên vệ sinh kiểm tra.</w:t>
            </w:r>
          </w:p>
        </w:tc>
      </w:tr>
    </w:tbl>
    <w:p w14:paraId="46848C98" w14:textId="77777777" w:rsidR="00D532AD" w:rsidRDefault="00D532AD">
      <w:pPr>
        <w:spacing w:after="40" w:line="192" w:lineRule="auto"/>
        <w:jc w:val="both"/>
      </w:pPr>
    </w:p>
    <w:p w14:paraId="66128227" w14:textId="77777777" w:rsidR="00D532AD" w:rsidRDefault="008074C9">
      <w:pPr>
        <w:keepNext/>
        <w:spacing w:after="60" w:line="264" w:lineRule="auto"/>
        <w:jc w:val="both"/>
      </w:pPr>
      <w:r>
        <w:rPr>
          <w:b/>
        </w:rPr>
        <w:t>TIẾT 2</w:t>
      </w:r>
    </w:p>
    <w:p w14:paraId="6F17F153" w14:textId="77777777" w:rsidR="00D532AD" w:rsidRDefault="008074C9">
      <w:pPr>
        <w:keepNext/>
        <w:spacing w:before="80" w:after="60" w:line="264" w:lineRule="auto"/>
      </w:pPr>
      <w:r>
        <w:rPr>
          <w:b/>
        </w:rPr>
        <w:t>Hoạt động 3. Luyện tập: Một khu thu gom, ba mục tiêu (15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D532AD" w14:paraId="39D985E8" w14:textId="77777777" w:rsidTr="00380BF7">
        <w:trPr>
          <w:cantSplit/>
          <w:tblHeader/>
          <w:jc w:val="center"/>
        </w:trPr>
        <w:tc>
          <w:tcPr>
            <w:tcW w:w="1418" w:type="dxa"/>
            <w:vAlign w:val="center"/>
          </w:tcPr>
          <w:p w14:paraId="0491F138" w14:textId="77777777" w:rsidR="00D532AD" w:rsidRDefault="008074C9">
            <w:pPr>
              <w:spacing w:after="0" w:line="240" w:lineRule="auto"/>
              <w:jc w:val="center"/>
            </w:pPr>
            <w:r>
              <w:rPr>
                <w:b/>
                <w:sz w:val="22"/>
                <w:szCs w:val="22"/>
              </w:rPr>
              <w:t>Thành phần</w:t>
            </w:r>
          </w:p>
        </w:tc>
        <w:tc>
          <w:tcPr>
            <w:tcW w:w="7653" w:type="dxa"/>
            <w:vAlign w:val="center"/>
          </w:tcPr>
          <w:p w14:paraId="6DDFB2C1" w14:textId="77777777" w:rsidR="00D532AD" w:rsidRDefault="008074C9">
            <w:pPr>
              <w:spacing w:after="0" w:line="240" w:lineRule="auto"/>
              <w:jc w:val="center"/>
            </w:pPr>
            <w:r>
              <w:rPr>
                <w:b/>
                <w:sz w:val="22"/>
                <w:szCs w:val="22"/>
              </w:rPr>
              <w:t>Nội dung</w:t>
            </w:r>
          </w:p>
        </w:tc>
      </w:tr>
      <w:tr w:rsidR="00D532AD" w14:paraId="5356D6C7" w14:textId="77777777" w:rsidTr="00380BF7">
        <w:trPr>
          <w:cantSplit/>
          <w:jc w:val="center"/>
        </w:trPr>
        <w:tc>
          <w:tcPr>
            <w:tcW w:w="1418" w:type="dxa"/>
            <w:vAlign w:val="center"/>
          </w:tcPr>
          <w:p w14:paraId="68F2EF6B" w14:textId="77777777" w:rsidR="00D532AD" w:rsidRDefault="008074C9">
            <w:pPr>
              <w:spacing w:after="0" w:line="240" w:lineRule="auto"/>
              <w:jc w:val="center"/>
            </w:pPr>
            <w:r>
              <w:rPr>
                <w:b/>
                <w:sz w:val="22"/>
                <w:szCs w:val="22"/>
              </w:rPr>
              <w:t>a) Mục tiêu</w:t>
            </w:r>
          </w:p>
        </w:tc>
        <w:tc>
          <w:tcPr>
            <w:tcW w:w="7653" w:type="dxa"/>
          </w:tcPr>
          <w:p w14:paraId="4AD7C96A" w14:textId="77777777" w:rsidR="00D532AD" w:rsidRDefault="008074C9">
            <w:pPr>
              <w:spacing w:after="0" w:line="240" w:lineRule="auto"/>
            </w:pPr>
            <w:r>
              <w:rPr>
                <w:sz w:val="22"/>
                <w:szCs w:val="22"/>
              </w:rPr>
              <w:t>10.D1.1, 10.D2.1: mô tả được năm thành phần phù hợp với một nhiệm vụ cho trước; giải thích được vì sao các thành phần thay đổi khi mục tiêu thay đổi.</w:t>
            </w:r>
          </w:p>
        </w:tc>
      </w:tr>
      <w:tr w:rsidR="00D532AD" w14:paraId="294392E5" w14:textId="77777777" w:rsidTr="00380BF7">
        <w:trPr>
          <w:jc w:val="center"/>
        </w:trPr>
        <w:tc>
          <w:tcPr>
            <w:tcW w:w="1418" w:type="dxa"/>
            <w:vAlign w:val="center"/>
          </w:tcPr>
          <w:p w14:paraId="457A6004" w14:textId="77777777" w:rsidR="00D532AD" w:rsidRDefault="008074C9">
            <w:pPr>
              <w:spacing w:after="0" w:line="240" w:lineRule="auto"/>
              <w:jc w:val="center"/>
            </w:pPr>
            <w:r>
              <w:rPr>
                <w:b/>
                <w:sz w:val="22"/>
                <w:szCs w:val="22"/>
              </w:rPr>
              <w:t>b) Nội dung</w:t>
            </w:r>
          </w:p>
        </w:tc>
        <w:tc>
          <w:tcPr>
            <w:tcW w:w="7653" w:type="dxa"/>
          </w:tcPr>
          <w:p w14:paraId="02C25D7D" w14:textId="77777777" w:rsidR="00D532AD" w:rsidRDefault="008074C9">
            <w:pPr>
              <w:spacing w:after="0" w:line="240" w:lineRule="auto"/>
            </w:pPr>
            <w:r>
              <w:rPr>
                <w:sz w:val="22"/>
                <w:szCs w:val="22"/>
              </w:rPr>
              <w:t>Trên cùng khu thu gom rác của căng tin ở Tiết 1, ban quản lí căng tin nêu thêm ba mục tiêu.</w:t>
            </w:r>
          </w:p>
          <w:p w14:paraId="75892454" w14:textId="77777777" w:rsidR="00D532AD" w:rsidRDefault="008074C9">
            <w:pPr>
              <w:spacing w:after="0" w:line="240" w:lineRule="auto"/>
            </w:pPr>
            <w:r>
              <w:rPr>
                <w:sz w:val="22"/>
                <w:szCs w:val="22"/>
              </w:rPr>
              <w:t>Mỗi nhóm nhận một mục tiêu (hai nhóm cùng một mục tiêu) và trả lời năm câu hỏi thiết kế trong Phiếu học tập 10.7.2 (PL10.7.3), bắt đầu từ đầu ra. Nhóm xác định thêm loại bài toán (phân loại, dự đoán hay tạo sinh) và ít nhất một điểm kiểm soát của con người.</w:t>
            </w:r>
          </w:p>
        </w:tc>
      </w:tr>
      <w:tr w:rsidR="00D532AD" w14:paraId="7D2CAD25" w14:textId="77777777" w:rsidTr="00380BF7">
        <w:trPr>
          <w:cantSplit/>
          <w:jc w:val="center"/>
        </w:trPr>
        <w:tc>
          <w:tcPr>
            <w:tcW w:w="1418" w:type="dxa"/>
            <w:vAlign w:val="center"/>
          </w:tcPr>
          <w:p w14:paraId="206726A5" w14:textId="77777777" w:rsidR="00D532AD" w:rsidRDefault="008074C9">
            <w:pPr>
              <w:spacing w:after="0" w:line="240" w:lineRule="auto"/>
              <w:jc w:val="center"/>
            </w:pPr>
            <w:r>
              <w:rPr>
                <w:b/>
                <w:sz w:val="22"/>
                <w:szCs w:val="22"/>
              </w:rPr>
              <w:t>c) Sản phẩm</w:t>
            </w:r>
          </w:p>
        </w:tc>
        <w:tc>
          <w:tcPr>
            <w:tcW w:w="7653" w:type="dxa"/>
          </w:tcPr>
          <w:p w14:paraId="30425E69" w14:textId="77777777" w:rsidR="00D532AD" w:rsidRDefault="008074C9">
            <w:pPr>
              <w:spacing w:after="0" w:line="240" w:lineRule="auto"/>
            </w:pPr>
            <w:r>
              <w:rPr>
                <w:sz w:val="22"/>
                <w:szCs w:val="22"/>
              </w:rPr>
              <w:t>Phiếu học tập 10.7.2. Gợi ý đáp án: xem phụ lục Sản phẩm và gợi ý đáp án, Hoạt động 3.</w:t>
            </w:r>
          </w:p>
        </w:tc>
      </w:tr>
      <w:tr w:rsidR="00D532AD" w14:paraId="26C50832" w14:textId="77777777" w:rsidTr="00380BF7">
        <w:trPr>
          <w:jc w:val="center"/>
        </w:trPr>
        <w:tc>
          <w:tcPr>
            <w:tcW w:w="1418" w:type="dxa"/>
            <w:vAlign w:val="center"/>
          </w:tcPr>
          <w:p w14:paraId="35FB5DD4" w14:textId="77777777" w:rsidR="00D532AD" w:rsidRDefault="008074C9">
            <w:pPr>
              <w:spacing w:after="0" w:line="240" w:lineRule="auto"/>
              <w:jc w:val="center"/>
            </w:pPr>
            <w:r>
              <w:rPr>
                <w:b/>
                <w:sz w:val="22"/>
                <w:szCs w:val="22"/>
              </w:rPr>
              <w:t>d) Tổ chức thực hiện</w:t>
            </w:r>
          </w:p>
        </w:tc>
        <w:tc>
          <w:tcPr>
            <w:tcW w:w="7653" w:type="dxa"/>
          </w:tcPr>
          <w:p w14:paraId="074B4B63" w14:textId="77777777" w:rsidR="00D532AD" w:rsidRDefault="008074C9">
            <w:pPr>
              <w:spacing w:after="0" w:line="240" w:lineRule="auto"/>
            </w:pPr>
            <w:r>
              <w:rPr>
                <w:b/>
                <w:sz w:val="22"/>
                <w:szCs w:val="22"/>
              </w:rPr>
              <w:t>Chuyển giao nhiệm vụ (2 phút):</w:t>
            </w:r>
            <w:r>
              <w:rPr>
                <w:sz w:val="22"/>
                <w:szCs w:val="22"/>
              </w:rPr>
              <w:t xml:space="preserve"> GV chiếu hoặc vẽ lại sơ đồ Hình 1; HS nhắc lại năm thành phần. GV giao mục tiêu cho các nhóm, phát Phiếu học tập 10.7.2.</w:t>
            </w:r>
          </w:p>
          <w:p w14:paraId="6E97BF5F" w14:textId="77777777" w:rsidR="00D532AD" w:rsidRDefault="008074C9">
            <w:pPr>
              <w:spacing w:after="0" w:line="240" w:lineRule="auto"/>
            </w:pPr>
            <w:r>
              <w:rPr>
                <w:b/>
                <w:sz w:val="22"/>
                <w:szCs w:val="22"/>
              </w:rPr>
              <w:t>Thực hiện nhiệm vụ (7 phút):</w:t>
            </w:r>
            <w:r>
              <w:rPr>
                <w:sz w:val="22"/>
                <w:szCs w:val="22"/>
              </w:rPr>
              <w:t xml:space="preserve"> Nhóm trả lời năm câu hỏi thiết kế theo thứ tự; mỗi thành viên phụ trách một câu hỏi, sau đó cả nhóm thống nhất. GV gợi ý cho nhóm gặp khó khăn: “Nếu đầu ra là lượng rác dự báo cho 7 ngày tới, hệ thống cần dữ liệu gì về số suất ăn và lịch sự kiện?”</w:t>
            </w:r>
          </w:p>
          <w:p w14:paraId="4E95985F" w14:textId="77777777" w:rsidR="00D532AD" w:rsidRDefault="008074C9">
            <w:pPr>
              <w:spacing w:after="0" w:line="240" w:lineRule="auto"/>
            </w:pPr>
            <w:r>
              <w:rPr>
                <w:b/>
                <w:sz w:val="22"/>
                <w:szCs w:val="22"/>
              </w:rPr>
              <w:t>Báo cáo, thảo luận (4 phút):</w:t>
            </w:r>
            <w:r>
              <w:rPr>
                <w:sz w:val="22"/>
                <w:szCs w:val="22"/>
              </w:rPr>
              <w:t xml:space="preserve"> Với mỗi mục tiêu, một nhóm dán phiếu lên bảng, xếp thành ba cột cạnh cột mẫu “Phân loại rác”; nhóm còn lại bổ sung. Cả lớp chỉ ra thành phần nào thay đổi.</w:t>
            </w:r>
          </w:p>
          <w:p w14:paraId="5C034DE6" w14:textId="77777777" w:rsidR="00D532AD" w:rsidRDefault="008074C9">
            <w:pPr>
              <w:spacing w:after="0" w:line="240" w:lineRule="auto"/>
            </w:pPr>
            <w:r>
              <w:rPr>
                <w:b/>
                <w:sz w:val="22"/>
                <w:szCs w:val="22"/>
              </w:rPr>
              <w:t>Kết luận, nhận định (2 phút):</w:t>
            </w:r>
            <w:r>
              <w:rPr>
                <w:sz w:val="22"/>
                <w:szCs w:val="22"/>
              </w:rPr>
              <w:t xml:space="preserve"> GV chốt: cùng một khu thu gom nhưng mục tiêu khác nhau thì đầu ra khác nhau; đầu ra cho biết cần thu thập dữ liệu gì và bài toán thuộc loại nào, từ đó chọn thuật toán và mô hình; phản hồi phải cho biết mục tiêu đã đạt hay chưa. Vì vậy, khi thiết kế, nên đi từ mục tiêu và đầu ra rồi mới chọn dữ liệu, thuật toán.</w:t>
            </w:r>
          </w:p>
          <w:p w14:paraId="05D06526" w14:textId="77777777" w:rsidR="00D532AD" w:rsidRDefault="008074C9">
            <w:pPr>
              <w:spacing w:after="0" w:line="240" w:lineRule="auto"/>
            </w:pPr>
            <w:r>
              <w:rPr>
                <w:sz w:val="22"/>
                <w:szCs w:val="22"/>
              </w:rPr>
              <w:t>- Đánh giá: Hai nhóm cùng mục tiêu góp ý cho nhau. GV nhận xét theo tiêu chí đánh giá và ghi nhận nhóm giải thích tốt mối liên hệ giữa mục tiêu và các thành phần.</w:t>
            </w:r>
          </w:p>
        </w:tc>
      </w:tr>
      <w:tr w:rsidR="00D532AD" w14:paraId="62BC04F6" w14:textId="77777777" w:rsidTr="00380BF7">
        <w:trPr>
          <w:jc w:val="center"/>
        </w:trPr>
        <w:tc>
          <w:tcPr>
            <w:tcW w:w="1418" w:type="dxa"/>
            <w:vAlign w:val="center"/>
          </w:tcPr>
          <w:p w14:paraId="6FD83224" w14:textId="77777777" w:rsidR="00D532AD" w:rsidRDefault="008074C9">
            <w:pPr>
              <w:spacing w:after="0" w:line="240" w:lineRule="auto"/>
              <w:jc w:val="center"/>
            </w:pPr>
            <w:r>
              <w:rPr>
                <w:b/>
                <w:sz w:val="22"/>
                <w:szCs w:val="22"/>
              </w:rPr>
              <w:t>e) Điểm kiểm soát AI và an toàn dữ liệu</w:t>
            </w:r>
          </w:p>
        </w:tc>
        <w:tc>
          <w:tcPr>
            <w:tcW w:w="7653" w:type="dxa"/>
          </w:tcPr>
          <w:p w14:paraId="54086FF6" w14:textId="77777777" w:rsidR="00D532AD" w:rsidRDefault="008074C9">
            <w:pPr>
              <w:spacing w:after="0" w:line="240" w:lineRule="auto"/>
            </w:pPr>
            <w:r>
              <w:rPr>
                <w:sz w:val="22"/>
                <w:szCs w:val="22"/>
              </w:rPr>
              <w:t>Không sử dụng công cụ AI. Với M2, GV lưu ý hệ thống tạo sinh có thể đưa ra câu trả lời nghe hợp lí nhưng sai (ảo giác AI); cần kiểm tra câu trả lời về phân loại rác với tài liệu của nhà trường trước khi đưa cho HS. Với M1 và M3, kết quả dự báo hoặc đếm vật bỏ nhầm là căn cứ tham khảo; quyết định xếp lịch thu gom và xử lí thùng thuộc về con người.</w:t>
            </w:r>
          </w:p>
        </w:tc>
      </w:tr>
    </w:tbl>
    <w:p w14:paraId="62172DFA" w14:textId="77777777" w:rsidR="00D532AD" w:rsidRDefault="00D532AD">
      <w:pPr>
        <w:spacing w:after="40" w:line="192" w:lineRule="auto"/>
        <w:jc w:val="both"/>
      </w:pPr>
    </w:p>
    <w:p w14:paraId="2E4BBD24" w14:textId="77777777" w:rsidR="00D532AD" w:rsidRDefault="008074C9">
      <w:pPr>
        <w:keepNext/>
        <w:spacing w:before="80" w:after="60" w:line="264" w:lineRule="auto"/>
      </w:pPr>
      <w:r>
        <w:rPr>
          <w:b/>
        </w:rPr>
        <w:t>Hoạt động 4. Vận dụng: Thiết kế ý tưởng hệ thống AI cho trường học hoặc cộng đồng (30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D532AD" w14:paraId="7600089E" w14:textId="77777777" w:rsidTr="00380BF7">
        <w:trPr>
          <w:cantSplit/>
          <w:tblHeader/>
          <w:jc w:val="center"/>
        </w:trPr>
        <w:tc>
          <w:tcPr>
            <w:tcW w:w="1418" w:type="dxa"/>
            <w:vAlign w:val="center"/>
          </w:tcPr>
          <w:p w14:paraId="2AA3E871" w14:textId="77777777" w:rsidR="00D532AD" w:rsidRDefault="008074C9">
            <w:pPr>
              <w:spacing w:after="0" w:line="240" w:lineRule="auto"/>
              <w:jc w:val="center"/>
            </w:pPr>
            <w:r>
              <w:rPr>
                <w:b/>
                <w:sz w:val="22"/>
                <w:szCs w:val="22"/>
              </w:rPr>
              <w:t>Thành phần</w:t>
            </w:r>
          </w:p>
        </w:tc>
        <w:tc>
          <w:tcPr>
            <w:tcW w:w="7653" w:type="dxa"/>
            <w:vAlign w:val="center"/>
          </w:tcPr>
          <w:p w14:paraId="6D191323" w14:textId="77777777" w:rsidR="00D532AD" w:rsidRDefault="008074C9">
            <w:pPr>
              <w:spacing w:after="0" w:line="240" w:lineRule="auto"/>
              <w:jc w:val="center"/>
            </w:pPr>
            <w:r>
              <w:rPr>
                <w:b/>
                <w:sz w:val="22"/>
                <w:szCs w:val="22"/>
              </w:rPr>
              <w:t>Nội dung</w:t>
            </w:r>
          </w:p>
        </w:tc>
      </w:tr>
      <w:tr w:rsidR="00D532AD" w14:paraId="7CF2F1DA" w14:textId="77777777" w:rsidTr="00380BF7">
        <w:trPr>
          <w:cantSplit/>
          <w:jc w:val="center"/>
        </w:trPr>
        <w:tc>
          <w:tcPr>
            <w:tcW w:w="1418" w:type="dxa"/>
            <w:vAlign w:val="center"/>
          </w:tcPr>
          <w:p w14:paraId="7A578C9B" w14:textId="77777777" w:rsidR="00D532AD" w:rsidRDefault="008074C9">
            <w:pPr>
              <w:spacing w:after="0" w:line="240" w:lineRule="auto"/>
              <w:jc w:val="center"/>
            </w:pPr>
            <w:r>
              <w:rPr>
                <w:b/>
                <w:sz w:val="22"/>
                <w:szCs w:val="22"/>
              </w:rPr>
              <w:t>a) Mục tiêu</w:t>
            </w:r>
          </w:p>
        </w:tc>
        <w:tc>
          <w:tcPr>
            <w:tcW w:w="7653" w:type="dxa"/>
          </w:tcPr>
          <w:p w14:paraId="0BBA1637" w14:textId="77777777" w:rsidR="00D532AD" w:rsidRDefault="008074C9">
            <w:pPr>
              <w:spacing w:after="0" w:line="240" w:lineRule="auto"/>
            </w:pPr>
            <w:r>
              <w:rPr>
                <w:sz w:val="22"/>
                <w:szCs w:val="22"/>
              </w:rPr>
              <w:t>10.D1.1, 10.D2.1: xác định được mục tiêu, nhiệm vụ của một hệ thống AI cho vấn đề thực tiễn; lập và thuyết minh được sơ đồ cấu trúc gồm năm thành phần, mối liên hệ giữa chúng và các điểm kiểm soát của con người.</w:t>
            </w:r>
          </w:p>
        </w:tc>
      </w:tr>
      <w:tr w:rsidR="00D532AD" w14:paraId="55BE2E5A" w14:textId="77777777" w:rsidTr="00380BF7">
        <w:trPr>
          <w:cantSplit/>
          <w:jc w:val="center"/>
        </w:trPr>
        <w:tc>
          <w:tcPr>
            <w:tcW w:w="1418" w:type="dxa"/>
            <w:vAlign w:val="center"/>
          </w:tcPr>
          <w:p w14:paraId="0F35290A" w14:textId="77777777" w:rsidR="00D532AD" w:rsidRDefault="008074C9">
            <w:pPr>
              <w:spacing w:after="0" w:line="240" w:lineRule="auto"/>
              <w:jc w:val="center"/>
            </w:pPr>
            <w:r>
              <w:rPr>
                <w:b/>
                <w:sz w:val="22"/>
                <w:szCs w:val="22"/>
              </w:rPr>
              <w:t>b) Nội dung</w:t>
            </w:r>
          </w:p>
        </w:tc>
        <w:tc>
          <w:tcPr>
            <w:tcW w:w="7653" w:type="dxa"/>
          </w:tcPr>
          <w:p w14:paraId="05742D64" w14:textId="77777777" w:rsidR="00D532AD" w:rsidRDefault="008074C9">
            <w:pPr>
              <w:spacing w:after="0" w:line="240" w:lineRule="auto"/>
            </w:pPr>
            <w:r>
              <w:rPr>
                <w:sz w:val="22"/>
                <w:szCs w:val="22"/>
              </w:rPr>
              <w:t>Mỗi nhóm chọn một thẻ tình huống (PL10.7.4) theo bối cảnh nông nghiệp hoặc đô thị (trường học, cộng đồng) hoặc tự đề xuất vấn đề khác được GV đồng ý, rồi thực hiện:</w:t>
            </w:r>
          </w:p>
          <w:p w14:paraId="54FE171D" w14:textId="77777777" w:rsidR="00D532AD" w:rsidRDefault="008074C9">
            <w:pPr>
              <w:tabs>
                <w:tab w:val="left" w:pos="255"/>
              </w:tabs>
              <w:spacing w:after="0" w:line="240" w:lineRule="auto"/>
              <w:ind w:left="255" w:hanging="170"/>
            </w:pPr>
            <w:r>
              <w:rPr>
                <w:sz w:val="22"/>
                <w:szCs w:val="22"/>
              </w:rPr>
              <w:t xml:space="preserve">- </w:t>
            </w:r>
            <w:r>
              <w:rPr>
                <w:sz w:val="22"/>
                <w:szCs w:val="22"/>
              </w:rPr>
              <w:tab/>
              <w:t>viết tuyên bố mục tiêu và nhiệm vụ theo khung năm yếu tố;</w:t>
            </w:r>
          </w:p>
          <w:p w14:paraId="32C99FCF" w14:textId="77777777" w:rsidR="00D532AD" w:rsidRDefault="008074C9">
            <w:pPr>
              <w:tabs>
                <w:tab w:val="left" w:pos="255"/>
              </w:tabs>
              <w:spacing w:after="0" w:line="240" w:lineRule="auto"/>
              <w:ind w:left="255" w:hanging="170"/>
            </w:pPr>
            <w:r>
              <w:rPr>
                <w:sz w:val="22"/>
                <w:szCs w:val="22"/>
              </w:rPr>
              <w:t xml:space="preserve">- </w:t>
            </w:r>
            <w:r>
              <w:rPr>
                <w:sz w:val="22"/>
                <w:szCs w:val="22"/>
              </w:rPr>
              <w:tab/>
            </w:r>
            <w:r>
              <w:rPr>
                <w:sz w:val="22"/>
                <w:szCs w:val="22"/>
              </w:rPr>
              <w:t>vẽ sơ đồ cấu trúc năm thành phần trên giấy A3, đánh dấu ít nhất hai điểm kiểm soát của con người;</w:t>
            </w:r>
          </w:p>
          <w:p w14:paraId="7C048DBB" w14:textId="77777777" w:rsidR="00D532AD" w:rsidRDefault="008074C9">
            <w:pPr>
              <w:tabs>
                <w:tab w:val="left" w:pos="255"/>
              </w:tabs>
              <w:spacing w:after="0" w:line="240" w:lineRule="auto"/>
              <w:ind w:left="255" w:hanging="170"/>
            </w:pPr>
            <w:r>
              <w:rPr>
                <w:sz w:val="22"/>
                <w:szCs w:val="22"/>
              </w:rPr>
              <w:t xml:space="preserve">- </w:t>
            </w:r>
            <w:r>
              <w:rPr>
                <w:sz w:val="22"/>
                <w:szCs w:val="22"/>
              </w:rPr>
              <w:tab/>
              <w:t>thuyết minh sơ đồ và góp ý chéo theo bảng kiểm tra đồng đẳng. Nhóm đối chiếu các điểm kiểm soát với Thẻ kiểm soát đã xây dựng ở Bài 1.</w:t>
            </w:r>
          </w:p>
        </w:tc>
      </w:tr>
      <w:tr w:rsidR="00D532AD" w14:paraId="5D910BE7" w14:textId="77777777" w:rsidTr="00380BF7">
        <w:trPr>
          <w:jc w:val="center"/>
        </w:trPr>
        <w:tc>
          <w:tcPr>
            <w:tcW w:w="1418" w:type="dxa"/>
            <w:vAlign w:val="center"/>
          </w:tcPr>
          <w:p w14:paraId="7C05106D" w14:textId="77777777" w:rsidR="00D532AD" w:rsidRDefault="008074C9">
            <w:pPr>
              <w:spacing w:after="0" w:line="240" w:lineRule="auto"/>
              <w:jc w:val="center"/>
            </w:pPr>
            <w:r>
              <w:rPr>
                <w:b/>
                <w:sz w:val="22"/>
                <w:szCs w:val="22"/>
              </w:rPr>
              <w:t>c) Sản phẩm</w:t>
            </w:r>
          </w:p>
        </w:tc>
        <w:tc>
          <w:tcPr>
            <w:tcW w:w="7653" w:type="dxa"/>
          </w:tcPr>
          <w:p w14:paraId="69542EB7" w14:textId="77777777" w:rsidR="00D532AD" w:rsidRDefault="008074C9">
            <w:pPr>
              <w:spacing w:after="0" w:line="240" w:lineRule="auto"/>
            </w:pPr>
            <w:r>
              <w:rPr>
                <w:sz w:val="22"/>
                <w:szCs w:val="22"/>
              </w:rPr>
              <w:t>Tuyên bố mục tiêu và nhiệm vụ; sơ đồ cấu trúc; bảng kiểm tra đồng đẳng. Gợi ý đáp án: xem phụ lục Sản phẩm và gợi ý đáp án, Hoạt động 4.</w:t>
            </w:r>
          </w:p>
        </w:tc>
      </w:tr>
      <w:tr w:rsidR="00D532AD" w14:paraId="738FDF74" w14:textId="77777777" w:rsidTr="00380BF7">
        <w:trPr>
          <w:jc w:val="center"/>
        </w:trPr>
        <w:tc>
          <w:tcPr>
            <w:tcW w:w="1418" w:type="dxa"/>
            <w:vAlign w:val="center"/>
          </w:tcPr>
          <w:p w14:paraId="20828C90" w14:textId="77777777" w:rsidR="00D532AD" w:rsidRDefault="008074C9">
            <w:pPr>
              <w:spacing w:after="0" w:line="240" w:lineRule="auto"/>
              <w:jc w:val="center"/>
            </w:pPr>
            <w:r>
              <w:rPr>
                <w:b/>
                <w:sz w:val="22"/>
                <w:szCs w:val="22"/>
              </w:rPr>
              <w:t>d) Tổ chức thực hiện</w:t>
            </w:r>
          </w:p>
        </w:tc>
        <w:tc>
          <w:tcPr>
            <w:tcW w:w="7653" w:type="dxa"/>
          </w:tcPr>
          <w:p w14:paraId="4B573C84" w14:textId="77777777" w:rsidR="00D532AD" w:rsidRDefault="008074C9">
            <w:pPr>
              <w:spacing w:after="0" w:line="240" w:lineRule="auto"/>
            </w:pPr>
            <w:r>
              <w:rPr>
                <w:b/>
                <w:sz w:val="22"/>
                <w:szCs w:val="22"/>
              </w:rPr>
              <w:t>Chuyển giao nhiệm vụ (3 phút):</w:t>
            </w:r>
            <w:r>
              <w:rPr>
                <w:sz w:val="22"/>
                <w:szCs w:val="22"/>
              </w:rPr>
              <w:t xml:space="preserve"> GV giới thiệu sáu thẻ tình huống, mỗi nhóm chọn một thẻ khác nhau; nêu các bước và tiêu chí trong bảng kiểm tra. Nhóm phân vai: người ghi, người vẽ, người thuyết minh, người đối chiếu bảng kiểm tra.</w:t>
            </w:r>
          </w:p>
          <w:p w14:paraId="6CB96360" w14:textId="77777777" w:rsidR="00D532AD" w:rsidRDefault="008074C9">
            <w:pPr>
              <w:spacing w:after="0" w:line="240" w:lineRule="auto"/>
            </w:pPr>
            <w:r>
              <w:rPr>
                <w:b/>
                <w:sz w:val="22"/>
                <w:szCs w:val="22"/>
              </w:rPr>
              <w:t>Thực hiện nhiệm vụ (12 phút):</w:t>
            </w:r>
            <w:r>
              <w:rPr>
                <w:sz w:val="22"/>
                <w:szCs w:val="22"/>
              </w:rPr>
              <w:t xml:space="preserve"> Nhóm dành 4 phút viết tuyên bố mục tiêu và nhiệm vụ, 8 phút vẽ sơ đồ. GV ưu tiên hỗ trợ những nhóm còn nhầm thuật toán với mô hình ở Tiết 1.</w:t>
            </w:r>
          </w:p>
          <w:p w14:paraId="1F264866" w14:textId="77777777" w:rsidR="00D532AD" w:rsidRDefault="008074C9">
            <w:pPr>
              <w:spacing w:after="0" w:line="240" w:lineRule="auto"/>
            </w:pPr>
            <w:r>
              <w:rPr>
                <w:b/>
                <w:sz w:val="22"/>
                <w:szCs w:val="22"/>
              </w:rPr>
              <w:t>Báo cáo, thảo luận (8 phút):</w:t>
            </w:r>
            <w:r>
              <w:rPr>
                <w:sz w:val="22"/>
                <w:szCs w:val="22"/>
              </w:rPr>
              <w:t xml:space="preserve"> Các nhóm ghép thành từng cặp. Nhóm A thuyết minh trong 2 phút; nhóm B đặt câu hỏi và điền bảng kiểm tra trong 2 phút; sau đó đổi vai. Câu hỏi phản biện gợi ý: “Nếu dữ liệu của nhóm thiếu một trường hợp thì đầu ra sai thế nào?”, “Ai kiểm tra đầu ra trước khi dùng?”</w:t>
            </w:r>
          </w:p>
          <w:p w14:paraId="1AB42189" w14:textId="77777777" w:rsidR="00D532AD" w:rsidRDefault="008074C9">
            <w:pPr>
              <w:spacing w:after="0" w:line="240" w:lineRule="auto"/>
            </w:pPr>
            <w:r>
              <w:rPr>
                <w:b/>
                <w:sz w:val="22"/>
                <w:szCs w:val="22"/>
              </w:rPr>
              <w:t>Kết luận, nhận định (4 phút):</w:t>
            </w:r>
            <w:r>
              <w:rPr>
                <w:sz w:val="22"/>
                <w:szCs w:val="22"/>
              </w:rPr>
              <w:t xml:space="preserve"> GV chọn một sơ đồ tiêu biểu để nhận xét trước lớp và chốt ba ý:</w:t>
            </w:r>
          </w:p>
          <w:p w14:paraId="0B774C41" w14:textId="77777777" w:rsidR="00D532AD" w:rsidRDefault="008074C9">
            <w:pPr>
              <w:tabs>
                <w:tab w:val="left" w:pos="255"/>
              </w:tabs>
              <w:spacing w:after="0" w:line="240" w:lineRule="auto"/>
              <w:ind w:left="255" w:hanging="170"/>
            </w:pPr>
            <w:r>
              <w:rPr>
                <w:sz w:val="22"/>
                <w:szCs w:val="22"/>
              </w:rPr>
              <w:t xml:space="preserve">- </w:t>
            </w:r>
            <w:r>
              <w:rPr>
                <w:sz w:val="22"/>
                <w:szCs w:val="22"/>
              </w:rPr>
              <w:tab/>
              <w:t>thiết kế bắt đầu từ mục tiêu và nhiệm vụ;</w:t>
            </w:r>
          </w:p>
          <w:p w14:paraId="7AB51806" w14:textId="77777777" w:rsidR="00D532AD" w:rsidRDefault="008074C9">
            <w:pPr>
              <w:tabs>
                <w:tab w:val="left" w:pos="255"/>
              </w:tabs>
              <w:spacing w:after="0" w:line="240" w:lineRule="auto"/>
              <w:ind w:left="255" w:hanging="170"/>
            </w:pPr>
            <w:r>
              <w:rPr>
                <w:sz w:val="22"/>
                <w:szCs w:val="22"/>
              </w:rPr>
              <w:t xml:space="preserve">- </w:t>
            </w:r>
            <w:r>
              <w:rPr>
                <w:sz w:val="22"/>
                <w:szCs w:val="22"/>
              </w:rPr>
              <w:tab/>
              <w:t>năm thành phần liên hệ với nhau thành vòng khép kín nhờ phản hồi;</w:t>
            </w:r>
          </w:p>
          <w:p w14:paraId="1067AA26" w14:textId="77777777" w:rsidR="00D532AD" w:rsidRDefault="008074C9">
            <w:pPr>
              <w:tabs>
                <w:tab w:val="left" w:pos="255"/>
              </w:tabs>
              <w:spacing w:after="0" w:line="240" w:lineRule="auto"/>
              <w:ind w:left="255" w:hanging="170"/>
            </w:pPr>
            <w:r>
              <w:rPr>
                <w:sz w:val="22"/>
                <w:szCs w:val="22"/>
              </w:rPr>
              <w:t xml:space="preserve">- </w:t>
            </w:r>
            <w:r>
              <w:rPr>
                <w:sz w:val="22"/>
                <w:szCs w:val="22"/>
              </w:rPr>
              <w:tab/>
            </w:r>
            <w:r>
              <w:rPr>
                <w:sz w:val="22"/>
                <w:szCs w:val="22"/>
              </w:rPr>
              <w:t>con người đặt mục tiêu, chuẩn bị dữ liệu, kiểm tra đầu ra và xử lí phản hồi.</w:t>
            </w:r>
          </w:p>
          <w:p w14:paraId="73F732F7" w14:textId="77777777" w:rsidR="00D532AD" w:rsidRDefault="008074C9">
            <w:pPr>
              <w:spacing w:after="0" w:line="240" w:lineRule="auto"/>
            </w:pPr>
            <w:r>
              <w:rPr>
                <w:b/>
                <w:sz w:val="22"/>
                <w:szCs w:val="22"/>
              </w:rPr>
              <w:t>Phiếu tổng kết (3 phút):</w:t>
            </w:r>
            <w:r>
              <w:rPr>
                <w:sz w:val="22"/>
                <w:szCs w:val="22"/>
              </w:rPr>
              <w:t xml:space="preserve"> GV ghi câu hỏi lên bảng; mỗi HS tự viết vào nửa tờ giấy kiểm tra, không cần in phiếu, nộp khi ra khỏi lớp. (1) Viết tuyên bố mục tiêu và nhiệm vụ cho hệ thống nhóm em thiết kế (người dùng, đầu vào, đầu ra, tiêu chí thành công). (2) Nếu đổi mục tiêu, một thành phần nào phải đổi theo, vì sao?</w:t>
            </w:r>
          </w:p>
          <w:p w14:paraId="6D6B32A7" w14:textId="77777777" w:rsidR="00D532AD" w:rsidRDefault="008074C9">
            <w:pPr>
              <w:spacing w:after="0" w:line="240" w:lineRule="auto"/>
            </w:pPr>
            <w:r>
              <w:rPr>
                <w:b/>
                <w:sz w:val="22"/>
                <w:szCs w:val="22"/>
              </w:rPr>
              <w:t>Nhiệm vụ về nhà:</w:t>
            </w:r>
            <w:r>
              <w:rPr>
                <w:sz w:val="22"/>
                <w:szCs w:val="22"/>
              </w:rPr>
              <w:t xml:space="preserve"> sửa sơ đồ theo góp ý của nhóm bạn, hoàn thiện sơ đồ và giữ lại để dùng ở Bài 8, khi tìm hiểu các vấn đề phát sinh trong vận hành hệ thống AI.</w:t>
            </w:r>
          </w:p>
          <w:p w14:paraId="44831380" w14:textId="77777777" w:rsidR="00D532AD" w:rsidRDefault="008074C9">
            <w:pPr>
              <w:spacing w:after="0" w:line="240" w:lineRule="auto"/>
            </w:pPr>
            <w:r>
              <w:rPr>
                <w:sz w:val="22"/>
                <w:szCs w:val="22"/>
              </w:rPr>
              <w:t>- Đánh giá: Đánh giá đồng đẳng bằng bảng kiểm tra (PL10.7.4). GV đánh giá SP theo rubric chung (Tài liệu tập huấn cấp trung học phổ thông, Bảng 8.4), bốn tiêu chí và phản hồi bằng lời. Kết quả được ghi nhận bằng nhận xét, không cho điểm riêng.</w:t>
            </w:r>
          </w:p>
        </w:tc>
      </w:tr>
      <w:tr w:rsidR="00D532AD" w14:paraId="28813522" w14:textId="77777777" w:rsidTr="00380BF7">
        <w:trPr>
          <w:jc w:val="center"/>
        </w:trPr>
        <w:tc>
          <w:tcPr>
            <w:tcW w:w="1418" w:type="dxa"/>
            <w:vAlign w:val="center"/>
          </w:tcPr>
          <w:p w14:paraId="717C49B1" w14:textId="77777777" w:rsidR="00D532AD" w:rsidRDefault="008074C9">
            <w:pPr>
              <w:spacing w:after="0" w:line="240" w:lineRule="auto"/>
              <w:jc w:val="center"/>
            </w:pPr>
            <w:r>
              <w:rPr>
                <w:b/>
                <w:sz w:val="22"/>
                <w:szCs w:val="22"/>
              </w:rPr>
              <w:t>e) Điểm kiểm soát AI và an toàn dữ liệu</w:t>
            </w:r>
          </w:p>
        </w:tc>
        <w:tc>
          <w:tcPr>
            <w:tcW w:w="7653" w:type="dxa"/>
          </w:tcPr>
          <w:p w14:paraId="48240283" w14:textId="77777777" w:rsidR="00D532AD" w:rsidRDefault="008074C9">
            <w:pPr>
              <w:spacing w:after="0" w:line="240" w:lineRule="auto"/>
            </w:pPr>
            <w:r>
              <w:rPr>
                <w:sz w:val="22"/>
                <w:szCs w:val="22"/>
              </w:rPr>
              <w:t>Không bắt buộc dùng công cụ AI. Nếu nhóm dùng công cụ AI để gợi ý ý tưởng khi hoàn thiện ở nhà, nhóm ghi rõ công cụ, mục đích, phần được hỗ trợ và cách nhóm kiểm tra lại. Sơ đồ chỉ dùng dữ liệu giả lập. Với tình huống có dữ liệu cá nhân (thẻ 4), nhóm phải nêu cách xin phép, cách bảo vệ dữ liệu và ai được xem dữ liệu.</w:t>
            </w:r>
          </w:p>
        </w:tc>
      </w:tr>
    </w:tbl>
    <w:p w14:paraId="7FE00F26" w14:textId="77777777" w:rsidR="00D532AD" w:rsidRDefault="00D532AD">
      <w:pPr>
        <w:spacing w:after="40" w:line="192" w:lineRule="auto"/>
        <w:jc w:val="both"/>
      </w:pPr>
    </w:p>
    <w:p w14:paraId="51B20EAD" w14:textId="77777777" w:rsidR="00D532AD" w:rsidRDefault="008074C9">
      <w:pPr>
        <w:keepNext/>
        <w:spacing w:before="160" w:after="60" w:line="264" w:lineRule="auto"/>
      </w:pPr>
      <w:r>
        <w:rPr>
          <w:b/>
        </w:rPr>
        <w:t>IV. KIỂM TRA, ĐÁNH GIÁ</w:t>
      </w:r>
    </w:p>
    <w:p w14:paraId="36E9F603" w14:textId="77777777" w:rsidR="00D532AD" w:rsidRDefault="008074C9">
      <w:pPr>
        <w:keepNext/>
        <w:spacing w:before="80" w:after="60" w:line="264" w:lineRule="auto"/>
      </w:pPr>
      <w:r>
        <w:rPr>
          <w:b/>
        </w:rPr>
        <w:t>1. Ma trận liên kết mục tiêu và minh chứng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74"/>
        <w:gridCol w:w="1077"/>
        <w:gridCol w:w="1701"/>
        <w:gridCol w:w="2154"/>
        <w:gridCol w:w="1587"/>
        <w:gridCol w:w="1077"/>
      </w:tblGrid>
      <w:tr w:rsidR="00D532AD" w14:paraId="28EBE7DB" w14:textId="77777777">
        <w:trPr>
          <w:cantSplit/>
          <w:tblHeader/>
          <w:jc w:val="center"/>
        </w:trPr>
        <w:tc>
          <w:tcPr>
            <w:tcW w:w="1474" w:type="dxa"/>
            <w:vAlign w:val="center"/>
          </w:tcPr>
          <w:p w14:paraId="488FB1E6" w14:textId="77777777" w:rsidR="00D532AD" w:rsidRDefault="008074C9">
            <w:pPr>
              <w:spacing w:after="0" w:line="240" w:lineRule="auto"/>
              <w:jc w:val="center"/>
            </w:pPr>
            <w:r>
              <w:rPr>
                <w:b/>
                <w:sz w:val="22"/>
                <w:szCs w:val="22"/>
              </w:rPr>
              <w:t>Mã YCCĐ, mục tiêu</w:t>
            </w:r>
          </w:p>
        </w:tc>
        <w:tc>
          <w:tcPr>
            <w:tcW w:w="1077" w:type="dxa"/>
            <w:vAlign w:val="center"/>
          </w:tcPr>
          <w:p w14:paraId="4BA8921B" w14:textId="77777777" w:rsidR="00D532AD" w:rsidRDefault="008074C9">
            <w:pPr>
              <w:spacing w:after="0" w:line="240" w:lineRule="auto"/>
              <w:jc w:val="center"/>
            </w:pPr>
            <w:r>
              <w:rPr>
                <w:b/>
                <w:sz w:val="22"/>
                <w:szCs w:val="22"/>
              </w:rPr>
              <w:t>Hoạt động</w:t>
            </w:r>
          </w:p>
        </w:tc>
        <w:tc>
          <w:tcPr>
            <w:tcW w:w="1701" w:type="dxa"/>
            <w:vAlign w:val="center"/>
          </w:tcPr>
          <w:p w14:paraId="1CF9EF93" w14:textId="77777777" w:rsidR="00D532AD" w:rsidRDefault="008074C9">
            <w:pPr>
              <w:spacing w:after="0" w:line="240" w:lineRule="auto"/>
              <w:jc w:val="center"/>
            </w:pPr>
            <w:r>
              <w:rPr>
                <w:b/>
                <w:sz w:val="22"/>
                <w:szCs w:val="22"/>
              </w:rPr>
              <w:t>SP, MC</w:t>
            </w:r>
          </w:p>
        </w:tc>
        <w:tc>
          <w:tcPr>
            <w:tcW w:w="2154" w:type="dxa"/>
            <w:vAlign w:val="center"/>
          </w:tcPr>
          <w:p w14:paraId="3B68A51B" w14:textId="77777777" w:rsidR="00D532AD" w:rsidRDefault="008074C9">
            <w:pPr>
              <w:spacing w:after="0" w:line="240" w:lineRule="auto"/>
              <w:jc w:val="center"/>
            </w:pPr>
            <w:r>
              <w:rPr>
                <w:b/>
                <w:sz w:val="22"/>
                <w:szCs w:val="22"/>
              </w:rPr>
              <w:t>Tiêu chí, chỉ báo</w:t>
            </w:r>
          </w:p>
        </w:tc>
        <w:tc>
          <w:tcPr>
            <w:tcW w:w="1587" w:type="dxa"/>
            <w:vAlign w:val="center"/>
          </w:tcPr>
          <w:p w14:paraId="3892DA52" w14:textId="77777777" w:rsidR="00D532AD" w:rsidRDefault="008074C9">
            <w:pPr>
              <w:spacing w:after="0" w:line="240" w:lineRule="auto"/>
              <w:jc w:val="center"/>
            </w:pPr>
            <w:r>
              <w:rPr>
                <w:b/>
                <w:sz w:val="22"/>
                <w:szCs w:val="22"/>
              </w:rPr>
              <w:t>Phương pháp, công cụ</w:t>
            </w:r>
          </w:p>
        </w:tc>
        <w:tc>
          <w:tcPr>
            <w:tcW w:w="1077" w:type="dxa"/>
            <w:vAlign w:val="center"/>
          </w:tcPr>
          <w:p w14:paraId="74CE49A3" w14:textId="77777777" w:rsidR="00D532AD" w:rsidRDefault="008074C9">
            <w:pPr>
              <w:spacing w:after="0" w:line="240" w:lineRule="auto"/>
              <w:jc w:val="center"/>
            </w:pPr>
            <w:r>
              <w:rPr>
                <w:b/>
                <w:sz w:val="22"/>
                <w:szCs w:val="22"/>
              </w:rPr>
              <w:t>Thời điểm</w:t>
            </w:r>
          </w:p>
        </w:tc>
      </w:tr>
      <w:tr w:rsidR="00D532AD" w14:paraId="09630613" w14:textId="77777777">
        <w:trPr>
          <w:cantSplit/>
          <w:jc w:val="center"/>
        </w:trPr>
        <w:tc>
          <w:tcPr>
            <w:tcW w:w="1474" w:type="dxa"/>
          </w:tcPr>
          <w:p w14:paraId="7D2A76ED" w14:textId="77777777" w:rsidR="00D532AD" w:rsidRDefault="008074C9">
            <w:pPr>
              <w:spacing w:after="0" w:line="240" w:lineRule="auto"/>
            </w:pPr>
            <w:r>
              <w:rPr>
                <w:sz w:val="22"/>
                <w:szCs w:val="22"/>
              </w:rPr>
              <w:t>10.D1.1: xác định mục tiêu, nhiệm vụ</w:t>
            </w:r>
          </w:p>
        </w:tc>
        <w:tc>
          <w:tcPr>
            <w:tcW w:w="1077" w:type="dxa"/>
          </w:tcPr>
          <w:p w14:paraId="61214F0B" w14:textId="77777777" w:rsidR="00D532AD" w:rsidRDefault="008074C9">
            <w:pPr>
              <w:spacing w:after="0" w:line="240" w:lineRule="auto"/>
            </w:pPr>
            <w:r>
              <w:rPr>
                <w:sz w:val="22"/>
                <w:szCs w:val="22"/>
              </w:rPr>
              <w:t>Nhiệm vụ 2.1; HĐ 4</w:t>
            </w:r>
          </w:p>
        </w:tc>
        <w:tc>
          <w:tcPr>
            <w:tcW w:w="1701" w:type="dxa"/>
          </w:tcPr>
          <w:p w14:paraId="55E23708" w14:textId="77777777" w:rsidR="00D532AD" w:rsidRDefault="008074C9">
            <w:pPr>
              <w:spacing w:after="0" w:line="240" w:lineRule="auto"/>
            </w:pPr>
            <w:r>
              <w:rPr>
                <w:sz w:val="22"/>
                <w:szCs w:val="22"/>
              </w:rPr>
              <w:t>Phiếu học tập 10.7.1; tuyên bố mục tiêu và nhiệm vụ của nhóm; phiếu tổng kết, câu 1 (cá nhân)</w:t>
            </w:r>
          </w:p>
        </w:tc>
        <w:tc>
          <w:tcPr>
            <w:tcW w:w="2154" w:type="dxa"/>
          </w:tcPr>
          <w:p w14:paraId="6266062C" w14:textId="77777777" w:rsidR="00D532AD" w:rsidRDefault="008074C9">
            <w:pPr>
              <w:spacing w:after="0" w:line="240" w:lineRule="auto"/>
            </w:pPr>
            <w:r>
              <w:rPr>
                <w:sz w:val="22"/>
                <w:szCs w:val="22"/>
              </w:rPr>
              <w:t>Đủ năm yếu tố; đầu vào, đầu ra cụ thể; có tiêu chí thành công đo được</w:t>
            </w:r>
          </w:p>
        </w:tc>
        <w:tc>
          <w:tcPr>
            <w:tcW w:w="1587" w:type="dxa"/>
          </w:tcPr>
          <w:p w14:paraId="7F079EC5" w14:textId="77777777" w:rsidR="00D532AD" w:rsidRDefault="008074C9">
            <w:pPr>
              <w:spacing w:after="0" w:line="240" w:lineRule="auto"/>
            </w:pPr>
            <w:r>
              <w:rPr>
                <w:sz w:val="22"/>
                <w:szCs w:val="22"/>
              </w:rPr>
              <w:t>Đánh giá SP bằng khung năm yếu tố; tự đánh giá</w:t>
            </w:r>
          </w:p>
        </w:tc>
        <w:tc>
          <w:tcPr>
            <w:tcW w:w="1077" w:type="dxa"/>
          </w:tcPr>
          <w:p w14:paraId="6262F522" w14:textId="77777777" w:rsidR="00D532AD" w:rsidRDefault="008074C9">
            <w:pPr>
              <w:spacing w:after="0" w:line="240" w:lineRule="auto"/>
            </w:pPr>
            <w:r>
              <w:rPr>
                <w:sz w:val="22"/>
                <w:szCs w:val="22"/>
              </w:rPr>
              <w:t>Cuối nhiệm vụ 2.1; trong HĐ 4</w:t>
            </w:r>
          </w:p>
        </w:tc>
      </w:tr>
      <w:tr w:rsidR="00D532AD" w14:paraId="7D08780B" w14:textId="77777777">
        <w:trPr>
          <w:cantSplit/>
          <w:jc w:val="center"/>
        </w:trPr>
        <w:tc>
          <w:tcPr>
            <w:tcW w:w="1474" w:type="dxa"/>
          </w:tcPr>
          <w:p w14:paraId="36ECCFE2" w14:textId="77777777" w:rsidR="00D532AD" w:rsidRDefault="008074C9">
            <w:pPr>
              <w:spacing w:after="0" w:line="240" w:lineRule="auto"/>
            </w:pPr>
            <w:r>
              <w:rPr>
                <w:sz w:val="22"/>
                <w:szCs w:val="22"/>
              </w:rPr>
              <w:t>10.D1.1: mối liên hệ giữa mục tiêu và các thành phần</w:t>
            </w:r>
          </w:p>
        </w:tc>
        <w:tc>
          <w:tcPr>
            <w:tcW w:w="1077" w:type="dxa"/>
          </w:tcPr>
          <w:p w14:paraId="35EFE7CB" w14:textId="77777777" w:rsidR="00D532AD" w:rsidRDefault="008074C9">
            <w:pPr>
              <w:spacing w:after="0" w:line="240" w:lineRule="auto"/>
            </w:pPr>
            <w:r>
              <w:rPr>
                <w:sz w:val="22"/>
                <w:szCs w:val="22"/>
              </w:rPr>
              <w:t>HĐ 3; HĐ 4</w:t>
            </w:r>
          </w:p>
        </w:tc>
        <w:tc>
          <w:tcPr>
            <w:tcW w:w="1701" w:type="dxa"/>
          </w:tcPr>
          <w:p w14:paraId="4F9C36A7" w14:textId="77777777" w:rsidR="00D532AD" w:rsidRDefault="008074C9">
            <w:pPr>
              <w:spacing w:after="0" w:line="240" w:lineRule="auto"/>
            </w:pPr>
            <w:r>
              <w:rPr>
                <w:sz w:val="22"/>
                <w:szCs w:val="22"/>
              </w:rPr>
              <w:t>Phiếu học tập 10.7.2; phần thuyết minh sơ đồ; phiếu tổng kết, câu 2 (cá nhân)</w:t>
            </w:r>
          </w:p>
        </w:tc>
        <w:tc>
          <w:tcPr>
            <w:tcW w:w="2154" w:type="dxa"/>
          </w:tcPr>
          <w:p w14:paraId="36E991B1" w14:textId="77777777" w:rsidR="00D532AD" w:rsidRDefault="008074C9">
            <w:pPr>
              <w:spacing w:after="0" w:line="240" w:lineRule="auto"/>
            </w:pPr>
            <w:r>
              <w:rPr>
                <w:sz w:val="22"/>
                <w:szCs w:val="22"/>
              </w:rPr>
              <w:t>Chỉ ra ít nhất ba thành phần thay đổi khi đổi mục tiêu và giải thích được lí do; thuyết minh được mỗi thành phần phục vụ mục tiêu thế nào</w:t>
            </w:r>
          </w:p>
        </w:tc>
        <w:tc>
          <w:tcPr>
            <w:tcW w:w="1587" w:type="dxa"/>
          </w:tcPr>
          <w:p w14:paraId="3986F1CB" w14:textId="77777777" w:rsidR="00D532AD" w:rsidRDefault="008074C9">
            <w:pPr>
              <w:spacing w:after="0" w:line="240" w:lineRule="auto"/>
            </w:pPr>
            <w:r>
              <w:rPr>
                <w:sz w:val="22"/>
                <w:szCs w:val="22"/>
              </w:rPr>
              <w:t>Quan sát, hỏi đáp; đánh giá đồng đẳng; rubric tiêu chí 1</w:t>
            </w:r>
          </w:p>
        </w:tc>
        <w:tc>
          <w:tcPr>
            <w:tcW w:w="1077" w:type="dxa"/>
          </w:tcPr>
          <w:p w14:paraId="08F6BEF5" w14:textId="77777777" w:rsidR="00D532AD" w:rsidRDefault="008074C9">
            <w:pPr>
              <w:spacing w:after="0" w:line="240" w:lineRule="auto"/>
            </w:pPr>
            <w:r>
              <w:rPr>
                <w:sz w:val="22"/>
                <w:szCs w:val="22"/>
              </w:rPr>
              <w:t>Cuối HĐ 3; trong HĐ 4</w:t>
            </w:r>
          </w:p>
        </w:tc>
      </w:tr>
      <w:tr w:rsidR="00D532AD" w14:paraId="0C6CD8A4" w14:textId="77777777">
        <w:trPr>
          <w:cantSplit/>
          <w:jc w:val="center"/>
        </w:trPr>
        <w:tc>
          <w:tcPr>
            <w:tcW w:w="1474" w:type="dxa"/>
          </w:tcPr>
          <w:p w14:paraId="48F2434B" w14:textId="77777777" w:rsidR="00D532AD" w:rsidRDefault="008074C9">
            <w:pPr>
              <w:spacing w:after="0" w:line="240" w:lineRule="auto"/>
            </w:pPr>
            <w:r>
              <w:rPr>
                <w:sz w:val="22"/>
                <w:szCs w:val="22"/>
              </w:rPr>
              <w:t>10.D2.1: mô tả năm thành phần</w:t>
            </w:r>
          </w:p>
        </w:tc>
        <w:tc>
          <w:tcPr>
            <w:tcW w:w="1077" w:type="dxa"/>
          </w:tcPr>
          <w:p w14:paraId="110C737C" w14:textId="77777777" w:rsidR="00D532AD" w:rsidRDefault="008074C9">
            <w:pPr>
              <w:spacing w:after="0" w:line="240" w:lineRule="auto"/>
            </w:pPr>
            <w:r>
              <w:rPr>
                <w:sz w:val="22"/>
                <w:szCs w:val="22"/>
              </w:rPr>
              <w:t>Nhiệm vụ 2.2; HĐ 3; HĐ 4</w:t>
            </w:r>
          </w:p>
        </w:tc>
        <w:tc>
          <w:tcPr>
            <w:tcW w:w="1701" w:type="dxa"/>
          </w:tcPr>
          <w:p w14:paraId="25B70A5B" w14:textId="77777777" w:rsidR="00D532AD" w:rsidRDefault="008074C9">
            <w:pPr>
              <w:spacing w:after="0" w:line="240" w:lineRule="auto"/>
            </w:pPr>
            <w:r>
              <w:rPr>
                <w:sz w:val="22"/>
                <w:szCs w:val="22"/>
              </w:rPr>
              <w:t>Phiếu học tập 10.7.1 (Phần C) và Phiếu học tập 10.7.2; sơ đồ cấu trúc</w:t>
            </w:r>
          </w:p>
        </w:tc>
        <w:tc>
          <w:tcPr>
            <w:tcW w:w="2154" w:type="dxa"/>
          </w:tcPr>
          <w:p w14:paraId="7A150246" w14:textId="77777777" w:rsidR="00D532AD" w:rsidRDefault="008074C9">
            <w:pPr>
              <w:spacing w:after="0" w:line="240" w:lineRule="auto"/>
            </w:pPr>
            <w:r>
              <w:rPr>
                <w:sz w:val="22"/>
                <w:szCs w:val="22"/>
              </w:rPr>
              <w:t>Gọi đúng và mô tả đúng vai trò năm thành phần theo nhiệm vụ; phân biệt thuật toán với mô hình; phản hồi được nối tới thành phần cần sửa</w:t>
            </w:r>
          </w:p>
        </w:tc>
        <w:tc>
          <w:tcPr>
            <w:tcW w:w="1587" w:type="dxa"/>
          </w:tcPr>
          <w:p w14:paraId="130520A2" w14:textId="77777777" w:rsidR="00D532AD" w:rsidRDefault="008074C9">
            <w:pPr>
              <w:spacing w:after="0" w:line="240" w:lineRule="auto"/>
            </w:pPr>
            <w:r>
              <w:rPr>
                <w:sz w:val="22"/>
                <w:szCs w:val="22"/>
              </w:rPr>
              <w:t>Hỏi đáp nhanh; đánh giá SP; rubric tiêu chí 1</w:t>
            </w:r>
          </w:p>
        </w:tc>
        <w:tc>
          <w:tcPr>
            <w:tcW w:w="1077" w:type="dxa"/>
          </w:tcPr>
          <w:p w14:paraId="46C19B3A" w14:textId="77777777" w:rsidR="00D532AD" w:rsidRDefault="008074C9">
            <w:pPr>
              <w:spacing w:after="0" w:line="240" w:lineRule="auto"/>
            </w:pPr>
            <w:r>
              <w:rPr>
                <w:sz w:val="22"/>
                <w:szCs w:val="22"/>
              </w:rPr>
              <w:t>Cuối nhiệm vụ 2.2; cuối HĐ 4</w:t>
            </w:r>
          </w:p>
        </w:tc>
      </w:tr>
      <w:tr w:rsidR="00D532AD" w14:paraId="1C1F4C9C" w14:textId="77777777">
        <w:trPr>
          <w:cantSplit/>
          <w:jc w:val="center"/>
        </w:trPr>
        <w:tc>
          <w:tcPr>
            <w:tcW w:w="1474" w:type="dxa"/>
          </w:tcPr>
          <w:p w14:paraId="46BFB384" w14:textId="77777777" w:rsidR="00D532AD" w:rsidRDefault="008074C9">
            <w:pPr>
              <w:spacing w:after="0" w:line="240" w:lineRule="auto"/>
            </w:pPr>
            <w:r>
              <w:rPr>
                <w:sz w:val="22"/>
                <w:szCs w:val="22"/>
              </w:rPr>
              <w:t>NLa: điểm kiểm soát của con người (củng cố, không kết luận mức đạt riêng)</w:t>
            </w:r>
          </w:p>
        </w:tc>
        <w:tc>
          <w:tcPr>
            <w:tcW w:w="1077" w:type="dxa"/>
          </w:tcPr>
          <w:p w14:paraId="4356A1AD" w14:textId="77777777" w:rsidR="00D532AD" w:rsidRDefault="008074C9">
            <w:pPr>
              <w:spacing w:after="0" w:line="240" w:lineRule="auto"/>
            </w:pPr>
            <w:r>
              <w:rPr>
                <w:sz w:val="22"/>
                <w:szCs w:val="22"/>
              </w:rPr>
              <w:t>Nhiệm vụ 2.2; HĐ 4</w:t>
            </w:r>
          </w:p>
        </w:tc>
        <w:tc>
          <w:tcPr>
            <w:tcW w:w="1701" w:type="dxa"/>
          </w:tcPr>
          <w:p w14:paraId="6D8531B4" w14:textId="77777777" w:rsidR="00D532AD" w:rsidRDefault="008074C9">
            <w:pPr>
              <w:spacing w:after="0" w:line="240" w:lineRule="auto"/>
            </w:pPr>
            <w:r>
              <w:rPr>
                <w:sz w:val="22"/>
                <w:szCs w:val="22"/>
              </w:rPr>
              <w:t>Phần thảo luận thẻ K4; sơ đồ cấu trúc</w:t>
            </w:r>
          </w:p>
        </w:tc>
        <w:tc>
          <w:tcPr>
            <w:tcW w:w="2154" w:type="dxa"/>
          </w:tcPr>
          <w:p w14:paraId="29D0A7A6" w14:textId="77777777" w:rsidR="00D532AD" w:rsidRDefault="008074C9">
            <w:pPr>
              <w:spacing w:after="0" w:line="240" w:lineRule="auto"/>
            </w:pPr>
            <w:r>
              <w:rPr>
                <w:sz w:val="22"/>
                <w:szCs w:val="22"/>
              </w:rPr>
              <w:t>Sơ đồ có ít nhất hai điểm kiểm soát đặt đúng khâu, ghi rõ ai thực hiện</w:t>
            </w:r>
          </w:p>
        </w:tc>
        <w:tc>
          <w:tcPr>
            <w:tcW w:w="1587" w:type="dxa"/>
          </w:tcPr>
          <w:p w14:paraId="44BC5C74" w14:textId="77777777" w:rsidR="00D532AD" w:rsidRDefault="008074C9">
            <w:pPr>
              <w:spacing w:after="0" w:line="240" w:lineRule="auto"/>
            </w:pPr>
            <w:r>
              <w:rPr>
                <w:sz w:val="22"/>
                <w:szCs w:val="22"/>
              </w:rPr>
              <w:t>Quan sát; rubric tiêu chí 3</w:t>
            </w:r>
          </w:p>
        </w:tc>
        <w:tc>
          <w:tcPr>
            <w:tcW w:w="1077" w:type="dxa"/>
          </w:tcPr>
          <w:p w14:paraId="09339D1E" w14:textId="77777777" w:rsidR="00D532AD" w:rsidRDefault="008074C9">
            <w:pPr>
              <w:spacing w:after="0" w:line="240" w:lineRule="auto"/>
            </w:pPr>
            <w:r>
              <w:rPr>
                <w:sz w:val="22"/>
                <w:szCs w:val="22"/>
              </w:rPr>
              <w:t>Trong nhiệm vụ 2.2; cuối HĐ 4</w:t>
            </w:r>
          </w:p>
        </w:tc>
      </w:tr>
    </w:tbl>
    <w:p w14:paraId="2FDC7330" w14:textId="3379ADD0" w:rsidR="00D532AD" w:rsidRPr="007441F6" w:rsidRDefault="008074C9" w:rsidP="007441F6">
      <w:pPr>
        <w:spacing w:before="120" w:after="60" w:line="264" w:lineRule="auto"/>
        <w:jc w:val="both"/>
        <w:rPr>
          <w:lang w:val="en-US"/>
        </w:rPr>
      </w:pPr>
      <w:r>
        <w:rPr>
          <w:b/>
          <w:sz w:val="24"/>
        </w:rPr>
        <w:t xml:space="preserve">Minh chứng tối thiểu </w:t>
      </w:r>
      <w:r>
        <w:rPr>
          <w:sz w:val="24"/>
        </w:rPr>
        <w:t>(mỗi YCCĐ một minh chứng chính để kết luận mức đạt; các minh chứng khác trong bảng là bổ sung): 10.D1.1: phiếu tổng kết, câu 1 và câu 2 (cá nhân); 10.D2.1: sơ đồ cấu trúc của nhóm có đủ năm thành phần.</w:t>
      </w:r>
    </w:p>
    <w:sectPr w:rsidR="00D532AD" w:rsidRPr="007441F6">
      <w:footerReference w:type="default" r:id="rId7"/>
      <w:pgSz w:w="11906" w:h="16838"/>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FCD6A" w14:textId="77777777" w:rsidR="008074C9" w:rsidRDefault="008074C9">
      <w:pPr>
        <w:spacing w:after="0" w:line="240" w:lineRule="auto"/>
      </w:pPr>
      <w:r>
        <w:separator/>
      </w:r>
    </w:p>
  </w:endnote>
  <w:endnote w:type="continuationSeparator" w:id="0">
    <w:p w14:paraId="72157BA0" w14:textId="77777777" w:rsidR="008074C9" w:rsidRDefault="00807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79CCC" w14:textId="77777777" w:rsidR="00D532AD" w:rsidRDefault="008074C9">
    <w:pPr>
      <w:pStyle w:val="Footer"/>
      <w:spacing w:line="264" w:lineRule="auto"/>
      <w:jc w:val="center"/>
    </w:pPr>
    <w:r>
      <w:rPr>
        <w:sz w:val="22"/>
      </w:rPr>
      <w:fldChar w:fldCharType="begin"/>
    </w:r>
    <w:r>
      <w:rPr>
        <w:sz w:val="22"/>
      </w:rPr>
      <w:instrText>PAGE</w:instrText>
    </w:r>
    <w:r>
      <w:rPr>
        <w:sz w:val="22"/>
      </w:rPr>
      <w:fldChar w:fldCharType="separate"/>
    </w:r>
    <w:r>
      <w:rPr>
        <w:noProof/>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4EC08" w14:textId="77777777" w:rsidR="008074C9" w:rsidRDefault="008074C9">
      <w:pPr>
        <w:spacing w:after="0" w:line="240" w:lineRule="auto"/>
      </w:pPr>
      <w:r>
        <w:separator/>
      </w:r>
    </w:p>
  </w:footnote>
  <w:footnote w:type="continuationSeparator" w:id="0">
    <w:p w14:paraId="4F4BCD4E" w14:textId="77777777" w:rsidR="008074C9" w:rsidRDefault="008074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38375235">
    <w:abstractNumId w:val="8"/>
  </w:num>
  <w:num w:numId="2" w16cid:durableId="1578369553">
    <w:abstractNumId w:val="6"/>
  </w:num>
  <w:num w:numId="3" w16cid:durableId="731006074">
    <w:abstractNumId w:val="5"/>
  </w:num>
  <w:num w:numId="4" w16cid:durableId="100489231">
    <w:abstractNumId w:val="4"/>
  </w:num>
  <w:num w:numId="5" w16cid:durableId="1926304911">
    <w:abstractNumId w:val="7"/>
  </w:num>
  <w:num w:numId="6" w16cid:durableId="61026332">
    <w:abstractNumId w:val="3"/>
  </w:num>
  <w:num w:numId="7" w16cid:durableId="1300452277">
    <w:abstractNumId w:val="2"/>
  </w:num>
  <w:num w:numId="8" w16cid:durableId="2012952956">
    <w:abstractNumId w:val="1"/>
  </w:num>
  <w:num w:numId="9" w16cid:durableId="204216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32AD"/>
    <w:rsid w:val="00161E99"/>
    <w:rsid w:val="00380BF7"/>
    <w:rsid w:val="00462C1A"/>
    <w:rsid w:val="007441F6"/>
    <w:rsid w:val="008074C9"/>
    <w:rsid w:val="00D532AD"/>
    <w:rsid w:val="00FD5C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8D3980CE-C2D7-4DEF-87FA-C6999F0BD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3186</Words>
  <Characters>18165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5</cp:revision>
  <dcterms:created xsi:type="dcterms:W3CDTF">2026-11-01T11:03:00Z</dcterms:created>
  <dcterms:modified xsi:type="dcterms:W3CDTF">2026-11-01T11:06:00Z</dcterms:modified>
</cp:coreProperties>
</file>