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DA305" w14:textId="77777777" w:rsidR="008F5771" w:rsidRPr="000D02CB" w:rsidRDefault="001064CA">
      <w:pPr>
        <w:keepNext/>
        <w:spacing w:before="160"/>
        <w:jc w:val="center"/>
        <w:rPr>
          <w:szCs w:val="26"/>
        </w:rPr>
      </w:pPr>
      <w:r w:rsidRPr="000D02CB">
        <w:rPr>
          <w:b/>
          <w:szCs w:val="26"/>
        </w:rPr>
        <w:t>KẾ HOẠCH BÀI DẠY</w:t>
      </w:r>
    </w:p>
    <w:p w14:paraId="6513A7AB" w14:textId="77777777" w:rsidR="008F5771" w:rsidRPr="000D02CB" w:rsidRDefault="001064CA">
      <w:pPr>
        <w:keepNext/>
        <w:spacing w:before="160"/>
        <w:jc w:val="center"/>
        <w:rPr>
          <w:szCs w:val="26"/>
        </w:rPr>
      </w:pPr>
      <w:r w:rsidRPr="000D02CB">
        <w:rPr>
          <w:b/>
          <w:szCs w:val="26"/>
        </w:rPr>
        <w:t>BÀI 4. THIẾT KẾ PROMPT PHÙ HỢP VỚI MỤC TIÊU</w:t>
      </w:r>
    </w:p>
    <w:p w14:paraId="3E143572" w14:textId="77777777" w:rsidR="008F5771" w:rsidRDefault="001064CA"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AI </w:t>
      </w:r>
      <w:proofErr w:type="spellStart"/>
      <w:r>
        <w:t>lớp</w:t>
      </w:r>
      <w:proofErr w:type="spellEnd"/>
      <w:r>
        <w:t xml:space="preserve"> 10 ·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2 </w:t>
      </w:r>
      <w:proofErr w:type="spellStart"/>
      <w:r>
        <w:t>tiết</w:t>
      </w:r>
      <w:proofErr w:type="spellEnd"/>
      <w:r>
        <w:t xml:space="preserve"> (90 </w:t>
      </w:r>
      <w:proofErr w:type="spellStart"/>
      <w:r>
        <w:t>phút</w:t>
      </w:r>
      <w:proofErr w:type="spellEnd"/>
      <w:r>
        <w:t>)</w:t>
      </w:r>
    </w:p>
    <w:p w14:paraId="28532697" w14:textId="77777777" w:rsidR="008F5771" w:rsidRDefault="001064CA">
      <w:proofErr w:type="spellStart"/>
      <w:r>
        <w:t>Mạch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dung: Các </w:t>
      </w:r>
      <w:proofErr w:type="spellStart"/>
      <w:r>
        <w:t>kĩ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AI;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: C3. Công </w:t>
      </w:r>
      <w:proofErr w:type="spellStart"/>
      <w:r>
        <w:t>nghệ</w:t>
      </w:r>
      <w:proofErr w:type="spellEnd"/>
      <w:r>
        <w:t xml:space="preserve"> AI.</w:t>
      </w:r>
    </w:p>
    <w:p w14:paraId="18FC2FF9" w14:textId="77777777" w:rsidR="008F5771" w:rsidRDefault="001064CA"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(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2422/QĐ-BGDĐT (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gọi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2422)):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061"/>
        <w:gridCol w:w="5184"/>
        <w:gridCol w:w="1702"/>
        <w:gridCol w:w="2042"/>
      </w:tblGrid>
      <w:tr w:rsidR="008F5771" w14:paraId="0B77BABF" w14:textId="77777777" w:rsidTr="000D02CB">
        <w:trPr>
          <w:cantSplit/>
          <w:tblHeader/>
          <w:jc w:val="center"/>
        </w:trPr>
        <w:tc>
          <w:tcPr>
            <w:tcW w:w="53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C91104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</w:p>
        </w:tc>
        <w:tc>
          <w:tcPr>
            <w:tcW w:w="259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59E8AB6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Yêu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đạt</w:t>
            </w:r>
            <w:proofErr w:type="spellEnd"/>
          </w:p>
        </w:tc>
        <w:tc>
          <w:tcPr>
            <w:tcW w:w="85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3C5429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Hình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thành</w:t>
            </w:r>
            <w:proofErr w:type="spellEnd"/>
            <w:r>
              <w:rPr>
                <w:b/>
                <w:sz w:val="24"/>
              </w:rPr>
              <w:t xml:space="preserve"> ở</w:t>
            </w:r>
          </w:p>
        </w:tc>
        <w:tc>
          <w:tcPr>
            <w:tcW w:w="102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75A641" w14:textId="77777777" w:rsidR="008F5771" w:rsidRDefault="001064C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Minh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chính</w:t>
            </w:r>
            <w:proofErr w:type="spellEnd"/>
          </w:p>
        </w:tc>
      </w:tr>
      <w:tr w:rsidR="008F5771" w14:paraId="3D0398CD" w14:textId="77777777" w:rsidTr="000D02CB">
        <w:trPr>
          <w:cantSplit/>
          <w:jc w:val="center"/>
        </w:trPr>
        <w:tc>
          <w:tcPr>
            <w:tcW w:w="53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43EE88" w14:textId="77777777" w:rsidR="008F5771" w:rsidRDefault="001064CA" w:rsidP="000D02CB">
            <w:pPr>
              <w:spacing w:after="40"/>
              <w:jc w:val="left"/>
            </w:pPr>
            <w:r>
              <w:rPr>
                <w:sz w:val="24"/>
              </w:rPr>
              <w:t>10.C3.1</w:t>
            </w:r>
          </w:p>
        </w:tc>
        <w:tc>
          <w:tcPr>
            <w:tcW w:w="259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8229346" w14:textId="77777777" w:rsidR="008F5771" w:rsidRDefault="001064CA" w:rsidP="000D02CB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prompt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85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78C349" w14:textId="77777777" w:rsidR="008F5771" w:rsidRDefault="001064CA" w:rsidP="000D02CB">
            <w:pPr>
              <w:spacing w:after="40"/>
              <w:jc w:val="left"/>
            </w:pPr>
            <w:r>
              <w:rPr>
                <w:sz w:val="24"/>
              </w:rPr>
              <w:t>HĐ 2.1, HĐ 2.2, HĐ 3, HĐ 4</w:t>
            </w:r>
          </w:p>
        </w:tc>
        <w:tc>
          <w:tcPr>
            <w:tcW w:w="102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E8C613" w14:textId="77777777" w:rsidR="008F5771" w:rsidRDefault="001064CA" w:rsidP="000D02CB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10.4.1)</w:t>
            </w:r>
          </w:p>
        </w:tc>
      </w:tr>
      <w:tr w:rsidR="008F5771" w14:paraId="088F98D3" w14:textId="77777777" w:rsidTr="000D02CB">
        <w:trPr>
          <w:cantSplit/>
          <w:jc w:val="center"/>
        </w:trPr>
        <w:tc>
          <w:tcPr>
            <w:tcW w:w="53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09B867" w14:textId="77777777" w:rsidR="008F5771" w:rsidRDefault="001064CA" w:rsidP="000D02CB">
            <w:pPr>
              <w:spacing w:after="40"/>
              <w:jc w:val="left"/>
            </w:pPr>
            <w:r>
              <w:rPr>
                <w:sz w:val="24"/>
              </w:rPr>
              <w:t>10.C3.2</w:t>
            </w:r>
          </w:p>
        </w:tc>
        <w:tc>
          <w:tcPr>
            <w:tcW w:w="259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F42FA4" w14:textId="77777777" w:rsidR="008F5771" w:rsidRDefault="001064CA" w:rsidP="000D02CB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đặt</w:t>
            </w:r>
            <w:proofErr w:type="spellEnd"/>
            <w:r>
              <w:rPr>
                <w:sz w:val="24"/>
              </w:rPr>
              <w:t xml:space="preserve"> prompt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gũi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quả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85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D499D1" w14:textId="77777777" w:rsidR="008F5771" w:rsidRDefault="001064CA" w:rsidP="000D02CB">
            <w:pPr>
              <w:spacing w:after="40"/>
              <w:jc w:val="left"/>
            </w:pPr>
            <w:r>
              <w:rPr>
                <w:sz w:val="24"/>
              </w:rPr>
              <w:t>HĐ 2.1, HĐ 2.2, HĐ 3, HĐ 4</w:t>
            </w:r>
          </w:p>
        </w:tc>
        <w:tc>
          <w:tcPr>
            <w:tcW w:w="102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1DCEB3" w14:textId="77777777" w:rsidR="008F5771" w:rsidRDefault="001064CA" w:rsidP="000D02CB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10.4.1)</w:t>
            </w:r>
          </w:p>
        </w:tc>
      </w:tr>
    </w:tbl>
    <w:p w14:paraId="07E68A6E" w14:textId="77777777" w:rsidR="008F5771" w:rsidRDefault="008F5771"/>
    <w:p w14:paraId="32596525" w14:textId="77777777" w:rsidR="008F5771" w:rsidRDefault="001064CA">
      <w:proofErr w:type="spellStart"/>
      <w:r>
        <w:t>Chữ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tắt</w:t>
      </w:r>
      <w:proofErr w:type="spellEnd"/>
      <w:r>
        <w:t>: GV (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>), HS (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>), YCCĐ (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đạt</w:t>
      </w:r>
      <w:proofErr w:type="spellEnd"/>
      <w:r>
        <w:t>), HĐ (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>), PL (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lục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này</w:t>
      </w:r>
      <w:proofErr w:type="spellEnd"/>
      <w:r>
        <w:t>).</w:t>
      </w:r>
    </w:p>
    <w:p w14:paraId="2A8A0559" w14:textId="77777777" w:rsidR="008F5771" w:rsidRDefault="001064CA">
      <w:pPr>
        <w:keepNext/>
        <w:spacing w:before="200"/>
        <w:jc w:val="left"/>
      </w:pPr>
      <w:r>
        <w:rPr>
          <w:b/>
          <w:sz w:val="28"/>
        </w:rPr>
        <w:t>I. MỤC TIÊU</w:t>
      </w:r>
    </w:p>
    <w:p w14:paraId="0BFBF70F" w14:textId="77777777" w:rsidR="008F5771" w:rsidRDefault="001064CA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</w:p>
    <w:p w14:paraId="5C41B81D" w14:textId="77777777" w:rsidR="008F5771" w:rsidRDefault="001064CA">
      <w:pPr>
        <w:pStyle w:val="ListBullet"/>
      </w:pPr>
      <w:r>
        <w:t xml:space="preserve">Các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prompt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: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, </w:t>
      </w:r>
      <w:proofErr w:type="spellStart"/>
      <w:r>
        <w:t>bối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,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hạn</w:t>
      </w:r>
      <w:proofErr w:type="spellEnd"/>
    </w:p>
    <w:p w14:paraId="60411D2E" w14:textId="77777777" w:rsidR="008F5771" w:rsidRDefault="001064CA">
      <w:pPr>
        <w:pStyle w:val="ListBullet"/>
      </w:pPr>
      <w:proofErr w:type="spellStart"/>
      <w:r>
        <w:t>Mối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prompt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AI</w:t>
      </w:r>
    </w:p>
    <w:p w14:paraId="3D095616" w14:textId="77777777" w:rsidR="008F5771" w:rsidRDefault="001064CA">
      <w:pPr>
        <w:pStyle w:val="ListBullet"/>
      </w:pPr>
      <w:r>
        <w:t xml:space="preserve">Quy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prompt</w:t>
      </w:r>
    </w:p>
    <w:p w14:paraId="2A3864CF" w14:textId="77777777" w:rsidR="008F5771" w:rsidRDefault="001064CA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năng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lực</w:t>
      </w:r>
      <w:proofErr w:type="spellEnd"/>
    </w:p>
    <w:p w14:paraId="5080125E" w14:textId="77777777" w:rsidR="008F5771" w:rsidRDefault="001064CA">
      <w:pPr>
        <w:keepNext/>
        <w:spacing w:before="120" w:after="40"/>
        <w:jc w:val="left"/>
      </w:pPr>
      <w:r>
        <w:rPr>
          <w:b/>
        </w:rPr>
        <w:t xml:space="preserve">a) </w:t>
      </w:r>
      <w:proofErr w:type="spellStart"/>
      <w:r>
        <w:rPr>
          <w:b/>
        </w:rPr>
        <w:t>Năng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đặc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về</w:t>
      </w:r>
      <w:proofErr w:type="spellEnd"/>
      <w:r>
        <w:rPr>
          <w:b/>
        </w:rPr>
        <w:t xml:space="preserve"> AI – Các </w:t>
      </w:r>
      <w:proofErr w:type="spellStart"/>
      <w:r>
        <w:rPr>
          <w:b/>
        </w:rPr>
        <w:t>kĩ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ứng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dụng</w:t>
      </w:r>
      <w:proofErr w:type="spellEnd"/>
      <w:r>
        <w:rPr>
          <w:b/>
        </w:rPr>
        <w:t xml:space="preserve"> AI (</w:t>
      </w:r>
      <w:proofErr w:type="spellStart"/>
      <w:r>
        <w:rPr>
          <w:b/>
        </w:rPr>
        <w:t>NLc</w:t>
      </w:r>
      <w:proofErr w:type="spellEnd"/>
      <w:r>
        <w:rPr>
          <w:b/>
        </w:rPr>
        <w:t>):</w:t>
      </w:r>
    </w:p>
    <w:p w14:paraId="5C4D90B0" w14:textId="77777777" w:rsidR="008F5771" w:rsidRDefault="001064CA">
      <w:pPr>
        <w:pStyle w:val="ListBullet"/>
      </w:pP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so </w:t>
      </w:r>
      <w:proofErr w:type="spellStart"/>
      <w:r>
        <w:t>sánh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prompt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(10.C3.1)</w:t>
      </w:r>
    </w:p>
    <w:p w14:paraId="26B4A966" w14:textId="77777777" w:rsidR="008F5771" w:rsidRDefault="001064CA">
      <w:pPr>
        <w:pStyle w:val="ListBullet"/>
      </w:pPr>
      <w:proofErr w:type="spellStart"/>
      <w:r>
        <w:t>Viết</w:t>
      </w:r>
      <w:proofErr w:type="spellEnd"/>
      <w:r>
        <w:t xml:space="preserve">,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prompt qua </w:t>
      </w:r>
      <w:proofErr w:type="spellStart"/>
      <w:r>
        <w:t>ít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vòng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gũi</w:t>
      </w:r>
      <w:proofErr w:type="spellEnd"/>
      <w:r>
        <w:t xml:space="preserve"> (10.C3.2)</w:t>
      </w:r>
    </w:p>
    <w:p w14:paraId="7BD37263" w14:textId="77777777" w:rsidR="008F5771" w:rsidRDefault="001064CA">
      <w:pPr>
        <w:pStyle w:val="ListBullet"/>
      </w:pP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AI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soát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con </w:t>
      </w:r>
      <w:proofErr w:type="spellStart"/>
      <w:r>
        <w:t>người</w:t>
      </w:r>
      <w:proofErr w:type="spellEnd"/>
      <w:r>
        <w:t xml:space="preserve"> (10.C3.1)</w:t>
      </w:r>
    </w:p>
    <w:p w14:paraId="79D832FA" w14:textId="77777777" w:rsidR="008F5771" w:rsidRDefault="001064CA">
      <w:pPr>
        <w:keepNext/>
        <w:spacing w:before="120" w:after="40"/>
        <w:jc w:val="left"/>
      </w:pPr>
      <w:r>
        <w:rPr>
          <w:b/>
        </w:rPr>
        <w:t xml:space="preserve">b) </w:t>
      </w:r>
      <w:proofErr w:type="spellStart"/>
      <w:r>
        <w:rPr>
          <w:b/>
        </w:rPr>
        <w:t>Năng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chung</w:t>
      </w:r>
      <w:proofErr w:type="spellEnd"/>
    </w:p>
    <w:p w14:paraId="76289A20" w14:textId="77777777" w:rsidR="008F5771" w:rsidRDefault="001064CA">
      <w:pPr>
        <w:pStyle w:val="ListBullet"/>
      </w:pPr>
      <w:r>
        <w:t xml:space="preserve">Giao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: Thảo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thẻ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,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(HĐ 2.1, HĐ 2.2)</w:t>
      </w:r>
    </w:p>
    <w:p w14:paraId="0EADC0D4" w14:textId="77777777" w:rsidR="008F5771" w:rsidRDefault="001064CA">
      <w:pPr>
        <w:pStyle w:val="ListBullet"/>
      </w:pPr>
      <w:proofErr w:type="spellStart"/>
      <w:r>
        <w:lastRenderedPageBreak/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: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lỗi</w:t>
      </w:r>
      <w:proofErr w:type="spellEnd"/>
      <w:r>
        <w:t>/</w:t>
      </w:r>
      <w:proofErr w:type="spellStart"/>
      <w:r>
        <w:t>bẫy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thẻ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(HĐ 3)</w:t>
      </w:r>
    </w:p>
    <w:p w14:paraId="3ACB3A97" w14:textId="77777777" w:rsidR="008F5771" w:rsidRDefault="001064CA">
      <w:pPr>
        <w:pStyle w:val="ListBullet"/>
      </w:pPr>
      <w:proofErr w:type="spellStart"/>
      <w:r>
        <w:t>Tự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: Hoàn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đẳng</w:t>
      </w:r>
      <w:proofErr w:type="spellEnd"/>
      <w:r>
        <w:t xml:space="preserve"> (HĐ 4)</w:t>
      </w:r>
    </w:p>
    <w:p w14:paraId="219387D4" w14:textId="77777777" w:rsidR="008F5771" w:rsidRDefault="001064CA">
      <w:pPr>
        <w:keepNext/>
        <w:spacing w:before="160" w:after="60"/>
        <w:jc w:val="left"/>
      </w:pPr>
      <w:r>
        <w:rPr>
          <w:b/>
        </w:rPr>
        <w:t xml:space="preserve">3. </w:t>
      </w: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chất</w:t>
      </w:r>
      <w:proofErr w:type="spellEnd"/>
    </w:p>
    <w:p w14:paraId="33CE82BE" w14:textId="77777777" w:rsidR="008F5771" w:rsidRDefault="001064CA">
      <w:pPr>
        <w:pStyle w:val="ListBullet"/>
      </w:pP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từ</w:t>
      </w:r>
      <w:proofErr w:type="spellEnd"/>
      <w:r>
        <w:t xml:space="preserve"> AI (HĐ 3, HĐ 4)</w:t>
      </w:r>
    </w:p>
    <w:p w14:paraId="147A8BBE" w14:textId="77777777" w:rsidR="008F5771" w:rsidRDefault="001064CA">
      <w:pPr>
        <w:pStyle w:val="ListBullet"/>
      </w:pPr>
      <w:r>
        <w:t xml:space="preserve">Trung </w:t>
      </w:r>
      <w:proofErr w:type="spellStart"/>
      <w:r>
        <w:t>thực</w:t>
      </w:r>
      <w:proofErr w:type="spellEnd"/>
      <w:r>
        <w:t xml:space="preserve">: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prompt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,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AI (HĐ 3)</w:t>
      </w:r>
    </w:p>
    <w:p w14:paraId="3C4FADE6" w14:textId="77777777" w:rsidR="008F5771" w:rsidRDefault="001064CA">
      <w:pPr>
        <w:pStyle w:val="ListBullet"/>
      </w:pPr>
      <w:proofErr w:type="spellStart"/>
      <w:r>
        <w:t>Chăm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: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,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prompt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(HĐ 2.2, HĐ 3)</w:t>
      </w:r>
    </w:p>
    <w:p w14:paraId="57CF1B08" w14:textId="77777777" w:rsidR="008F5771" w:rsidRDefault="001064CA">
      <w:pPr>
        <w:keepNext/>
        <w:spacing w:before="200"/>
        <w:jc w:val="left"/>
      </w:pPr>
      <w:r>
        <w:rPr>
          <w:b/>
          <w:sz w:val="28"/>
        </w:rPr>
        <w:t>II. THIẾT BỊ DẠY HỌC VÀ HỌC LIỆU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935"/>
        <w:gridCol w:w="4471"/>
        <w:gridCol w:w="4583"/>
      </w:tblGrid>
      <w:tr w:rsidR="008F5771" w14:paraId="52D81783" w14:textId="77777777" w:rsidTr="009512DA">
        <w:trPr>
          <w:cantSplit/>
          <w:tblHeader/>
          <w:jc w:val="center"/>
        </w:trPr>
        <w:tc>
          <w:tcPr>
            <w:tcW w:w="46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4CF0E0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Đối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tượng</w:t>
            </w:r>
            <w:proofErr w:type="spellEnd"/>
          </w:p>
        </w:tc>
        <w:tc>
          <w:tcPr>
            <w:tcW w:w="22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5C19B98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Chuẩn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bị</w:t>
            </w:r>
            <w:proofErr w:type="spellEnd"/>
          </w:p>
        </w:tc>
        <w:tc>
          <w:tcPr>
            <w:tcW w:w="229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F7ABE01" w14:textId="77777777" w:rsidR="008F5771" w:rsidRDefault="001064C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Phương </w:t>
            </w:r>
            <w:proofErr w:type="spellStart"/>
            <w:r>
              <w:rPr>
                <w:b/>
                <w:sz w:val="24"/>
              </w:rPr>
              <w:t>án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thay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thế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lưu</w:t>
            </w:r>
            <w:proofErr w:type="spellEnd"/>
            <w:r>
              <w:rPr>
                <w:b/>
                <w:sz w:val="24"/>
              </w:rPr>
              <w:t xml:space="preserve"> ý an </w:t>
            </w:r>
            <w:proofErr w:type="spellStart"/>
            <w:r>
              <w:rPr>
                <w:b/>
                <w:sz w:val="24"/>
              </w:rPr>
              <w:t>toàn</w:t>
            </w:r>
            <w:proofErr w:type="spellEnd"/>
          </w:p>
        </w:tc>
      </w:tr>
      <w:tr w:rsidR="008F5771" w14:paraId="6F6B41CB" w14:textId="77777777" w:rsidTr="009512DA">
        <w:trPr>
          <w:cantSplit/>
          <w:jc w:val="center"/>
        </w:trPr>
        <w:tc>
          <w:tcPr>
            <w:tcW w:w="46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70ACCD7" w14:textId="77777777" w:rsidR="008F5771" w:rsidRDefault="001064CA">
            <w:pPr>
              <w:spacing w:after="40"/>
            </w:pPr>
            <w:r>
              <w:rPr>
                <w:sz w:val="24"/>
              </w:rPr>
              <w:t>GV</w:t>
            </w:r>
          </w:p>
        </w:tc>
        <w:tc>
          <w:tcPr>
            <w:tcW w:w="22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611C31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Chia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mỗi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4–6 HS, </w:t>
            </w:r>
            <w:proofErr w:type="spellStart"/>
            <w:r>
              <w:rPr>
                <w:sz w:val="24"/>
              </w:rPr>
              <w:t>giữ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ổn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suốt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).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(PL10.4.2) in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10.4.1: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(PL10.4.1) in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phỏng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GV (PL10.4.3).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tổng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tờ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khoảng</w:t>
            </w:r>
            <w:proofErr w:type="spellEnd"/>
            <w:r>
              <w:rPr>
                <w:sz w:val="24"/>
              </w:rPr>
              <w:t xml:space="preserve"> 40 HS (8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): 32–36 </w:t>
            </w:r>
            <w:proofErr w:type="spellStart"/>
            <w:r>
              <w:rPr>
                <w:sz w:val="24"/>
              </w:rPr>
              <w:t>tờ</w:t>
            </w:r>
            <w:proofErr w:type="spellEnd"/>
            <w:r>
              <w:rPr>
                <w:sz w:val="24"/>
              </w:rPr>
              <w:t xml:space="preserve"> A4.</w:t>
            </w:r>
          </w:p>
        </w:tc>
        <w:tc>
          <w:tcPr>
            <w:tcW w:w="229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C832D3D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Khi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: GV </w:t>
            </w:r>
            <w:proofErr w:type="spellStart"/>
            <w:r>
              <w:rPr>
                <w:sz w:val="24"/>
              </w:rPr>
              <w:t>chiếu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mẫu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giấy</w:t>
            </w:r>
            <w:proofErr w:type="spellEnd"/>
            <w:r>
              <w:rPr>
                <w:sz w:val="24"/>
              </w:rPr>
              <w:t xml:space="preserve"> A4 </w:t>
            </w:r>
            <w:proofErr w:type="spellStart"/>
            <w:r>
              <w:rPr>
                <w:sz w:val="24"/>
              </w:rPr>
              <w:t>trắng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mỗi</w:t>
            </w:r>
            <w:proofErr w:type="spellEnd"/>
            <w:r>
              <w:rPr>
                <w:sz w:val="24"/>
              </w:rPr>
              <w:t xml:space="preserve"> HS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tổng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F5771" w14:paraId="416FB5AA" w14:textId="77777777" w:rsidTr="009512DA">
        <w:trPr>
          <w:cantSplit/>
          <w:jc w:val="center"/>
        </w:trPr>
        <w:tc>
          <w:tcPr>
            <w:tcW w:w="46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C7F146" w14:textId="77777777" w:rsidR="008F5771" w:rsidRDefault="001064CA">
            <w:pPr>
              <w:spacing w:after="40"/>
            </w:pPr>
            <w:r>
              <w:rPr>
                <w:sz w:val="24"/>
              </w:rPr>
              <w:t>HS</w:t>
            </w:r>
          </w:p>
        </w:tc>
        <w:tc>
          <w:tcPr>
            <w:tcW w:w="22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17FCCE5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nền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hỏi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Bút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bút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màu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xét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trưởng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thư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kí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giữ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giờ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29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E42516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chưa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khai</w:t>
            </w:r>
            <w:proofErr w:type="spellEnd"/>
            <w:r>
              <w:rPr>
                <w:sz w:val="24"/>
              </w:rPr>
              <w:t xml:space="preserve">: GV </w:t>
            </w:r>
            <w:proofErr w:type="spellStart"/>
            <w:r>
              <w:rPr>
                <w:sz w:val="24"/>
              </w:rPr>
              <w:t>dành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 ở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HĐ 2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ngắn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gọn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nền</w:t>
            </w:r>
            <w:proofErr w:type="spellEnd"/>
            <w:r>
              <w:rPr>
                <w:sz w:val="24"/>
              </w:rPr>
              <w:t xml:space="preserve"> qua </w:t>
            </w:r>
            <w:proofErr w:type="spellStart"/>
            <w:r>
              <w:rPr>
                <w:sz w:val="24"/>
              </w:rPr>
              <w:t>ví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thường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thân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F5771" w14:paraId="1BBACE3E" w14:textId="77777777" w:rsidTr="009512DA">
        <w:trPr>
          <w:cantSplit/>
          <w:jc w:val="center"/>
        </w:trPr>
        <w:tc>
          <w:tcPr>
            <w:tcW w:w="46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59915F1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Công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AI</w:t>
            </w:r>
          </w:p>
        </w:tc>
        <w:tc>
          <w:tcPr>
            <w:tcW w:w="22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CEBC0EE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Ở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3 (</w:t>
            </w:r>
            <w:proofErr w:type="spellStart"/>
            <w:r>
              <w:rPr>
                <w:sz w:val="24"/>
              </w:rPr>
              <w:t>Tiết</w:t>
            </w:r>
            <w:proofErr w:type="spellEnd"/>
            <w:r>
              <w:rPr>
                <w:sz w:val="24"/>
              </w:rPr>
              <w:t xml:space="preserve"> 2), </w:t>
            </w:r>
            <w:proofErr w:type="spellStart"/>
            <w:r>
              <w:rPr>
                <w:sz w:val="24"/>
              </w:rPr>
              <w:t>thử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thoại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đăng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khoản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phí</w:t>
            </w:r>
            <w:proofErr w:type="spellEnd"/>
            <w:r>
              <w:rPr>
                <w:sz w:val="24"/>
              </w:rPr>
              <w:t xml:space="preserve">);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còn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(PL10.4.2)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(PL10.4.1).</w:t>
            </w:r>
          </w:p>
        </w:tc>
        <w:tc>
          <w:tcPr>
            <w:tcW w:w="229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B552009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Khi </w:t>
            </w:r>
            <w:proofErr w:type="spellStart"/>
            <w:r>
              <w:rPr>
                <w:sz w:val="24"/>
              </w:rPr>
              <w:t>phòng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mạng</w:t>
            </w:r>
            <w:proofErr w:type="spellEnd"/>
            <w:r>
              <w:rPr>
                <w:sz w:val="24"/>
              </w:rPr>
              <w:t xml:space="preserve"> Internet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tính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tiếp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phỏng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tại</w:t>
            </w:r>
            <w:proofErr w:type="spellEnd"/>
            <w:r>
              <w:rPr>
                <w:sz w:val="24"/>
              </w:rPr>
              <w:t xml:space="preserve"> PL10.4.3.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/HS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thấp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hơn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mức</w:t>
            </w:r>
            <w:proofErr w:type="spellEnd"/>
            <w:r>
              <w:rPr>
                <w:sz w:val="24"/>
              </w:rPr>
              <w:t xml:space="preserve"> Khá, </w:t>
            </w:r>
            <w:proofErr w:type="spellStart"/>
            <w:r>
              <w:rPr>
                <w:sz w:val="24"/>
              </w:rPr>
              <w:t>Tốt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6886D33F" w14:textId="77777777" w:rsidR="008F5771" w:rsidRDefault="008F5771"/>
    <w:p w14:paraId="176316F8" w14:textId="77777777" w:rsidR="008F5771" w:rsidRDefault="001064CA">
      <w:pPr>
        <w:keepNext/>
        <w:spacing w:before="200"/>
        <w:jc w:val="left"/>
      </w:pPr>
      <w:r>
        <w:rPr>
          <w:b/>
          <w:sz w:val="28"/>
        </w:rPr>
        <w:t>III. TIẾN TRÌNH DẠY HỌC</w:t>
      </w:r>
    </w:p>
    <w:p w14:paraId="4F74DDF7" w14:textId="77777777" w:rsidR="008F5771" w:rsidRDefault="001064CA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khái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trình</w:t>
      </w:r>
      <w:proofErr w:type="spellEnd"/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221"/>
        <w:gridCol w:w="1081"/>
        <w:gridCol w:w="3296"/>
        <w:gridCol w:w="2222"/>
        <w:gridCol w:w="1169"/>
      </w:tblGrid>
      <w:tr w:rsidR="008F5771" w14:paraId="2E151E73" w14:textId="77777777" w:rsidTr="009512DA">
        <w:trPr>
          <w:cantSplit/>
          <w:tblHeader/>
          <w:jc w:val="center"/>
        </w:trPr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743D92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Hoạt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động</w:t>
            </w:r>
            <w:proofErr w:type="spellEnd"/>
          </w:p>
        </w:tc>
        <w:tc>
          <w:tcPr>
            <w:tcW w:w="54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36AF901" w14:textId="77777777" w:rsidR="008F5771" w:rsidRDefault="001064CA">
            <w:pPr>
              <w:spacing w:after="40"/>
              <w:jc w:val="center"/>
            </w:pPr>
            <w:r>
              <w:rPr>
                <w:b/>
                <w:sz w:val="24"/>
              </w:rPr>
              <w:t>YCCĐ</w:t>
            </w:r>
          </w:p>
        </w:tc>
        <w:tc>
          <w:tcPr>
            <w:tcW w:w="16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DF9BF0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 </w:t>
            </w:r>
            <w:proofErr w:type="spellStart"/>
            <w:r>
              <w:rPr>
                <w:b/>
                <w:sz w:val="24"/>
              </w:rPr>
              <w:t>trọng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tâm</w:t>
            </w:r>
            <w:proofErr w:type="spellEnd"/>
          </w:p>
        </w:tc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6E3AB3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Sản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phẩm</w:t>
            </w:r>
            <w:proofErr w:type="spellEnd"/>
          </w:p>
        </w:tc>
        <w:tc>
          <w:tcPr>
            <w:tcW w:w="5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9CED02D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Thời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lượng</w:t>
            </w:r>
            <w:proofErr w:type="spellEnd"/>
          </w:p>
        </w:tc>
      </w:tr>
      <w:tr w:rsidR="008F5771" w14:paraId="004370CE" w14:textId="77777777" w:rsidTr="009512DA">
        <w:trPr>
          <w:cantSplit/>
          <w:jc w:val="center"/>
        </w:trPr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B3DDBEB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1. </w:t>
            </w:r>
            <w:proofErr w:type="spellStart"/>
            <w:r>
              <w:rPr>
                <w:sz w:val="24"/>
              </w:rPr>
              <w:t>Mở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</w:p>
        </w:tc>
        <w:tc>
          <w:tcPr>
            <w:tcW w:w="54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2AC4C7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Định </w:t>
            </w:r>
            <w:proofErr w:type="spellStart"/>
            <w:r>
              <w:rPr>
                <w:sz w:val="24"/>
              </w:rPr>
              <w:t>hướng</w:t>
            </w:r>
            <w:proofErr w:type="spellEnd"/>
            <w:r>
              <w:rPr>
                <w:sz w:val="24"/>
              </w:rPr>
              <w:t xml:space="preserve"> 10.C3.1</w:t>
            </w:r>
          </w:p>
        </w:tc>
        <w:tc>
          <w:tcPr>
            <w:tcW w:w="16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6CBCA40" w14:textId="77777777" w:rsidR="00C55DFA" w:rsidRDefault="00A63D85">
            <w:proofErr w:type="spellStart"/>
            <w:r>
              <w:t>Nh</w:t>
            </w:r>
            <w:r>
              <w:t>ậ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bi</w:t>
            </w:r>
            <w:r>
              <w:t>ế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ả</w:t>
            </w:r>
            <w:r>
              <w:t>nh</w:t>
            </w:r>
            <w:proofErr w:type="spellEnd"/>
            <w:r>
              <w:t xml:space="preserve"> </w:t>
            </w:r>
            <w:proofErr w:type="spellStart"/>
            <w:r>
              <w:t>hư</w:t>
            </w:r>
            <w:r>
              <w:t>ở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t>ủ</w:t>
            </w:r>
            <w:r>
              <w:t>a</w:t>
            </w:r>
            <w:proofErr w:type="spellEnd"/>
            <w:r>
              <w:t xml:space="preserve"> </w:t>
            </w:r>
            <w:proofErr w:type="spellStart"/>
            <w:r>
              <w:t>câu</w:t>
            </w:r>
            <w:proofErr w:type="spellEnd"/>
            <w:r>
              <w:t xml:space="preserve"> </w:t>
            </w:r>
            <w:proofErr w:type="spellStart"/>
            <w:r>
              <w:t>l</w:t>
            </w:r>
            <w:r>
              <w:t>ệ</w:t>
            </w:r>
            <w:r>
              <w:t>nh</w:t>
            </w:r>
            <w:proofErr w:type="spellEnd"/>
            <w:r>
              <w:t xml:space="preserve"> </w:t>
            </w:r>
            <w:proofErr w:type="spellStart"/>
            <w:r>
              <w:t>đ</w:t>
            </w:r>
            <w:r>
              <w:t>ế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r>
              <w:t>ấ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lư</w:t>
            </w:r>
            <w:r>
              <w:t>ợ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ph</w:t>
            </w:r>
            <w:r>
              <w:t>ả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>
              <w:t>ồ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t>ủ</w:t>
            </w:r>
            <w:r>
              <w:t>a</w:t>
            </w:r>
            <w:proofErr w:type="spellEnd"/>
            <w:r>
              <w:t xml:space="preserve"> AI</w:t>
            </w:r>
          </w:p>
        </w:tc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1AEFCA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HS</w:t>
            </w:r>
          </w:p>
        </w:tc>
        <w:tc>
          <w:tcPr>
            <w:tcW w:w="5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B6DD9A5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5 </w:t>
            </w:r>
            <w:proofErr w:type="spellStart"/>
            <w:r>
              <w:rPr>
                <w:sz w:val="24"/>
              </w:rPr>
              <w:t>phút</w:t>
            </w:r>
            <w:proofErr w:type="spellEnd"/>
          </w:p>
        </w:tc>
      </w:tr>
      <w:tr w:rsidR="008F5771" w14:paraId="618A4B71" w14:textId="77777777" w:rsidTr="009512DA">
        <w:trPr>
          <w:cantSplit/>
          <w:jc w:val="center"/>
        </w:trPr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64B3B7E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2.1. </w:t>
            </w:r>
            <w:proofErr w:type="spellStart"/>
            <w:r>
              <w:rPr>
                <w:sz w:val="24"/>
              </w:rPr>
              <w:t>Hình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thức</w:t>
            </w:r>
            <w:proofErr w:type="spellEnd"/>
          </w:p>
        </w:tc>
        <w:tc>
          <w:tcPr>
            <w:tcW w:w="54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F363480" w14:textId="77777777" w:rsidR="008F5771" w:rsidRDefault="001064CA">
            <w:pPr>
              <w:spacing w:after="40"/>
            </w:pPr>
            <w:r>
              <w:rPr>
                <w:sz w:val="24"/>
              </w:rPr>
              <w:t>10.C3.1</w:t>
            </w:r>
          </w:p>
        </w:tc>
        <w:tc>
          <w:tcPr>
            <w:tcW w:w="16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D891805" w14:textId="77777777" w:rsidR="00C55DFA" w:rsidRDefault="00A63D85">
            <w:proofErr w:type="spellStart"/>
            <w:r>
              <w:t>Phân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ph</w:t>
            </w:r>
            <w:r>
              <w:t>ầ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t>ố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lõi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t>ủ</w:t>
            </w:r>
            <w:r>
              <w:t>a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>
              <w:t>ộ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câu</w:t>
            </w:r>
            <w:proofErr w:type="spellEnd"/>
            <w:r>
              <w:t xml:space="preserve"> </w:t>
            </w:r>
            <w:proofErr w:type="spellStart"/>
            <w:r>
              <w:t>l</w:t>
            </w:r>
            <w:r>
              <w:t>ệ</w:t>
            </w:r>
            <w:r>
              <w:t>nh</w:t>
            </w:r>
            <w:proofErr w:type="spellEnd"/>
            <w:r>
              <w:t xml:space="preserve"> </w:t>
            </w:r>
            <w:proofErr w:type="spellStart"/>
            <w:r>
              <w:t>hi</w:t>
            </w:r>
            <w:r>
              <w:t>ệ</w:t>
            </w:r>
            <w:r>
              <w:t>u</w:t>
            </w:r>
            <w:proofErr w:type="spellEnd"/>
            <w:r>
              <w:t xml:space="preserve"> </w:t>
            </w:r>
            <w:proofErr w:type="spellStart"/>
            <w:r>
              <w:t>qu</w:t>
            </w:r>
            <w:r>
              <w:t>ả</w:t>
            </w:r>
            <w:proofErr w:type="spellEnd"/>
          </w:p>
        </w:tc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F6B6C07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prompt</w:t>
            </w:r>
          </w:p>
        </w:tc>
        <w:tc>
          <w:tcPr>
            <w:tcW w:w="5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1C3E2F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20 </w:t>
            </w:r>
            <w:proofErr w:type="spellStart"/>
            <w:r>
              <w:rPr>
                <w:sz w:val="24"/>
              </w:rPr>
              <w:t>phút</w:t>
            </w:r>
            <w:proofErr w:type="spellEnd"/>
          </w:p>
        </w:tc>
      </w:tr>
      <w:tr w:rsidR="008F5771" w14:paraId="3EBC583A" w14:textId="77777777" w:rsidTr="009512DA">
        <w:trPr>
          <w:cantSplit/>
          <w:jc w:val="center"/>
        </w:trPr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17D1B00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2.2. </w:t>
            </w:r>
            <w:proofErr w:type="spellStart"/>
            <w:r>
              <w:rPr>
                <w:sz w:val="24"/>
              </w:rPr>
              <w:t>Hình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thức</w:t>
            </w:r>
            <w:proofErr w:type="spellEnd"/>
          </w:p>
        </w:tc>
        <w:tc>
          <w:tcPr>
            <w:tcW w:w="54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818687" w14:textId="77777777" w:rsidR="008F5771" w:rsidRDefault="001064CA">
            <w:pPr>
              <w:spacing w:after="40"/>
            </w:pPr>
            <w:r>
              <w:rPr>
                <w:sz w:val="24"/>
              </w:rPr>
              <w:t>10.C3.2</w:t>
            </w:r>
          </w:p>
        </w:tc>
        <w:tc>
          <w:tcPr>
            <w:tcW w:w="16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128D03" w14:textId="77777777" w:rsidR="00C55DFA" w:rsidRDefault="00A63D85">
            <w:proofErr w:type="spellStart"/>
            <w:r>
              <w:t>Th</w:t>
            </w:r>
            <w:r>
              <w:t>ự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r>
              <w:t>ế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>
              <w:t>ế</w:t>
            </w:r>
            <w:proofErr w:type="spellEnd"/>
            <w:r>
              <w:t xml:space="preserve"> </w:t>
            </w:r>
            <w:proofErr w:type="spellStart"/>
            <w:r>
              <w:t>câu</w:t>
            </w:r>
            <w:proofErr w:type="spellEnd"/>
            <w:r>
              <w:t xml:space="preserve"> </w:t>
            </w:r>
            <w:proofErr w:type="spellStart"/>
            <w:r>
              <w:t>l</w:t>
            </w:r>
            <w:r>
              <w:t>ệ</w:t>
            </w:r>
            <w:r>
              <w:t>nh</w:t>
            </w:r>
            <w:proofErr w:type="spellEnd"/>
            <w:r>
              <w:t xml:space="preserve"> </w:t>
            </w:r>
            <w:proofErr w:type="spellStart"/>
            <w:r>
              <w:t>hoàn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r>
              <w:t>ỉ</w:t>
            </w:r>
            <w:r>
              <w:t>nh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>
              <w:t>ụ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tiêu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t>ụ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r>
              <w:t>ể</w:t>
            </w:r>
            <w:proofErr w:type="spellEnd"/>
          </w:p>
        </w:tc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5B866C2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5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E4B02EF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20 </w:t>
            </w:r>
            <w:proofErr w:type="spellStart"/>
            <w:r>
              <w:rPr>
                <w:sz w:val="24"/>
              </w:rPr>
              <w:t>phút</w:t>
            </w:r>
            <w:proofErr w:type="spellEnd"/>
          </w:p>
        </w:tc>
      </w:tr>
      <w:tr w:rsidR="008F5771" w14:paraId="52E06335" w14:textId="77777777" w:rsidTr="009512DA">
        <w:trPr>
          <w:cantSplit/>
          <w:jc w:val="center"/>
        </w:trPr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9174E5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3. </w:t>
            </w:r>
            <w:proofErr w:type="spellStart"/>
            <w:r>
              <w:rPr>
                <w:sz w:val="24"/>
              </w:rPr>
              <w:t>Luyện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</w:p>
        </w:tc>
        <w:tc>
          <w:tcPr>
            <w:tcW w:w="54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93E6E81" w14:textId="77777777" w:rsidR="008F5771" w:rsidRDefault="001064CA">
            <w:pPr>
              <w:spacing w:after="40"/>
            </w:pPr>
            <w:r>
              <w:rPr>
                <w:sz w:val="24"/>
              </w:rPr>
              <w:t>10.C3.2</w:t>
            </w:r>
          </w:p>
        </w:tc>
        <w:tc>
          <w:tcPr>
            <w:tcW w:w="16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220144" w14:textId="77777777" w:rsidR="00C55DFA" w:rsidRDefault="00A63D85">
            <w:proofErr w:type="spellStart"/>
            <w:r>
              <w:t>Luy</w:t>
            </w:r>
            <w:r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>
              <w:t>ậ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tinh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r>
              <w:t>ỉ</w:t>
            </w:r>
            <w:r>
              <w:t>nh</w:t>
            </w:r>
            <w:proofErr w:type="spellEnd"/>
            <w:r>
              <w:t xml:space="preserve"> </w:t>
            </w:r>
            <w:proofErr w:type="spellStart"/>
            <w:r>
              <w:t>câu</w:t>
            </w:r>
            <w:proofErr w:type="spellEnd"/>
            <w:r>
              <w:t xml:space="preserve"> </w:t>
            </w:r>
            <w:proofErr w:type="spellStart"/>
            <w:r>
              <w:t>l</w:t>
            </w:r>
            <w:r>
              <w:t>ệ</w:t>
            </w:r>
            <w:r>
              <w:t>nh</w:t>
            </w:r>
            <w:proofErr w:type="spellEnd"/>
            <w:r>
              <w:t xml:space="preserve"> </w:t>
            </w:r>
            <w:proofErr w:type="spellStart"/>
            <w:r>
              <w:t>đ</w:t>
            </w:r>
            <w:r>
              <w:t>ể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>
              <w:t>ố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ưu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>
              <w:t>ế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qu</w:t>
            </w:r>
            <w:r>
              <w:t>ả</w:t>
            </w:r>
            <w:proofErr w:type="spellEnd"/>
          </w:p>
        </w:tc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973C3C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chẩn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prompt</w:t>
            </w:r>
          </w:p>
        </w:tc>
        <w:tc>
          <w:tcPr>
            <w:tcW w:w="5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EE9BEA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25 </w:t>
            </w:r>
            <w:proofErr w:type="spellStart"/>
            <w:r>
              <w:rPr>
                <w:sz w:val="24"/>
              </w:rPr>
              <w:t>phút</w:t>
            </w:r>
            <w:proofErr w:type="spellEnd"/>
          </w:p>
        </w:tc>
      </w:tr>
      <w:tr w:rsidR="008F5771" w14:paraId="199A969B" w14:textId="77777777" w:rsidTr="009512DA">
        <w:trPr>
          <w:cantSplit/>
          <w:jc w:val="center"/>
        </w:trPr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54AC432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4. </w:t>
            </w:r>
            <w:proofErr w:type="spellStart"/>
            <w:r>
              <w:rPr>
                <w:sz w:val="24"/>
              </w:rPr>
              <w:t>Vận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</w:p>
        </w:tc>
        <w:tc>
          <w:tcPr>
            <w:tcW w:w="54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05560C6" w14:textId="77777777" w:rsidR="008F5771" w:rsidRDefault="001064CA">
            <w:pPr>
              <w:spacing w:after="40"/>
            </w:pPr>
            <w:r>
              <w:rPr>
                <w:sz w:val="24"/>
              </w:rPr>
              <w:t>10.C3.2</w:t>
            </w:r>
          </w:p>
        </w:tc>
        <w:tc>
          <w:tcPr>
            <w:tcW w:w="165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6E3EA9" w14:textId="77777777" w:rsidR="00C55DFA" w:rsidRDefault="00A63D85">
            <w:proofErr w:type="spellStart"/>
            <w:r>
              <w:t>V</w:t>
            </w:r>
            <w:r>
              <w:t>ậ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>
              <w:t>ụ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r>
              <w:t>ế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k</w:t>
            </w:r>
            <w:r>
              <w:t>ế</w:t>
            </w:r>
            <w:proofErr w:type="spellEnd"/>
            <w:r>
              <w:t xml:space="preserve"> </w:t>
            </w:r>
            <w:proofErr w:type="spellStart"/>
            <w:r>
              <w:t>câu</w:t>
            </w:r>
            <w:proofErr w:type="spellEnd"/>
            <w:r>
              <w:t xml:space="preserve"> </w:t>
            </w:r>
            <w:proofErr w:type="spellStart"/>
            <w:r>
              <w:t>l</w:t>
            </w:r>
            <w:r>
              <w:t>ệ</w:t>
            </w:r>
            <w:r>
              <w:t>nh</w:t>
            </w:r>
            <w:proofErr w:type="spellEnd"/>
            <w:r>
              <w:t xml:space="preserve"> </w:t>
            </w:r>
            <w:proofErr w:type="spellStart"/>
            <w:r>
              <w:t>ph</w:t>
            </w:r>
            <w:r>
              <w:t>ụ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v</w:t>
            </w:r>
            <w:r>
              <w:t>ụ</w:t>
            </w:r>
            <w:proofErr w:type="spellEnd"/>
            <w:r>
              <w:t xml:space="preserve"> </w:t>
            </w:r>
            <w:proofErr w:type="spellStart"/>
            <w:r>
              <w:t>nhi</w:t>
            </w:r>
            <w:r>
              <w:t>ệ</w:t>
            </w:r>
            <w:r>
              <w:t>m</w:t>
            </w:r>
            <w:proofErr w:type="spellEnd"/>
            <w:r>
              <w:t xml:space="preserve"> </w:t>
            </w:r>
            <w:proofErr w:type="spellStart"/>
            <w:r>
              <w:t>v</w:t>
            </w:r>
            <w:r>
              <w:t>ụ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>
              <w:t>ọ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>
              <w:t>ậ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r>
              <w:t>ự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>
              <w:t>ế</w:t>
            </w:r>
            <w:proofErr w:type="spellEnd"/>
          </w:p>
        </w:tc>
        <w:tc>
          <w:tcPr>
            <w:tcW w:w="1112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668BBF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</w:p>
        </w:tc>
        <w:tc>
          <w:tcPr>
            <w:tcW w:w="5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F0BFA9F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20 </w:t>
            </w:r>
            <w:proofErr w:type="spellStart"/>
            <w:r>
              <w:rPr>
                <w:sz w:val="24"/>
              </w:rPr>
              <w:t>phút</w:t>
            </w:r>
            <w:proofErr w:type="spellEnd"/>
          </w:p>
        </w:tc>
      </w:tr>
    </w:tbl>
    <w:p w14:paraId="5A9080EA" w14:textId="77777777" w:rsidR="008F5771" w:rsidRDefault="008F5771"/>
    <w:p w14:paraId="74AE6B38" w14:textId="77777777" w:rsidR="008F5771" w:rsidRDefault="001064CA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Thiết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kế</w:t>
      </w:r>
      <w:proofErr w:type="spellEnd"/>
      <w:r>
        <w:rPr>
          <w:b/>
        </w:rPr>
        <w:t xml:space="preserve"> chi </w:t>
      </w:r>
      <w:proofErr w:type="spellStart"/>
      <w:r>
        <w:rPr>
          <w:b/>
        </w:rPr>
        <w:t>tiết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</w:p>
    <w:p w14:paraId="625437DB" w14:textId="77777777" w:rsidR="008F5771" w:rsidRDefault="001064CA">
      <w:pPr>
        <w:keepNext/>
        <w:spacing w:before="120" w:after="40"/>
        <w:jc w:val="left"/>
      </w:pP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1.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: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hồi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AI (5 </w:t>
      </w:r>
      <w:proofErr w:type="spellStart"/>
      <w:r>
        <w:t>phút</w:t>
      </w:r>
      <w:proofErr w:type="spellEnd"/>
      <w:r>
        <w:t>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76"/>
        <w:gridCol w:w="8113"/>
      </w:tblGrid>
      <w:tr w:rsidR="008F5771" w14:paraId="3EC17798" w14:textId="77777777" w:rsidTr="009512DA">
        <w:trPr>
          <w:cantSplit/>
          <w:tblHeader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EFB7C8" w14:textId="77777777" w:rsidR="008F5771" w:rsidRDefault="001064C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Thành </w:t>
            </w:r>
            <w:proofErr w:type="spellStart"/>
            <w:r>
              <w:rPr>
                <w:b/>
                <w:sz w:val="24"/>
              </w:rPr>
              <w:t>phần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E6A4AB9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</w:tr>
      <w:tr w:rsidR="008F5771" w14:paraId="2C6C8BBB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15DAA3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a) </w:t>
            </w: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tiêu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4715F95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Khởi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hiểu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prompt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hướng</w:t>
            </w:r>
            <w:proofErr w:type="spellEnd"/>
            <w:r>
              <w:rPr>
                <w:sz w:val="24"/>
              </w:rPr>
              <w:t xml:space="preserve"> 10.C3.1).</w:t>
            </w:r>
          </w:p>
        </w:tc>
      </w:tr>
      <w:tr w:rsidR="008F5771" w14:paraId="01FA061A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B394C0A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b) </w:t>
            </w: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2703EF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nhanh</w:t>
            </w:r>
            <w:proofErr w:type="spellEnd"/>
            <w:r>
              <w:rPr>
                <w:sz w:val="24"/>
              </w:rPr>
              <w:t xml:space="preserve"> do GV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PL10.4.3 (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ở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này</w:t>
            </w:r>
            <w:proofErr w:type="spellEnd"/>
            <w:r>
              <w:rPr>
                <w:sz w:val="24"/>
              </w:rPr>
              <w:t>).</w:t>
            </w:r>
          </w:p>
          <w:p w14:paraId="33CEBBAC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(1)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nhờ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10,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lủn</w:t>
            </w:r>
            <w:proofErr w:type="spellEnd"/>
            <w:r>
              <w:rPr>
                <w:sz w:val="24"/>
              </w:rPr>
              <w:t xml:space="preserve"> 5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rỗng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dòng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B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45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ngay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>.</w:t>
            </w:r>
          </w:p>
          <w:p w14:paraId="1D0272C7" w14:textId="455784A3" w:rsidR="008F5771" w:rsidRDefault="001064CA">
            <w:pPr>
              <w:spacing w:after="40"/>
            </w:pPr>
            <w:r>
              <w:rPr>
                <w:sz w:val="24"/>
              </w:rPr>
              <w:t xml:space="preserve">(2)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hỏi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mở</w:t>
            </w:r>
            <w:proofErr w:type="spellEnd"/>
            <w:r>
              <w:rPr>
                <w:sz w:val="24"/>
              </w:rPr>
              <w:t xml:space="preserve">: </w:t>
            </w:r>
            <w:r w:rsidR="001620F8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Yếu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B </w:t>
            </w:r>
            <w:proofErr w:type="spellStart"/>
            <w:r>
              <w:rPr>
                <w:sz w:val="24"/>
              </w:rPr>
              <w:t>giúp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hơn</w:t>
            </w:r>
            <w:proofErr w:type="spellEnd"/>
            <w:r>
              <w:rPr>
                <w:sz w:val="24"/>
              </w:rPr>
              <w:t>?</w:t>
            </w:r>
            <w:r w:rsidR="001620F8">
              <w:rPr>
                <w:sz w:val="24"/>
              </w:rPr>
              <w:t>”</w:t>
            </w:r>
          </w:p>
        </w:tc>
      </w:tr>
      <w:tr w:rsidR="008F5771" w14:paraId="559545E0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FC8C3B2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c) </w:t>
            </w:r>
            <w:proofErr w:type="spellStart"/>
            <w:r>
              <w:rPr>
                <w:b/>
                <w:sz w:val="24"/>
              </w:rPr>
              <w:t>Sản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phẩm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0882F9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ngón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tay</w:t>
            </w:r>
            <w:proofErr w:type="spellEnd"/>
            <w:r>
              <w:rPr>
                <w:sz w:val="24"/>
              </w:rPr>
              <w:t xml:space="preserve"> (1, 2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3)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2–3 </w:t>
            </w:r>
            <w:proofErr w:type="spellStart"/>
            <w:r>
              <w:rPr>
                <w:sz w:val="24"/>
              </w:rPr>
              <w:t>lời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ngắn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HS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GV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tắt</w:t>
            </w:r>
            <w:proofErr w:type="spellEnd"/>
            <w:r>
              <w:rPr>
                <w:sz w:val="24"/>
              </w:rPr>
              <w:t xml:space="preserve"> ở </w:t>
            </w:r>
            <w:proofErr w:type="spellStart"/>
            <w:r>
              <w:rPr>
                <w:sz w:val="24"/>
              </w:rPr>
              <w:t>góc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cố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hỏi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chưa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chốt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đúng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ở </w:t>
            </w:r>
            <w:proofErr w:type="spellStart"/>
            <w:r>
              <w:rPr>
                <w:sz w:val="24"/>
              </w:rPr>
              <w:t>cuối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>).</w:t>
            </w:r>
          </w:p>
        </w:tc>
      </w:tr>
      <w:tr w:rsidR="008F5771" w14:paraId="617AD4F5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A67DC9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d) </w:t>
            </w:r>
            <w:proofErr w:type="spellStart"/>
            <w:r>
              <w:rPr>
                <w:b/>
                <w:sz w:val="24"/>
              </w:rPr>
              <w:t>Tổ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thực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hiện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3478F0" w14:textId="000A0AC0" w:rsidR="008F5771" w:rsidRDefault="001064CA">
            <w:pPr>
              <w:spacing w:after="40"/>
            </w:pPr>
            <w:r>
              <w:rPr>
                <w:sz w:val="24"/>
              </w:rPr>
              <w:t xml:space="preserve">B1 (1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GV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khởi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hỏi</w:t>
            </w:r>
            <w:proofErr w:type="spellEnd"/>
            <w:r>
              <w:rPr>
                <w:sz w:val="24"/>
              </w:rPr>
              <w:t xml:space="preserve">: </w:t>
            </w:r>
            <w:r w:rsidR="001620F8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Yếu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B </w:t>
            </w:r>
            <w:proofErr w:type="spellStart"/>
            <w:r>
              <w:rPr>
                <w:sz w:val="24"/>
              </w:rPr>
              <w:t>giúp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hơn</w:t>
            </w:r>
            <w:proofErr w:type="spellEnd"/>
            <w:r>
              <w:rPr>
                <w:sz w:val="24"/>
              </w:rPr>
              <w:t>?</w:t>
            </w:r>
            <w:r w:rsidR="001620F8">
              <w:rPr>
                <w:sz w:val="24"/>
              </w:rPr>
              <w:t>”</w:t>
            </w:r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yêu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HS </w:t>
            </w:r>
            <w:proofErr w:type="spellStart"/>
            <w:r>
              <w:rPr>
                <w:sz w:val="24"/>
              </w:rPr>
              <w:t>suy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30 </w:t>
            </w:r>
            <w:proofErr w:type="spellStart"/>
            <w:r>
              <w:rPr>
                <w:sz w:val="24"/>
              </w:rPr>
              <w:t>giây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chép</w:t>
            </w:r>
            <w:proofErr w:type="spellEnd"/>
            <w:r>
              <w:rPr>
                <w:sz w:val="24"/>
              </w:rPr>
              <w:t>).</w:t>
            </w:r>
          </w:p>
          <w:p w14:paraId="38105EC3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B2 (1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</w:t>
            </w:r>
            <w:proofErr w:type="spellStart"/>
            <w:r>
              <w:rPr>
                <w:sz w:val="24"/>
              </w:rPr>
              <w:t>Cả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ngón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tay</w:t>
            </w:r>
            <w:proofErr w:type="spellEnd"/>
            <w:r>
              <w:rPr>
                <w:sz w:val="24"/>
              </w:rPr>
              <w:t xml:space="preserve"> (1, 2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3) </w:t>
            </w:r>
            <w:proofErr w:type="spellStart"/>
            <w:r>
              <w:rPr>
                <w:sz w:val="24"/>
              </w:rPr>
              <w:t>biểu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mình</w:t>
            </w:r>
            <w:proofErr w:type="spellEnd"/>
            <w:r>
              <w:rPr>
                <w:sz w:val="24"/>
              </w:rPr>
              <w:t>.</w:t>
            </w:r>
          </w:p>
          <w:p w14:paraId="671034EE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B3 (2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GV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nhanh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góc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</w:t>
            </w:r>
            <w:proofErr w:type="spellEnd"/>
            <w:r>
              <w:rPr>
                <w:sz w:val="24"/>
              </w:rPr>
              <w:t xml:space="preserve"> HS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lựa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ngắn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>.</w:t>
            </w:r>
          </w:p>
          <w:p w14:paraId="73CB8359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B4 (1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GV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giữ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hỏi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góc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dắt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2.</w:t>
            </w:r>
          </w:p>
        </w:tc>
      </w:tr>
      <w:tr w:rsidR="008F5771" w14:paraId="2F918EA9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489CEF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e)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AI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an </w:t>
            </w:r>
            <w:proofErr w:type="spellStart"/>
            <w:r>
              <w:rPr>
                <w:b/>
                <w:sz w:val="24"/>
              </w:rPr>
              <w:t>toàn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CB9662D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AI.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khởi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giá</w:t>
            </w:r>
            <w:proofErr w:type="spellEnd"/>
            <w:r>
              <w:rPr>
                <w:sz w:val="24"/>
              </w:rPr>
              <w:t xml:space="preserve"> YCCĐ.</w:t>
            </w:r>
          </w:p>
        </w:tc>
      </w:tr>
    </w:tbl>
    <w:p w14:paraId="7E1AB9B7" w14:textId="77777777" w:rsidR="008F5771" w:rsidRDefault="008F5771"/>
    <w:p w14:paraId="625396E4" w14:textId="77777777" w:rsidR="008F5771" w:rsidRDefault="001064CA">
      <w:pPr>
        <w:keepNext/>
        <w:spacing w:before="120" w:after="40"/>
        <w:jc w:val="left"/>
      </w:pP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2.1.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: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cốt</w:t>
      </w:r>
      <w:proofErr w:type="spellEnd"/>
      <w:r>
        <w:t xml:space="preserve"> </w:t>
      </w:r>
      <w:proofErr w:type="spellStart"/>
      <w:r>
        <w:t>lõi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(20 </w:t>
      </w:r>
      <w:proofErr w:type="spellStart"/>
      <w:r>
        <w:t>phút</w:t>
      </w:r>
      <w:proofErr w:type="spellEnd"/>
      <w:r>
        <w:t>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76"/>
        <w:gridCol w:w="8113"/>
      </w:tblGrid>
      <w:tr w:rsidR="008F5771" w14:paraId="22B668B6" w14:textId="77777777" w:rsidTr="009512DA">
        <w:trPr>
          <w:cantSplit/>
          <w:tblHeader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BD09AF2" w14:textId="77777777" w:rsidR="008F5771" w:rsidRDefault="001064C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Thành </w:t>
            </w:r>
            <w:proofErr w:type="spellStart"/>
            <w:r>
              <w:rPr>
                <w:b/>
                <w:sz w:val="24"/>
              </w:rPr>
              <w:t>phần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CD501E4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</w:tr>
      <w:tr w:rsidR="008F5771" w14:paraId="3A012F00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DBE2A3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a) </w:t>
            </w: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tiêu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0925CDB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prompt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(10.C3.1).</w:t>
            </w:r>
          </w:p>
        </w:tc>
      </w:tr>
      <w:tr w:rsidR="008F5771" w14:paraId="4DF788B3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74ED23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b) </w:t>
            </w: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2BA4542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(PL10.4.2).</w:t>
            </w:r>
          </w:p>
          <w:p w14:paraId="4EFFE43F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(1)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chiếu</w:t>
            </w:r>
            <w:proofErr w:type="spellEnd"/>
            <w:r>
              <w:rPr>
                <w:sz w:val="24"/>
              </w:rPr>
              <w:t xml:space="preserve"> 3 </w:t>
            </w:r>
            <w:proofErr w:type="spellStart"/>
            <w:r>
              <w:rPr>
                <w:sz w:val="24"/>
              </w:rPr>
              <w:t>cặp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hồ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chân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gắn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nhãn</w:t>
            </w:r>
            <w:proofErr w:type="spellEnd"/>
            <w:r>
              <w:rPr>
                <w:sz w:val="24"/>
              </w:rPr>
              <w:t xml:space="preserve"> 4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cốt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lõi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 &amp;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tượng</w:t>
            </w:r>
            <w:proofErr w:type="spellEnd"/>
            <w:r>
              <w:rPr>
                <w:sz w:val="24"/>
              </w:rPr>
              <w:t xml:space="preserve">, Vai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 &amp; </w:t>
            </w:r>
            <w:proofErr w:type="gramStart"/>
            <w:r>
              <w:rPr>
                <w:sz w:val="24"/>
              </w:rPr>
              <w:t>an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>).</w:t>
            </w:r>
          </w:p>
          <w:p w14:paraId="49E4149C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(2) Thảo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nâng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AI.</w:t>
            </w:r>
          </w:p>
        </w:tc>
      </w:tr>
      <w:tr w:rsidR="008F5771" w14:paraId="3A9BB6D5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4427AD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c) </w:t>
            </w:r>
            <w:proofErr w:type="spellStart"/>
            <w:r>
              <w:rPr>
                <w:b/>
                <w:sz w:val="24"/>
              </w:rPr>
              <w:t>Sản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phẩm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B2D9DC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prompt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PL10.4.2; </w:t>
            </w: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khảo</w:t>
            </w:r>
            <w:proofErr w:type="spellEnd"/>
            <w:r>
              <w:rPr>
                <w:sz w:val="24"/>
              </w:rPr>
              <w:t xml:space="preserve"> ở PL10.4.4,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1.</w:t>
            </w:r>
          </w:p>
          <w:p w14:paraId="615CA7BC" w14:textId="77777777" w:rsidR="008F5771" w:rsidRDefault="001064CA">
            <w:pPr>
              <w:spacing w:after="40"/>
            </w:pPr>
            <w:proofErr w:type="spellStart"/>
            <w:r>
              <w:rPr>
                <w:b/>
                <w:sz w:val="24"/>
              </w:rPr>
              <w:t>Câu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chốt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kiến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thức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prompt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nhất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yêu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hạn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F5771" w14:paraId="18BCCCD7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C1D390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d) </w:t>
            </w:r>
            <w:proofErr w:type="spellStart"/>
            <w:r>
              <w:rPr>
                <w:b/>
                <w:sz w:val="24"/>
              </w:rPr>
              <w:t>Tổ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thực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hiện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DDE80B" w14:textId="4F181E2B" w:rsidR="008F5771" w:rsidRDefault="001064CA">
            <w:pPr>
              <w:spacing w:after="40"/>
            </w:pPr>
            <w:r>
              <w:rPr>
                <w:sz w:val="24"/>
              </w:rPr>
              <w:t xml:space="preserve">B1 (5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GV </w:t>
            </w:r>
            <w:proofErr w:type="spellStart"/>
            <w:r>
              <w:rPr>
                <w:sz w:val="24"/>
              </w:rPr>
              <w:t>phát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PL10.4.2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: </w:t>
            </w:r>
            <w:r w:rsidR="001620F8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hãy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cặp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cốt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lõi</w:t>
            </w:r>
            <w:proofErr w:type="spellEnd"/>
            <w:r w:rsidR="001620F8">
              <w:rPr>
                <w:sz w:val="24"/>
              </w:rPr>
              <w:t>”</w:t>
            </w:r>
            <w:r>
              <w:rPr>
                <w:sz w:val="24"/>
              </w:rPr>
              <w:t>.</w:t>
            </w:r>
          </w:p>
          <w:p w14:paraId="3C1BD8B2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B2 (10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Các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chân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gắn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; GV </w:t>
            </w:r>
            <w:proofErr w:type="spellStart"/>
            <w:r>
              <w:rPr>
                <w:sz w:val="24"/>
              </w:rPr>
              <w:t>quan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gặp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khăn</w:t>
            </w:r>
            <w:proofErr w:type="spellEnd"/>
            <w:r>
              <w:rPr>
                <w:sz w:val="24"/>
              </w:rPr>
              <w:t>.</w:t>
            </w:r>
          </w:p>
          <w:p w14:paraId="13550852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B3 (3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</w:t>
            </w:r>
            <w:proofErr w:type="spellStart"/>
            <w:r>
              <w:rPr>
                <w:sz w:val="24"/>
              </w:rPr>
              <w:t>Đại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xét</w:t>
            </w:r>
            <w:proofErr w:type="spellEnd"/>
            <w:r>
              <w:rPr>
                <w:sz w:val="24"/>
              </w:rPr>
              <w:t>.</w:t>
            </w:r>
          </w:p>
          <w:p w14:paraId="402CFB98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B4 (2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GV </w:t>
            </w:r>
            <w:proofErr w:type="spellStart"/>
            <w:r>
              <w:rPr>
                <w:sz w:val="24"/>
              </w:rPr>
              <w:t>chốt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c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hướng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chuyển</w:t>
            </w:r>
            <w:proofErr w:type="spellEnd"/>
            <w:r>
              <w:rPr>
                <w:sz w:val="24"/>
              </w:rPr>
              <w:t xml:space="preserve"> sang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2.2.</w:t>
            </w:r>
          </w:p>
        </w:tc>
      </w:tr>
      <w:tr w:rsidR="008F5771" w14:paraId="76F48B2C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E0B06AF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e)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AI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an </w:t>
            </w:r>
            <w:proofErr w:type="spellStart"/>
            <w:r>
              <w:rPr>
                <w:b/>
                <w:sz w:val="24"/>
              </w:rPr>
              <w:t>toàn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80C325B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AI. Các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thật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1E8C0714" w14:textId="77777777" w:rsidR="008F5771" w:rsidRDefault="008F5771"/>
    <w:p w14:paraId="7CF859E9" w14:textId="77777777" w:rsidR="008F5771" w:rsidRDefault="001064CA">
      <w:pPr>
        <w:keepNext/>
        <w:spacing w:before="120" w:after="40"/>
        <w:jc w:val="left"/>
      </w:pP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2.2.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: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(20 </w:t>
      </w:r>
      <w:proofErr w:type="spellStart"/>
      <w:r>
        <w:t>phút</w:t>
      </w:r>
      <w:proofErr w:type="spellEnd"/>
      <w:r>
        <w:t>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76"/>
        <w:gridCol w:w="8113"/>
      </w:tblGrid>
      <w:tr w:rsidR="008F5771" w14:paraId="5AF86C4B" w14:textId="77777777" w:rsidTr="009512DA">
        <w:trPr>
          <w:cantSplit/>
          <w:tblHeader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E9E4311" w14:textId="77777777" w:rsidR="008F5771" w:rsidRDefault="001064C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Thành </w:t>
            </w:r>
            <w:proofErr w:type="spellStart"/>
            <w:r>
              <w:rPr>
                <w:b/>
                <w:sz w:val="24"/>
              </w:rPr>
              <w:t>phần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7FD417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</w:tr>
      <w:tr w:rsidR="008F5771" w14:paraId="3E3A2C65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5F4F7E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a) </w:t>
            </w: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tiêu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794ADF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prompt </w:t>
            </w:r>
            <w:proofErr w:type="spellStart"/>
            <w:r>
              <w:rPr>
                <w:sz w:val="24"/>
              </w:rPr>
              <w:t>phiên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(10.C3.2).</w:t>
            </w:r>
          </w:p>
        </w:tc>
      </w:tr>
      <w:tr w:rsidR="008F5771" w14:paraId="64163345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8C6015F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b) </w:t>
            </w: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2F7BD1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(PL10.4.2).</w:t>
            </w:r>
          </w:p>
          <w:p w14:paraId="1BADE6C2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(1)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10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hồ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>.</w:t>
            </w:r>
          </w:p>
          <w:p w14:paraId="797A4E2E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(2) </w:t>
            </w:r>
            <w:proofErr w:type="spellStart"/>
            <w:r>
              <w:rPr>
                <w:sz w:val="24"/>
              </w:rPr>
              <w:t>Rà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đảm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bảo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tin.</w:t>
            </w:r>
          </w:p>
        </w:tc>
      </w:tr>
      <w:tr w:rsidR="008F5771" w14:paraId="69A50E60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B9C1F2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c) </w:t>
            </w:r>
            <w:proofErr w:type="spellStart"/>
            <w:r>
              <w:rPr>
                <w:b/>
                <w:sz w:val="24"/>
              </w:rPr>
              <w:t>Sản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phẩm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523F9F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PL10.4.2; </w:t>
            </w: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khảo</w:t>
            </w:r>
            <w:proofErr w:type="spellEnd"/>
            <w:r>
              <w:rPr>
                <w:sz w:val="24"/>
              </w:rPr>
              <w:t xml:space="preserve"> ở PL10.4.4,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1.</w:t>
            </w:r>
          </w:p>
          <w:p w14:paraId="4D5FA761" w14:textId="77777777" w:rsidR="008F5771" w:rsidRDefault="001064CA">
            <w:pPr>
              <w:spacing w:after="40"/>
            </w:pPr>
            <w:proofErr w:type="spellStart"/>
            <w:r>
              <w:rPr>
                <w:b/>
                <w:sz w:val="24"/>
              </w:rPr>
              <w:t>Câu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chốt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kiến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thức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prompt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5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yêu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hạn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F5771" w14:paraId="4864F905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25666B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d) </w:t>
            </w:r>
            <w:proofErr w:type="spellStart"/>
            <w:r>
              <w:rPr>
                <w:b/>
                <w:sz w:val="24"/>
              </w:rPr>
              <w:t>Tổ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thực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hiện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D70624" w14:textId="2A506A77" w:rsidR="008F5771" w:rsidRDefault="001064CA">
            <w:pPr>
              <w:spacing w:after="40"/>
            </w:pPr>
            <w:r>
              <w:rPr>
                <w:sz w:val="24"/>
              </w:rPr>
              <w:t xml:space="preserve">B1 (5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GV </w:t>
            </w:r>
            <w:proofErr w:type="spellStart"/>
            <w:r>
              <w:rPr>
                <w:sz w:val="24"/>
              </w:rPr>
              <w:t>giao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: </w:t>
            </w:r>
            <w:r w:rsidR="001620F8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hãy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1</w:t>
            </w:r>
            <w:r w:rsidR="001620F8">
              <w:rPr>
                <w:sz w:val="24"/>
              </w:rPr>
              <w:t>”</w:t>
            </w:r>
            <w:r>
              <w:rPr>
                <w:sz w:val="24"/>
              </w:rPr>
              <w:t>.</w:t>
            </w:r>
          </w:p>
          <w:p w14:paraId="711362E0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B2 (10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Các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1; GV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gặp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khăn</w:t>
            </w:r>
            <w:proofErr w:type="spellEnd"/>
            <w:r>
              <w:rPr>
                <w:sz w:val="24"/>
              </w:rPr>
              <w:t>.</w:t>
            </w:r>
          </w:p>
          <w:p w14:paraId="0FC51660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B3 (3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</w:t>
            </w:r>
            <w:proofErr w:type="spellStart"/>
            <w:r>
              <w:rPr>
                <w:sz w:val="24"/>
              </w:rPr>
              <w:t>Đại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xét</w:t>
            </w:r>
            <w:proofErr w:type="spellEnd"/>
            <w:r>
              <w:rPr>
                <w:sz w:val="24"/>
              </w:rPr>
              <w:t>.</w:t>
            </w:r>
          </w:p>
          <w:p w14:paraId="16F8230A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B4 (2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GV </w:t>
            </w:r>
            <w:proofErr w:type="spellStart"/>
            <w:r>
              <w:rPr>
                <w:sz w:val="24"/>
              </w:rPr>
              <w:t>chốt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c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hướng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chuẩn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3.</w:t>
            </w:r>
          </w:p>
        </w:tc>
      </w:tr>
      <w:tr w:rsidR="008F5771" w14:paraId="6C72067F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4B20C1B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e)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AI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an </w:t>
            </w:r>
            <w:proofErr w:type="spellStart"/>
            <w:r>
              <w:rPr>
                <w:b/>
                <w:sz w:val="24"/>
              </w:rPr>
              <w:t>toàn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87591A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AI. Các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6D701DFC" w14:textId="77777777" w:rsidR="008F5771" w:rsidRDefault="008F5771"/>
    <w:p w14:paraId="013B4376" w14:textId="77777777" w:rsidR="008F5771" w:rsidRDefault="001064CA">
      <w:pPr>
        <w:keepNext/>
        <w:spacing w:before="120" w:after="40"/>
        <w:jc w:val="left"/>
      </w:pP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3.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: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(25 </w:t>
      </w:r>
      <w:proofErr w:type="spellStart"/>
      <w:r>
        <w:t>phút</w:t>
      </w:r>
      <w:proofErr w:type="spellEnd"/>
      <w:r>
        <w:t>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76"/>
        <w:gridCol w:w="8113"/>
      </w:tblGrid>
      <w:tr w:rsidR="008F5771" w14:paraId="47DB5790" w14:textId="77777777" w:rsidTr="009512DA">
        <w:trPr>
          <w:cantSplit/>
          <w:tblHeader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97C388" w14:textId="77777777" w:rsidR="008F5771" w:rsidRDefault="001064C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Thành </w:t>
            </w:r>
            <w:proofErr w:type="spellStart"/>
            <w:r>
              <w:rPr>
                <w:b/>
                <w:sz w:val="24"/>
              </w:rPr>
              <w:t>phần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E35250E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</w:tr>
      <w:tr w:rsidR="008F5771" w14:paraId="7BAEA5C5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BB021C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a) </w:t>
            </w: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tiêu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54CBAFF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Thử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prompt qua </w:t>
            </w:r>
            <w:proofErr w:type="spellStart"/>
            <w:r>
              <w:rPr>
                <w:sz w:val="24"/>
              </w:rPr>
              <w:t>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(10.C3.2).</w:t>
            </w:r>
          </w:p>
        </w:tc>
      </w:tr>
      <w:tr w:rsidR="008F5771" w14:paraId="6CBB61FF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61A6E4D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b) </w:t>
            </w: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F066400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C (</w:t>
            </w:r>
            <w:proofErr w:type="spellStart"/>
            <w:r>
              <w:rPr>
                <w:sz w:val="24"/>
              </w:rPr>
              <w:t>Thử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luyện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)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PL10.4.2.</w:t>
            </w:r>
          </w:p>
          <w:p w14:paraId="633740B8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(1) </w:t>
            </w:r>
            <w:proofErr w:type="spellStart"/>
            <w:r>
              <w:rPr>
                <w:sz w:val="24"/>
              </w:rPr>
              <w:t>Thử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AI.</w:t>
            </w:r>
          </w:p>
          <w:p w14:paraId="59BAC243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(2) </w:t>
            </w: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còn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lệch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2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ra.</w:t>
            </w:r>
            <w:proofErr w:type="spellEnd"/>
          </w:p>
        </w:tc>
      </w:tr>
      <w:tr w:rsidR="008F5771" w14:paraId="3544E5D5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AB75C9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c) </w:t>
            </w:r>
            <w:proofErr w:type="spellStart"/>
            <w:r>
              <w:rPr>
                <w:b/>
                <w:sz w:val="24"/>
              </w:rPr>
              <w:t>Sản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phẩm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BD28D7E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chẩn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đoán</w:t>
            </w:r>
            <w:proofErr w:type="spellEnd"/>
            <w:r>
              <w:rPr>
                <w:sz w:val="24"/>
              </w:rPr>
              <w:t xml:space="preserve"> ca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ngắn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gọn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PL10.4.2; </w:t>
            </w: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khảo</w:t>
            </w:r>
            <w:proofErr w:type="spellEnd"/>
            <w:r>
              <w:rPr>
                <w:sz w:val="24"/>
              </w:rPr>
              <w:t xml:space="preserve"> ở PL10.4.4,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2.</w:t>
            </w:r>
          </w:p>
          <w:p w14:paraId="478ADCC9" w14:textId="77777777" w:rsidR="008F5771" w:rsidRDefault="001064CA">
            <w:pPr>
              <w:spacing w:after="40"/>
            </w:pPr>
            <w:proofErr w:type="spellStart"/>
            <w:r>
              <w:rPr>
                <w:b/>
                <w:sz w:val="24"/>
              </w:rPr>
              <w:t>Câu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chốt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kiến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thức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prompt qua </w:t>
            </w:r>
            <w:proofErr w:type="spellStart"/>
            <w:r>
              <w:rPr>
                <w:sz w:val="24"/>
              </w:rPr>
              <w:t>nhiều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giúp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hồi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AI.</w:t>
            </w:r>
          </w:p>
        </w:tc>
      </w:tr>
      <w:tr w:rsidR="008F5771" w14:paraId="4FD9E3BD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F31FBEA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d) </w:t>
            </w:r>
            <w:proofErr w:type="spellStart"/>
            <w:r>
              <w:rPr>
                <w:b/>
                <w:sz w:val="24"/>
              </w:rPr>
              <w:t>Tổ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thực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hiện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B9A0A30" w14:textId="702D3724" w:rsidR="008F5771" w:rsidRDefault="001064CA">
            <w:pPr>
              <w:spacing w:after="40"/>
            </w:pPr>
            <w:r>
              <w:rPr>
                <w:sz w:val="24"/>
              </w:rPr>
              <w:t xml:space="preserve">B1 (5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GV </w:t>
            </w:r>
            <w:proofErr w:type="spellStart"/>
            <w:r>
              <w:rPr>
                <w:sz w:val="24"/>
              </w:rPr>
              <w:t>nhắc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chốt</w:t>
            </w:r>
            <w:proofErr w:type="spellEnd"/>
            <w:r>
              <w:rPr>
                <w:sz w:val="24"/>
              </w:rPr>
              <w:t xml:space="preserve"> ở </w:t>
            </w:r>
            <w:proofErr w:type="spellStart"/>
            <w:r>
              <w:rPr>
                <w:sz w:val="24"/>
              </w:rPr>
              <w:t>Tiết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C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PL10.4.2: </w:t>
            </w:r>
            <w:r w:rsidR="001620F8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hãy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qua </w:t>
            </w:r>
            <w:proofErr w:type="spellStart"/>
            <w:r>
              <w:rPr>
                <w:sz w:val="24"/>
              </w:rPr>
              <w:t>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vòng</w:t>
            </w:r>
            <w:proofErr w:type="spellEnd"/>
            <w:r w:rsidR="001620F8">
              <w:rPr>
                <w:sz w:val="24"/>
              </w:rPr>
              <w:t>”</w:t>
            </w:r>
            <w:r>
              <w:rPr>
                <w:sz w:val="24"/>
              </w:rPr>
              <w:t>.</w:t>
            </w:r>
          </w:p>
          <w:p w14:paraId="4F85A688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B2 (10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Các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prompt; GV </w:t>
            </w:r>
            <w:proofErr w:type="spellStart"/>
            <w:r>
              <w:rPr>
                <w:sz w:val="24"/>
              </w:rPr>
              <w:t>quan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gặp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khăn</w:t>
            </w:r>
            <w:proofErr w:type="spellEnd"/>
            <w:r>
              <w:rPr>
                <w:sz w:val="24"/>
              </w:rPr>
              <w:t>.</w:t>
            </w:r>
          </w:p>
          <w:p w14:paraId="55529A1A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B3 (5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</w:t>
            </w:r>
            <w:proofErr w:type="spellStart"/>
            <w:r>
              <w:rPr>
                <w:sz w:val="24"/>
              </w:rPr>
              <w:t>Đại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xét</w:t>
            </w:r>
            <w:proofErr w:type="spellEnd"/>
            <w:r>
              <w:rPr>
                <w:sz w:val="24"/>
              </w:rPr>
              <w:t>.</w:t>
            </w:r>
          </w:p>
          <w:p w14:paraId="5CEECA75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B4 (5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GV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chốt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c;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bút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màu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F5771" w14:paraId="61421647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5029F73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e)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AI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an </w:t>
            </w:r>
            <w:proofErr w:type="spellStart"/>
            <w:r>
              <w:rPr>
                <w:b/>
                <w:sz w:val="24"/>
              </w:rPr>
              <w:t>toàn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ABFE29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nguồn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AI.</w:t>
            </w:r>
          </w:p>
        </w:tc>
      </w:tr>
    </w:tbl>
    <w:p w14:paraId="3F5D8227" w14:textId="77777777" w:rsidR="008F5771" w:rsidRDefault="008F5771"/>
    <w:p w14:paraId="0156E7BD" w14:textId="77777777" w:rsidR="008F5771" w:rsidRDefault="001064CA">
      <w:pPr>
        <w:keepNext/>
        <w:spacing w:before="120" w:after="40"/>
        <w:jc w:val="left"/>
      </w:pP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4.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: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(20 </w:t>
      </w:r>
      <w:proofErr w:type="spellStart"/>
      <w:r>
        <w:t>phút</w:t>
      </w:r>
      <w:proofErr w:type="spellEnd"/>
      <w:r>
        <w:t>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76"/>
        <w:gridCol w:w="8113"/>
      </w:tblGrid>
      <w:tr w:rsidR="008F5771" w14:paraId="26E9979F" w14:textId="77777777" w:rsidTr="009512DA">
        <w:trPr>
          <w:cantSplit/>
          <w:tblHeader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E0501C4" w14:textId="77777777" w:rsidR="008F5771" w:rsidRDefault="001064C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Thành </w:t>
            </w:r>
            <w:proofErr w:type="spellStart"/>
            <w:r>
              <w:rPr>
                <w:b/>
                <w:sz w:val="24"/>
              </w:rPr>
              <w:t>phần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121C0AE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</w:tr>
      <w:tr w:rsidR="008F5771" w14:paraId="36652ADD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6A8261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a) </w:t>
            </w: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tiêu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18B85B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Mỗi</w:t>
            </w:r>
            <w:proofErr w:type="spellEnd"/>
            <w:r>
              <w:rPr>
                <w:sz w:val="24"/>
              </w:rPr>
              <w:t xml:space="preserve"> HS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10.4.1) </w:t>
            </w:r>
            <w:proofErr w:type="spellStart"/>
            <w:r>
              <w:rPr>
                <w:sz w:val="24"/>
              </w:rPr>
              <w:t>vận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gũi</w:t>
            </w:r>
            <w:proofErr w:type="spellEnd"/>
            <w:r>
              <w:rPr>
                <w:sz w:val="24"/>
              </w:rPr>
              <w:t xml:space="preserve"> (10.C3.2). </w:t>
            </w:r>
            <w:proofErr w:type="spellStart"/>
            <w:r>
              <w:rPr>
                <w:sz w:val="24"/>
              </w:rPr>
              <w:t>Đây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F5771" w14:paraId="7BB81C0E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22A35C7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b) </w:t>
            </w: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</w:t>
            </w:r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5DF6CD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10.4.1: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(PL10.4.1, 1 </w:t>
            </w:r>
            <w:proofErr w:type="spellStart"/>
            <w:r>
              <w:rPr>
                <w:sz w:val="24"/>
              </w:rPr>
              <w:t>mặt</w:t>
            </w:r>
            <w:proofErr w:type="spellEnd"/>
            <w:r>
              <w:rPr>
                <w:sz w:val="24"/>
              </w:rPr>
              <w:t xml:space="preserve"> A4).</w:t>
            </w:r>
          </w:p>
          <w:p w14:paraId="17D1D258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(1)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dấu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3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sẵn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)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ngắn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gọn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bước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cốt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lõi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khung</w:t>
            </w:r>
            <w:proofErr w:type="spellEnd"/>
            <w:r>
              <w:rPr>
                <w:sz w:val="24"/>
              </w:rPr>
              <w:t>.</w:t>
            </w:r>
          </w:p>
          <w:p w14:paraId="677F3276" w14:textId="7A7A4BC3" w:rsidR="008F5771" w:rsidRDefault="001064CA">
            <w:pPr>
              <w:spacing w:after="40"/>
            </w:pPr>
            <w:r>
              <w:rPr>
                <w:sz w:val="24"/>
              </w:rPr>
              <w:t xml:space="preserve">(2) Hoàn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r w:rsidR="001620F8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khâu</w:t>
            </w:r>
            <w:proofErr w:type="spellEnd"/>
            <w:r>
              <w:rPr>
                <w:sz w:val="24"/>
              </w:rPr>
              <w:t xml:space="preserve">… </w:t>
            </w:r>
            <w:proofErr w:type="spellStart"/>
            <w:r>
              <w:rPr>
                <w:sz w:val="24"/>
              </w:rPr>
              <w:t>thì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>…</w:t>
            </w:r>
            <w:r w:rsidR="001620F8">
              <w:rPr>
                <w:sz w:val="24"/>
              </w:rPr>
              <w:t>”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>.</w:t>
            </w:r>
          </w:p>
          <w:p w14:paraId="15BFD76D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(3) </w:t>
            </w:r>
            <w:proofErr w:type="spellStart"/>
            <w:r>
              <w:rPr>
                <w:sz w:val="24"/>
              </w:rPr>
              <w:t>Đổi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dấu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dứt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hỏi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ngỏ</w:t>
            </w:r>
            <w:proofErr w:type="spellEnd"/>
            <w:r>
              <w:rPr>
                <w:sz w:val="24"/>
              </w:rPr>
              <w:t xml:space="preserve"> ở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1.</w:t>
            </w:r>
          </w:p>
        </w:tc>
      </w:tr>
      <w:tr w:rsidR="008F5771" w14:paraId="3519CC9E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1192C69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c) </w:t>
            </w:r>
            <w:proofErr w:type="spellStart"/>
            <w:r>
              <w:rPr>
                <w:b/>
                <w:sz w:val="24"/>
              </w:rPr>
              <w:t>Sản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phẩm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C9A491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HS (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bút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màu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góp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); </w:t>
            </w:r>
            <w:proofErr w:type="spellStart"/>
            <w:r>
              <w:rPr>
                <w:sz w:val="24"/>
              </w:rPr>
              <w:t>sản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phẩm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mẫu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mức</w:t>
            </w:r>
            <w:proofErr w:type="spellEnd"/>
            <w:r>
              <w:rPr>
                <w:sz w:val="24"/>
              </w:rPr>
              <w:t xml:space="preserve"> Đạt, </w:t>
            </w:r>
            <w:proofErr w:type="spellStart"/>
            <w:r>
              <w:rPr>
                <w:sz w:val="24"/>
              </w:rPr>
              <w:t>Khá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Tốt</w:t>
            </w:r>
            <w:proofErr w:type="spellEnd"/>
            <w:r>
              <w:rPr>
                <w:sz w:val="24"/>
              </w:rPr>
              <w:t xml:space="preserve"> ở PL10.4.4,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3–4.</w:t>
            </w:r>
          </w:p>
          <w:p w14:paraId="5BBB2225" w14:textId="77777777" w:rsidR="008F5771" w:rsidRDefault="001064CA">
            <w:pPr>
              <w:spacing w:after="40"/>
            </w:pPr>
            <w:proofErr w:type="spellStart"/>
            <w:r>
              <w:rPr>
                <w:b/>
                <w:sz w:val="24"/>
              </w:rPr>
              <w:t>Câu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chốt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kiến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thức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prompt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giúp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hơn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nhưng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F5771" w14:paraId="1B96D1C6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CBA7CF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d) </w:t>
            </w:r>
            <w:proofErr w:type="spellStart"/>
            <w:r>
              <w:rPr>
                <w:b/>
                <w:sz w:val="24"/>
              </w:rPr>
              <w:t>Tổ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thực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hiện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4F184F1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B1 (5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GV </w:t>
            </w:r>
            <w:proofErr w:type="spellStart"/>
            <w:r>
              <w:rPr>
                <w:sz w:val="24"/>
              </w:rPr>
              <w:t>phát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HS, </w:t>
            </w:r>
            <w:proofErr w:type="spellStart"/>
            <w:r>
              <w:rPr>
                <w:sz w:val="24"/>
              </w:rPr>
              <w:t>hướng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lưu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>.</w:t>
            </w:r>
          </w:p>
          <w:p w14:paraId="5085FC19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B2 (10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</w:t>
            </w:r>
            <w:proofErr w:type="spellStart"/>
            <w:r>
              <w:rPr>
                <w:sz w:val="24"/>
              </w:rPr>
              <w:t>Mỗi</w:t>
            </w:r>
            <w:proofErr w:type="spellEnd"/>
            <w:r>
              <w:rPr>
                <w:sz w:val="24"/>
              </w:rPr>
              <w:t xml:space="preserve"> HS </w:t>
            </w:r>
            <w:proofErr w:type="spellStart"/>
            <w:r>
              <w:rPr>
                <w:sz w:val="24"/>
              </w:rPr>
              <w:t>độc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10.4.1; GV </w:t>
            </w:r>
            <w:proofErr w:type="spellStart"/>
            <w:r>
              <w:rPr>
                <w:sz w:val="24"/>
              </w:rPr>
              <w:t>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khoá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HS </w:t>
            </w:r>
            <w:proofErr w:type="spellStart"/>
            <w:r>
              <w:rPr>
                <w:sz w:val="24"/>
              </w:rPr>
              <w:t>gặp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khăn</w:t>
            </w:r>
            <w:proofErr w:type="spellEnd"/>
            <w:r>
              <w:rPr>
                <w:sz w:val="24"/>
              </w:rPr>
              <w:t>.</w:t>
            </w:r>
          </w:p>
          <w:p w14:paraId="3F253029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B3 (3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Hai HS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đổi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dấu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góp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; HS </w:t>
            </w:r>
            <w:proofErr w:type="spellStart"/>
            <w:r>
              <w:rPr>
                <w:sz w:val="24"/>
              </w:rPr>
              <w:t>nhận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bút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màu</w:t>
            </w:r>
            <w:proofErr w:type="spellEnd"/>
            <w:r>
              <w:rPr>
                <w:sz w:val="24"/>
              </w:rPr>
              <w:t>.</w:t>
            </w:r>
          </w:p>
          <w:p w14:paraId="10B57003" w14:textId="77777777" w:rsidR="008F5771" w:rsidRDefault="001064CA">
            <w:pPr>
              <w:spacing w:after="40"/>
            </w:pPr>
            <w:r>
              <w:rPr>
                <w:sz w:val="24"/>
              </w:rPr>
              <w:t xml:space="preserve">B4 (2 </w:t>
            </w:r>
            <w:proofErr w:type="spellStart"/>
            <w:r>
              <w:rPr>
                <w:sz w:val="24"/>
              </w:rPr>
              <w:t>phút</w:t>
            </w:r>
            <w:proofErr w:type="spellEnd"/>
            <w:r>
              <w:rPr>
                <w:sz w:val="24"/>
              </w:rPr>
              <w:t xml:space="preserve">): GV quay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ở </w:t>
            </w:r>
            <w:proofErr w:type="spellStart"/>
            <w:r>
              <w:rPr>
                <w:sz w:val="24"/>
              </w:rPr>
              <w:t>Hoạt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để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chốt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khẳng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điệp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10.4.1.</w:t>
            </w:r>
          </w:p>
        </w:tc>
      </w:tr>
      <w:tr w:rsidR="008F5771" w14:paraId="0A2FA775" w14:textId="77777777" w:rsidTr="009512DA">
        <w:trPr>
          <w:cantSplit/>
          <w:jc w:val="center"/>
        </w:trPr>
        <w:tc>
          <w:tcPr>
            <w:tcW w:w="93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FA52A1" w14:textId="77777777" w:rsidR="008F5771" w:rsidRDefault="001064CA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e)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AI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an </w:t>
            </w:r>
            <w:proofErr w:type="spellStart"/>
            <w:r>
              <w:rPr>
                <w:b/>
                <w:sz w:val="24"/>
              </w:rPr>
              <w:t>toàn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</w:p>
        </w:tc>
        <w:tc>
          <w:tcPr>
            <w:tcW w:w="406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54098B8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Mỗi</w:t>
            </w:r>
            <w:proofErr w:type="spellEnd"/>
            <w:r>
              <w:rPr>
                <w:sz w:val="24"/>
              </w:rPr>
              <w:t xml:space="preserve"> HS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giấy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thật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hiểu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thêm</w:t>
            </w:r>
            <w:proofErr w:type="spellEnd"/>
            <w:r>
              <w:rPr>
                <w:sz w:val="24"/>
              </w:rPr>
              <w:t xml:space="preserve"> ở </w:t>
            </w:r>
            <w:proofErr w:type="spellStart"/>
            <w:r>
              <w:rPr>
                <w:sz w:val="24"/>
              </w:rPr>
              <w:t>nhà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AI, HS </w:t>
            </w:r>
            <w:proofErr w:type="spellStart"/>
            <w:r>
              <w:rPr>
                <w:sz w:val="24"/>
              </w:rPr>
              <w:t>phải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hướng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5 ý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đích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nhờ</w:t>
            </w:r>
            <w:proofErr w:type="spellEnd"/>
            <w:r>
              <w:rPr>
                <w:sz w:val="24"/>
              </w:rPr>
              <w:t xml:space="preserve"> AI,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>).</w:t>
            </w:r>
          </w:p>
        </w:tc>
      </w:tr>
    </w:tbl>
    <w:p w14:paraId="6137FA76" w14:textId="77777777" w:rsidR="008F5771" w:rsidRDefault="008F5771"/>
    <w:p w14:paraId="3B905B3B" w14:textId="77777777" w:rsidR="008F5771" w:rsidRDefault="001064CA">
      <w:pPr>
        <w:keepNext/>
        <w:spacing w:before="200"/>
        <w:jc w:val="left"/>
      </w:pPr>
      <w:r>
        <w:rPr>
          <w:b/>
          <w:sz w:val="28"/>
        </w:rPr>
        <w:t>IV. KIỂM TRA, ĐÁNH GIÁ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168"/>
        <w:gridCol w:w="1900"/>
        <w:gridCol w:w="3946"/>
        <w:gridCol w:w="2975"/>
      </w:tblGrid>
      <w:tr w:rsidR="008F5771" w14:paraId="1B6EAEEB" w14:textId="77777777" w:rsidTr="009512DA">
        <w:trPr>
          <w:cantSplit/>
          <w:tblHeader/>
          <w:jc w:val="center"/>
        </w:trPr>
        <w:tc>
          <w:tcPr>
            <w:tcW w:w="5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08C286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</w:p>
        </w:tc>
        <w:tc>
          <w:tcPr>
            <w:tcW w:w="9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1B4B38" w14:textId="77777777" w:rsidR="008F5771" w:rsidRDefault="001064CA">
            <w:pPr>
              <w:spacing w:after="40"/>
              <w:jc w:val="center"/>
            </w:pPr>
            <w:r>
              <w:rPr>
                <w:b/>
                <w:sz w:val="24"/>
              </w:rPr>
              <w:t xml:space="preserve">Minh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chính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cá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nhân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97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219A8F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đạt</w:t>
            </w:r>
            <w:proofErr w:type="spellEnd"/>
          </w:p>
        </w:tc>
        <w:tc>
          <w:tcPr>
            <w:tcW w:w="148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33130D" w14:textId="77777777" w:rsidR="008F5771" w:rsidRDefault="001064CA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Phản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hồi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quá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trình</w:t>
            </w:r>
            <w:proofErr w:type="spellEnd"/>
          </w:p>
        </w:tc>
      </w:tr>
      <w:tr w:rsidR="008F5771" w14:paraId="23F9A44A" w14:textId="77777777" w:rsidTr="009512DA">
        <w:trPr>
          <w:cantSplit/>
          <w:jc w:val="center"/>
        </w:trPr>
        <w:tc>
          <w:tcPr>
            <w:tcW w:w="5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393502" w14:textId="77777777" w:rsidR="008F5771" w:rsidRDefault="001064CA">
            <w:pPr>
              <w:spacing w:after="40"/>
            </w:pPr>
            <w:r>
              <w:rPr>
                <w:sz w:val="24"/>
              </w:rPr>
              <w:t>10.C3.1</w:t>
            </w:r>
          </w:p>
        </w:tc>
        <w:tc>
          <w:tcPr>
            <w:tcW w:w="9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B333B7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1, 2)</w:t>
            </w:r>
          </w:p>
        </w:tc>
        <w:tc>
          <w:tcPr>
            <w:tcW w:w="197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D3D0D8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prompt,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nâng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AI</w:t>
            </w:r>
          </w:p>
        </w:tc>
        <w:tc>
          <w:tcPr>
            <w:tcW w:w="148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EFFBCC5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Sản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phẩm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ở HĐ 2.1, HĐ 2.2</w:t>
            </w:r>
          </w:p>
        </w:tc>
      </w:tr>
      <w:tr w:rsidR="008F5771" w14:paraId="101D302D" w14:textId="77777777" w:rsidTr="009512DA">
        <w:trPr>
          <w:cantSplit/>
          <w:jc w:val="center"/>
        </w:trPr>
        <w:tc>
          <w:tcPr>
            <w:tcW w:w="58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B2072BD" w14:textId="77777777" w:rsidR="008F5771" w:rsidRDefault="001064CA">
            <w:pPr>
              <w:spacing w:after="40"/>
            </w:pPr>
            <w:r>
              <w:rPr>
                <w:sz w:val="24"/>
              </w:rPr>
              <w:t>10.C3.2</w:t>
            </w:r>
          </w:p>
        </w:tc>
        <w:tc>
          <w:tcPr>
            <w:tcW w:w="95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6DE9DEA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10.4.1,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3)</w:t>
            </w:r>
          </w:p>
        </w:tc>
        <w:tc>
          <w:tcPr>
            <w:tcW w:w="197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55D115F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Viết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prompt qua </w:t>
            </w:r>
            <w:proofErr w:type="spellStart"/>
            <w:r>
              <w:rPr>
                <w:sz w:val="24"/>
              </w:rPr>
              <w:t>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vòng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hồi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giá</w:t>
            </w:r>
            <w:proofErr w:type="spellEnd"/>
          </w:p>
        </w:tc>
        <w:tc>
          <w:tcPr>
            <w:tcW w:w="1489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E702A8C" w14:textId="77777777" w:rsidR="008F5771" w:rsidRDefault="001064CA">
            <w:pPr>
              <w:spacing w:after="40"/>
            </w:pPr>
            <w:proofErr w:type="spellStart"/>
            <w:r>
              <w:rPr>
                <w:sz w:val="24"/>
              </w:rPr>
              <w:t>Sản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phẩm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ở HĐ 3, </w:t>
            </w:r>
            <w:proofErr w:type="spellStart"/>
            <w:r>
              <w:rPr>
                <w:sz w:val="24"/>
              </w:rPr>
              <w:t>góp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 ở HĐ 4</w:t>
            </w:r>
          </w:p>
        </w:tc>
      </w:tr>
    </w:tbl>
    <w:p w14:paraId="4ACDF6BA" w14:textId="77777777" w:rsidR="008F5771" w:rsidRDefault="008F5771"/>
    <w:p w14:paraId="5B5E0A09" w14:textId="2E5AAA8E" w:rsidR="008F5771" w:rsidRDefault="001064CA">
      <w:r>
        <w:t xml:space="preserve">GV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10.4.1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HS </w:t>
      </w:r>
      <w:proofErr w:type="spellStart"/>
      <w:r>
        <w:t>sau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YCCĐ,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.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Khá</w:t>
      </w:r>
      <w:proofErr w:type="spellEnd"/>
      <w:r>
        <w:t xml:space="preserve">,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rubric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Tài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AI </w:t>
      </w:r>
      <w:proofErr w:type="spellStart"/>
      <w:r>
        <w:t>cấp</w:t>
      </w:r>
      <w:proofErr w:type="spellEnd"/>
      <w:r>
        <w:t xml:space="preserve"> THPT,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PL10.4.4.</w:t>
      </w:r>
    </w:p>
    <w:sectPr w:rsidR="008F5771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86516937">
    <w:abstractNumId w:val="8"/>
  </w:num>
  <w:num w:numId="2" w16cid:durableId="2070611378">
    <w:abstractNumId w:val="6"/>
  </w:num>
  <w:num w:numId="3" w16cid:durableId="2007977707">
    <w:abstractNumId w:val="5"/>
  </w:num>
  <w:num w:numId="4" w16cid:durableId="1579244218">
    <w:abstractNumId w:val="4"/>
  </w:num>
  <w:num w:numId="5" w16cid:durableId="1755321971">
    <w:abstractNumId w:val="7"/>
  </w:num>
  <w:num w:numId="6" w16cid:durableId="394746732">
    <w:abstractNumId w:val="3"/>
  </w:num>
  <w:num w:numId="7" w16cid:durableId="182790804">
    <w:abstractNumId w:val="2"/>
  </w:num>
  <w:num w:numId="8" w16cid:durableId="1409375920">
    <w:abstractNumId w:val="1"/>
  </w:num>
  <w:num w:numId="9" w16cid:durableId="726535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02CB"/>
    <w:rsid w:val="001064CA"/>
    <w:rsid w:val="0015074B"/>
    <w:rsid w:val="001620F8"/>
    <w:rsid w:val="0029639D"/>
    <w:rsid w:val="00326F90"/>
    <w:rsid w:val="005C5590"/>
    <w:rsid w:val="005F2536"/>
    <w:rsid w:val="006E49AB"/>
    <w:rsid w:val="008F5771"/>
    <w:rsid w:val="009512DA"/>
    <w:rsid w:val="00AA1D8D"/>
    <w:rsid w:val="00B47730"/>
    <w:rsid w:val="00B91DA2"/>
    <w:rsid w:val="00C55DFA"/>
    <w:rsid w:val="00CA6A0C"/>
    <w:rsid w:val="00CB0664"/>
    <w:rsid w:val="00E168C4"/>
    <w:rsid w:val="00E46F38"/>
    <w:rsid w:val="00E53F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A943B8"/>
  <w14:defaultImageDpi w14:val="300"/>
  <w15:docId w15:val="{24F54D8A-68ED-415B-8C91-8DA11193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  <w:jc w:val="both"/>
    </w:pPr>
    <w:rPr>
      <w:rFonts w:ascii="Times New Roman" w:hAnsi="Times New Roman"/>
      <w:color w:val="000000"/>
      <w:sz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1883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Nguyen Hai</cp:lastModifiedBy>
  <cp:revision>7</cp:revision>
  <dcterms:created xsi:type="dcterms:W3CDTF">2013-12-23T23:15:00Z</dcterms:created>
  <dcterms:modified xsi:type="dcterms:W3CDTF">2026-11-01T10:52:00Z</dcterms:modified>
  <cp:category/>
</cp:coreProperties>
</file>