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4D845" w14:textId="77777777" w:rsidR="00E56FE9" w:rsidRPr="006E565A" w:rsidRDefault="00ED40AF">
      <w:pPr>
        <w:spacing w:after="60" w:line="264" w:lineRule="auto"/>
        <w:jc w:val="center"/>
        <w:rPr>
          <w:b/>
          <w:bCs/>
          <w:color w:val="000000"/>
        </w:rPr>
      </w:pPr>
      <w:r w:rsidRPr="006E565A">
        <w:rPr>
          <w:b/>
          <w:bCs/>
          <w:color w:val="000000"/>
        </w:rPr>
        <w:t>KẾ HOẠCH BÀI DẠY</w:t>
      </w:r>
    </w:p>
    <w:p w14:paraId="0E29864B" w14:textId="77777777" w:rsidR="00E56FE9" w:rsidRPr="006E565A" w:rsidRDefault="00ED40AF">
      <w:pPr>
        <w:spacing w:after="60" w:line="264" w:lineRule="auto"/>
        <w:jc w:val="center"/>
        <w:rPr>
          <w:b/>
          <w:bCs/>
          <w:color w:val="000000"/>
        </w:rPr>
      </w:pPr>
      <w:r w:rsidRPr="006E565A">
        <w:rPr>
          <w:b/>
          <w:bCs/>
          <w:color w:val="000000"/>
        </w:rPr>
        <w:t>BÀI 3. ỨNG DỤNG AI TRONG THỰC TIỄN VIỆT NAM VÀ HỌC TẬP</w:t>
      </w:r>
    </w:p>
    <w:p w14:paraId="6A1199B3" w14:textId="77777777" w:rsidR="00E56FE9" w:rsidRDefault="00ED40AF">
      <w:pPr>
        <w:spacing w:after="60" w:line="264" w:lineRule="auto"/>
        <w:jc w:val="center"/>
        <w:rPr>
          <w:b/>
          <w:bCs/>
          <w:color w:val="000000"/>
        </w:rPr>
      </w:pPr>
      <w:r>
        <w:rPr>
          <w:color w:val="000000"/>
        </w:rPr>
        <w:t>Giáo dục AI lớp 10. Thời gian thực hiện: 2 tiết (tiết 4 đến tiết 5)</w:t>
      </w:r>
    </w:p>
    <w:p w14:paraId="4042598B" w14:textId="77777777" w:rsidR="00E56FE9" w:rsidRDefault="00ED40AF">
      <w:pPr>
        <w:spacing w:after="60" w:line="264" w:lineRule="auto"/>
        <w:rPr>
          <w:b/>
          <w:bCs/>
          <w:i/>
          <w:iCs/>
        </w:rPr>
      </w:pPr>
      <w:r>
        <w:rPr>
          <w:i/>
          <w:iCs/>
        </w:rPr>
        <w:t>Chữ viết tắt: GV (giáo viên), HS (học sinh), YCCĐ (yêu cầu cần đạt), SP (sản phẩm), MC (minh chứng), HĐ (hoạt động).</w:t>
      </w:r>
    </w:p>
    <w:p w14:paraId="4C720A74" w14:textId="77777777" w:rsidR="00E56FE9" w:rsidRDefault="00ED40AF">
      <w:pPr>
        <w:pBdr>
          <w:top w:val="nil"/>
          <w:left w:val="nil"/>
          <w:bottom w:val="nil"/>
          <w:right w:val="nil"/>
          <w:between w:val="nil"/>
        </w:pBdr>
        <w:spacing w:after="60" w:line="264" w:lineRule="auto"/>
        <w:ind w:left="360" w:firstLine="567"/>
        <w:jc w:val="both"/>
        <w:rPr>
          <w:color w:val="000000"/>
        </w:rPr>
      </w:pPr>
      <w:r>
        <w:rPr>
          <w:color w:val="000000"/>
        </w:rPr>
        <w:t>Yêu cầu cần đạt của bài học (nguyên văn theo Quyết định số 2422/QĐ-BGDĐT):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000"/>
        <w:gridCol w:w="3800"/>
        <w:gridCol w:w="1100"/>
        <w:gridCol w:w="3171"/>
      </w:tblGrid>
      <w:tr w:rsidR="00E56FE9" w14:paraId="55C307BC" w14:textId="77777777">
        <w:trPr>
          <w:cantSplit/>
          <w:tblHeader/>
          <w:jc w:val="center"/>
        </w:trPr>
        <w:tc>
          <w:tcPr>
            <w:tcW w:w="1000" w:type="dxa"/>
            <w:vAlign w:val="center"/>
          </w:tcPr>
          <w:p w14:paraId="4E07DFA1" w14:textId="77777777" w:rsidR="00E56FE9" w:rsidRDefault="00ED40AF">
            <w:pPr>
              <w:spacing w:after="0" w:line="240" w:lineRule="auto"/>
              <w:jc w:val="center"/>
            </w:pPr>
            <w:r>
              <w:rPr>
                <w:b/>
                <w:sz w:val="22"/>
                <w:szCs w:val="22"/>
              </w:rPr>
              <w:t>Mã</w:t>
            </w:r>
          </w:p>
        </w:tc>
        <w:tc>
          <w:tcPr>
            <w:tcW w:w="3800" w:type="dxa"/>
            <w:vAlign w:val="center"/>
          </w:tcPr>
          <w:p w14:paraId="1F1AF503" w14:textId="77777777" w:rsidR="00E56FE9" w:rsidRDefault="00ED40AF">
            <w:pPr>
              <w:spacing w:after="0" w:line="240" w:lineRule="auto"/>
              <w:jc w:val="center"/>
            </w:pPr>
            <w:r>
              <w:rPr>
                <w:b/>
                <w:sz w:val="22"/>
                <w:szCs w:val="22"/>
              </w:rPr>
              <w:t>Yêu cầu cần đạt</w:t>
            </w:r>
          </w:p>
        </w:tc>
        <w:tc>
          <w:tcPr>
            <w:tcW w:w="1100" w:type="dxa"/>
            <w:vAlign w:val="center"/>
          </w:tcPr>
          <w:p w14:paraId="68363F8A" w14:textId="77777777" w:rsidR="00E56FE9" w:rsidRDefault="00ED40AF">
            <w:pPr>
              <w:spacing w:after="0" w:line="240" w:lineRule="auto"/>
              <w:jc w:val="center"/>
            </w:pPr>
            <w:r>
              <w:rPr>
                <w:b/>
                <w:sz w:val="22"/>
                <w:szCs w:val="22"/>
              </w:rPr>
              <w:t>Hình thành ở</w:t>
            </w:r>
          </w:p>
        </w:tc>
        <w:tc>
          <w:tcPr>
            <w:tcW w:w="3171" w:type="dxa"/>
            <w:vAlign w:val="center"/>
          </w:tcPr>
          <w:p w14:paraId="04308DF8" w14:textId="77777777" w:rsidR="00E56FE9" w:rsidRDefault="00ED40AF">
            <w:pPr>
              <w:spacing w:after="0" w:line="240" w:lineRule="auto"/>
              <w:jc w:val="center"/>
            </w:pPr>
            <w:r>
              <w:rPr>
                <w:b/>
                <w:sz w:val="22"/>
                <w:szCs w:val="22"/>
              </w:rPr>
              <w:t>Minh chứng chính</w:t>
            </w:r>
          </w:p>
        </w:tc>
      </w:tr>
      <w:tr w:rsidR="00E56FE9" w14:paraId="1A232928" w14:textId="77777777">
        <w:trPr>
          <w:jc w:val="center"/>
        </w:trPr>
        <w:tc>
          <w:tcPr>
            <w:tcW w:w="9071" w:type="dxa"/>
            <w:gridSpan w:val="4"/>
          </w:tcPr>
          <w:p w14:paraId="360C8A51" w14:textId="77777777" w:rsidR="00E56FE9" w:rsidRDefault="00ED40AF">
            <w:pPr>
              <w:spacing w:after="0" w:line="240" w:lineRule="auto"/>
              <w:jc w:val="center"/>
            </w:pPr>
            <w:r>
              <w:rPr>
                <w:b/>
                <w:sz w:val="22"/>
                <w:szCs w:val="22"/>
              </w:rPr>
              <w:t>C. Các kĩ thuật và ứng dụng AI: C2. Ứng dụng AI trong học tập và cuộc sống (nội dung “Liên hệ các ứng dụng AI và vấn đề trong thực tế; một số ứng dụng AI trong học tập”)</w:t>
            </w:r>
          </w:p>
        </w:tc>
      </w:tr>
      <w:tr w:rsidR="00E56FE9" w14:paraId="33C856AF" w14:textId="77777777">
        <w:trPr>
          <w:jc w:val="center"/>
        </w:trPr>
        <w:tc>
          <w:tcPr>
            <w:tcW w:w="1000" w:type="dxa"/>
            <w:vAlign w:val="center"/>
          </w:tcPr>
          <w:p w14:paraId="51EEB44E" w14:textId="77777777" w:rsidR="00E56FE9" w:rsidRDefault="00ED40AF">
            <w:pPr>
              <w:spacing w:after="0" w:line="240" w:lineRule="auto"/>
              <w:jc w:val="center"/>
            </w:pPr>
            <w:r>
              <w:rPr>
                <w:b/>
                <w:sz w:val="22"/>
                <w:szCs w:val="22"/>
              </w:rPr>
              <w:t>10.C2.1</w:t>
            </w:r>
          </w:p>
        </w:tc>
        <w:tc>
          <w:tcPr>
            <w:tcW w:w="3800" w:type="dxa"/>
          </w:tcPr>
          <w:p w14:paraId="4D87E6D5" w14:textId="77777777" w:rsidR="00E56FE9" w:rsidRDefault="00ED40AF">
            <w:pPr>
              <w:spacing w:after="0" w:line="240" w:lineRule="auto"/>
            </w:pPr>
            <w:r>
              <w:rPr>
                <w:sz w:val="22"/>
                <w:szCs w:val="22"/>
              </w:rPr>
              <w:t>Xác định được các vấn đề thực tế có thể ứng dụng AI để thực hiện. Ưu tiên các vấn đề gần gũi, cần thiết trong bối cảnh Việt Nam, chẳng hạn: sản xuất nông nghiệp, các vấn đề liên quan đến các cộng đồng thiểu số, …</w:t>
            </w:r>
          </w:p>
        </w:tc>
        <w:tc>
          <w:tcPr>
            <w:tcW w:w="1100" w:type="dxa"/>
          </w:tcPr>
          <w:p w14:paraId="71AF52B1" w14:textId="3645AB9E" w:rsidR="00E56FE9" w:rsidRDefault="00ED40AF">
            <w:pPr>
              <w:tabs>
                <w:tab w:val="left" w:pos="255"/>
              </w:tabs>
              <w:spacing w:after="0" w:line="240" w:lineRule="auto"/>
              <w:ind w:left="255" w:hanging="170"/>
            </w:pPr>
            <w:r>
              <w:rPr>
                <w:sz w:val="22"/>
                <w:szCs w:val="22"/>
              </w:rPr>
              <w:t>HĐ 1,</w:t>
            </w:r>
            <w:r w:rsidR="00AA5DEF">
              <w:rPr>
                <w:sz w:val="22"/>
                <w:szCs w:val="22"/>
                <w:lang w:val="en-US"/>
              </w:rPr>
              <w:t xml:space="preserve"> </w:t>
            </w:r>
            <w:r>
              <w:rPr>
                <w:sz w:val="22"/>
                <w:szCs w:val="22"/>
              </w:rPr>
              <w:t>2.1, 4</w:t>
            </w:r>
          </w:p>
        </w:tc>
        <w:tc>
          <w:tcPr>
            <w:tcW w:w="3171" w:type="dxa"/>
          </w:tcPr>
          <w:p w14:paraId="6E043DEB" w14:textId="77777777" w:rsidR="00E56FE9" w:rsidRDefault="00ED40AF">
            <w:pPr>
              <w:tabs>
                <w:tab w:val="left" w:pos="255"/>
              </w:tabs>
              <w:spacing w:after="0" w:line="240" w:lineRule="auto"/>
              <w:ind w:left="255" w:hanging="170"/>
            </w:pPr>
            <w:r>
              <w:rPr>
                <w:sz w:val="22"/>
                <w:szCs w:val="22"/>
              </w:rPr>
              <w:t>Phiếu học tập 10.3.1</w:t>
            </w:r>
          </w:p>
        </w:tc>
      </w:tr>
      <w:tr w:rsidR="00E56FE9" w14:paraId="1D9C88B0" w14:textId="77777777">
        <w:trPr>
          <w:jc w:val="center"/>
        </w:trPr>
        <w:tc>
          <w:tcPr>
            <w:tcW w:w="1000" w:type="dxa"/>
            <w:vAlign w:val="center"/>
          </w:tcPr>
          <w:p w14:paraId="27B24A39" w14:textId="77777777" w:rsidR="00E56FE9" w:rsidRDefault="00ED40AF">
            <w:pPr>
              <w:spacing w:after="0" w:line="240" w:lineRule="auto"/>
              <w:jc w:val="center"/>
            </w:pPr>
            <w:r>
              <w:rPr>
                <w:b/>
                <w:sz w:val="22"/>
                <w:szCs w:val="22"/>
              </w:rPr>
              <w:t>10.C2.2</w:t>
            </w:r>
          </w:p>
        </w:tc>
        <w:tc>
          <w:tcPr>
            <w:tcW w:w="3800" w:type="dxa"/>
          </w:tcPr>
          <w:p w14:paraId="7DD62D97" w14:textId="77777777" w:rsidR="00E56FE9" w:rsidRDefault="00ED40AF">
            <w:pPr>
              <w:spacing w:after="0" w:line="240" w:lineRule="auto"/>
            </w:pPr>
            <w:r>
              <w:rPr>
                <w:sz w:val="22"/>
                <w:szCs w:val="22"/>
              </w:rPr>
              <w:t>Liệt kê được tên các ứng dụng AI theo các tính năng của hệ thống.</w:t>
            </w:r>
          </w:p>
        </w:tc>
        <w:tc>
          <w:tcPr>
            <w:tcW w:w="1100" w:type="dxa"/>
          </w:tcPr>
          <w:p w14:paraId="1CA00599" w14:textId="77777777" w:rsidR="00E56FE9" w:rsidRDefault="00ED40AF">
            <w:pPr>
              <w:tabs>
                <w:tab w:val="left" w:pos="255"/>
              </w:tabs>
              <w:spacing w:after="0" w:line="240" w:lineRule="auto"/>
              <w:ind w:left="255" w:hanging="170"/>
            </w:pPr>
            <w:r>
              <w:rPr>
                <w:sz w:val="22"/>
                <w:szCs w:val="22"/>
              </w:rPr>
              <w:t>HĐ 2.2, 4</w:t>
            </w:r>
          </w:p>
        </w:tc>
        <w:tc>
          <w:tcPr>
            <w:tcW w:w="3171" w:type="dxa"/>
          </w:tcPr>
          <w:p w14:paraId="42038F48" w14:textId="77777777" w:rsidR="00E56FE9" w:rsidRDefault="00ED40AF">
            <w:pPr>
              <w:tabs>
                <w:tab w:val="left" w:pos="255"/>
              </w:tabs>
              <w:spacing w:after="0" w:line="240" w:lineRule="auto"/>
              <w:ind w:left="255" w:hanging="170"/>
            </w:pPr>
            <w:r>
              <w:rPr>
                <w:sz w:val="22"/>
                <w:szCs w:val="22"/>
              </w:rPr>
              <w:t>Phiếu học tập 10.3.2: bản đồ ứng dụng</w:t>
            </w:r>
          </w:p>
        </w:tc>
      </w:tr>
      <w:tr w:rsidR="00E56FE9" w14:paraId="223D17F3" w14:textId="77777777">
        <w:trPr>
          <w:jc w:val="center"/>
        </w:trPr>
        <w:tc>
          <w:tcPr>
            <w:tcW w:w="1000" w:type="dxa"/>
            <w:vAlign w:val="center"/>
          </w:tcPr>
          <w:p w14:paraId="19347F03" w14:textId="77777777" w:rsidR="00E56FE9" w:rsidRDefault="00ED40AF">
            <w:pPr>
              <w:spacing w:after="0" w:line="240" w:lineRule="auto"/>
              <w:jc w:val="center"/>
            </w:pPr>
            <w:r>
              <w:rPr>
                <w:b/>
                <w:sz w:val="22"/>
                <w:szCs w:val="22"/>
              </w:rPr>
              <w:t>10.C2.3</w:t>
            </w:r>
          </w:p>
        </w:tc>
        <w:tc>
          <w:tcPr>
            <w:tcW w:w="3800" w:type="dxa"/>
          </w:tcPr>
          <w:p w14:paraId="0DF95CFA" w14:textId="77777777" w:rsidR="00E56FE9" w:rsidRDefault="00ED40AF">
            <w:pPr>
              <w:spacing w:after="0" w:line="240" w:lineRule="auto"/>
            </w:pPr>
            <w:r>
              <w:rPr>
                <w:sz w:val="22"/>
                <w:szCs w:val="22"/>
              </w:rPr>
              <w:t>Nêu được ví dụ một số trường hợp sử dụng AI hỗ trợ quá trình học tập.</w:t>
            </w:r>
          </w:p>
        </w:tc>
        <w:tc>
          <w:tcPr>
            <w:tcW w:w="1100" w:type="dxa"/>
          </w:tcPr>
          <w:p w14:paraId="32708FDA" w14:textId="77777777" w:rsidR="00E56FE9" w:rsidRDefault="00ED40AF">
            <w:pPr>
              <w:tabs>
                <w:tab w:val="left" w:pos="255"/>
              </w:tabs>
              <w:spacing w:after="0" w:line="240" w:lineRule="auto"/>
              <w:ind w:left="255" w:hanging="170"/>
            </w:pPr>
            <w:r>
              <w:rPr>
                <w:sz w:val="22"/>
                <w:szCs w:val="22"/>
              </w:rPr>
              <w:t>HĐ 2.3, 3</w:t>
            </w:r>
          </w:p>
        </w:tc>
        <w:tc>
          <w:tcPr>
            <w:tcW w:w="3171" w:type="dxa"/>
          </w:tcPr>
          <w:p w14:paraId="234B7E68" w14:textId="77777777" w:rsidR="00E56FE9" w:rsidRDefault="00ED40AF">
            <w:pPr>
              <w:tabs>
                <w:tab w:val="left" w:pos="255"/>
              </w:tabs>
              <w:spacing w:after="0" w:line="240" w:lineRule="auto"/>
              <w:ind w:left="255" w:hanging="170"/>
            </w:pPr>
            <w:r>
              <w:rPr>
                <w:sz w:val="22"/>
                <w:szCs w:val="22"/>
              </w:rPr>
              <w:t>Phiếu học tập 10.3.3, Phần A</w:t>
            </w:r>
          </w:p>
        </w:tc>
      </w:tr>
    </w:tbl>
    <w:p w14:paraId="1CCC99A6" w14:textId="77777777" w:rsidR="00E56FE9" w:rsidRDefault="00ED40AF">
      <w:pPr>
        <w:pStyle w:val="Heading1"/>
        <w:spacing w:before="160" w:after="60" w:line="264" w:lineRule="auto"/>
      </w:pPr>
      <w:r>
        <w:t>I. MỤC TIÊU</w:t>
      </w:r>
    </w:p>
    <w:p w14:paraId="702F3D02" w14:textId="77777777" w:rsidR="00E56FE9" w:rsidRDefault="00ED40AF">
      <w:pPr>
        <w:keepNext/>
        <w:spacing w:before="80" w:after="60" w:line="264" w:lineRule="auto"/>
        <w:ind w:firstLine="567"/>
        <w:rPr>
          <w:b/>
          <w:bCs/>
          <w:color w:val="000000"/>
        </w:rPr>
      </w:pPr>
      <w:r>
        <w:rPr>
          <w:b/>
          <w:bCs/>
          <w:color w:val="000000"/>
        </w:rPr>
        <w:t>1. Về kiến thức</w:t>
      </w:r>
    </w:p>
    <w:p w14:paraId="5F446F69" w14:textId="77777777" w:rsidR="00E56FE9" w:rsidRDefault="00ED40AF">
      <w:pPr>
        <w:keepNext/>
        <w:spacing w:before="80" w:after="60" w:line="264" w:lineRule="auto"/>
        <w:ind w:firstLine="567"/>
        <w:rPr>
          <w:b/>
          <w:bCs/>
          <w:color w:val="000000"/>
        </w:rPr>
      </w:pPr>
      <w:r>
        <w:rPr>
          <w:color w:val="000000"/>
        </w:rPr>
        <w:t>- Tiêu chí nhận biết một vấn đề thực tế phù hợp để ứng dụng AI như: việc lặp lại nhiều lần, có dữ liệu, cần nhận dạng hoặc dự đoán, lợi ích rõ, rủi ro kiểm soát được, có con người kiểm tra.</w:t>
      </w:r>
    </w:p>
    <w:p w14:paraId="5F72E862" w14:textId="77777777" w:rsidR="00E56FE9" w:rsidRDefault="00ED40AF">
      <w:pPr>
        <w:keepNext/>
        <w:spacing w:before="80" w:after="60" w:line="264" w:lineRule="auto"/>
        <w:ind w:firstLine="567"/>
        <w:rPr>
          <w:b/>
          <w:bCs/>
          <w:color w:val="000000"/>
        </w:rPr>
      </w:pPr>
      <w:r>
        <w:rPr>
          <w:color w:val="000000"/>
        </w:rPr>
        <w:t>- Năm nhóm chức năng của ứng dụng AI: nhận dạng, dự đoán, gợi ý, tạo nội dung, xử lí ngôn ngữ.</w:t>
      </w:r>
    </w:p>
    <w:p w14:paraId="5649DE41" w14:textId="77777777" w:rsidR="00E56FE9" w:rsidRDefault="00ED40AF">
      <w:pPr>
        <w:keepNext/>
        <w:spacing w:before="80" w:after="60" w:line="264" w:lineRule="auto"/>
        <w:ind w:firstLine="567"/>
        <w:rPr>
          <w:b/>
          <w:bCs/>
          <w:color w:val="000000"/>
        </w:rPr>
      </w:pPr>
      <w:r>
        <w:rPr>
          <w:color w:val="000000"/>
        </w:rPr>
        <w:t>- Các trường hợp AI hỗ trợ học tập: giải thích, gợi ý từng bước, tạo bài luyện tập, phản hồi lỗi, luyện nói; phần việc người học phải tự làm và tự kiểm chứng.</w:t>
      </w:r>
    </w:p>
    <w:p w14:paraId="6AE0379B" w14:textId="77777777" w:rsidR="00E56FE9" w:rsidRDefault="00ED40AF">
      <w:pPr>
        <w:keepNext/>
        <w:spacing w:before="80" w:after="60" w:line="264" w:lineRule="auto"/>
        <w:ind w:firstLine="567"/>
        <w:rPr>
          <w:b/>
          <w:bCs/>
          <w:color w:val="000000"/>
        </w:rPr>
      </w:pPr>
      <w:r>
        <w:rPr>
          <w:b/>
          <w:bCs/>
          <w:color w:val="000000"/>
        </w:rPr>
        <w:t>2. Về năng lực</w:t>
      </w:r>
    </w:p>
    <w:p w14:paraId="36C226E7" w14:textId="77777777" w:rsidR="00E56FE9" w:rsidRDefault="00ED40AF">
      <w:pPr>
        <w:keepNext/>
        <w:spacing w:after="60" w:line="264" w:lineRule="auto"/>
        <w:ind w:firstLine="567"/>
        <w:rPr>
          <w:b/>
          <w:bCs/>
          <w:color w:val="000000"/>
        </w:rPr>
      </w:pPr>
      <w:r>
        <w:rPr>
          <w:b/>
          <w:bCs/>
          <w:color w:val="000000"/>
        </w:rPr>
        <w:t>a) Năng lực đặc thù về AI – Các kĩ thuật và ứng dụng AI (NLc):</w:t>
      </w:r>
    </w:p>
    <w:p w14:paraId="515B2D7B" w14:textId="77777777" w:rsidR="00E56FE9" w:rsidRDefault="00ED40AF">
      <w:pPr>
        <w:pBdr>
          <w:top w:val="nil"/>
          <w:left w:val="nil"/>
          <w:bottom w:val="nil"/>
          <w:right w:val="nil"/>
          <w:between w:val="nil"/>
        </w:pBdr>
        <w:spacing w:after="60" w:line="264" w:lineRule="auto"/>
        <w:ind w:left="360" w:firstLine="567"/>
        <w:jc w:val="both"/>
        <w:rPr>
          <w:color w:val="000000"/>
        </w:rPr>
      </w:pPr>
      <w:r>
        <w:rPr>
          <w:color w:val="000000"/>
        </w:rPr>
        <w:t>- NLc (Các kĩ thuật và ứng dụng AI): xác định được một vấn đề thực tế ở Việt Nam (nông nghiệp, giáo dục, môi trường, cộng đồng dân tộc thiểu số) có thể ứng dụng AI; nêu được dữ liệu cần có, việc AI làm và việc con người phải làm (10.C2.1).</w:t>
      </w:r>
    </w:p>
    <w:p w14:paraId="31EC9F0D" w14:textId="77777777" w:rsidR="00E56FE9" w:rsidRDefault="00ED40AF">
      <w:pPr>
        <w:pBdr>
          <w:top w:val="nil"/>
          <w:left w:val="nil"/>
          <w:bottom w:val="nil"/>
          <w:right w:val="nil"/>
          <w:between w:val="nil"/>
        </w:pBdr>
        <w:spacing w:after="60" w:line="264" w:lineRule="auto"/>
        <w:ind w:left="360" w:firstLine="567"/>
        <w:jc w:val="both"/>
        <w:rPr>
          <w:color w:val="000000"/>
        </w:rPr>
      </w:pPr>
      <w:r>
        <w:rPr>
          <w:color w:val="000000"/>
        </w:rPr>
        <w:t>- NLc (Các kĩ thuật và ứng dụng AI): phân loại và liệt kê được các ứng dụng AI theo năm nhóm chức năng; tìm và kiểm chứng được thêm một ứng dụng thực tế ở Việt Nam bằng nguồn chính thống (10.C2.2).</w:t>
      </w:r>
    </w:p>
    <w:p w14:paraId="5D9E879E" w14:textId="77777777" w:rsidR="00E56FE9" w:rsidRDefault="00ED40AF">
      <w:pPr>
        <w:pBdr>
          <w:top w:val="nil"/>
          <w:left w:val="nil"/>
          <w:bottom w:val="nil"/>
          <w:right w:val="nil"/>
          <w:between w:val="nil"/>
        </w:pBdr>
        <w:spacing w:after="60" w:line="264" w:lineRule="auto"/>
        <w:ind w:left="360" w:firstLine="567"/>
        <w:jc w:val="both"/>
        <w:rPr>
          <w:color w:val="000000"/>
        </w:rPr>
      </w:pPr>
      <w:r>
        <w:rPr>
          <w:color w:val="000000"/>
        </w:rPr>
        <w:t>- NLc (Các kĩ thuật và ứng dụng AI): nêu và đánh giá được ví dụ dùng AI hỗ trợ học tập theo tiêu chí người học vẫn chủ động; xây dựng được kịch bản dùng AI cho một nhiệm vụ học tập (10.C2.3).</w:t>
      </w:r>
    </w:p>
    <w:p w14:paraId="25C5A6B2" w14:textId="77777777" w:rsidR="00E56FE9" w:rsidRDefault="00ED40AF">
      <w:pPr>
        <w:keepNext/>
        <w:spacing w:after="60" w:line="264" w:lineRule="auto"/>
        <w:ind w:firstLine="567"/>
        <w:rPr>
          <w:b/>
          <w:bCs/>
          <w:color w:val="000000"/>
        </w:rPr>
      </w:pPr>
      <w:r>
        <w:rPr>
          <w:b/>
          <w:bCs/>
          <w:color w:val="000000"/>
        </w:rPr>
        <w:lastRenderedPageBreak/>
        <w:t>b) Năng lực chung</w:t>
      </w:r>
    </w:p>
    <w:p w14:paraId="2A98BC87" w14:textId="77777777" w:rsidR="00E56FE9" w:rsidRDefault="00ED40AF">
      <w:pPr>
        <w:pBdr>
          <w:top w:val="nil"/>
          <w:left w:val="nil"/>
          <w:bottom w:val="nil"/>
          <w:right w:val="nil"/>
          <w:between w:val="nil"/>
        </w:pBdr>
        <w:spacing w:after="60" w:line="264" w:lineRule="auto"/>
        <w:ind w:left="360" w:firstLine="567"/>
        <w:jc w:val="both"/>
        <w:rPr>
          <w:color w:val="000000"/>
        </w:rPr>
      </w:pPr>
      <w:r>
        <w:rPr>
          <w:color w:val="000000"/>
        </w:rPr>
        <w:t xml:space="preserve">- </w:t>
      </w:r>
      <w:r>
        <w:rPr>
          <w:b/>
          <w:bCs/>
          <w:color w:val="000000"/>
        </w:rPr>
        <w:t xml:space="preserve">Giao tiếp và hợp tác: </w:t>
      </w:r>
      <w:r>
        <w:rPr>
          <w:color w:val="000000"/>
        </w:rPr>
        <w:t>Trình bày được đề xuất của nhóm trong 60 giây có số liệu, nguồn; phản biện đề xuất của nhóm bạn theo tiêu chí đã đề ra.</w:t>
      </w:r>
    </w:p>
    <w:p w14:paraId="408553EB" w14:textId="77777777" w:rsidR="00E56FE9" w:rsidRDefault="00ED40AF">
      <w:pPr>
        <w:pBdr>
          <w:top w:val="nil"/>
          <w:left w:val="nil"/>
          <w:bottom w:val="nil"/>
          <w:right w:val="nil"/>
          <w:between w:val="nil"/>
        </w:pBdr>
        <w:spacing w:after="60" w:line="264" w:lineRule="auto"/>
        <w:ind w:left="360" w:firstLine="567"/>
        <w:jc w:val="both"/>
        <w:rPr>
          <w:color w:val="000000"/>
        </w:rPr>
      </w:pPr>
      <w:r>
        <w:rPr>
          <w:color w:val="000000"/>
        </w:rPr>
        <w:t xml:space="preserve">- </w:t>
      </w:r>
      <w:r>
        <w:rPr>
          <w:b/>
          <w:bCs/>
          <w:color w:val="000000"/>
        </w:rPr>
        <w:t xml:space="preserve">Giải quyết vấn đề và sáng tạo: </w:t>
      </w:r>
      <w:r>
        <w:rPr>
          <w:color w:val="000000"/>
        </w:rPr>
        <w:t>Đề xuất được cách ứng dụng AI phù hợp cho một vấn đề cụ thể, chỉ ra cả trường hợp không nên dùng AI.</w:t>
      </w:r>
    </w:p>
    <w:p w14:paraId="55F14625" w14:textId="77777777" w:rsidR="00E56FE9" w:rsidRDefault="00ED40AF">
      <w:pPr>
        <w:pBdr>
          <w:top w:val="nil"/>
          <w:left w:val="nil"/>
          <w:bottom w:val="nil"/>
          <w:right w:val="nil"/>
          <w:between w:val="nil"/>
        </w:pBdr>
        <w:spacing w:after="60" w:line="264" w:lineRule="auto"/>
        <w:ind w:left="360" w:firstLine="567"/>
        <w:jc w:val="both"/>
        <w:rPr>
          <w:color w:val="000000"/>
        </w:rPr>
      </w:pPr>
      <w:r>
        <w:rPr>
          <w:color w:val="000000"/>
        </w:rPr>
        <w:t xml:space="preserve">- </w:t>
      </w:r>
      <w:r>
        <w:rPr>
          <w:b/>
          <w:bCs/>
          <w:color w:val="000000"/>
        </w:rPr>
        <w:t xml:space="preserve">Tự chủ và tự học: </w:t>
      </w:r>
      <w:r>
        <w:rPr>
          <w:color w:val="000000"/>
        </w:rPr>
        <w:t>Lập được kịch bản dùng AI cho việc học của bản thân, có bước tự làm và tự kiểm chứng.</w:t>
      </w:r>
    </w:p>
    <w:p w14:paraId="241CE93D" w14:textId="77777777" w:rsidR="00E56FE9" w:rsidRDefault="00ED40AF">
      <w:pPr>
        <w:keepNext/>
        <w:spacing w:before="80" w:after="60" w:line="264" w:lineRule="auto"/>
        <w:ind w:firstLine="567"/>
        <w:rPr>
          <w:b/>
          <w:bCs/>
          <w:color w:val="000000"/>
        </w:rPr>
      </w:pPr>
      <w:r>
        <w:rPr>
          <w:b/>
          <w:bCs/>
          <w:color w:val="000000"/>
        </w:rPr>
        <w:t>3. Về phẩm chất</w:t>
      </w:r>
    </w:p>
    <w:p w14:paraId="042C7CF1" w14:textId="77777777" w:rsidR="00E56FE9" w:rsidRDefault="00ED40AF">
      <w:pPr>
        <w:pBdr>
          <w:top w:val="nil"/>
          <w:left w:val="nil"/>
          <w:bottom w:val="nil"/>
          <w:right w:val="nil"/>
          <w:between w:val="nil"/>
        </w:pBdr>
        <w:spacing w:after="60" w:line="264" w:lineRule="auto"/>
        <w:ind w:left="360" w:firstLine="567"/>
        <w:jc w:val="both"/>
        <w:rPr>
          <w:color w:val="000000"/>
        </w:rPr>
      </w:pPr>
      <w:r>
        <w:rPr>
          <w:color w:val="000000"/>
        </w:rPr>
        <w:t xml:space="preserve">- </w:t>
      </w:r>
      <w:r>
        <w:rPr>
          <w:b/>
          <w:bCs/>
          <w:color w:val="000000"/>
        </w:rPr>
        <w:t xml:space="preserve">Trách nhiệm: </w:t>
      </w:r>
      <w:r>
        <w:rPr>
          <w:color w:val="000000"/>
        </w:rPr>
        <w:t>Ghi rõ nguồn khi nêu ứng dụng thực tế; nêu được vai trò con người trong đề xuất của nhóm.</w:t>
      </w:r>
    </w:p>
    <w:p w14:paraId="39C1CA5F" w14:textId="77777777" w:rsidR="00E56FE9" w:rsidRDefault="00ED40AF">
      <w:pPr>
        <w:pBdr>
          <w:top w:val="nil"/>
          <w:left w:val="nil"/>
          <w:bottom w:val="nil"/>
          <w:right w:val="nil"/>
          <w:between w:val="nil"/>
        </w:pBdr>
        <w:spacing w:after="60" w:line="264" w:lineRule="auto"/>
        <w:ind w:left="360" w:firstLine="567"/>
        <w:jc w:val="both"/>
        <w:rPr>
          <w:color w:val="000000"/>
        </w:rPr>
      </w:pPr>
      <w:r>
        <w:rPr>
          <w:color w:val="000000"/>
        </w:rPr>
        <w:t xml:space="preserve">- </w:t>
      </w:r>
      <w:r>
        <w:rPr>
          <w:b/>
          <w:bCs/>
          <w:color w:val="000000"/>
        </w:rPr>
        <w:t xml:space="preserve">Trung thực: </w:t>
      </w:r>
      <w:r>
        <w:rPr>
          <w:color w:val="000000"/>
        </w:rPr>
        <w:t>Khai báo đúng phần việc có dùng AI trong sản phẩm; báo đúng kết quả kiểm chứng, kể cả khi AI trả lời sai.</w:t>
      </w:r>
    </w:p>
    <w:p w14:paraId="5A7D676A" w14:textId="77777777" w:rsidR="00E56FE9" w:rsidRDefault="00ED40AF">
      <w:pPr>
        <w:pBdr>
          <w:top w:val="nil"/>
          <w:left w:val="nil"/>
          <w:bottom w:val="nil"/>
          <w:right w:val="nil"/>
          <w:between w:val="nil"/>
        </w:pBdr>
        <w:spacing w:after="60" w:line="264" w:lineRule="auto"/>
        <w:ind w:left="360" w:firstLine="567"/>
        <w:jc w:val="both"/>
        <w:rPr>
          <w:color w:val="000000"/>
        </w:rPr>
      </w:pPr>
      <w:r>
        <w:rPr>
          <w:color w:val="000000"/>
        </w:rPr>
        <w:t xml:space="preserve">- </w:t>
      </w:r>
      <w:r>
        <w:rPr>
          <w:b/>
          <w:bCs/>
          <w:color w:val="000000"/>
        </w:rPr>
        <w:t xml:space="preserve">Nhân ái: </w:t>
      </w:r>
      <w:r>
        <w:rPr>
          <w:color w:val="000000"/>
        </w:rPr>
        <w:t>Tôn trọng tiếng nói, văn hoá và nhu cầu của cộng đồng khi đề xuất giải pháp; không áp đặt giải pháp từ bên ngoài.</w:t>
      </w:r>
    </w:p>
    <w:p w14:paraId="17F54399" w14:textId="77777777" w:rsidR="00E56FE9" w:rsidRDefault="00ED40AF">
      <w:pPr>
        <w:pStyle w:val="Heading1"/>
        <w:spacing w:before="160" w:after="60" w:line="264" w:lineRule="auto"/>
      </w:pPr>
      <w:r>
        <w:t>II. THIẾT BỊ DẠY HỌC VÀ HỌC LIỆU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00" w:firstRow="0" w:lastRow="0" w:firstColumn="0" w:lastColumn="0" w:noHBand="0" w:noVBand="1"/>
      </w:tblPr>
      <w:tblGrid>
        <w:gridCol w:w="1361"/>
        <w:gridCol w:w="3969"/>
        <w:gridCol w:w="3741"/>
      </w:tblGrid>
      <w:tr w:rsidR="00E56FE9" w14:paraId="04CB6779" w14:textId="77777777">
        <w:trPr>
          <w:tblHeader/>
          <w:jc w:val="center"/>
        </w:trPr>
        <w:tc>
          <w:tcPr>
            <w:tcW w:w="1361" w:type="dxa"/>
            <w:tcMar>
              <w:top w:w="100" w:type="dxa"/>
              <w:left w:w="110" w:type="dxa"/>
              <w:bottom w:w="100" w:type="dxa"/>
              <w:right w:w="110" w:type="dxa"/>
            </w:tcMar>
            <w:vAlign w:val="center"/>
          </w:tcPr>
          <w:p w14:paraId="372F0240" w14:textId="77777777" w:rsidR="00E56FE9" w:rsidRDefault="00ED40AF">
            <w:pPr>
              <w:spacing w:after="0" w:line="240" w:lineRule="auto"/>
              <w:jc w:val="center"/>
              <w:rPr>
                <w:color w:val="000000"/>
              </w:rPr>
            </w:pPr>
            <w:r>
              <w:rPr>
                <w:b/>
                <w:bCs/>
                <w:color w:val="000000"/>
                <w:sz w:val="22"/>
                <w:szCs w:val="22"/>
              </w:rPr>
              <w:t>Nhóm</w:t>
            </w:r>
          </w:p>
        </w:tc>
        <w:tc>
          <w:tcPr>
            <w:tcW w:w="3969" w:type="dxa"/>
            <w:tcMar>
              <w:top w:w="100" w:type="dxa"/>
              <w:left w:w="110" w:type="dxa"/>
              <w:bottom w:w="100" w:type="dxa"/>
              <w:right w:w="110" w:type="dxa"/>
            </w:tcMar>
            <w:vAlign w:val="center"/>
          </w:tcPr>
          <w:p w14:paraId="21761789" w14:textId="77777777" w:rsidR="00E56FE9" w:rsidRDefault="00ED40AF">
            <w:pPr>
              <w:spacing w:after="0" w:line="240" w:lineRule="auto"/>
              <w:jc w:val="center"/>
              <w:rPr>
                <w:color w:val="000000"/>
              </w:rPr>
            </w:pPr>
            <w:r>
              <w:rPr>
                <w:b/>
                <w:bCs/>
                <w:color w:val="000000"/>
                <w:sz w:val="22"/>
                <w:szCs w:val="22"/>
              </w:rPr>
              <w:t>Chuẩn bị</w:t>
            </w:r>
          </w:p>
        </w:tc>
        <w:tc>
          <w:tcPr>
            <w:tcW w:w="3741" w:type="dxa"/>
            <w:tcMar>
              <w:top w:w="100" w:type="dxa"/>
              <w:left w:w="110" w:type="dxa"/>
              <w:bottom w:w="100" w:type="dxa"/>
              <w:right w:w="110" w:type="dxa"/>
            </w:tcMar>
            <w:vAlign w:val="center"/>
          </w:tcPr>
          <w:p w14:paraId="4A71A4C8" w14:textId="77777777" w:rsidR="00E56FE9" w:rsidRDefault="00ED40AF">
            <w:pPr>
              <w:spacing w:after="0" w:line="240" w:lineRule="auto"/>
              <w:jc w:val="center"/>
              <w:rPr>
                <w:color w:val="000000"/>
              </w:rPr>
            </w:pPr>
            <w:r>
              <w:rPr>
                <w:b/>
                <w:bCs/>
                <w:color w:val="000000"/>
                <w:sz w:val="22"/>
                <w:szCs w:val="22"/>
              </w:rPr>
              <w:t xml:space="preserve">Phương án thay thế </w:t>
            </w:r>
            <w:r>
              <w:rPr>
                <w:b/>
                <w:bCs/>
                <w:color w:val="000000"/>
                <w:sz w:val="22"/>
                <w:szCs w:val="22"/>
              </w:rPr>
              <w:br/>
              <w:t>hoặc lưu ý an toàn</w:t>
            </w:r>
          </w:p>
        </w:tc>
      </w:tr>
      <w:tr w:rsidR="00E56FE9" w14:paraId="4372825D" w14:textId="77777777">
        <w:trPr>
          <w:cantSplit/>
          <w:jc w:val="center"/>
        </w:trPr>
        <w:tc>
          <w:tcPr>
            <w:tcW w:w="1361" w:type="dxa"/>
            <w:tcMar>
              <w:top w:w="100" w:type="dxa"/>
              <w:left w:w="110" w:type="dxa"/>
              <w:bottom w:w="100" w:type="dxa"/>
              <w:right w:w="110" w:type="dxa"/>
            </w:tcMar>
            <w:vAlign w:val="center"/>
          </w:tcPr>
          <w:p w14:paraId="0A4D4622" w14:textId="77777777" w:rsidR="00E56FE9" w:rsidRDefault="00ED40AF">
            <w:pPr>
              <w:spacing w:after="0" w:line="240" w:lineRule="auto"/>
              <w:jc w:val="center"/>
              <w:rPr>
                <w:color w:val="000000"/>
              </w:rPr>
            </w:pPr>
            <w:r>
              <w:rPr>
                <w:b/>
                <w:bCs/>
                <w:color w:val="000000"/>
                <w:sz w:val="22"/>
                <w:szCs w:val="22"/>
              </w:rPr>
              <w:t>GV</w:t>
            </w:r>
          </w:p>
        </w:tc>
        <w:tc>
          <w:tcPr>
            <w:tcW w:w="3969" w:type="dxa"/>
            <w:tcMar>
              <w:top w:w="100" w:type="dxa"/>
              <w:left w:w="110" w:type="dxa"/>
              <w:bottom w:w="100" w:type="dxa"/>
              <w:right w:w="110" w:type="dxa"/>
            </w:tcMar>
          </w:tcPr>
          <w:p w14:paraId="51882A2B" w14:textId="77777777" w:rsidR="00E56FE9" w:rsidRDefault="00ED40AF">
            <w:pPr>
              <w:spacing w:after="0" w:line="240" w:lineRule="auto"/>
              <w:jc w:val="both"/>
              <w:rPr>
                <w:color w:val="000000"/>
              </w:rPr>
            </w:pPr>
            <w:r>
              <w:rPr>
                <w:sz w:val="22"/>
                <w:szCs w:val="22"/>
              </w:rPr>
              <w:t>Máy tính có Internet, máy chiếu; bài trình chiếu; Phiếu học tập 10.3.1–3 dạng tệp chia sẻ trên hệ thống học tập của trường; 12 thẻ ứng dụng, danh mục 6 đường liên kết (cuối PL10.3.2; GV</w:t>
            </w:r>
            <w:r>
              <w:rPr>
                <w:sz w:val="24"/>
                <w:szCs w:val="24"/>
              </w:rPr>
              <w:t xml:space="preserve"> </w:t>
            </w:r>
            <w:r>
              <w:rPr>
                <w:sz w:val="22"/>
                <w:szCs w:val="22"/>
              </w:rPr>
              <w:t>cần kiểm tra lại từng đường liên kết trước giờ dạy) và kết quả mẫu ở Phụ lục; thư mục lớp để HS nộp sản phẩm.</w:t>
            </w:r>
          </w:p>
          <w:p w14:paraId="6FC686B7" w14:textId="77777777" w:rsidR="00E56FE9" w:rsidRDefault="00ED40AF">
            <w:pPr>
              <w:spacing w:after="0" w:line="240" w:lineRule="auto"/>
              <w:jc w:val="both"/>
              <w:rPr>
                <w:color w:val="000000"/>
              </w:rPr>
            </w:pPr>
            <w:r>
              <w:rPr>
                <w:sz w:val="22"/>
                <w:szCs w:val="22"/>
              </w:rPr>
              <w:t>Số tờ in (ước tính theo bản Word, 9 nhóm và 1 bộ dự phòng): bài dùng phiếu điện tử, không bắt buộc in. Nếu in, mỗi nhóm khoảng 3 trang (PL10.3.1–4), in hai mặt thành 2 tờ; tổng khoảng 20 tờ A4.</w:t>
            </w:r>
          </w:p>
        </w:tc>
        <w:tc>
          <w:tcPr>
            <w:tcW w:w="3741" w:type="dxa"/>
            <w:tcMar>
              <w:top w:w="100" w:type="dxa"/>
              <w:left w:w="110" w:type="dxa"/>
              <w:bottom w:w="100" w:type="dxa"/>
              <w:right w:w="110" w:type="dxa"/>
            </w:tcMar>
          </w:tcPr>
          <w:p w14:paraId="2E2B052E" w14:textId="77777777" w:rsidR="00E56FE9" w:rsidRDefault="00ED40AF">
            <w:pPr>
              <w:spacing w:after="0" w:line="240" w:lineRule="auto"/>
              <w:jc w:val="both"/>
              <w:rPr>
                <w:color w:val="000000"/>
              </w:rPr>
            </w:pPr>
            <w:r>
              <w:rPr>
                <w:sz w:val="22"/>
                <w:szCs w:val="22"/>
              </w:rPr>
              <w:t>Kiểm tra trước giờ học công cụ AI dùng trong bài và điều kiện độ tuổi; chuẩn bị kết quả mẫu ở PL10.3.3 để dùng khi công cụ lỗi. Tên người, số liệu trong tình huống là giả định.</w:t>
            </w:r>
          </w:p>
        </w:tc>
      </w:tr>
      <w:tr w:rsidR="00E56FE9" w14:paraId="2A292ADF" w14:textId="77777777">
        <w:trPr>
          <w:cantSplit/>
          <w:jc w:val="center"/>
        </w:trPr>
        <w:tc>
          <w:tcPr>
            <w:tcW w:w="1361" w:type="dxa"/>
            <w:tcMar>
              <w:top w:w="100" w:type="dxa"/>
              <w:left w:w="110" w:type="dxa"/>
              <w:bottom w:w="100" w:type="dxa"/>
              <w:right w:w="110" w:type="dxa"/>
            </w:tcMar>
            <w:vAlign w:val="center"/>
          </w:tcPr>
          <w:p w14:paraId="1AFFFCA9" w14:textId="77777777" w:rsidR="00E56FE9" w:rsidRDefault="00ED40AF">
            <w:pPr>
              <w:spacing w:after="0" w:line="240" w:lineRule="auto"/>
              <w:jc w:val="center"/>
              <w:rPr>
                <w:color w:val="000000"/>
              </w:rPr>
            </w:pPr>
            <w:r>
              <w:rPr>
                <w:b/>
                <w:bCs/>
                <w:color w:val="000000"/>
                <w:sz w:val="22"/>
                <w:szCs w:val="22"/>
              </w:rPr>
              <w:t>HS</w:t>
            </w:r>
          </w:p>
        </w:tc>
        <w:tc>
          <w:tcPr>
            <w:tcW w:w="3969" w:type="dxa"/>
            <w:tcMar>
              <w:top w:w="100" w:type="dxa"/>
              <w:left w:w="110" w:type="dxa"/>
              <w:bottom w:w="100" w:type="dxa"/>
              <w:right w:w="110" w:type="dxa"/>
            </w:tcMar>
          </w:tcPr>
          <w:p w14:paraId="698C8ED2" w14:textId="77777777" w:rsidR="00E56FE9" w:rsidRDefault="00ED40AF">
            <w:pPr>
              <w:spacing w:after="0" w:line="240" w:lineRule="auto"/>
              <w:jc w:val="both"/>
              <w:rPr>
                <w:color w:val="000000"/>
              </w:rPr>
            </w:pPr>
            <w:r>
              <w:rPr>
                <w:sz w:val="22"/>
                <w:szCs w:val="22"/>
              </w:rPr>
              <w:t>Máy tính có Internet (1 máy/1–2 HS), trình duyệt; tài khoản học tập do nhà trường cấp; vở ghi. Nhóm 4 bạn, luân phiên vai trò: điều hành, thư kí, kiểm chứng nguồn, báo cáo. Kiến thức nền: không đòi hỏi kiến thức AI trước; GV nhắc lại về vai trò kiểm soát của con người và quy tắc dùng AI của trường.</w:t>
            </w:r>
          </w:p>
        </w:tc>
        <w:tc>
          <w:tcPr>
            <w:tcW w:w="3741" w:type="dxa"/>
            <w:tcMar>
              <w:top w:w="100" w:type="dxa"/>
              <w:left w:w="110" w:type="dxa"/>
              <w:bottom w:w="100" w:type="dxa"/>
              <w:right w:w="110" w:type="dxa"/>
            </w:tcMar>
          </w:tcPr>
          <w:p w14:paraId="50500DAB" w14:textId="77777777" w:rsidR="00E56FE9" w:rsidRDefault="00ED40AF">
            <w:pPr>
              <w:spacing w:after="0" w:line="240" w:lineRule="auto"/>
              <w:jc w:val="both"/>
              <w:rPr>
                <w:color w:val="000000"/>
              </w:rPr>
            </w:pPr>
            <w:r>
              <w:rPr>
                <w:sz w:val="22"/>
                <w:szCs w:val="22"/>
              </w:rPr>
              <w:t>Không tự lập tài khoản cá nhân trên công cụ AI; không nhập họ tên, ảnh, số điện thoại, địa chỉ hay thông tin của người khác. Lưu lại đường dẫn nguồn và đầu ra AI vào phiếu để kiểm chứng.</w:t>
            </w:r>
          </w:p>
        </w:tc>
      </w:tr>
      <w:tr w:rsidR="00E56FE9" w14:paraId="3D5D07AF" w14:textId="77777777">
        <w:trPr>
          <w:cantSplit/>
          <w:jc w:val="center"/>
        </w:trPr>
        <w:tc>
          <w:tcPr>
            <w:tcW w:w="1361" w:type="dxa"/>
            <w:tcMar>
              <w:top w:w="100" w:type="dxa"/>
              <w:left w:w="110" w:type="dxa"/>
              <w:bottom w:w="100" w:type="dxa"/>
              <w:right w:w="110" w:type="dxa"/>
            </w:tcMar>
            <w:vAlign w:val="center"/>
          </w:tcPr>
          <w:p w14:paraId="085E6703" w14:textId="77777777" w:rsidR="00E56FE9" w:rsidRDefault="00ED40AF">
            <w:pPr>
              <w:spacing w:after="0" w:line="240" w:lineRule="auto"/>
              <w:jc w:val="center"/>
              <w:rPr>
                <w:color w:val="000000"/>
              </w:rPr>
            </w:pPr>
            <w:r>
              <w:rPr>
                <w:b/>
                <w:bCs/>
                <w:color w:val="000000"/>
                <w:sz w:val="22"/>
                <w:szCs w:val="22"/>
              </w:rPr>
              <w:t>Công cụ AI</w:t>
            </w:r>
          </w:p>
        </w:tc>
        <w:tc>
          <w:tcPr>
            <w:tcW w:w="3969" w:type="dxa"/>
            <w:tcMar>
              <w:top w:w="100" w:type="dxa"/>
              <w:left w:w="110" w:type="dxa"/>
              <w:bottom w:w="100" w:type="dxa"/>
              <w:right w:w="110" w:type="dxa"/>
            </w:tcMar>
          </w:tcPr>
          <w:p w14:paraId="28A281D5" w14:textId="77777777" w:rsidR="00E56FE9" w:rsidRDefault="00ED40AF">
            <w:pPr>
              <w:spacing w:after="0" w:line="240" w:lineRule="auto"/>
              <w:jc w:val="both"/>
              <w:rPr>
                <w:color w:val="000000"/>
              </w:rPr>
            </w:pPr>
            <w:r>
              <w:rPr>
                <w:sz w:val="22"/>
                <w:szCs w:val="22"/>
              </w:rPr>
              <w:t>Một chatbot AI tạo sinh được nhà trường cho phép (dùng tài khoản trường cấp hoặc chế độ không đăng nhập), dùng ở Hoạt động 2.3 và 3; trình duyệt để tra nguồn chính thống ở Hoạt động 2.2. GV ghi tên công cụ cụ thể nhà trường cho phép. Cách dùng: HS thao tác theo cặp trên máy của trường; dữ liệu được nhập chỉ gồm câu lệnh mẫu và đề bài trong phiếu; GV kiểm soát thời gian và nội dung.</w:t>
            </w:r>
          </w:p>
        </w:tc>
        <w:tc>
          <w:tcPr>
            <w:tcW w:w="3741" w:type="dxa"/>
            <w:tcMar>
              <w:top w:w="100" w:type="dxa"/>
              <w:left w:w="110" w:type="dxa"/>
              <w:bottom w:w="100" w:type="dxa"/>
              <w:right w:w="110" w:type="dxa"/>
            </w:tcMar>
          </w:tcPr>
          <w:p w14:paraId="7D5B9481" w14:textId="77777777" w:rsidR="00E56FE9" w:rsidRDefault="00ED40AF">
            <w:pPr>
              <w:spacing w:after="0" w:line="240" w:lineRule="auto"/>
              <w:jc w:val="both"/>
              <w:rPr>
                <w:color w:val="000000"/>
              </w:rPr>
            </w:pPr>
            <w:r>
              <w:rPr>
                <w:sz w:val="22"/>
                <w:szCs w:val="22"/>
              </w:rPr>
              <w:t>Kết quả đầu ra của chatbot có thể sai sót; HS phải đối chiếu với SGK, tự giải lại hoặc hỏi GV. Chỉ dùng các câu lệnh phục vụ nhiệm vụ học tập trong bài; dừng và báo GV nếu xuất hiện nội dung không phù hợp. Khi mất mạng hoặc công cụ lỗi: dùng kết quả mẫu và nhật kí mẫu ở PL10.3.3.</w:t>
            </w:r>
          </w:p>
        </w:tc>
      </w:tr>
    </w:tbl>
    <w:p w14:paraId="34FC90ED" w14:textId="77777777" w:rsidR="00E56FE9" w:rsidRDefault="00ED40AF">
      <w:pPr>
        <w:spacing w:after="60" w:line="264" w:lineRule="auto"/>
      </w:pPr>
      <w:r>
        <w:rPr>
          <w:b/>
        </w:rPr>
        <w:t>Gợi ý tích hợp liên môn (với lớp có học môn này):</w:t>
      </w:r>
    </w:p>
    <w:p w14:paraId="5850B175" w14:textId="77777777" w:rsidR="00E56FE9" w:rsidRDefault="00ED40AF">
      <w:pPr>
        <w:spacing w:after="60" w:line="264" w:lineRule="auto"/>
      </w:pPr>
      <w:r>
        <w:t>Môn phối hợp: Ngữ văn, GDKT&amp;PL. Nội dung phối hợp: vùng đồng bào dân tộc thiểu số, đa dạng văn hoá, ngôn ngữ (ví dụ tiếng Mông), truyền thông cộng đồng, chính sách phát triển. Cách dạy cùng: Ngữ văn hỗ trợ diễn đạt nội dung tuyên truyền; GDKT&amp;PL bàn về tôn trọng văn hoá, không áp đặt giải pháp. Lưu ý: dữ liệu, hồ sơ tình huống là giả định trong bài.</w:t>
      </w:r>
    </w:p>
    <w:p w14:paraId="2AB4BBC8" w14:textId="77777777" w:rsidR="00E56FE9" w:rsidRDefault="00ED40AF">
      <w:pPr>
        <w:pStyle w:val="Heading1"/>
        <w:spacing w:before="160" w:after="60" w:line="264" w:lineRule="auto"/>
      </w:pPr>
      <w:r>
        <w:t>III. TIẾN TRÌNH DẠY HỌC</w:t>
      </w:r>
    </w:p>
    <w:p w14:paraId="7294BF2B" w14:textId="77777777" w:rsidR="00E56FE9" w:rsidRDefault="00ED40AF">
      <w:pPr>
        <w:keepNext/>
        <w:spacing w:before="80" w:after="60" w:line="264" w:lineRule="auto"/>
        <w:ind w:firstLine="567"/>
        <w:rPr>
          <w:b/>
          <w:bCs/>
          <w:color w:val="000000"/>
        </w:rPr>
      </w:pPr>
      <w:r>
        <w:rPr>
          <w:b/>
          <w:bCs/>
          <w:color w:val="000000"/>
        </w:rPr>
        <w:t>1. Bảng khái quát tiến trình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871"/>
        <w:gridCol w:w="1247"/>
        <w:gridCol w:w="2835"/>
        <w:gridCol w:w="2211"/>
        <w:gridCol w:w="907"/>
      </w:tblGrid>
      <w:tr w:rsidR="00E56FE9" w14:paraId="13A9B03B" w14:textId="77777777">
        <w:trPr>
          <w:tblHeader/>
          <w:jc w:val="center"/>
        </w:trPr>
        <w:tc>
          <w:tcPr>
            <w:tcW w:w="1871" w:type="dxa"/>
            <w:tcMar>
              <w:top w:w="100" w:type="dxa"/>
              <w:left w:w="100" w:type="dxa"/>
              <w:bottom w:w="100" w:type="dxa"/>
              <w:right w:w="100" w:type="dxa"/>
            </w:tcMar>
            <w:vAlign w:val="center"/>
          </w:tcPr>
          <w:p w14:paraId="4F76DAD1" w14:textId="77777777" w:rsidR="00E56FE9" w:rsidRDefault="00ED40AF">
            <w:pPr>
              <w:spacing w:after="0" w:line="240" w:lineRule="auto"/>
              <w:jc w:val="center"/>
            </w:pPr>
            <w:r>
              <w:rPr>
                <w:b/>
                <w:sz w:val="22"/>
                <w:szCs w:val="22"/>
              </w:rPr>
              <w:t>Hoạt động</w:t>
            </w:r>
          </w:p>
        </w:tc>
        <w:tc>
          <w:tcPr>
            <w:tcW w:w="1247" w:type="dxa"/>
            <w:tcMar>
              <w:top w:w="100" w:type="dxa"/>
              <w:left w:w="100" w:type="dxa"/>
              <w:bottom w:w="100" w:type="dxa"/>
              <w:right w:w="100" w:type="dxa"/>
            </w:tcMar>
            <w:vAlign w:val="center"/>
          </w:tcPr>
          <w:p w14:paraId="1DB56A0E" w14:textId="77777777" w:rsidR="00E56FE9" w:rsidRDefault="00ED40AF">
            <w:pPr>
              <w:spacing w:after="0" w:line="240" w:lineRule="auto"/>
              <w:jc w:val="center"/>
            </w:pPr>
            <w:r>
              <w:rPr>
                <w:b/>
                <w:sz w:val="22"/>
                <w:szCs w:val="22"/>
              </w:rPr>
              <w:t>Mục tiêu YCCĐ</w:t>
            </w:r>
          </w:p>
        </w:tc>
        <w:tc>
          <w:tcPr>
            <w:tcW w:w="2835" w:type="dxa"/>
            <w:tcMar>
              <w:top w:w="100" w:type="dxa"/>
              <w:left w:w="100" w:type="dxa"/>
              <w:bottom w:w="100" w:type="dxa"/>
              <w:right w:w="100" w:type="dxa"/>
            </w:tcMar>
            <w:vAlign w:val="center"/>
          </w:tcPr>
          <w:p w14:paraId="53B264AA" w14:textId="77777777" w:rsidR="00E56FE9" w:rsidRDefault="00ED40AF">
            <w:pPr>
              <w:spacing w:after="0" w:line="240" w:lineRule="auto"/>
              <w:jc w:val="center"/>
            </w:pPr>
            <w:r>
              <w:rPr>
                <w:b/>
                <w:sz w:val="22"/>
                <w:szCs w:val="22"/>
              </w:rPr>
              <w:t>Nội dung trọng tâm</w:t>
            </w:r>
          </w:p>
        </w:tc>
        <w:tc>
          <w:tcPr>
            <w:tcW w:w="2211" w:type="dxa"/>
            <w:tcMar>
              <w:top w:w="100" w:type="dxa"/>
              <w:left w:w="100" w:type="dxa"/>
              <w:bottom w:w="100" w:type="dxa"/>
              <w:right w:w="100" w:type="dxa"/>
            </w:tcMar>
            <w:vAlign w:val="center"/>
          </w:tcPr>
          <w:p w14:paraId="7DCCB5D4" w14:textId="77777777" w:rsidR="00E56FE9" w:rsidRDefault="00ED40AF">
            <w:pPr>
              <w:spacing w:after="0" w:line="240" w:lineRule="auto"/>
              <w:jc w:val="center"/>
            </w:pPr>
            <w:r>
              <w:rPr>
                <w:b/>
                <w:sz w:val="22"/>
                <w:szCs w:val="22"/>
              </w:rPr>
              <w:t>SP MC dự kiến</w:t>
            </w:r>
          </w:p>
        </w:tc>
        <w:tc>
          <w:tcPr>
            <w:tcW w:w="907" w:type="dxa"/>
            <w:tcMar>
              <w:top w:w="100" w:type="dxa"/>
              <w:left w:w="100" w:type="dxa"/>
              <w:bottom w:w="100" w:type="dxa"/>
              <w:right w:w="100" w:type="dxa"/>
            </w:tcMar>
            <w:vAlign w:val="center"/>
          </w:tcPr>
          <w:p w14:paraId="316891AF" w14:textId="77777777" w:rsidR="00E56FE9" w:rsidRDefault="00ED40AF">
            <w:pPr>
              <w:spacing w:after="0" w:line="240" w:lineRule="auto"/>
              <w:jc w:val="center"/>
            </w:pPr>
            <w:r>
              <w:rPr>
                <w:b/>
                <w:sz w:val="22"/>
                <w:szCs w:val="22"/>
              </w:rPr>
              <w:t>Thời lượng</w:t>
            </w:r>
          </w:p>
        </w:tc>
      </w:tr>
      <w:tr w:rsidR="00E56FE9" w14:paraId="1C992171" w14:textId="77777777">
        <w:trPr>
          <w:cantSplit/>
          <w:jc w:val="center"/>
        </w:trPr>
        <w:tc>
          <w:tcPr>
            <w:tcW w:w="1871" w:type="dxa"/>
            <w:tcMar>
              <w:top w:w="110" w:type="dxa"/>
              <w:left w:w="110" w:type="dxa"/>
              <w:bottom w:w="110" w:type="dxa"/>
              <w:right w:w="110" w:type="dxa"/>
            </w:tcMar>
          </w:tcPr>
          <w:p w14:paraId="6FDA901D" w14:textId="77777777" w:rsidR="00E56FE9" w:rsidRDefault="00ED40AF">
            <w:pPr>
              <w:spacing w:after="0" w:line="240" w:lineRule="auto"/>
            </w:pPr>
            <w:r>
              <w:rPr>
                <w:b/>
                <w:bCs/>
                <w:sz w:val="22"/>
                <w:szCs w:val="22"/>
              </w:rPr>
              <w:t>1. Mở đầu (tiết 1)</w:t>
            </w:r>
          </w:p>
        </w:tc>
        <w:tc>
          <w:tcPr>
            <w:tcW w:w="1247" w:type="dxa"/>
            <w:tcMar>
              <w:top w:w="110" w:type="dxa"/>
              <w:left w:w="110" w:type="dxa"/>
              <w:bottom w:w="110" w:type="dxa"/>
              <w:right w:w="110" w:type="dxa"/>
            </w:tcMar>
          </w:tcPr>
          <w:p w14:paraId="2ED789B8" w14:textId="77777777" w:rsidR="00E56FE9" w:rsidRDefault="00ED40AF">
            <w:pPr>
              <w:spacing w:after="0" w:line="240" w:lineRule="auto"/>
            </w:pPr>
            <w:r>
              <w:rPr>
                <w:sz w:val="22"/>
                <w:szCs w:val="22"/>
              </w:rPr>
              <w:t>Khởi động vào bài học (định hướng 10.C2.1)</w:t>
            </w:r>
          </w:p>
        </w:tc>
        <w:tc>
          <w:tcPr>
            <w:tcW w:w="2835" w:type="dxa"/>
            <w:tcMar>
              <w:top w:w="110" w:type="dxa"/>
              <w:left w:w="110" w:type="dxa"/>
              <w:bottom w:w="110" w:type="dxa"/>
              <w:right w:w="110" w:type="dxa"/>
            </w:tcMar>
          </w:tcPr>
          <w:p w14:paraId="1DCB21F3" w14:textId="77777777" w:rsidR="00E56FE9" w:rsidRDefault="00ED40AF">
            <w:pPr>
              <w:spacing w:after="0" w:line="240" w:lineRule="auto"/>
            </w:pPr>
            <w:r>
              <w:rPr>
                <w:sz w:val="22"/>
                <w:szCs w:val="22"/>
              </w:rPr>
              <w:t>Câu chuyện</w:t>
            </w:r>
            <w:r>
              <w:rPr>
                <w:sz w:val="24"/>
                <w:szCs w:val="24"/>
              </w:rPr>
              <w:t xml:space="preserve"> </w:t>
            </w:r>
            <w:r>
              <w:rPr>
                <w:sz w:val="22"/>
                <w:szCs w:val="22"/>
              </w:rPr>
              <w:t>bốn phương: AI giúp được việc gì, việc gì không cần AI?</w:t>
            </w:r>
          </w:p>
        </w:tc>
        <w:tc>
          <w:tcPr>
            <w:tcW w:w="2211" w:type="dxa"/>
            <w:tcMar>
              <w:top w:w="110" w:type="dxa"/>
              <w:left w:w="110" w:type="dxa"/>
              <w:bottom w:w="110" w:type="dxa"/>
              <w:right w:w="110" w:type="dxa"/>
            </w:tcMar>
          </w:tcPr>
          <w:p w14:paraId="14E23368" w14:textId="77777777" w:rsidR="00E56FE9" w:rsidRDefault="00ED40AF">
            <w:pPr>
              <w:spacing w:after="0" w:line="240" w:lineRule="auto"/>
            </w:pPr>
            <w:r>
              <w:rPr>
                <w:sz w:val="22"/>
                <w:szCs w:val="22"/>
              </w:rPr>
              <w:t>Dự đoán cá nhân</w:t>
            </w:r>
          </w:p>
        </w:tc>
        <w:tc>
          <w:tcPr>
            <w:tcW w:w="907" w:type="dxa"/>
            <w:tcMar>
              <w:top w:w="110" w:type="dxa"/>
              <w:left w:w="110" w:type="dxa"/>
              <w:bottom w:w="110" w:type="dxa"/>
              <w:right w:w="110" w:type="dxa"/>
            </w:tcMar>
          </w:tcPr>
          <w:p w14:paraId="44DAE53D" w14:textId="77777777" w:rsidR="00E56FE9" w:rsidRDefault="00ED40AF">
            <w:pPr>
              <w:spacing w:after="0" w:line="240" w:lineRule="auto"/>
            </w:pPr>
            <w:r>
              <w:rPr>
                <w:sz w:val="22"/>
                <w:szCs w:val="22"/>
              </w:rPr>
              <w:t>7 phút</w:t>
            </w:r>
          </w:p>
        </w:tc>
      </w:tr>
      <w:tr w:rsidR="00E56FE9" w14:paraId="40960D0D" w14:textId="77777777">
        <w:trPr>
          <w:cantSplit/>
          <w:jc w:val="center"/>
        </w:trPr>
        <w:tc>
          <w:tcPr>
            <w:tcW w:w="1871" w:type="dxa"/>
            <w:tcMar>
              <w:top w:w="110" w:type="dxa"/>
              <w:left w:w="110" w:type="dxa"/>
              <w:bottom w:w="110" w:type="dxa"/>
              <w:right w:w="110" w:type="dxa"/>
            </w:tcMar>
          </w:tcPr>
          <w:p w14:paraId="39A49C15" w14:textId="77777777" w:rsidR="00E56FE9" w:rsidRDefault="00ED40AF">
            <w:pPr>
              <w:spacing w:after="0" w:line="240" w:lineRule="auto"/>
            </w:pPr>
            <w:r>
              <w:rPr>
                <w:b/>
                <w:bCs/>
                <w:sz w:val="22"/>
                <w:szCs w:val="22"/>
              </w:rPr>
              <w:t>2.1. Vấn đề nào nên ứng dụng AI? (tiết 1)</w:t>
            </w:r>
          </w:p>
        </w:tc>
        <w:tc>
          <w:tcPr>
            <w:tcW w:w="1247" w:type="dxa"/>
            <w:tcMar>
              <w:top w:w="110" w:type="dxa"/>
              <w:left w:w="110" w:type="dxa"/>
              <w:bottom w:w="110" w:type="dxa"/>
              <w:right w:w="110" w:type="dxa"/>
            </w:tcMar>
          </w:tcPr>
          <w:p w14:paraId="7B0495A9" w14:textId="77777777" w:rsidR="00E56FE9" w:rsidRDefault="00ED40AF">
            <w:pPr>
              <w:spacing w:after="0" w:line="240" w:lineRule="auto"/>
            </w:pPr>
            <w:r>
              <w:rPr>
                <w:sz w:val="22"/>
                <w:szCs w:val="22"/>
              </w:rPr>
              <w:t>10.C2.1</w:t>
            </w:r>
          </w:p>
        </w:tc>
        <w:tc>
          <w:tcPr>
            <w:tcW w:w="2835" w:type="dxa"/>
            <w:tcMar>
              <w:top w:w="110" w:type="dxa"/>
              <w:left w:w="110" w:type="dxa"/>
              <w:bottom w:w="110" w:type="dxa"/>
              <w:right w:w="110" w:type="dxa"/>
            </w:tcMar>
          </w:tcPr>
          <w:p w14:paraId="79EE71E5" w14:textId="77777777" w:rsidR="00E56FE9" w:rsidRDefault="00ED40AF">
            <w:pPr>
              <w:spacing w:after="0" w:line="240" w:lineRule="auto"/>
            </w:pPr>
            <w:r>
              <w:rPr>
                <w:sz w:val="22"/>
                <w:szCs w:val="22"/>
              </w:rPr>
              <w:t>Tiêu chí 6 câu hỏi; phân tích vấn đề thực tiễn theo lĩnh vực</w:t>
            </w:r>
          </w:p>
        </w:tc>
        <w:tc>
          <w:tcPr>
            <w:tcW w:w="2211" w:type="dxa"/>
            <w:tcMar>
              <w:top w:w="110" w:type="dxa"/>
              <w:left w:w="110" w:type="dxa"/>
              <w:bottom w:w="110" w:type="dxa"/>
              <w:right w:w="110" w:type="dxa"/>
            </w:tcMar>
          </w:tcPr>
          <w:p w14:paraId="4B9467FC" w14:textId="77777777" w:rsidR="00E56FE9" w:rsidRDefault="00ED40AF">
            <w:pPr>
              <w:spacing w:after="0" w:line="240" w:lineRule="auto"/>
            </w:pPr>
            <w:r>
              <w:rPr>
                <w:sz w:val="22"/>
                <w:szCs w:val="22"/>
              </w:rPr>
              <w:t>Phiếu học tập 10.3.1: mô tả vấn đề</w:t>
            </w:r>
          </w:p>
        </w:tc>
        <w:tc>
          <w:tcPr>
            <w:tcW w:w="907" w:type="dxa"/>
            <w:tcMar>
              <w:top w:w="110" w:type="dxa"/>
              <w:left w:w="110" w:type="dxa"/>
              <w:bottom w:w="110" w:type="dxa"/>
              <w:right w:w="110" w:type="dxa"/>
            </w:tcMar>
          </w:tcPr>
          <w:p w14:paraId="176609E3" w14:textId="77777777" w:rsidR="00E56FE9" w:rsidRDefault="00ED40AF">
            <w:pPr>
              <w:spacing w:after="0" w:line="240" w:lineRule="auto"/>
            </w:pPr>
            <w:r>
              <w:rPr>
                <w:sz w:val="22"/>
                <w:szCs w:val="22"/>
              </w:rPr>
              <w:t>20 phút</w:t>
            </w:r>
          </w:p>
        </w:tc>
      </w:tr>
      <w:tr w:rsidR="00E56FE9" w14:paraId="2B9EED11" w14:textId="77777777">
        <w:trPr>
          <w:cantSplit/>
          <w:jc w:val="center"/>
        </w:trPr>
        <w:tc>
          <w:tcPr>
            <w:tcW w:w="1871" w:type="dxa"/>
            <w:tcMar>
              <w:top w:w="110" w:type="dxa"/>
              <w:left w:w="110" w:type="dxa"/>
              <w:bottom w:w="110" w:type="dxa"/>
              <w:right w:w="110" w:type="dxa"/>
            </w:tcMar>
          </w:tcPr>
          <w:p w14:paraId="577F7F6B" w14:textId="77777777" w:rsidR="00E56FE9" w:rsidRDefault="00ED40AF">
            <w:pPr>
              <w:spacing w:after="0" w:line="240" w:lineRule="auto"/>
            </w:pPr>
            <w:r>
              <w:rPr>
                <w:b/>
                <w:bCs/>
                <w:sz w:val="22"/>
                <w:szCs w:val="22"/>
              </w:rPr>
              <w:t>2.2. Bản đồ ứng dụng AI theo chức năng (tiết 1)</w:t>
            </w:r>
          </w:p>
        </w:tc>
        <w:tc>
          <w:tcPr>
            <w:tcW w:w="1247" w:type="dxa"/>
            <w:tcMar>
              <w:top w:w="110" w:type="dxa"/>
              <w:left w:w="110" w:type="dxa"/>
              <w:bottom w:w="110" w:type="dxa"/>
              <w:right w:w="110" w:type="dxa"/>
            </w:tcMar>
          </w:tcPr>
          <w:p w14:paraId="51480197" w14:textId="77777777" w:rsidR="00E56FE9" w:rsidRDefault="00ED40AF">
            <w:pPr>
              <w:spacing w:after="0" w:line="240" w:lineRule="auto"/>
            </w:pPr>
            <w:r>
              <w:rPr>
                <w:sz w:val="22"/>
                <w:szCs w:val="22"/>
              </w:rPr>
              <w:t>10.C2.2</w:t>
            </w:r>
          </w:p>
        </w:tc>
        <w:tc>
          <w:tcPr>
            <w:tcW w:w="2835" w:type="dxa"/>
            <w:tcMar>
              <w:top w:w="110" w:type="dxa"/>
              <w:left w:w="110" w:type="dxa"/>
              <w:bottom w:w="110" w:type="dxa"/>
              <w:right w:w="110" w:type="dxa"/>
            </w:tcMar>
          </w:tcPr>
          <w:p w14:paraId="5271CFE7" w14:textId="77777777" w:rsidR="00E56FE9" w:rsidRDefault="00ED40AF">
            <w:pPr>
              <w:spacing w:after="0" w:line="240" w:lineRule="auto"/>
            </w:pPr>
            <w:r>
              <w:rPr>
                <w:sz w:val="22"/>
                <w:szCs w:val="22"/>
              </w:rPr>
              <w:t>Xếp 12 thẻ vào 5 nhóm chức năng; tìm và kiểm chứng 1 ứng dụng thực tế (dùng máy 7 phút)</w:t>
            </w:r>
          </w:p>
        </w:tc>
        <w:tc>
          <w:tcPr>
            <w:tcW w:w="2211" w:type="dxa"/>
            <w:tcMar>
              <w:top w:w="110" w:type="dxa"/>
              <w:left w:w="110" w:type="dxa"/>
              <w:bottom w:w="110" w:type="dxa"/>
              <w:right w:w="110" w:type="dxa"/>
            </w:tcMar>
          </w:tcPr>
          <w:p w14:paraId="7341A6C8" w14:textId="77777777" w:rsidR="00E56FE9" w:rsidRDefault="00ED40AF">
            <w:pPr>
              <w:spacing w:after="0" w:line="240" w:lineRule="auto"/>
            </w:pPr>
            <w:r>
              <w:rPr>
                <w:sz w:val="22"/>
                <w:szCs w:val="22"/>
              </w:rPr>
              <w:t>Phiếu học tập 10.3.2: bản đồ ứng dụng</w:t>
            </w:r>
          </w:p>
        </w:tc>
        <w:tc>
          <w:tcPr>
            <w:tcW w:w="907" w:type="dxa"/>
            <w:tcMar>
              <w:top w:w="110" w:type="dxa"/>
              <w:left w:w="110" w:type="dxa"/>
              <w:bottom w:w="110" w:type="dxa"/>
              <w:right w:w="110" w:type="dxa"/>
            </w:tcMar>
          </w:tcPr>
          <w:p w14:paraId="38A84D01" w14:textId="77777777" w:rsidR="00E56FE9" w:rsidRDefault="00ED40AF">
            <w:pPr>
              <w:spacing w:after="0" w:line="240" w:lineRule="auto"/>
            </w:pPr>
            <w:r>
              <w:rPr>
                <w:sz w:val="22"/>
                <w:szCs w:val="22"/>
              </w:rPr>
              <w:t>18 phút</w:t>
            </w:r>
          </w:p>
        </w:tc>
      </w:tr>
      <w:tr w:rsidR="00E56FE9" w14:paraId="1DB6054E" w14:textId="77777777">
        <w:trPr>
          <w:cantSplit/>
          <w:jc w:val="center"/>
        </w:trPr>
        <w:tc>
          <w:tcPr>
            <w:tcW w:w="1871" w:type="dxa"/>
            <w:tcMar>
              <w:top w:w="110" w:type="dxa"/>
              <w:left w:w="110" w:type="dxa"/>
              <w:bottom w:w="110" w:type="dxa"/>
              <w:right w:w="110" w:type="dxa"/>
            </w:tcMar>
          </w:tcPr>
          <w:p w14:paraId="0AF96684" w14:textId="77777777" w:rsidR="00E56FE9" w:rsidRDefault="00ED40AF">
            <w:pPr>
              <w:spacing w:after="0" w:line="240" w:lineRule="auto"/>
            </w:pPr>
            <w:r>
              <w:rPr>
                <w:b/>
                <w:bCs/>
                <w:sz w:val="22"/>
                <w:szCs w:val="22"/>
              </w:rPr>
              <w:t>2.3. AI hỗ trợ học tập thế nào? (tiết 2)</w:t>
            </w:r>
          </w:p>
        </w:tc>
        <w:tc>
          <w:tcPr>
            <w:tcW w:w="1247" w:type="dxa"/>
            <w:tcMar>
              <w:top w:w="110" w:type="dxa"/>
              <w:left w:w="110" w:type="dxa"/>
              <w:bottom w:w="110" w:type="dxa"/>
              <w:right w:w="110" w:type="dxa"/>
            </w:tcMar>
          </w:tcPr>
          <w:p w14:paraId="1CDE986B" w14:textId="77777777" w:rsidR="00E56FE9" w:rsidRDefault="00ED40AF">
            <w:pPr>
              <w:spacing w:after="0" w:line="240" w:lineRule="auto"/>
            </w:pPr>
            <w:r>
              <w:rPr>
                <w:sz w:val="22"/>
                <w:szCs w:val="22"/>
              </w:rPr>
              <w:t>10.C2.3</w:t>
            </w:r>
          </w:p>
        </w:tc>
        <w:tc>
          <w:tcPr>
            <w:tcW w:w="2835" w:type="dxa"/>
            <w:tcMar>
              <w:top w:w="110" w:type="dxa"/>
              <w:left w:w="110" w:type="dxa"/>
              <w:bottom w:w="110" w:type="dxa"/>
              <w:right w:w="110" w:type="dxa"/>
            </w:tcMar>
          </w:tcPr>
          <w:p w14:paraId="2289F8C5" w14:textId="77777777" w:rsidR="00E56FE9" w:rsidRDefault="00ED40AF">
            <w:pPr>
              <w:spacing w:after="0" w:line="240" w:lineRule="auto"/>
            </w:pPr>
            <w:r>
              <w:rPr>
                <w:sz w:val="22"/>
                <w:szCs w:val="22"/>
              </w:rPr>
              <w:t>So sánh ba cách dùng AI cho cùng một bài toán; thử chế độ gợi ý từng bước (dùng máy 8 phút)</w:t>
            </w:r>
          </w:p>
        </w:tc>
        <w:tc>
          <w:tcPr>
            <w:tcW w:w="2211" w:type="dxa"/>
            <w:tcMar>
              <w:top w:w="110" w:type="dxa"/>
              <w:left w:w="110" w:type="dxa"/>
              <w:bottom w:w="110" w:type="dxa"/>
              <w:right w:w="110" w:type="dxa"/>
            </w:tcMar>
          </w:tcPr>
          <w:p w14:paraId="22196460" w14:textId="77777777" w:rsidR="00E56FE9" w:rsidRDefault="00ED40AF">
            <w:pPr>
              <w:spacing w:after="0" w:line="240" w:lineRule="auto"/>
            </w:pPr>
            <w:r>
              <w:rPr>
                <w:sz w:val="22"/>
                <w:szCs w:val="22"/>
              </w:rPr>
              <w:t>Phiếu học tập 10.3.3, Phần A</w:t>
            </w:r>
          </w:p>
        </w:tc>
        <w:tc>
          <w:tcPr>
            <w:tcW w:w="907" w:type="dxa"/>
            <w:tcMar>
              <w:top w:w="110" w:type="dxa"/>
              <w:left w:w="110" w:type="dxa"/>
              <w:bottom w:w="110" w:type="dxa"/>
              <w:right w:w="110" w:type="dxa"/>
            </w:tcMar>
          </w:tcPr>
          <w:p w14:paraId="432C834D" w14:textId="77777777" w:rsidR="00E56FE9" w:rsidRDefault="00ED40AF">
            <w:pPr>
              <w:spacing w:after="0" w:line="240" w:lineRule="auto"/>
            </w:pPr>
            <w:r>
              <w:rPr>
                <w:sz w:val="22"/>
                <w:szCs w:val="22"/>
              </w:rPr>
              <w:t>15 phút</w:t>
            </w:r>
          </w:p>
        </w:tc>
      </w:tr>
      <w:tr w:rsidR="00E56FE9" w14:paraId="4F16EC76" w14:textId="77777777">
        <w:trPr>
          <w:cantSplit/>
          <w:jc w:val="center"/>
        </w:trPr>
        <w:tc>
          <w:tcPr>
            <w:tcW w:w="1871" w:type="dxa"/>
            <w:tcMar>
              <w:top w:w="110" w:type="dxa"/>
              <w:left w:w="110" w:type="dxa"/>
              <w:bottom w:w="110" w:type="dxa"/>
              <w:right w:w="110" w:type="dxa"/>
            </w:tcMar>
          </w:tcPr>
          <w:p w14:paraId="6AF63D20" w14:textId="77777777" w:rsidR="00E56FE9" w:rsidRDefault="00ED40AF">
            <w:pPr>
              <w:spacing w:after="0" w:line="240" w:lineRule="auto"/>
            </w:pPr>
            <w:r>
              <w:rPr>
                <w:b/>
                <w:bCs/>
                <w:sz w:val="22"/>
                <w:szCs w:val="22"/>
              </w:rPr>
              <w:t>3. Luyện tập (tiết 2)</w:t>
            </w:r>
          </w:p>
        </w:tc>
        <w:tc>
          <w:tcPr>
            <w:tcW w:w="1247" w:type="dxa"/>
            <w:tcMar>
              <w:top w:w="110" w:type="dxa"/>
              <w:left w:w="110" w:type="dxa"/>
              <w:bottom w:w="110" w:type="dxa"/>
              <w:right w:w="110" w:type="dxa"/>
            </w:tcMar>
          </w:tcPr>
          <w:p w14:paraId="0393F2E2" w14:textId="77777777" w:rsidR="00E56FE9" w:rsidRDefault="00ED40AF">
            <w:pPr>
              <w:spacing w:after="0" w:line="240" w:lineRule="auto"/>
            </w:pPr>
            <w:r>
              <w:rPr>
                <w:sz w:val="22"/>
                <w:szCs w:val="22"/>
              </w:rPr>
              <w:t>10.C2.3</w:t>
            </w:r>
          </w:p>
        </w:tc>
        <w:tc>
          <w:tcPr>
            <w:tcW w:w="2835" w:type="dxa"/>
            <w:tcMar>
              <w:top w:w="110" w:type="dxa"/>
              <w:left w:w="110" w:type="dxa"/>
              <w:bottom w:w="110" w:type="dxa"/>
              <w:right w:w="110" w:type="dxa"/>
            </w:tcMar>
          </w:tcPr>
          <w:p w14:paraId="5DD97E20" w14:textId="77777777" w:rsidR="00E56FE9" w:rsidRDefault="00ED40AF">
            <w:pPr>
              <w:spacing w:after="0" w:line="240" w:lineRule="auto"/>
            </w:pPr>
            <w:r>
              <w:rPr>
                <w:sz w:val="22"/>
                <w:szCs w:val="22"/>
              </w:rPr>
              <w:t>Kịch bản dùng AI hỗ trợ một nhiệm vụ học tập; góp ý chéo</w:t>
            </w:r>
          </w:p>
        </w:tc>
        <w:tc>
          <w:tcPr>
            <w:tcW w:w="2211" w:type="dxa"/>
            <w:tcMar>
              <w:top w:w="110" w:type="dxa"/>
              <w:left w:w="110" w:type="dxa"/>
              <w:bottom w:w="110" w:type="dxa"/>
              <w:right w:w="110" w:type="dxa"/>
            </w:tcMar>
          </w:tcPr>
          <w:p w14:paraId="7BC86A09" w14:textId="77777777" w:rsidR="00E56FE9" w:rsidRDefault="00ED40AF">
            <w:pPr>
              <w:spacing w:after="0" w:line="240" w:lineRule="auto"/>
            </w:pPr>
            <w:r>
              <w:rPr>
                <w:sz w:val="22"/>
                <w:szCs w:val="22"/>
              </w:rPr>
              <w:t>Phiếu học tập 10.3.3, Phần B: kịch bản</w:t>
            </w:r>
          </w:p>
        </w:tc>
        <w:tc>
          <w:tcPr>
            <w:tcW w:w="907" w:type="dxa"/>
            <w:tcMar>
              <w:top w:w="110" w:type="dxa"/>
              <w:left w:w="110" w:type="dxa"/>
              <w:bottom w:w="110" w:type="dxa"/>
              <w:right w:w="110" w:type="dxa"/>
            </w:tcMar>
          </w:tcPr>
          <w:p w14:paraId="5298E85C" w14:textId="77777777" w:rsidR="00E56FE9" w:rsidRDefault="00ED40AF">
            <w:pPr>
              <w:spacing w:after="0" w:line="240" w:lineRule="auto"/>
            </w:pPr>
            <w:r>
              <w:rPr>
                <w:sz w:val="22"/>
                <w:szCs w:val="22"/>
              </w:rPr>
              <w:t>18 phút</w:t>
            </w:r>
          </w:p>
        </w:tc>
      </w:tr>
      <w:tr w:rsidR="00E56FE9" w14:paraId="53517442" w14:textId="77777777">
        <w:trPr>
          <w:cantSplit/>
          <w:jc w:val="center"/>
        </w:trPr>
        <w:tc>
          <w:tcPr>
            <w:tcW w:w="1871" w:type="dxa"/>
            <w:tcMar>
              <w:top w:w="110" w:type="dxa"/>
              <w:left w:w="110" w:type="dxa"/>
              <w:bottom w:w="110" w:type="dxa"/>
              <w:right w:w="110" w:type="dxa"/>
            </w:tcMar>
          </w:tcPr>
          <w:p w14:paraId="3D7A38F1" w14:textId="77777777" w:rsidR="00E56FE9" w:rsidRDefault="00ED40AF">
            <w:pPr>
              <w:spacing w:after="0" w:line="240" w:lineRule="auto"/>
            </w:pPr>
            <w:r>
              <w:rPr>
                <w:b/>
                <w:bCs/>
                <w:sz w:val="22"/>
                <w:szCs w:val="22"/>
              </w:rPr>
              <w:t>4. Vận dụng (tiết 2)</w:t>
            </w:r>
          </w:p>
        </w:tc>
        <w:tc>
          <w:tcPr>
            <w:tcW w:w="1247" w:type="dxa"/>
            <w:tcMar>
              <w:top w:w="110" w:type="dxa"/>
              <w:left w:w="110" w:type="dxa"/>
              <w:bottom w:w="110" w:type="dxa"/>
              <w:right w:w="110" w:type="dxa"/>
            </w:tcMar>
          </w:tcPr>
          <w:p w14:paraId="14E759BC" w14:textId="77777777" w:rsidR="00E56FE9" w:rsidRDefault="00ED40AF">
            <w:pPr>
              <w:spacing w:after="0" w:line="240" w:lineRule="auto"/>
            </w:pPr>
            <w:r>
              <w:rPr>
                <w:sz w:val="22"/>
                <w:szCs w:val="22"/>
              </w:rPr>
              <w:t>10.C2.1; 10.C2.2</w:t>
            </w:r>
          </w:p>
        </w:tc>
        <w:tc>
          <w:tcPr>
            <w:tcW w:w="2835" w:type="dxa"/>
            <w:tcMar>
              <w:top w:w="110" w:type="dxa"/>
              <w:left w:w="110" w:type="dxa"/>
              <w:bottom w:w="110" w:type="dxa"/>
              <w:right w:w="110" w:type="dxa"/>
            </w:tcMar>
          </w:tcPr>
          <w:p w14:paraId="0A6A2F28" w14:textId="77777777" w:rsidR="00E56FE9" w:rsidRDefault="00ED40AF">
            <w:pPr>
              <w:spacing w:after="0" w:line="240" w:lineRule="auto"/>
            </w:pPr>
            <w:r>
              <w:rPr>
                <w:sz w:val="22"/>
                <w:szCs w:val="22"/>
              </w:rPr>
              <w:t>Đề xuất 1 trang cho vấn đề ở địa phương; trình bày 60 giây</w:t>
            </w:r>
          </w:p>
        </w:tc>
        <w:tc>
          <w:tcPr>
            <w:tcW w:w="2211" w:type="dxa"/>
            <w:tcMar>
              <w:top w:w="110" w:type="dxa"/>
              <w:left w:w="110" w:type="dxa"/>
              <w:bottom w:w="110" w:type="dxa"/>
              <w:right w:w="110" w:type="dxa"/>
            </w:tcMar>
          </w:tcPr>
          <w:p w14:paraId="269FCB4E" w14:textId="77777777" w:rsidR="00E56FE9" w:rsidRDefault="00ED40AF">
            <w:pPr>
              <w:spacing w:after="0" w:line="240" w:lineRule="auto"/>
            </w:pPr>
            <w:r>
              <w:rPr>
                <w:sz w:val="22"/>
                <w:szCs w:val="22"/>
              </w:rPr>
              <w:t>Bản đề xuất nhóm</w:t>
            </w:r>
          </w:p>
        </w:tc>
        <w:tc>
          <w:tcPr>
            <w:tcW w:w="907" w:type="dxa"/>
            <w:tcMar>
              <w:top w:w="110" w:type="dxa"/>
              <w:left w:w="110" w:type="dxa"/>
              <w:bottom w:w="110" w:type="dxa"/>
              <w:right w:w="110" w:type="dxa"/>
            </w:tcMar>
          </w:tcPr>
          <w:p w14:paraId="5B472489" w14:textId="77777777" w:rsidR="00E56FE9" w:rsidRDefault="00ED40AF">
            <w:pPr>
              <w:spacing w:after="0" w:line="240" w:lineRule="auto"/>
            </w:pPr>
            <w:r>
              <w:rPr>
                <w:sz w:val="22"/>
                <w:szCs w:val="22"/>
              </w:rPr>
              <w:t>12 phút</w:t>
            </w:r>
          </w:p>
        </w:tc>
      </w:tr>
    </w:tbl>
    <w:p w14:paraId="76E5F5AB" w14:textId="77777777" w:rsidR="00E56FE9" w:rsidRDefault="00ED40AF">
      <w:pPr>
        <w:keepNext/>
        <w:spacing w:before="80" w:after="60" w:line="264" w:lineRule="auto"/>
        <w:ind w:firstLine="567"/>
        <w:rPr>
          <w:b/>
          <w:bCs/>
          <w:color w:val="000000"/>
        </w:rPr>
      </w:pPr>
      <w:r>
        <w:rPr>
          <w:b/>
          <w:bCs/>
          <w:color w:val="000000"/>
        </w:rPr>
        <w:t>2. Thiết kế chi tiết các hoạt động</w:t>
      </w:r>
    </w:p>
    <w:p w14:paraId="6F0E9E53" w14:textId="77777777" w:rsidR="00E56FE9" w:rsidRDefault="00ED40AF">
      <w:pPr>
        <w:keepNext/>
        <w:spacing w:after="60" w:line="264" w:lineRule="auto"/>
        <w:ind w:firstLine="567"/>
        <w:jc w:val="both"/>
        <w:rPr>
          <w:color w:val="000000"/>
        </w:rPr>
      </w:pPr>
      <w:r>
        <w:rPr>
          <w:b/>
          <w:bCs/>
          <w:color w:val="000000"/>
        </w:rPr>
        <w:t>Hoạt động 1. Mở đầu: Câu chuyện bốn phương</w:t>
      </w:r>
      <w:r>
        <w:rPr>
          <w:i/>
          <w:iCs/>
          <w:color w:val="000000"/>
        </w:rPr>
        <w:t xml:space="preserve"> (7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E56FE9" w14:paraId="3544FBDF" w14:textId="77777777">
        <w:trPr>
          <w:cantSplit/>
          <w:tblHeader/>
          <w:jc w:val="center"/>
        </w:trPr>
        <w:tc>
          <w:tcPr>
            <w:tcW w:w="1701" w:type="dxa"/>
            <w:vAlign w:val="center"/>
          </w:tcPr>
          <w:p w14:paraId="1EDCC413" w14:textId="77777777" w:rsidR="00E56FE9" w:rsidRDefault="00ED40AF">
            <w:pPr>
              <w:spacing w:after="0" w:line="240" w:lineRule="auto"/>
              <w:jc w:val="center"/>
            </w:pPr>
            <w:r>
              <w:rPr>
                <w:b/>
                <w:sz w:val="22"/>
                <w:szCs w:val="22"/>
              </w:rPr>
              <w:t>Thành phần</w:t>
            </w:r>
          </w:p>
        </w:tc>
        <w:tc>
          <w:tcPr>
            <w:tcW w:w="7370" w:type="dxa"/>
            <w:vAlign w:val="center"/>
          </w:tcPr>
          <w:p w14:paraId="165AD25D" w14:textId="77777777" w:rsidR="00E56FE9" w:rsidRDefault="00ED40AF">
            <w:pPr>
              <w:spacing w:after="0" w:line="240" w:lineRule="auto"/>
              <w:jc w:val="center"/>
            </w:pPr>
            <w:r>
              <w:rPr>
                <w:b/>
                <w:sz w:val="22"/>
                <w:szCs w:val="22"/>
              </w:rPr>
              <w:t>Nội dung</w:t>
            </w:r>
          </w:p>
        </w:tc>
      </w:tr>
      <w:tr w:rsidR="00E56FE9" w14:paraId="6F3C4D72" w14:textId="77777777">
        <w:trPr>
          <w:cantSplit/>
          <w:jc w:val="center"/>
        </w:trPr>
        <w:tc>
          <w:tcPr>
            <w:tcW w:w="1701" w:type="dxa"/>
            <w:vAlign w:val="center"/>
          </w:tcPr>
          <w:p w14:paraId="327F7BCB" w14:textId="77777777" w:rsidR="00E56FE9" w:rsidRDefault="00ED40AF">
            <w:pPr>
              <w:spacing w:after="0" w:line="240" w:lineRule="auto"/>
              <w:ind w:firstLine="567"/>
              <w:jc w:val="both"/>
              <w:rPr>
                <w:color w:val="000000"/>
              </w:rPr>
            </w:pPr>
            <w:r>
              <w:rPr>
                <w:b/>
                <w:bCs/>
                <w:color w:val="000000"/>
                <w:sz w:val="22"/>
                <w:szCs w:val="22"/>
              </w:rPr>
              <w:t>a) Mục tiêu</w:t>
            </w:r>
          </w:p>
        </w:tc>
        <w:tc>
          <w:tcPr>
            <w:tcW w:w="7370" w:type="dxa"/>
          </w:tcPr>
          <w:p w14:paraId="5FBCF628"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Nêu được dự đoán ban đầu về việc AI có thể giúp gì và không giúp gì trong các vấn đề thực tế ở Việt Nam (10.C2.1).</w:t>
            </w:r>
          </w:p>
        </w:tc>
      </w:tr>
      <w:tr w:rsidR="00E56FE9" w14:paraId="27245B1E" w14:textId="77777777">
        <w:trPr>
          <w:cantSplit/>
          <w:jc w:val="center"/>
        </w:trPr>
        <w:tc>
          <w:tcPr>
            <w:tcW w:w="1701" w:type="dxa"/>
            <w:vAlign w:val="center"/>
          </w:tcPr>
          <w:p w14:paraId="77740459" w14:textId="77777777" w:rsidR="00E56FE9" w:rsidRDefault="00ED40AF">
            <w:pPr>
              <w:spacing w:after="0" w:line="240" w:lineRule="auto"/>
              <w:ind w:firstLine="567"/>
              <w:jc w:val="both"/>
              <w:rPr>
                <w:color w:val="000000"/>
              </w:rPr>
            </w:pPr>
            <w:r>
              <w:rPr>
                <w:b/>
                <w:bCs/>
                <w:color w:val="000000"/>
                <w:sz w:val="22"/>
                <w:szCs w:val="22"/>
              </w:rPr>
              <w:t>b) Nội dung</w:t>
            </w:r>
          </w:p>
        </w:tc>
        <w:tc>
          <w:tcPr>
            <w:tcW w:w="7370" w:type="dxa"/>
          </w:tcPr>
          <w:p w14:paraId="38D7C6F0" w14:textId="77777777" w:rsidR="00E56FE9" w:rsidRDefault="00ED40AF">
            <w:pPr>
              <w:spacing w:after="0" w:line="240" w:lineRule="auto"/>
              <w:ind w:firstLine="567"/>
              <w:jc w:val="both"/>
              <w:rPr>
                <w:shd w:val="clear" w:color="auto" w:fill="B6D7A8"/>
              </w:rPr>
            </w:pPr>
            <w:r>
              <w:rPr>
                <w:sz w:val="22"/>
                <w:szCs w:val="22"/>
              </w:rPr>
              <w:t>GV chiếu bốn câu chuyện (giả định):</w:t>
            </w:r>
          </w:p>
          <w:p w14:paraId="48F7C1B9" w14:textId="77777777" w:rsidR="00E56FE9" w:rsidRDefault="00ED40AF">
            <w:pPr>
              <w:spacing w:after="0" w:line="240" w:lineRule="auto"/>
              <w:ind w:firstLine="567"/>
              <w:jc w:val="both"/>
              <w:rPr>
                <w:shd w:val="clear" w:color="auto" w:fill="B6D7A8"/>
              </w:rPr>
            </w:pPr>
            <w:r>
              <w:rPr>
                <w:b/>
                <w:bCs/>
                <w:sz w:val="22"/>
                <w:szCs w:val="22"/>
              </w:rPr>
              <w:t xml:space="preserve">Đồng bằng sông Cửu Long: </w:t>
            </w:r>
            <w:r>
              <w:rPr>
                <w:sz w:val="22"/>
                <w:szCs w:val="22"/>
              </w:rPr>
              <w:t>Mùa khô, nước mặn xâm nhập sâu; nhiều hộ trồng lúa không biết ngày nào nên đóng cống, lấy nước.</w:t>
            </w:r>
          </w:p>
          <w:p w14:paraId="63CFBC8F" w14:textId="77777777" w:rsidR="00E56FE9" w:rsidRDefault="00ED40AF">
            <w:pPr>
              <w:spacing w:after="0" w:line="240" w:lineRule="auto"/>
              <w:ind w:firstLine="567"/>
              <w:jc w:val="both"/>
              <w:rPr>
                <w:shd w:val="clear" w:color="auto" w:fill="B6D7A8"/>
              </w:rPr>
            </w:pPr>
            <w:r>
              <w:rPr>
                <w:b/>
                <w:bCs/>
                <w:sz w:val="22"/>
                <w:szCs w:val="22"/>
              </w:rPr>
              <w:t xml:space="preserve">Tây Nguyên: </w:t>
            </w:r>
            <w:r>
              <w:rPr>
                <w:sz w:val="22"/>
                <w:szCs w:val="22"/>
              </w:rPr>
              <w:t>Hợp tác xã cà phê có 120 hộ và 1 cán bộ kĩ thuật; lá bệnh thường phát hiện muộn.</w:t>
            </w:r>
          </w:p>
          <w:p w14:paraId="3381986F" w14:textId="77777777" w:rsidR="00E56FE9" w:rsidRDefault="00ED40AF">
            <w:pPr>
              <w:spacing w:after="0" w:line="240" w:lineRule="auto"/>
              <w:ind w:firstLine="567"/>
              <w:jc w:val="both"/>
              <w:rPr>
                <w:shd w:val="clear" w:color="auto" w:fill="B6D7A8"/>
              </w:rPr>
            </w:pPr>
            <w:r>
              <w:rPr>
                <w:b/>
                <w:bCs/>
                <w:sz w:val="22"/>
                <w:szCs w:val="22"/>
              </w:rPr>
              <w:t xml:space="preserve">Vùng cao phía Bắc: </w:t>
            </w:r>
            <w:r>
              <w:rPr>
                <w:sz w:val="22"/>
                <w:szCs w:val="22"/>
              </w:rPr>
              <w:t>Trạm y tế xã có nhiều người dân chủ yếu nói tiếng H’Mông; tờ hướng dẫn dùng thuốc chỉ có tiếng Việt.</w:t>
            </w:r>
          </w:p>
          <w:p w14:paraId="0DC1B60A" w14:textId="77777777" w:rsidR="00E56FE9" w:rsidRDefault="00ED40AF">
            <w:pPr>
              <w:spacing w:after="0" w:line="240" w:lineRule="auto"/>
              <w:ind w:firstLine="567"/>
              <w:jc w:val="both"/>
              <w:rPr>
                <w:shd w:val="clear" w:color="auto" w:fill="B6D7A8"/>
              </w:rPr>
            </w:pPr>
            <w:r>
              <w:rPr>
                <w:b/>
                <w:bCs/>
                <w:sz w:val="22"/>
                <w:szCs w:val="22"/>
              </w:rPr>
              <w:t xml:space="preserve">Một trường THPT: </w:t>
            </w:r>
            <w:r>
              <w:rPr>
                <w:sz w:val="22"/>
                <w:szCs w:val="22"/>
              </w:rPr>
              <w:t>Đường vào trường hay ngập vì thiếu cống thoát nước.</w:t>
            </w:r>
          </w:p>
          <w:p w14:paraId="5B715DB2" w14:textId="77777777" w:rsidR="00E56FE9" w:rsidRDefault="00ED40AF">
            <w:pPr>
              <w:spacing w:after="0" w:line="240" w:lineRule="auto"/>
              <w:ind w:firstLine="567"/>
              <w:jc w:val="both"/>
              <w:rPr>
                <w:shd w:val="clear" w:color="auto" w:fill="B6D7A8"/>
              </w:rPr>
            </w:pPr>
            <w:r>
              <w:rPr>
                <w:b/>
                <w:bCs/>
                <w:sz w:val="22"/>
                <w:szCs w:val="22"/>
              </w:rPr>
              <w:t xml:space="preserve">Câu hỏi: </w:t>
            </w:r>
            <w:r>
              <w:rPr>
                <w:sz w:val="22"/>
                <w:szCs w:val="22"/>
              </w:rPr>
              <w:t>Ở tình huống nào AI có thể giúp? Giúp việc gì? Trong tình huống nào AI không phải là giải pháp chính?</w:t>
            </w:r>
          </w:p>
        </w:tc>
      </w:tr>
      <w:tr w:rsidR="00E56FE9" w14:paraId="0A87208D" w14:textId="77777777">
        <w:trPr>
          <w:cantSplit/>
          <w:jc w:val="center"/>
        </w:trPr>
        <w:tc>
          <w:tcPr>
            <w:tcW w:w="1701" w:type="dxa"/>
            <w:vAlign w:val="center"/>
          </w:tcPr>
          <w:p w14:paraId="38C8657E" w14:textId="77777777" w:rsidR="00E56FE9" w:rsidRDefault="00ED40AF">
            <w:pPr>
              <w:spacing w:after="0" w:line="240" w:lineRule="auto"/>
              <w:ind w:firstLine="567"/>
              <w:jc w:val="both"/>
              <w:rPr>
                <w:color w:val="000000"/>
              </w:rPr>
            </w:pPr>
            <w:r>
              <w:rPr>
                <w:b/>
                <w:bCs/>
                <w:color w:val="000000"/>
                <w:sz w:val="22"/>
                <w:szCs w:val="22"/>
              </w:rPr>
              <w:t>c) Sản phẩm</w:t>
            </w:r>
          </w:p>
        </w:tc>
        <w:tc>
          <w:tcPr>
            <w:tcW w:w="7370" w:type="dxa"/>
          </w:tcPr>
          <w:p w14:paraId="7AEA5335" w14:textId="77777777" w:rsidR="00E56FE9" w:rsidRDefault="00ED40AF">
            <w:pPr>
              <w:spacing w:after="0" w:line="240" w:lineRule="auto"/>
              <w:ind w:firstLine="567"/>
              <w:jc w:val="both"/>
              <w:rPr>
                <w:shd w:val="clear" w:color="auto" w:fill="B6D7A8"/>
              </w:rPr>
            </w:pPr>
            <w:r>
              <w:rPr>
                <w:sz w:val="22"/>
                <w:szCs w:val="22"/>
              </w:rPr>
              <w:t>Dự đoán cá nhân. Gợi ý đáp án: xem phụ lục Sản phẩm và gợi ý đáp án, Hoạt động 1.</w:t>
            </w:r>
          </w:p>
        </w:tc>
      </w:tr>
      <w:tr w:rsidR="00E56FE9" w14:paraId="566014CF" w14:textId="77777777">
        <w:trPr>
          <w:cantSplit/>
          <w:jc w:val="center"/>
        </w:trPr>
        <w:tc>
          <w:tcPr>
            <w:tcW w:w="1701" w:type="dxa"/>
            <w:vAlign w:val="center"/>
          </w:tcPr>
          <w:p w14:paraId="7CF88448" w14:textId="77777777" w:rsidR="00E56FE9" w:rsidRDefault="00ED40AF">
            <w:pPr>
              <w:spacing w:after="0" w:line="240" w:lineRule="auto"/>
              <w:ind w:firstLine="567"/>
              <w:jc w:val="both"/>
              <w:rPr>
                <w:color w:val="000000"/>
              </w:rPr>
            </w:pPr>
            <w:r>
              <w:rPr>
                <w:b/>
                <w:bCs/>
                <w:color w:val="000000"/>
                <w:sz w:val="22"/>
                <w:szCs w:val="22"/>
              </w:rPr>
              <w:t>d) Tổ chức thực hiện</w:t>
            </w:r>
          </w:p>
        </w:tc>
        <w:tc>
          <w:tcPr>
            <w:tcW w:w="7370" w:type="dxa"/>
          </w:tcPr>
          <w:p w14:paraId="64F7ADCC" w14:textId="77777777" w:rsidR="00E56FE9" w:rsidRDefault="00ED40AF">
            <w:pPr>
              <w:spacing w:after="0" w:line="240" w:lineRule="auto"/>
              <w:ind w:firstLine="567"/>
            </w:pPr>
            <w:r>
              <w:rPr>
                <w:b/>
                <w:bCs/>
                <w:i/>
                <w:iCs/>
                <w:sz w:val="22"/>
                <w:szCs w:val="22"/>
              </w:rPr>
              <w:t>Chuyển giao nhiệm vụ</w:t>
            </w:r>
          </w:p>
          <w:p w14:paraId="0CD35DD4" w14:textId="77777777" w:rsidR="00E56FE9" w:rsidRDefault="00ED40AF">
            <w:pPr>
              <w:spacing w:after="0" w:line="240" w:lineRule="auto"/>
              <w:ind w:left="567" w:firstLine="153"/>
              <w:rPr>
                <w:b/>
                <w:bCs/>
                <w:i/>
                <w:iCs/>
              </w:rPr>
            </w:pPr>
            <w:r>
              <w:rPr>
                <w:sz w:val="22"/>
                <w:szCs w:val="22"/>
              </w:rPr>
              <w:t>- GV chiếu bốn câu chuyện, yêu cầu mỗi HS ghi dự đoán (2 phút).</w:t>
            </w:r>
          </w:p>
          <w:p w14:paraId="23C34504" w14:textId="77777777" w:rsidR="00E56FE9" w:rsidRDefault="00ED40AF">
            <w:pPr>
              <w:spacing w:after="0" w:line="240" w:lineRule="auto"/>
              <w:ind w:firstLine="567"/>
            </w:pPr>
            <w:r>
              <w:rPr>
                <w:b/>
                <w:bCs/>
                <w:i/>
                <w:iCs/>
                <w:sz w:val="22"/>
                <w:szCs w:val="22"/>
              </w:rPr>
              <w:t>Thực hiện nhiệm vụ</w:t>
            </w:r>
          </w:p>
          <w:p w14:paraId="153B6A5F" w14:textId="77777777" w:rsidR="00E56FE9" w:rsidRDefault="00ED40AF">
            <w:pPr>
              <w:spacing w:after="0" w:line="240" w:lineRule="auto"/>
              <w:ind w:left="567" w:firstLine="153"/>
              <w:rPr>
                <w:b/>
                <w:bCs/>
                <w:i/>
                <w:iCs/>
              </w:rPr>
            </w:pPr>
            <w:r>
              <w:rPr>
                <w:sz w:val="22"/>
                <w:szCs w:val="22"/>
              </w:rPr>
              <w:t>- HS trao đổi theo cặp đôi, thống nhất một câu chuyện AI giúp được và một câu chuyện không cần AI.</w:t>
            </w:r>
          </w:p>
          <w:p w14:paraId="236C6FAB" w14:textId="77777777" w:rsidR="00E56FE9" w:rsidRDefault="00ED40AF">
            <w:pPr>
              <w:spacing w:after="0" w:line="240" w:lineRule="auto"/>
              <w:ind w:firstLine="567"/>
            </w:pPr>
            <w:r>
              <w:rPr>
                <w:b/>
                <w:bCs/>
                <w:i/>
                <w:iCs/>
                <w:sz w:val="22"/>
                <w:szCs w:val="22"/>
              </w:rPr>
              <w:t>Báo cáo, thảo luận</w:t>
            </w:r>
          </w:p>
          <w:p w14:paraId="1204AC98" w14:textId="77777777" w:rsidR="00E56FE9" w:rsidRDefault="00ED40AF">
            <w:pPr>
              <w:spacing w:after="0" w:line="240" w:lineRule="auto"/>
              <w:ind w:left="567" w:firstLine="153"/>
              <w:rPr>
                <w:b/>
                <w:bCs/>
                <w:i/>
                <w:iCs/>
              </w:rPr>
            </w:pPr>
            <w:r>
              <w:rPr>
                <w:sz w:val="22"/>
                <w:szCs w:val="22"/>
              </w:rPr>
              <w:t>- GV mời 3–4 cặp nêu ý kiến; lớp giơ tay đồng ý/không đồng ý.</w:t>
            </w:r>
          </w:p>
          <w:p w14:paraId="585E02E8" w14:textId="77777777" w:rsidR="00E56FE9" w:rsidRDefault="00ED40AF">
            <w:pPr>
              <w:spacing w:after="0" w:line="240" w:lineRule="auto"/>
              <w:ind w:firstLine="567"/>
            </w:pPr>
            <w:r>
              <w:rPr>
                <w:b/>
                <w:bCs/>
                <w:i/>
                <w:iCs/>
                <w:sz w:val="22"/>
                <w:szCs w:val="22"/>
              </w:rPr>
              <w:t>Kết luận, nhận định</w:t>
            </w:r>
          </w:p>
          <w:p w14:paraId="29A26742" w14:textId="77777777" w:rsidR="00E56FE9" w:rsidRDefault="00ED40AF">
            <w:pPr>
              <w:spacing w:after="0" w:line="240" w:lineRule="auto"/>
              <w:ind w:left="567" w:firstLine="153"/>
              <w:rPr>
                <w:b/>
                <w:bCs/>
                <w:i/>
                <w:iCs/>
              </w:rPr>
            </w:pPr>
            <w:r>
              <w:rPr>
                <w:sz w:val="22"/>
                <w:szCs w:val="22"/>
              </w:rPr>
              <w:t>- GV ghi các ý kiến lên bảng, chưa kết luận; dẫn vào Hoạt động 2.1.</w:t>
            </w:r>
          </w:p>
        </w:tc>
      </w:tr>
      <w:tr w:rsidR="00E56FE9" w14:paraId="062118CF" w14:textId="77777777">
        <w:trPr>
          <w:cantSplit/>
          <w:jc w:val="center"/>
        </w:trPr>
        <w:tc>
          <w:tcPr>
            <w:tcW w:w="1701" w:type="dxa"/>
            <w:vAlign w:val="center"/>
          </w:tcPr>
          <w:p w14:paraId="3F0B2E21" w14:textId="77777777" w:rsidR="00E56FE9" w:rsidRDefault="00ED40AF">
            <w:pPr>
              <w:spacing w:after="0" w:line="240" w:lineRule="auto"/>
              <w:ind w:firstLine="567"/>
              <w:jc w:val="both"/>
              <w:rPr>
                <w:color w:val="000000"/>
              </w:rPr>
            </w:pPr>
            <w:r>
              <w:rPr>
                <w:b/>
                <w:bCs/>
                <w:color w:val="000000"/>
                <w:sz w:val="22"/>
                <w:szCs w:val="22"/>
              </w:rPr>
              <w:t>e) Điểm kiểm soát AI và an toàn dữ liệu</w:t>
            </w:r>
          </w:p>
        </w:tc>
        <w:tc>
          <w:tcPr>
            <w:tcW w:w="7370" w:type="dxa"/>
          </w:tcPr>
          <w:p w14:paraId="2AF5752B"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Câu chuyện là giả định; khi kể cần tỏ thái độ khách quan, tôn trọng các vùng miền.</w:t>
            </w:r>
          </w:p>
          <w:p w14:paraId="259CA98C"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Hoạt động không sử dụng công cụ AI.</w:t>
            </w:r>
          </w:p>
        </w:tc>
      </w:tr>
    </w:tbl>
    <w:p w14:paraId="3EC17279" w14:textId="77777777" w:rsidR="00E56FE9" w:rsidRDefault="00ED40AF">
      <w:pPr>
        <w:keepNext/>
        <w:spacing w:after="60" w:line="264" w:lineRule="auto"/>
        <w:ind w:firstLine="567"/>
        <w:jc w:val="both"/>
        <w:rPr>
          <w:color w:val="000000"/>
        </w:rPr>
      </w:pPr>
      <w:r>
        <w:rPr>
          <w:b/>
          <w:bCs/>
          <w:color w:val="000000"/>
        </w:rPr>
        <w:t>Hoạt động 2.1. Hình thành kiến thức: Vấn đề nào nên ứng dụng AI?</w:t>
      </w:r>
      <w:r>
        <w:rPr>
          <w:i/>
          <w:iCs/>
          <w:color w:val="000000"/>
        </w:rPr>
        <w:t xml:space="preserve"> (20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E56FE9" w14:paraId="79BA1BD8" w14:textId="77777777">
        <w:trPr>
          <w:cantSplit/>
          <w:tblHeader/>
          <w:jc w:val="center"/>
        </w:trPr>
        <w:tc>
          <w:tcPr>
            <w:tcW w:w="1701" w:type="dxa"/>
            <w:vAlign w:val="center"/>
          </w:tcPr>
          <w:p w14:paraId="1E516B6B" w14:textId="77777777" w:rsidR="00E56FE9" w:rsidRDefault="00ED40AF">
            <w:pPr>
              <w:spacing w:after="0" w:line="240" w:lineRule="auto"/>
              <w:jc w:val="center"/>
            </w:pPr>
            <w:r>
              <w:rPr>
                <w:b/>
                <w:sz w:val="22"/>
                <w:szCs w:val="22"/>
              </w:rPr>
              <w:t>Thành phần</w:t>
            </w:r>
          </w:p>
        </w:tc>
        <w:tc>
          <w:tcPr>
            <w:tcW w:w="7370" w:type="dxa"/>
            <w:vAlign w:val="center"/>
          </w:tcPr>
          <w:p w14:paraId="3492AB15" w14:textId="77777777" w:rsidR="00E56FE9" w:rsidRDefault="00ED40AF">
            <w:pPr>
              <w:spacing w:after="0" w:line="240" w:lineRule="auto"/>
              <w:jc w:val="center"/>
            </w:pPr>
            <w:r>
              <w:rPr>
                <w:b/>
                <w:sz w:val="22"/>
                <w:szCs w:val="22"/>
              </w:rPr>
              <w:t>Nội dung</w:t>
            </w:r>
          </w:p>
        </w:tc>
      </w:tr>
      <w:tr w:rsidR="00E56FE9" w14:paraId="68197CCA" w14:textId="77777777">
        <w:trPr>
          <w:cantSplit/>
          <w:jc w:val="center"/>
        </w:trPr>
        <w:tc>
          <w:tcPr>
            <w:tcW w:w="1701" w:type="dxa"/>
            <w:vAlign w:val="center"/>
          </w:tcPr>
          <w:p w14:paraId="73CB17CA" w14:textId="77777777" w:rsidR="00E56FE9" w:rsidRDefault="00ED40AF">
            <w:pPr>
              <w:spacing w:after="0" w:line="240" w:lineRule="auto"/>
              <w:ind w:firstLine="567"/>
              <w:jc w:val="both"/>
              <w:rPr>
                <w:color w:val="000000"/>
              </w:rPr>
            </w:pPr>
            <w:r>
              <w:rPr>
                <w:b/>
                <w:bCs/>
                <w:color w:val="000000"/>
                <w:sz w:val="22"/>
                <w:szCs w:val="22"/>
              </w:rPr>
              <w:t>a) Mục tiêu</w:t>
            </w:r>
          </w:p>
        </w:tc>
        <w:tc>
          <w:tcPr>
            <w:tcW w:w="7370" w:type="dxa"/>
          </w:tcPr>
          <w:p w14:paraId="515C96FE"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Xác định được vấn đề thực tế ở Việt Nam có thể ứng dụng AI dựa trên tiêu chí; nêu được dữ liệu cần có, việc AI làm và việc con người làm (10.C2.1).</w:t>
            </w:r>
          </w:p>
        </w:tc>
      </w:tr>
      <w:tr w:rsidR="00E56FE9" w14:paraId="457E2B37" w14:textId="77777777">
        <w:trPr>
          <w:cantSplit/>
          <w:jc w:val="center"/>
        </w:trPr>
        <w:tc>
          <w:tcPr>
            <w:tcW w:w="1701" w:type="dxa"/>
            <w:vAlign w:val="center"/>
          </w:tcPr>
          <w:p w14:paraId="34D54E84" w14:textId="77777777" w:rsidR="00E56FE9" w:rsidRDefault="00ED40AF">
            <w:pPr>
              <w:spacing w:after="0" w:line="240" w:lineRule="auto"/>
              <w:ind w:firstLine="567"/>
              <w:jc w:val="both"/>
              <w:rPr>
                <w:color w:val="000000"/>
              </w:rPr>
            </w:pPr>
            <w:r>
              <w:rPr>
                <w:b/>
                <w:bCs/>
                <w:color w:val="000000"/>
                <w:sz w:val="22"/>
                <w:szCs w:val="22"/>
              </w:rPr>
              <w:t>b) Nội dung</w:t>
            </w:r>
          </w:p>
        </w:tc>
        <w:tc>
          <w:tcPr>
            <w:tcW w:w="7370" w:type="dxa"/>
          </w:tcPr>
          <w:p w14:paraId="7631DE77" w14:textId="77777777" w:rsidR="00E56FE9" w:rsidRDefault="00ED40AF">
            <w:pPr>
              <w:spacing w:after="0" w:line="240" w:lineRule="auto"/>
              <w:ind w:firstLine="567"/>
              <w:jc w:val="both"/>
              <w:rPr>
                <w:shd w:val="clear" w:color="auto" w:fill="B6D7A8"/>
              </w:rPr>
            </w:pPr>
            <w:r>
              <w:rPr>
                <w:sz w:val="22"/>
                <w:szCs w:val="22"/>
              </w:rPr>
              <w:t>Bộ 6 câu hỏi kiểm tra (ghi lên bảng): (1) Vấn đề có lặp lại nhiều lần không? (2) Có dữ liệu (ảnh, số đo, văn bản, giọng nói) hoặc thu thập được không? (3) Việc cần làm là nhận dạng, dự đoán, gợi ý, tạo nội dung hay xử lí ngôn ngữ? (4) Lợi ích cho ai, lớn đến đâu? (5) Nếu AI mắc sai lầm thì hậu quả gì, ai kiểm tra? (6) Có cách nào đơn giản hơn không?</w:t>
            </w:r>
          </w:p>
          <w:p w14:paraId="72306421" w14:textId="77777777" w:rsidR="00E56FE9" w:rsidRDefault="00ED40AF">
            <w:pPr>
              <w:spacing w:after="0" w:line="240" w:lineRule="auto"/>
              <w:ind w:firstLine="567"/>
              <w:jc w:val="both"/>
              <w:rPr>
                <w:shd w:val="clear" w:color="auto" w:fill="B6D7A8"/>
              </w:rPr>
            </w:pPr>
            <w:r>
              <w:rPr>
                <w:b/>
                <w:bCs/>
                <w:sz w:val="22"/>
                <w:szCs w:val="22"/>
              </w:rPr>
              <w:t xml:space="preserve">Nhiệm vụ: </w:t>
            </w:r>
            <w:r>
              <w:rPr>
                <w:sz w:val="22"/>
                <w:szCs w:val="22"/>
              </w:rPr>
              <w:t>Mỗi nhóm chọn một lĩnh vực: nông nghiệp, giáo dục, môi trường, cộng đồng dân tộc thiểu số. Dùng hồ sơ vấn đề ở PL10.3.1 (hoặc một vấn đề nhóm biết ở địa phương), trả lời 6 câu hỏi và kết luận: nên ứng dụng AI / chưa nên / không cần AI.</w:t>
            </w:r>
          </w:p>
        </w:tc>
      </w:tr>
      <w:tr w:rsidR="00E56FE9" w14:paraId="49D38374" w14:textId="77777777">
        <w:trPr>
          <w:cantSplit/>
          <w:jc w:val="center"/>
        </w:trPr>
        <w:tc>
          <w:tcPr>
            <w:tcW w:w="1701" w:type="dxa"/>
            <w:vAlign w:val="center"/>
          </w:tcPr>
          <w:p w14:paraId="144CC61C" w14:textId="77777777" w:rsidR="00E56FE9" w:rsidRDefault="00ED40AF">
            <w:pPr>
              <w:spacing w:after="0" w:line="240" w:lineRule="auto"/>
              <w:ind w:firstLine="567"/>
              <w:jc w:val="both"/>
              <w:rPr>
                <w:color w:val="000000"/>
              </w:rPr>
            </w:pPr>
            <w:r>
              <w:rPr>
                <w:b/>
                <w:bCs/>
                <w:color w:val="000000"/>
                <w:sz w:val="22"/>
                <w:szCs w:val="22"/>
              </w:rPr>
              <w:t>c) Sản phẩm</w:t>
            </w:r>
          </w:p>
        </w:tc>
        <w:tc>
          <w:tcPr>
            <w:tcW w:w="7370" w:type="dxa"/>
          </w:tcPr>
          <w:p w14:paraId="6058CD94" w14:textId="77777777" w:rsidR="00E56FE9" w:rsidRDefault="00ED40AF">
            <w:pPr>
              <w:spacing w:after="0" w:line="240" w:lineRule="auto"/>
              <w:ind w:firstLine="567"/>
              <w:jc w:val="both"/>
              <w:rPr>
                <w:shd w:val="clear" w:color="auto" w:fill="B6D7A8"/>
              </w:rPr>
            </w:pPr>
            <w:r>
              <w:rPr>
                <w:sz w:val="22"/>
                <w:szCs w:val="22"/>
              </w:rPr>
              <w:t>Phiếu học tập 10.3.1: mô tả vấn đề. Gợi ý đáp án: xem phụ lục Sản phẩm và gợi ý đáp án, Hoạt động 2.1.</w:t>
            </w:r>
          </w:p>
        </w:tc>
      </w:tr>
      <w:tr w:rsidR="00E56FE9" w14:paraId="0CD237AB" w14:textId="77777777">
        <w:trPr>
          <w:cantSplit/>
          <w:jc w:val="center"/>
        </w:trPr>
        <w:tc>
          <w:tcPr>
            <w:tcW w:w="1701" w:type="dxa"/>
            <w:vAlign w:val="center"/>
          </w:tcPr>
          <w:p w14:paraId="5266C711" w14:textId="77777777" w:rsidR="00E56FE9" w:rsidRDefault="00ED40AF">
            <w:pPr>
              <w:spacing w:after="0" w:line="240" w:lineRule="auto"/>
              <w:ind w:firstLine="567"/>
              <w:jc w:val="both"/>
              <w:rPr>
                <w:color w:val="000000"/>
              </w:rPr>
            </w:pPr>
            <w:r>
              <w:rPr>
                <w:b/>
                <w:bCs/>
                <w:color w:val="000000"/>
                <w:sz w:val="22"/>
                <w:szCs w:val="22"/>
              </w:rPr>
              <w:t>d) Tổ chức thực hiện</w:t>
            </w:r>
          </w:p>
        </w:tc>
        <w:tc>
          <w:tcPr>
            <w:tcW w:w="7370" w:type="dxa"/>
          </w:tcPr>
          <w:p w14:paraId="4BEFAD6B" w14:textId="77777777" w:rsidR="00E56FE9" w:rsidRDefault="00ED40AF">
            <w:pPr>
              <w:spacing w:after="0" w:line="240" w:lineRule="auto"/>
              <w:ind w:firstLine="567"/>
            </w:pPr>
            <w:r>
              <w:rPr>
                <w:b/>
                <w:bCs/>
                <w:i/>
                <w:iCs/>
                <w:sz w:val="22"/>
                <w:szCs w:val="22"/>
              </w:rPr>
              <w:t>Chuyển giao nhiệm vụ</w:t>
            </w:r>
          </w:p>
          <w:p w14:paraId="44DCBE55" w14:textId="77777777" w:rsidR="00E56FE9" w:rsidRDefault="00ED40AF">
            <w:pPr>
              <w:spacing w:after="0" w:line="240" w:lineRule="auto"/>
              <w:ind w:left="567" w:firstLine="153"/>
              <w:rPr>
                <w:b/>
                <w:bCs/>
                <w:i/>
                <w:iCs/>
              </w:rPr>
            </w:pPr>
            <w:r>
              <w:rPr>
                <w:sz w:val="22"/>
                <w:szCs w:val="22"/>
              </w:rPr>
              <w:t>- GV giới thiệu 6 câu hỏi (3 phút); giao mỗi nhóm chọn lĩnh vực trong thời gian 10 phút; tiêu chí đánh giá là: trả lời đủ 6 câu, mỗi câu có chi tiết từ hồ sơ.</w:t>
            </w:r>
          </w:p>
          <w:p w14:paraId="637EA243" w14:textId="77777777" w:rsidR="00E56FE9" w:rsidRDefault="00ED40AF">
            <w:pPr>
              <w:spacing w:after="0" w:line="240" w:lineRule="auto"/>
              <w:ind w:firstLine="567"/>
            </w:pPr>
            <w:r>
              <w:rPr>
                <w:b/>
                <w:bCs/>
                <w:i/>
                <w:iCs/>
                <w:sz w:val="22"/>
                <w:szCs w:val="22"/>
              </w:rPr>
              <w:t>Thực hiện nhiệm vụ</w:t>
            </w:r>
          </w:p>
          <w:p w14:paraId="0C23C6F3" w14:textId="77777777" w:rsidR="00E56FE9" w:rsidRDefault="00ED40AF">
            <w:pPr>
              <w:spacing w:after="0" w:line="240" w:lineRule="auto"/>
              <w:ind w:left="567" w:firstLine="153"/>
              <w:rPr>
                <w:b/>
                <w:bCs/>
                <w:i/>
                <w:iCs/>
              </w:rPr>
            </w:pPr>
            <w:r>
              <w:rPr>
                <w:sz w:val="22"/>
                <w:szCs w:val="22"/>
              </w:rPr>
              <w:t>- Mỗi nhóm thảo luận, thư kí ghi Phiếu học tập 10.3.1 trên tệp chung.</w:t>
            </w:r>
          </w:p>
          <w:p w14:paraId="53940D40" w14:textId="77777777" w:rsidR="00E56FE9" w:rsidRDefault="00ED40AF">
            <w:pPr>
              <w:spacing w:after="0" w:line="240" w:lineRule="auto"/>
              <w:ind w:left="567" w:firstLine="153"/>
              <w:rPr>
                <w:b/>
                <w:bCs/>
                <w:i/>
                <w:iCs/>
              </w:rPr>
            </w:pPr>
            <w:r>
              <w:rPr>
                <w:sz w:val="22"/>
                <w:szCs w:val="22"/>
              </w:rPr>
              <w:t xml:space="preserve">- </w:t>
            </w:r>
            <w:r>
              <w:rPr>
                <w:i/>
                <w:iCs/>
                <w:sz w:val="22"/>
                <w:szCs w:val="22"/>
              </w:rPr>
              <w:t xml:space="preserve">Hỗ trợ: </w:t>
            </w:r>
            <w:r>
              <w:rPr>
                <w:sz w:val="22"/>
                <w:szCs w:val="22"/>
              </w:rPr>
              <w:t>Các nhóm gặp khó khăn ở câu (2) được gợi ý: “Muốn máy học, cần cho máy xem những gì?”</w:t>
            </w:r>
          </w:p>
          <w:p w14:paraId="71CD3A32" w14:textId="77777777" w:rsidR="00E56FE9" w:rsidRDefault="00ED40AF">
            <w:pPr>
              <w:spacing w:after="0" w:line="240" w:lineRule="auto"/>
              <w:ind w:left="567" w:firstLine="153"/>
              <w:rPr>
                <w:b/>
                <w:bCs/>
                <w:i/>
                <w:iCs/>
              </w:rPr>
            </w:pPr>
            <w:r>
              <w:rPr>
                <w:sz w:val="22"/>
                <w:szCs w:val="22"/>
              </w:rPr>
              <w:t xml:space="preserve">- </w:t>
            </w:r>
            <w:r>
              <w:rPr>
                <w:i/>
                <w:iCs/>
                <w:sz w:val="22"/>
                <w:szCs w:val="22"/>
              </w:rPr>
              <w:t xml:space="preserve">Phân hoá: </w:t>
            </w:r>
            <w:r>
              <w:rPr>
                <w:sz w:val="22"/>
                <w:szCs w:val="22"/>
              </w:rPr>
              <w:t>Đối với các nhóm khá, GV có thể gợi ý tìm thêm một vấn đề thực tế ở địa phương mình và so sánh với hồ sơ.</w:t>
            </w:r>
          </w:p>
          <w:p w14:paraId="693E8A38" w14:textId="77777777" w:rsidR="00E56FE9" w:rsidRDefault="00ED40AF">
            <w:pPr>
              <w:spacing w:after="0" w:line="240" w:lineRule="auto"/>
              <w:ind w:firstLine="567"/>
            </w:pPr>
            <w:r>
              <w:rPr>
                <w:b/>
                <w:bCs/>
                <w:i/>
                <w:iCs/>
                <w:sz w:val="22"/>
                <w:szCs w:val="22"/>
              </w:rPr>
              <w:t>Báo cáo, thảo luận</w:t>
            </w:r>
          </w:p>
          <w:p w14:paraId="1F498281" w14:textId="77777777" w:rsidR="00E56FE9" w:rsidRDefault="00ED40AF">
            <w:pPr>
              <w:spacing w:after="0" w:line="240" w:lineRule="auto"/>
              <w:ind w:left="567" w:firstLine="153"/>
              <w:rPr>
                <w:b/>
                <w:bCs/>
                <w:i/>
                <w:iCs/>
              </w:rPr>
            </w:pPr>
            <w:r>
              <w:rPr>
                <w:sz w:val="22"/>
                <w:szCs w:val="22"/>
              </w:rPr>
              <w:t>- GV chọn hai các nhóm khác lĩnh vực trình bày; các nhóm khác phản biện câu (5) và (6) bằng câu hỏi: “Bằng chứng nào khiến em tin ứng dụng này có thật? Điều gì có thể làm kết luận thay đổi?”</w:t>
            </w:r>
          </w:p>
          <w:p w14:paraId="62204183" w14:textId="77777777" w:rsidR="00E56FE9" w:rsidRDefault="00ED40AF">
            <w:pPr>
              <w:spacing w:after="0" w:line="240" w:lineRule="auto"/>
              <w:ind w:left="567" w:firstLine="153"/>
              <w:rPr>
                <w:b/>
                <w:bCs/>
                <w:i/>
                <w:iCs/>
              </w:rPr>
            </w:pPr>
            <w:r>
              <w:rPr>
                <w:sz w:val="22"/>
                <w:szCs w:val="22"/>
              </w:rPr>
              <w:t xml:space="preserve">- </w:t>
            </w:r>
            <w:r>
              <w:rPr>
                <w:i/>
                <w:iCs/>
                <w:sz w:val="22"/>
                <w:szCs w:val="22"/>
              </w:rPr>
              <w:t xml:space="preserve">Đánh giá: </w:t>
            </w:r>
            <w:r>
              <w:rPr>
                <w:sz w:val="22"/>
                <w:szCs w:val="22"/>
              </w:rPr>
              <w:t>GV nhận xét theo tiêu chí trả lời đủ 6 câu, có chi tiết; hỏi ngẫu nhiên một thành viên.</w:t>
            </w:r>
          </w:p>
          <w:p w14:paraId="0A7E36B4" w14:textId="77777777" w:rsidR="00E56FE9" w:rsidRDefault="00ED40AF">
            <w:pPr>
              <w:spacing w:after="0" w:line="240" w:lineRule="auto"/>
              <w:ind w:firstLine="567"/>
            </w:pPr>
            <w:r>
              <w:rPr>
                <w:b/>
                <w:bCs/>
                <w:i/>
                <w:iCs/>
                <w:sz w:val="22"/>
                <w:szCs w:val="22"/>
              </w:rPr>
              <w:t>Kết luận, nhận định</w:t>
            </w:r>
          </w:p>
          <w:p w14:paraId="27055163" w14:textId="77777777" w:rsidR="00E56FE9" w:rsidRDefault="00ED40AF">
            <w:pPr>
              <w:spacing w:after="0" w:line="240" w:lineRule="auto"/>
              <w:ind w:left="567" w:firstLine="153"/>
              <w:rPr>
                <w:b/>
                <w:bCs/>
                <w:i/>
                <w:iCs/>
              </w:rPr>
            </w:pPr>
            <w:r>
              <w:rPr>
                <w:sz w:val="22"/>
                <w:szCs w:val="22"/>
              </w:rPr>
              <w:t>- GV kết luận theo tiêu chí; đối chiếu với dự đoán ở Hoạt động 1.</w:t>
            </w:r>
          </w:p>
          <w:p w14:paraId="12100D12" w14:textId="77777777" w:rsidR="00E56FE9" w:rsidRDefault="00ED40AF">
            <w:pPr>
              <w:spacing w:after="0" w:line="240" w:lineRule="auto"/>
              <w:ind w:left="567" w:firstLine="153"/>
              <w:rPr>
                <w:b/>
                <w:bCs/>
                <w:i/>
                <w:iCs/>
              </w:rPr>
            </w:pPr>
            <w:r>
              <w:rPr>
                <w:sz w:val="22"/>
                <w:szCs w:val="22"/>
              </w:rPr>
              <w:t>- Đánh giá: GV nhận xét theo tiêu chí trả lời đầy đủ và chi tiết 6 câu hỏi; GV có thể đánh giá từng thành viên trong nhóm bằng cách đặt câu hỏi ngẫu nhiên.</w:t>
            </w:r>
          </w:p>
        </w:tc>
      </w:tr>
      <w:tr w:rsidR="00E56FE9" w14:paraId="6994C52D" w14:textId="77777777">
        <w:trPr>
          <w:cantSplit/>
          <w:jc w:val="center"/>
        </w:trPr>
        <w:tc>
          <w:tcPr>
            <w:tcW w:w="1701" w:type="dxa"/>
            <w:vAlign w:val="center"/>
          </w:tcPr>
          <w:p w14:paraId="77AE6393" w14:textId="77777777" w:rsidR="00E56FE9" w:rsidRDefault="00ED40AF">
            <w:pPr>
              <w:spacing w:after="0" w:line="240" w:lineRule="auto"/>
              <w:ind w:firstLine="567"/>
              <w:jc w:val="both"/>
              <w:rPr>
                <w:color w:val="000000"/>
              </w:rPr>
            </w:pPr>
            <w:r>
              <w:rPr>
                <w:b/>
                <w:bCs/>
                <w:color w:val="000000"/>
                <w:sz w:val="22"/>
                <w:szCs w:val="22"/>
              </w:rPr>
              <w:t>e) Điểm kiểm soát AI và an toàn dữ liệu</w:t>
            </w:r>
          </w:p>
        </w:tc>
        <w:tc>
          <w:tcPr>
            <w:tcW w:w="7370" w:type="dxa"/>
          </w:tcPr>
          <w:p w14:paraId="782EF10A"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Khi đề xuất dữ liệu về cộng đồng</w:t>
            </w:r>
            <w:r>
              <w:rPr>
                <w:color w:val="000000"/>
                <w:sz w:val="24"/>
                <w:szCs w:val="24"/>
              </w:rPr>
              <w:t xml:space="preserve"> </w:t>
            </w:r>
            <w:r>
              <w:rPr>
                <w:color w:val="000000"/>
                <w:sz w:val="22"/>
                <w:szCs w:val="22"/>
              </w:rPr>
              <w:t>phải được người dân đồng ý và giữ quyền quyết định của cộng đồng.</w:t>
            </w:r>
          </w:p>
          <w:p w14:paraId="3BE2098A"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Hoạt động không dùng công cụ AI.</w:t>
            </w:r>
          </w:p>
        </w:tc>
      </w:tr>
    </w:tbl>
    <w:p w14:paraId="0B5D4B95" w14:textId="77777777" w:rsidR="00E56FE9" w:rsidRDefault="00ED40AF">
      <w:pPr>
        <w:keepNext/>
        <w:spacing w:after="60" w:line="264" w:lineRule="auto"/>
        <w:ind w:firstLine="567"/>
        <w:jc w:val="both"/>
        <w:rPr>
          <w:color w:val="000000"/>
        </w:rPr>
      </w:pPr>
      <w:r>
        <w:rPr>
          <w:b/>
          <w:bCs/>
          <w:color w:val="000000"/>
        </w:rPr>
        <w:t>Hoạt động 2.2. Hình thành kiến thức: Bản đồ ứng dụng AI theo chức năng</w:t>
      </w:r>
      <w:r>
        <w:rPr>
          <w:i/>
          <w:iCs/>
          <w:color w:val="000000"/>
        </w:rPr>
        <w:t xml:space="preserve"> (18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E56FE9" w14:paraId="7390569B" w14:textId="77777777">
        <w:trPr>
          <w:cantSplit/>
          <w:tblHeader/>
          <w:jc w:val="center"/>
        </w:trPr>
        <w:tc>
          <w:tcPr>
            <w:tcW w:w="1701" w:type="dxa"/>
            <w:vAlign w:val="center"/>
          </w:tcPr>
          <w:p w14:paraId="15294CC0" w14:textId="77777777" w:rsidR="00E56FE9" w:rsidRDefault="00ED40AF">
            <w:pPr>
              <w:spacing w:after="0" w:line="240" w:lineRule="auto"/>
              <w:jc w:val="center"/>
            </w:pPr>
            <w:r>
              <w:rPr>
                <w:b/>
                <w:sz w:val="22"/>
                <w:szCs w:val="22"/>
              </w:rPr>
              <w:t>Thành phần</w:t>
            </w:r>
          </w:p>
        </w:tc>
        <w:tc>
          <w:tcPr>
            <w:tcW w:w="7370" w:type="dxa"/>
            <w:vAlign w:val="center"/>
          </w:tcPr>
          <w:p w14:paraId="6C722F60" w14:textId="77777777" w:rsidR="00E56FE9" w:rsidRDefault="00ED40AF">
            <w:pPr>
              <w:spacing w:after="0" w:line="240" w:lineRule="auto"/>
              <w:jc w:val="center"/>
            </w:pPr>
            <w:r>
              <w:rPr>
                <w:b/>
                <w:sz w:val="22"/>
                <w:szCs w:val="22"/>
              </w:rPr>
              <w:t>Nội dung</w:t>
            </w:r>
          </w:p>
        </w:tc>
      </w:tr>
      <w:tr w:rsidR="00E56FE9" w14:paraId="3BD0DE97" w14:textId="77777777">
        <w:trPr>
          <w:cantSplit/>
          <w:jc w:val="center"/>
        </w:trPr>
        <w:tc>
          <w:tcPr>
            <w:tcW w:w="1701" w:type="dxa"/>
            <w:vAlign w:val="center"/>
          </w:tcPr>
          <w:p w14:paraId="03576555" w14:textId="77777777" w:rsidR="00E56FE9" w:rsidRDefault="00ED40AF">
            <w:pPr>
              <w:spacing w:after="0" w:line="240" w:lineRule="auto"/>
              <w:ind w:firstLine="567"/>
              <w:jc w:val="both"/>
              <w:rPr>
                <w:color w:val="000000"/>
              </w:rPr>
            </w:pPr>
            <w:r>
              <w:rPr>
                <w:b/>
                <w:bCs/>
                <w:color w:val="000000"/>
                <w:sz w:val="22"/>
                <w:szCs w:val="22"/>
              </w:rPr>
              <w:t>a) Mục tiêu</w:t>
            </w:r>
          </w:p>
        </w:tc>
        <w:tc>
          <w:tcPr>
            <w:tcW w:w="7370" w:type="dxa"/>
          </w:tcPr>
          <w:p w14:paraId="4AD72C72"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Phân loại, liệt kê được ứng dụng AI theo năm nhóm chức năng; tìm và kiểm chứng được một ứng dụng thực tế ở Việt Nam (10.C2.2).</w:t>
            </w:r>
          </w:p>
        </w:tc>
      </w:tr>
      <w:tr w:rsidR="00E56FE9" w14:paraId="44FD5867" w14:textId="77777777">
        <w:trPr>
          <w:cantSplit/>
          <w:jc w:val="center"/>
        </w:trPr>
        <w:tc>
          <w:tcPr>
            <w:tcW w:w="1701" w:type="dxa"/>
            <w:vAlign w:val="center"/>
          </w:tcPr>
          <w:p w14:paraId="56F82424" w14:textId="77777777" w:rsidR="00E56FE9" w:rsidRDefault="00ED40AF">
            <w:pPr>
              <w:spacing w:after="0" w:line="240" w:lineRule="auto"/>
              <w:ind w:firstLine="567"/>
              <w:jc w:val="both"/>
              <w:rPr>
                <w:color w:val="000000"/>
              </w:rPr>
            </w:pPr>
            <w:r>
              <w:rPr>
                <w:b/>
                <w:bCs/>
                <w:color w:val="000000"/>
                <w:sz w:val="22"/>
                <w:szCs w:val="22"/>
              </w:rPr>
              <w:t>b) Nội dung</w:t>
            </w:r>
          </w:p>
        </w:tc>
        <w:tc>
          <w:tcPr>
            <w:tcW w:w="7370" w:type="dxa"/>
          </w:tcPr>
          <w:p w14:paraId="088F5864" w14:textId="77777777" w:rsidR="00E56FE9" w:rsidRDefault="00ED40AF">
            <w:pPr>
              <w:spacing w:after="0" w:line="240" w:lineRule="auto"/>
              <w:ind w:firstLine="567"/>
              <w:jc w:val="both"/>
              <w:rPr>
                <w:shd w:val="clear" w:color="auto" w:fill="B6D7A8"/>
              </w:rPr>
            </w:pPr>
            <w:r>
              <w:rPr>
                <w:sz w:val="22"/>
                <w:szCs w:val="22"/>
              </w:rPr>
              <w:t>Phiếu học tập 10.3.2: xếp 12 thẻ ứng dụng (PL10.3.2) vào 5 nhóm chức năng: nhận dạng, dự đoán, gợi ý, tạo nội dung, xử lí ngôn ngữ.</w:t>
            </w:r>
          </w:p>
          <w:p w14:paraId="7E3EA999" w14:textId="77777777" w:rsidR="00E56FE9" w:rsidRDefault="00ED40AF">
            <w:pPr>
              <w:spacing w:after="0" w:line="240" w:lineRule="auto"/>
              <w:ind w:firstLine="567"/>
              <w:jc w:val="both"/>
              <w:rPr>
                <w:shd w:val="clear" w:color="auto" w:fill="B6D7A8"/>
              </w:rPr>
            </w:pPr>
            <w:r>
              <w:rPr>
                <w:b/>
                <w:bCs/>
                <w:sz w:val="22"/>
                <w:szCs w:val="22"/>
              </w:rPr>
              <w:t xml:space="preserve">Thao tác máy (7 phút): </w:t>
            </w:r>
            <w:r>
              <w:rPr>
                <w:sz w:val="22"/>
                <w:szCs w:val="22"/>
              </w:rPr>
              <w:t>Mỗi nhóm mở một trang trong danh mục liên kết GV gửi (cuối PL10.3.2), chọn trang đúng lĩnh vực nhóm đã chọn ở Hoạt động 2.1; ghi tên ứng dụng, chức năng, cơ quan/đơn vị sử dụng, đường dẫn nguồn và một câu trong bài làm căn cứ. Nhóm xong sớm tự tìm thêm một ứng dụng khác. Chỉ nhận nguồn chính thống: cổng thông tin cơ quan nhà nước, báo chí chính thống, trang của trường đại học, viện nghiên cứu.</w:t>
            </w:r>
          </w:p>
        </w:tc>
      </w:tr>
      <w:tr w:rsidR="00E56FE9" w14:paraId="13603485" w14:textId="77777777">
        <w:trPr>
          <w:cantSplit/>
          <w:jc w:val="center"/>
        </w:trPr>
        <w:tc>
          <w:tcPr>
            <w:tcW w:w="1701" w:type="dxa"/>
            <w:vAlign w:val="center"/>
          </w:tcPr>
          <w:p w14:paraId="46355124" w14:textId="77777777" w:rsidR="00E56FE9" w:rsidRDefault="00ED40AF">
            <w:pPr>
              <w:spacing w:after="0" w:line="240" w:lineRule="auto"/>
              <w:ind w:firstLine="567"/>
              <w:jc w:val="both"/>
              <w:rPr>
                <w:color w:val="000000"/>
              </w:rPr>
            </w:pPr>
            <w:r>
              <w:rPr>
                <w:b/>
                <w:bCs/>
                <w:color w:val="000000"/>
                <w:sz w:val="22"/>
                <w:szCs w:val="22"/>
              </w:rPr>
              <w:t>c) Sản phẩm</w:t>
            </w:r>
          </w:p>
        </w:tc>
        <w:tc>
          <w:tcPr>
            <w:tcW w:w="7370" w:type="dxa"/>
          </w:tcPr>
          <w:p w14:paraId="0676B73C" w14:textId="77777777" w:rsidR="00E56FE9" w:rsidRDefault="00ED40AF">
            <w:pPr>
              <w:spacing w:after="0" w:line="240" w:lineRule="auto"/>
              <w:ind w:firstLine="567"/>
              <w:jc w:val="both"/>
              <w:rPr>
                <w:shd w:val="clear" w:color="auto" w:fill="B6D7A8"/>
              </w:rPr>
            </w:pPr>
            <w:r>
              <w:rPr>
                <w:sz w:val="22"/>
                <w:szCs w:val="22"/>
              </w:rPr>
              <w:t>Phiếu học tập 10.3.2: bản đồ ứng dụng. Gợi ý đáp án: xem phụ lục Sản phẩm và gợi ý đáp án, Hoạt động 2.2.</w:t>
            </w:r>
          </w:p>
        </w:tc>
      </w:tr>
      <w:tr w:rsidR="00E56FE9" w14:paraId="58B08211" w14:textId="77777777">
        <w:trPr>
          <w:cantSplit/>
          <w:jc w:val="center"/>
        </w:trPr>
        <w:tc>
          <w:tcPr>
            <w:tcW w:w="1701" w:type="dxa"/>
            <w:vAlign w:val="center"/>
          </w:tcPr>
          <w:p w14:paraId="6CCB7CE0" w14:textId="77777777" w:rsidR="00E56FE9" w:rsidRDefault="00ED40AF">
            <w:pPr>
              <w:spacing w:after="0" w:line="240" w:lineRule="auto"/>
              <w:ind w:firstLine="567"/>
              <w:jc w:val="both"/>
              <w:rPr>
                <w:color w:val="000000"/>
              </w:rPr>
            </w:pPr>
            <w:r>
              <w:rPr>
                <w:b/>
                <w:bCs/>
                <w:color w:val="000000"/>
                <w:sz w:val="22"/>
                <w:szCs w:val="22"/>
              </w:rPr>
              <w:t>d) Tổ chức thực hiện</w:t>
            </w:r>
          </w:p>
        </w:tc>
        <w:tc>
          <w:tcPr>
            <w:tcW w:w="7370" w:type="dxa"/>
          </w:tcPr>
          <w:p w14:paraId="55827DCF" w14:textId="77777777" w:rsidR="00E56FE9" w:rsidRDefault="00ED40AF">
            <w:pPr>
              <w:spacing w:after="0" w:line="240" w:lineRule="auto"/>
              <w:ind w:firstLine="567"/>
            </w:pPr>
            <w:r>
              <w:rPr>
                <w:b/>
                <w:bCs/>
                <w:i/>
                <w:iCs/>
                <w:sz w:val="22"/>
                <w:szCs w:val="22"/>
              </w:rPr>
              <w:t>Chuyển giao nhiệm vụ</w:t>
            </w:r>
          </w:p>
          <w:p w14:paraId="0A213F5A" w14:textId="77777777" w:rsidR="00E56FE9" w:rsidRDefault="00ED40AF">
            <w:pPr>
              <w:spacing w:after="0" w:line="240" w:lineRule="auto"/>
              <w:ind w:left="567" w:firstLine="153"/>
              <w:rPr>
                <w:b/>
                <w:bCs/>
                <w:i/>
                <w:iCs/>
              </w:rPr>
            </w:pPr>
            <w:r>
              <w:rPr>
                <w:sz w:val="22"/>
                <w:szCs w:val="22"/>
              </w:rPr>
              <w:t>- GV chiếu 12 thẻ; giao nhóm xếp (6 phút), sau đó đọc một trang trong danh mục liên kết và ghi ứng dụng (7 phút).</w:t>
            </w:r>
          </w:p>
          <w:p w14:paraId="3888084F" w14:textId="77777777" w:rsidR="00E56FE9" w:rsidRDefault="00ED40AF">
            <w:pPr>
              <w:spacing w:after="0" w:line="240" w:lineRule="auto"/>
              <w:ind w:firstLine="567"/>
            </w:pPr>
            <w:r>
              <w:rPr>
                <w:b/>
                <w:bCs/>
                <w:i/>
                <w:iCs/>
                <w:sz w:val="22"/>
                <w:szCs w:val="22"/>
              </w:rPr>
              <w:t>Thực hiện nhiệm vụ</w:t>
            </w:r>
          </w:p>
          <w:p w14:paraId="55B38368" w14:textId="77777777" w:rsidR="00E56FE9" w:rsidRDefault="00ED40AF">
            <w:pPr>
              <w:spacing w:after="0" w:line="240" w:lineRule="auto"/>
              <w:ind w:left="567" w:firstLine="153"/>
              <w:rPr>
                <w:b/>
                <w:bCs/>
                <w:i/>
                <w:iCs/>
              </w:rPr>
            </w:pPr>
            <w:r>
              <w:rPr>
                <w:sz w:val="22"/>
                <w:szCs w:val="22"/>
              </w:rPr>
              <w:t>- Nhóm xếp thẻ vào Phiếu học tập 10.3.2; thành viên kiểm chứng nguồn tra cứu trên máy, thư kí dán đường dẫn.</w:t>
            </w:r>
          </w:p>
          <w:p w14:paraId="62C51C46" w14:textId="77777777" w:rsidR="00E56FE9" w:rsidRDefault="00ED40AF">
            <w:pPr>
              <w:spacing w:after="0" w:line="240" w:lineRule="auto"/>
              <w:ind w:left="567" w:firstLine="153"/>
              <w:rPr>
                <w:b/>
                <w:bCs/>
                <w:i/>
                <w:iCs/>
              </w:rPr>
            </w:pPr>
            <w:r>
              <w:rPr>
                <w:sz w:val="22"/>
                <w:szCs w:val="22"/>
              </w:rPr>
              <w:t xml:space="preserve">- </w:t>
            </w:r>
            <w:r>
              <w:rPr>
                <w:i/>
                <w:iCs/>
                <w:sz w:val="22"/>
                <w:szCs w:val="22"/>
              </w:rPr>
              <w:t xml:space="preserve">Hỗ trợ: với nhóm tự tìm thêm, </w:t>
            </w:r>
            <w:r>
              <w:rPr>
                <w:sz w:val="22"/>
                <w:szCs w:val="22"/>
              </w:rPr>
              <w:t>GV gợi ý từ khoá tìm kiếm theo lĩnh vực, ví dụ “dự báo xâm nhập mặn trí tuệ nhân tạo”.</w:t>
            </w:r>
          </w:p>
          <w:p w14:paraId="3EDA8E0F" w14:textId="77777777" w:rsidR="00E56FE9" w:rsidRDefault="00ED40AF">
            <w:pPr>
              <w:spacing w:after="0" w:line="240" w:lineRule="auto"/>
              <w:ind w:left="567" w:firstLine="153"/>
              <w:rPr>
                <w:b/>
                <w:bCs/>
                <w:i/>
                <w:iCs/>
              </w:rPr>
            </w:pPr>
            <w:r>
              <w:rPr>
                <w:sz w:val="22"/>
                <w:szCs w:val="22"/>
              </w:rPr>
              <w:t xml:space="preserve">- </w:t>
            </w:r>
            <w:r>
              <w:rPr>
                <w:i/>
                <w:iCs/>
                <w:sz w:val="22"/>
                <w:szCs w:val="22"/>
              </w:rPr>
              <w:t xml:space="preserve">Phân hoá: </w:t>
            </w:r>
            <w:r>
              <w:rPr>
                <w:sz w:val="22"/>
                <w:szCs w:val="22"/>
              </w:rPr>
              <w:t>Nhóm xong sớm xem ứng dụng tìm được kết hợp những chức năng nào.</w:t>
            </w:r>
          </w:p>
          <w:p w14:paraId="6188AD1D" w14:textId="77777777" w:rsidR="00E56FE9" w:rsidRDefault="00ED40AF">
            <w:pPr>
              <w:spacing w:after="0" w:line="240" w:lineRule="auto"/>
              <w:ind w:firstLine="567"/>
            </w:pPr>
            <w:r>
              <w:rPr>
                <w:b/>
                <w:bCs/>
                <w:i/>
                <w:iCs/>
                <w:sz w:val="22"/>
                <w:szCs w:val="22"/>
              </w:rPr>
              <w:t>Báo cáo, thảo luận</w:t>
            </w:r>
          </w:p>
          <w:p w14:paraId="53661F4E" w14:textId="77777777" w:rsidR="00E56FE9" w:rsidRDefault="00ED40AF">
            <w:pPr>
              <w:spacing w:after="0" w:line="240" w:lineRule="auto"/>
              <w:ind w:left="567" w:firstLine="153"/>
              <w:rPr>
                <w:b/>
                <w:bCs/>
                <w:i/>
                <w:iCs/>
              </w:rPr>
            </w:pPr>
            <w:r>
              <w:rPr>
                <w:sz w:val="22"/>
                <w:szCs w:val="22"/>
              </w:rPr>
              <w:t>- GV chiếu bản đồ của 2 nhóm; lớp tranh luận thẻ 11 và các ứng dụng nhiều chức năng.</w:t>
            </w:r>
          </w:p>
          <w:p w14:paraId="0FCBD126" w14:textId="77777777" w:rsidR="00E56FE9" w:rsidRDefault="00ED40AF">
            <w:pPr>
              <w:spacing w:after="0" w:line="240" w:lineRule="auto"/>
              <w:ind w:left="567" w:firstLine="153"/>
              <w:rPr>
                <w:b/>
                <w:bCs/>
                <w:i/>
                <w:iCs/>
              </w:rPr>
            </w:pPr>
            <w:r>
              <w:rPr>
                <w:sz w:val="22"/>
                <w:szCs w:val="22"/>
              </w:rPr>
              <w:t xml:space="preserve">- </w:t>
            </w:r>
            <w:r>
              <w:rPr>
                <w:i/>
                <w:iCs/>
                <w:sz w:val="22"/>
                <w:szCs w:val="22"/>
              </w:rPr>
              <w:t xml:space="preserve">Đánh giá: </w:t>
            </w:r>
            <w:r>
              <w:rPr>
                <w:sz w:val="22"/>
                <w:szCs w:val="22"/>
              </w:rPr>
              <w:t>GV kiểm tra ngẫu nhiên đường dẫn nguồn của 2 nhóm.</w:t>
            </w:r>
          </w:p>
          <w:p w14:paraId="1923622B" w14:textId="77777777" w:rsidR="00E56FE9" w:rsidRDefault="00ED40AF">
            <w:pPr>
              <w:spacing w:after="0" w:line="240" w:lineRule="auto"/>
              <w:ind w:firstLine="567"/>
            </w:pPr>
            <w:r>
              <w:rPr>
                <w:b/>
                <w:bCs/>
                <w:i/>
                <w:iCs/>
                <w:sz w:val="22"/>
                <w:szCs w:val="22"/>
              </w:rPr>
              <w:t>Kết luận, nhận định</w:t>
            </w:r>
          </w:p>
          <w:p w14:paraId="7D79CA68" w14:textId="77777777" w:rsidR="00E56FE9" w:rsidRDefault="00ED40AF">
            <w:pPr>
              <w:spacing w:after="0" w:line="240" w:lineRule="auto"/>
              <w:ind w:left="567" w:firstLine="153"/>
              <w:rPr>
                <w:b/>
                <w:bCs/>
                <w:i/>
                <w:iCs/>
              </w:rPr>
            </w:pPr>
            <w:r>
              <w:rPr>
                <w:sz w:val="22"/>
                <w:szCs w:val="22"/>
              </w:rPr>
              <w:t>- GV chốt năm nhóm chức năng; nhắc chuẩn bị cho tiết 2: mang theo một bài tập Toán đang học.</w:t>
            </w:r>
          </w:p>
          <w:p w14:paraId="4457003A" w14:textId="77777777" w:rsidR="00E56FE9" w:rsidRDefault="00ED40AF">
            <w:pPr>
              <w:spacing w:after="0" w:line="240" w:lineRule="auto"/>
              <w:ind w:left="567" w:firstLine="153"/>
              <w:rPr>
                <w:b/>
                <w:bCs/>
                <w:i/>
                <w:iCs/>
              </w:rPr>
            </w:pPr>
            <w:r>
              <w:rPr>
                <w:sz w:val="22"/>
                <w:szCs w:val="22"/>
              </w:rPr>
              <w:t>- Đánh giá: GV kiểm tra ngẫu nhiên đường dẫn nguồn của 2 nhóm.</w:t>
            </w:r>
          </w:p>
        </w:tc>
      </w:tr>
      <w:tr w:rsidR="00E56FE9" w14:paraId="2BD63061" w14:textId="77777777">
        <w:trPr>
          <w:cantSplit/>
          <w:jc w:val="center"/>
        </w:trPr>
        <w:tc>
          <w:tcPr>
            <w:tcW w:w="1701" w:type="dxa"/>
            <w:vAlign w:val="center"/>
          </w:tcPr>
          <w:p w14:paraId="067AAD95" w14:textId="77777777" w:rsidR="00E56FE9" w:rsidRDefault="00ED40AF">
            <w:pPr>
              <w:spacing w:after="0" w:line="240" w:lineRule="auto"/>
              <w:ind w:firstLine="567"/>
              <w:jc w:val="both"/>
              <w:rPr>
                <w:color w:val="000000"/>
              </w:rPr>
            </w:pPr>
            <w:r>
              <w:rPr>
                <w:b/>
                <w:bCs/>
                <w:color w:val="000000"/>
                <w:sz w:val="22"/>
                <w:szCs w:val="22"/>
              </w:rPr>
              <w:t>e) Điểm kiểm soát AI và an toàn dữ liệu</w:t>
            </w:r>
          </w:p>
        </w:tc>
        <w:tc>
          <w:tcPr>
            <w:tcW w:w="7370" w:type="dxa"/>
          </w:tcPr>
          <w:p w14:paraId="2B61D3B8"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Chỉ tra cứu trên trang chính thống; không tải phần mềm, không đăng nhập ứng dụng lạ.</w:t>
            </w:r>
          </w:p>
          <w:p w14:paraId="63040239"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Không nhập thông tin cá nhân vào ô tìm kiếm của ứng dụng.</w:t>
            </w:r>
          </w:p>
        </w:tc>
      </w:tr>
    </w:tbl>
    <w:p w14:paraId="530AD3C0" w14:textId="77777777" w:rsidR="00E56FE9" w:rsidRDefault="00ED40AF">
      <w:pPr>
        <w:keepNext/>
        <w:spacing w:after="60" w:line="264" w:lineRule="auto"/>
        <w:ind w:firstLine="567"/>
        <w:jc w:val="both"/>
        <w:rPr>
          <w:color w:val="000000"/>
        </w:rPr>
      </w:pPr>
      <w:r>
        <w:rPr>
          <w:b/>
          <w:bCs/>
          <w:color w:val="000000"/>
        </w:rPr>
        <w:t>Hoạt động 2.3. Hình thành kiến thức: AI hỗ trợ học tập thế nào?</w:t>
      </w:r>
      <w:r>
        <w:rPr>
          <w:i/>
          <w:iCs/>
          <w:color w:val="000000"/>
        </w:rPr>
        <w:t xml:space="preserve"> (15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E56FE9" w14:paraId="7175CCD0" w14:textId="77777777">
        <w:trPr>
          <w:cantSplit/>
          <w:tblHeader/>
          <w:jc w:val="center"/>
        </w:trPr>
        <w:tc>
          <w:tcPr>
            <w:tcW w:w="1701" w:type="dxa"/>
            <w:vAlign w:val="center"/>
          </w:tcPr>
          <w:p w14:paraId="616A56C6" w14:textId="77777777" w:rsidR="00E56FE9" w:rsidRDefault="00ED40AF">
            <w:pPr>
              <w:spacing w:after="0" w:line="240" w:lineRule="auto"/>
              <w:jc w:val="center"/>
            </w:pPr>
            <w:r>
              <w:rPr>
                <w:b/>
                <w:sz w:val="22"/>
                <w:szCs w:val="22"/>
              </w:rPr>
              <w:t>Thành phần</w:t>
            </w:r>
          </w:p>
        </w:tc>
        <w:tc>
          <w:tcPr>
            <w:tcW w:w="7370" w:type="dxa"/>
            <w:vAlign w:val="center"/>
          </w:tcPr>
          <w:p w14:paraId="478FC498" w14:textId="77777777" w:rsidR="00E56FE9" w:rsidRDefault="00ED40AF">
            <w:pPr>
              <w:spacing w:after="0" w:line="240" w:lineRule="auto"/>
              <w:jc w:val="center"/>
            </w:pPr>
            <w:r>
              <w:rPr>
                <w:b/>
                <w:sz w:val="22"/>
                <w:szCs w:val="22"/>
              </w:rPr>
              <w:t>Nội dung</w:t>
            </w:r>
          </w:p>
        </w:tc>
      </w:tr>
      <w:tr w:rsidR="00E56FE9" w14:paraId="0080A698" w14:textId="77777777">
        <w:trPr>
          <w:cantSplit/>
          <w:jc w:val="center"/>
        </w:trPr>
        <w:tc>
          <w:tcPr>
            <w:tcW w:w="1701" w:type="dxa"/>
            <w:vAlign w:val="center"/>
          </w:tcPr>
          <w:p w14:paraId="4F3F4059" w14:textId="77777777" w:rsidR="00E56FE9" w:rsidRDefault="00ED40AF">
            <w:pPr>
              <w:spacing w:after="0" w:line="240" w:lineRule="auto"/>
              <w:ind w:firstLine="567"/>
              <w:jc w:val="both"/>
              <w:rPr>
                <w:color w:val="000000"/>
              </w:rPr>
            </w:pPr>
            <w:r>
              <w:rPr>
                <w:b/>
                <w:bCs/>
                <w:color w:val="000000"/>
                <w:sz w:val="22"/>
                <w:szCs w:val="22"/>
              </w:rPr>
              <w:t>a) Mục tiêu</w:t>
            </w:r>
          </w:p>
        </w:tc>
        <w:tc>
          <w:tcPr>
            <w:tcW w:w="7370" w:type="dxa"/>
          </w:tcPr>
          <w:p w14:paraId="489468AE"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Nêu được ví dụ dùng AI hỗ trợ học tập và đánh giá được mỗi cách dùng theo tiêu chí người học vẫn chủ động (10.C2.3).</w:t>
            </w:r>
          </w:p>
        </w:tc>
      </w:tr>
      <w:tr w:rsidR="00E56FE9" w14:paraId="653757BA" w14:textId="77777777">
        <w:trPr>
          <w:cantSplit/>
          <w:jc w:val="center"/>
        </w:trPr>
        <w:tc>
          <w:tcPr>
            <w:tcW w:w="1701" w:type="dxa"/>
            <w:vAlign w:val="center"/>
          </w:tcPr>
          <w:p w14:paraId="6283BE5A" w14:textId="77777777" w:rsidR="00E56FE9" w:rsidRDefault="00ED40AF">
            <w:pPr>
              <w:spacing w:after="0" w:line="240" w:lineRule="auto"/>
              <w:ind w:firstLine="567"/>
              <w:jc w:val="both"/>
              <w:rPr>
                <w:color w:val="000000"/>
              </w:rPr>
            </w:pPr>
            <w:r>
              <w:rPr>
                <w:b/>
                <w:bCs/>
                <w:color w:val="000000"/>
                <w:sz w:val="22"/>
                <w:szCs w:val="22"/>
              </w:rPr>
              <w:t>b) Nội dung</w:t>
            </w:r>
          </w:p>
        </w:tc>
        <w:tc>
          <w:tcPr>
            <w:tcW w:w="7370" w:type="dxa"/>
          </w:tcPr>
          <w:p w14:paraId="732A782E" w14:textId="77777777" w:rsidR="00E56FE9" w:rsidRDefault="00ED40AF">
            <w:pPr>
              <w:spacing w:after="0" w:line="240" w:lineRule="auto"/>
              <w:ind w:firstLine="567"/>
              <w:jc w:val="both"/>
              <w:rPr>
                <w:shd w:val="clear" w:color="auto" w:fill="B6D7A8"/>
              </w:rPr>
            </w:pPr>
            <w:r>
              <w:rPr>
                <w:sz w:val="22"/>
                <w:szCs w:val="22"/>
              </w:rPr>
              <w:t>Bài toán: Tìm giá trị lớn nhất của hàm số y = −x² + 4x + 1.</w:t>
            </w:r>
          </w:p>
          <w:p w14:paraId="3F51812F" w14:textId="77777777" w:rsidR="00E56FE9" w:rsidRDefault="00ED40AF">
            <w:pPr>
              <w:spacing w:after="0" w:line="240" w:lineRule="auto"/>
              <w:ind w:firstLine="567"/>
              <w:jc w:val="both"/>
              <w:rPr>
                <w:shd w:val="clear" w:color="auto" w:fill="B6D7A8"/>
              </w:rPr>
            </w:pPr>
            <w:r>
              <w:rPr>
                <w:b/>
                <w:bCs/>
                <w:sz w:val="22"/>
                <w:szCs w:val="22"/>
              </w:rPr>
              <w:t xml:space="preserve">Ba cách dùng AI: </w:t>
            </w:r>
            <w:r>
              <w:rPr>
                <w:sz w:val="22"/>
                <w:szCs w:val="22"/>
              </w:rPr>
              <w:t>Cách A: dán đề, xin đáp án rồi chép. Cách B: xin gợi ý từng bước, không xin đáp án; tự làm; sau đó nhờ AI kiểm tra bài của mình. Cách C: sau khi làm xong, nhờ AI tạo 3 bài tương tự mức tăng dần để tự luyện.</w:t>
            </w:r>
          </w:p>
          <w:p w14:paraId="34D5C74F" w14:textId="77777777" w:rsidR="00E56FE9" w:rsidRDefault="00ED40AF">
            <w:pPr>
              <w:spacing w:after="0" w:line="240" w:lineRule="auto"/>
              <w:ind w:firstLine="567"/>
              <w:jc w:val="both"/>
              <w:rPr>
                <w:shd w:val="clear" w:color="auto" w:fill="B6D7A8"/>
              </w:rPr>
            </w:pPr>
            <w:r>
              <w:rPr>
                <w:b/>
                <w:bCs/>
                <w:sz w:val="22"/>
                <w:szCs w:val="22"/>
              </w:rPr>
              <w:t xml:space="preserve">Nhiệm vụ: </w:t>
            </w:r>
            <w:r>
              <w:rPr>
                <w:sz w:val="22"/>
                <w:szCs w:val="22"/>
              </w:rPr>
              <w:t>Dự đoán cách nào giúp học tốt nhất. Thử cách B trên chatbot (8 phút) với câu lệnh: “Em đang học lớp 10. Hãy đóng vai gia sư: mỗi lượt chỉ đặt một câu hỏi gợi ý để em tự tìm giá trị lớn nhất của y = −x² + 4x + 1. Không đưa lời giải, không đưa đáp số, kể cả khi em hỏi. Chờ em trả lời rồi mới gợi ý tiếp.” Ghi lại gợi ý của AI, câu trả lời của mình, và đối chiếu với SGK.</w:t>
            </w:r>
          </w:p>
          <w:p w14:paraId="084BF65F" w14:textId="77777777" w:rsidR="00E56FE9" w:rsidRDefault="00ED40AF">
            <w:pPr>
              <w:spacing w:after="0" w:line="240" w:lineRule="auto"/>
              <w:ind w:firstLine="567"/>
              <w:jc w:val="both"/>
              <w:rPr>
                <w:shd w:val="clear" w:color="auto" w:fill="B6D7A8"/>
              </w:rPr>
            </w:pPr>
            <w:r>
              <w:rPr>
                <w:b/>
                <w:bCs/>
                <w:sz w:val="22"/>
                <w:szCs w:val="22"/>
              </w:rPr>
              <w:t xml:space="preserve">Câu hỏi: </w:t>
            </w:r>
            <w:r>
              <w:rPr>
                <w:sz w:val="22"/>
                <w:szCs w:val="22"/>
              </w:rPr>
              <w:t>Mỗi cách dùng: người học tự làm phần nào? Rủi ro gì? Kiểm chứng bằng cách nào?</w:t>
            </w:r>
          </w:p>
        </w:tc>
      </w:tr>
      <w:tr w:rsidR="00E56FE9" w14:paraId="557723E6" w14:textId="77777777">
        <w:trPr>
          <w:cantSplit/>
          <w:jc w:val="center"/>
        </w:trPr>
        <w:tc>
          <w:tcPr>
            <w:tcW w:w="1701" w:type="dxa"/>
            <w:vAlign w:val="center"/>
          </w:tcPr>
          <w:p w14:paraId="172D63C6" w14:textId="77777777" w:rsidR="00E56FE9" w:rsidRDefault="00ED40AF">
            <w:pPr>
              <w:spacing w:after="0" w:line="240" w:lineRule="auto"/>
              <w:ind w:firstLine="567"/>
              <w:jc w:val="both"/>
              <w:rPr>
                <w:color w:val="000000"/>
              </w:rPr>
            </w:pPr>
            <w:r>
              <w:rPr>
                <w:b/>
                <w:bCs/>
                <w:color w:val="000000"/>
                <w:sz w:val="22"/>
                <w:szCs w:val="22"/>
              </w:rPr>
              <w:t>c) Sản phẩm</w:t>
            </w:r>
          </w:p>
        </w:tc>
        <w:tc>
          <w:tcPr>
            <w:tcW w:w="7370" w:type="dxa"/>
          </w:tcPr>
          <w:p w14:paraId="4359574E" w14:textId="77777777" w:rsidR="00E56FE9" w:rsidRDefault="00ED40AF">
            <w:pPr>
              <w:spacing w:after="0" w:line="240" w:lineRule="auto"/>
              <w:ind w:firstLine="567"/>
              <w:jc w:val="both"/>
              <w:rPr>
                <w:shd w:val="clear" w:color="auto" w:fill="B6D7A8"/>
              </w:rPr>
            </w:pPr>
            <w:r>
              <w:rPr>
                <w:sz w:val="22"/>
                <w:szCs w:val="22"/>
              </w:rPr>
              <w:t>Phiếu học tập 10.3.3, Phần A. Gợi ý đáp án: xem phụ lục Sản phẩm và gợi ý đáp án, Hoạt động 2.3.</w:t>
            </w:r>
          </w:p>
        </w:tc>
      </w:tr>
      <w:tr w:rsidR="00E56FE9" w14:paraId="3AA0CCF8" w14:textId="77777777">
        <w:trPr>
          <w:cantSplit/>
          <w:jc w:val="center"/>
        </w:trPr>
        <w:tc>
          <w:tcPr>
            <w:tcW w:w="1701" w:type="dxa"/>
            <w:vAlign w:val="center"/>
          </w:tcPr>
          <w:p w14:paraId="56A92338" w14:textId="77777777" w:rsidR="00E56FE9" w:rsidRDefault="00ED40AF">
            <w:pPr>
              <w:spacing w:after="0" w:line="240" w:lineRule="auto"/>
              <w:ind w:firstLine="567"/>
              <w:jc w:val="both"/>
              <w:rPr>
                <w:color w:val="000000"/>
              </w:rPr>
            </w:pPr>
            <w:r>
              <w:rPr>
                <w:b/>
                <w:bCs/>
                <w:color w:val="000000"/>
                <w:sz w:val="22"/>
                <w:szCs w:val="22"/>
              </w:rPr>
              <w:t>d) Tổ chức thực hiện</w:t>
            </w:r>
          </w:p>
        </w:tc>
        <w:tc>
          <w:tcPr>
            <w:tcW w:w="7370" w:type="dxa"/>
          </w:tcPr>
          <w:p w14:paraId="31B8EE11" w14:textId="77777777" w:rsidR="00E56FE9" w:rsidRDefault="00ED40AF">
            <w:pPr>
              <w:spacing w:after="0" w:line="240" w:lineRule="auto"/>
              <w:ind w:firstLine="567"/>
            </w:pPr>
            <w:r>
              <w:rPr>
                <w:b/>
                <w:bCs/>
                <w:i/>
                <w:iCs/>
                <w:sz w:val="22"/>
                <w:szCs w:val="22"/>
              </w:rPr>
              <w:t>Chuyển giao nhiệm vụ</w:t>
            </w:r>
          </w:p>
          <w:p w14:paraId="1E91CA09" w14:textId="77777777" w:rsidR="00E56FE9" w:rsidRDefault="00ED40AF">
            <w:pPr>
              <w:spacing w:after="0" w:line="240" w:lineRule="auto"/>
              <w:ind w:left="567" w:firstLine="153"/>
              <w:rPr>
                <w:b/>
                <w:bCs/>
                <w:i/>
                <w:iCs/>
              </w:rPr>
            </w:pPr>
            <w:r>
              <w:rPr>
                <w:sz w:val="22"/>
                <w:szCs w:val="22"/>
              </w:rPr>
              <w:t>- GV chiếu bài toán và ba cách dùng; HS dự đoán cá nhân (2 phút).</w:t>
            </w:r>
          </w:p>
          <w:p w14:paraId="5A007629" w14:textId="77777777" w:rsidR="00E56FE9" w:rsidRDefault="00ED40AF">
            <w:pPr>
              <w:spacing w:after="0" w:line="240" w:lineRule="auto"/>
              <w:ind w:firstLine="567"/>
            </w:pPr>
            <w:r>
              <w:rPr>
                <w:b/>
                <w:bCs/>
                <w:i/>
                <w:iCs/>
                <w:sz w:val="22"/>
                <w:szCs w:val="22"/>
              </w:rPr>
              <w:t>Thực hiện nhiệm vụ</w:t>
            </w:r>
          </w:p>
          <w:p w14:paraId="5EC1FA41" w14:textId="77777777" w:rsidR="00E56FE9" w:rsidRDefault="00ED40AF">
            <w:pPr>
              <w:spacing w:after="0" w:line="240" w:lineRule="auto"/>
              <w:ind w:left="567" w:firstLine="153"/>
              <w:rPr>
                <w:b/>
                <w:bCs/>
                <w:i/>
                <w:iCs/>
              </w:rPr>
            </w:pPr>
            <w:r>
              <w:rPr>
                <w:sz w:val="22"/>
                <w:szCs w:val="22"/>
              </w:rPr>
              <w:t>- HS làm theo cặp trên máy với câu lệnh mẫu (8 phút), ghi lại gợi ý và câu trả lời của mình. Nếu chatbot vẫn đưa lời giải trọn gói, cặp ghi lại hiện tượng này làm minh chứng và nhắc lại ràng buộc một lần; nếu vẫn vậy, cặp dùng nhật kí mẫu cách B ở PL10.3.3.</w:t>
            </w:r>
          </w:p>
          <w:p w14:paraId="52AA7703" w14:textId="77777777" w:rsidR="00E56FE9" w:rsidRDefault="00ED40AF">
            <w:pPr>
              <w:spacing w:after="0" w:line="240" w:lineRule="auto"/>
              <w:ind w:left="567" w:firstLine="153"/>
              <w:rPr>
                <w:b/>
                <w:bCs/>
                <w:i/>
                <w:iCs/>
              </w:rPr>
            </w:pPr>
            <w:r>
              <w:rPr>
                <w:sz w:val="22"/>
                <w:szCs w:val="22"/>
              </w:rPr>
              <w:t xml:space="preserve">- </w:t>
            </w:r>
            <w:r>
              <w:rPr>
                <w:i/>
                <w:iCs/>
                <w:sz w:val="22"/>
                <w:szCs w:val="22"/>
              </w:rPr>
              <w:t xml:space="preserve">Hỗ trợ: </w:t>
            </w:r>
            <w:r>
              <w:rPr>
                <w:sz w:val="22"/>
                <w:szCs w:val="22"/>
              </w:rPr>
              <w:t>Cặp gặp khó được nhắc dạng hoàn thành bình phương trong SGK.</w:t>
            </w:r>
          </w:p>
          <w:p w14:paraId="70A4A167" w14:textId="77777777" w:rsidR="00E56FE9" w:rsidRDefault="00ED40AF">
            <w:pPr>
              <w:spacing w:after="0" w:line="240" w:lineRule="auto"/>
              <w:ind w:left="567" w:firstLine="153"/>
              <w:rPr>
                <w:b/>
                <w:bCs/>
                <w:i/>
                <w:iCs/>
              </w:rPr>
            </w:pPr>
            <w:r>
              <w:rPr>
                <w:sz w:val="22"/>
                <w:szCs w:val="22"/>
              </w:rPr>
              <w:t xml:space="preserve">- </w:t>
            </w:r>
            <w:r>
              <w:rPr>
                <w:i/>
                <w:iCs/>
                <w:sz w:val="22"/>
                <w:szCs w:val="22"/>
              </w:rPr>
              <w:t xml:space="preserve">Phân hoá: </w:t>
            </w:r>
            <w:r>
              <w:rPr>
                <w:sz w:val="22"/>
                <w:szCs w:val="22"/>
              </w:rPr>
              <w:t>Cặp xong sớm thử cách C và giải một bài AI tạo, kiểm tra xem đề có hợp lí không.</w:t>
            </w:r>
          </w:p>
          <w:p w14:paraId="76D0DB29" w14:textId="77777777" w:rsidR="00E56FE9" w:rsidRDefault="00ED40AF">
            <w:pPr>
              <w:spacing w:after="0" w:line="240" w:lineRule="auto"/>
              <w:ind w:firstLine="567"/>
            </w:pPr>
            <w:r>
              <w:rPr>
                <w:b/>
                <w:bCs/>
                <w:i/>
                <w:iCs/>
                <w:sz w:val="22"/>
                <w:szCs w:val="22"/>
              </w:rPr>
              <w:t>Báo cáo, thảo luận</w:t>
            </w:r>
          </w:p>
          <w:p w14:paraId="45749FB7" w14:textId="77777777" w:rsidR="00E56FE9" w:rsidRDefault="00ED40AF">
            <w:pPr>
              <w:spacing w:after="0" w:line="240" w:lineRule="auto"/>
              <w:ind w:left="567" w:firstLine="153"/>
              <w:rPr>
                <w:b/>
                <w:bCs/>
                <w:i/>
                <w:iCs/>
              </w:rPr>
            </w:pPr>
            <w:r>
              <w:rPr>
                <w:sz w:val="22"/>
                <w:szCs w:val="22"/>
              </w:rPr>
              <w:t>- 2–3 cặp chiếu nhật kí trao đổi; lớp so sánh với dự đoán.</w:t>
            </w:r>
          </w:p>
          <w:p w14:paraId="26201802" w14:textId="77777777" w:rsidR="00E56FE9" w:rsidRDefault="00ED40AF">
            <w:pPr>
              <w:spacing w:after="0" w:line="240" w:lineRule="auto"/>
              <w:ind w:left="567" w:firstLine="153"/>
              <w:rPr>
                <w:b/>
                <w:bCs/>
                <w:i/>
                <w:iCs/>
              </w:rPr>
            </w:pPr>
            <w:r>
              <w:rPr>
                <w:sz w:val="22"/>
                <w:szCs w:val="22"/>
              </w:rPr>
              <w:t xml:space="preserve">- </w:t>
            </w:r>
            <w:r>
              <w:rPr>
                <w:i/>
                <w:iCs/>
                <w:sz w:val="22"/>
                <w:szCs w:val="22"/>
              </w:rPr>
              <w:t xml:space="preserve">Đánh giá: </w:t>
            </w:r>
            <w:r>
              <w:rPr>
                <w:sz w:val="22"/>
                <w:szCs w:val="22"/>
              </w:rPr>
              <w:t>GV quan sát cặp có tự trả lời từng bước hay chỉ chờ AI.</w:t>
            </w:r>
          </w:p>
          <w:p w14:paraId="3845C71D" w14:textId="77777777" w:rsidR="00E56FE9" w:rsidRDefault="00ED40AF">
            <w:pPr>
              <w:spacing w:after="0" w:line="240" w:lineRule="auto"/>
              <w:ind w:firstLine="567"/>
            </w:pPr>
            <w:r>
              <w:rPr>
                <w:b/>
                <w:bCs/>
                <w:i/>
                <w:iCs/>
                <w:sz w:val="22"/>
                <w:szCs w:val="22"/>
              </w:rPr>
              <w:t>Kết luận, nhận định</w:t>
            </w:r>
          </w:p>
          <w:p w14:paraId="67F47AD3" w14:textId="77777777" w:rsidR="00E56FE9" w:rsidRDefault="00ED40AF">
            <w:pPr>
              <w:spacing w:after="0" w:line="240" w:lineRule="auto"/>
              <w:ind w:left="567" w:firstLine="153"/>
              <w:rPr>
                <w:b/>
                <w:bCs/>
                <w:i/>
                <w:iCs/>
              </w:rPr>
            </w:pPr>
            <w:r>
              <w:rPr>
                <w:sz w:val="22"/>
                <w:szCs w:val="22"/>
              </w:rPr>
              <w:t>- GV chốt; nếu chatbot đưa đáp án dù đã yêu cầu không đưa, dùng chính trường hợp này để nhấn mạnh người học phải tự kiểm soát cách dùng.</w:t>
            </w:r>
          </w:p>
          <w:p w14:paraId="2918E1F2" w14:textId="77777777" w:rsidR="00E56FE9" w:rsidRDefault="00ED40AF">
            <w:pPr>
              <w:spacing w:after="0" w:line="240" w:lineRule="auto"/>
              <w:ind w:left="567" w:firstLine="153"/>
              <w:rPr>
                <w:b/>
                <w:bCs/>
                <w:i/>
                <w:iCs/>
              </w:rPr>
            </w:pPr>
            <w:r>
              <w:rPr>
                <w:sz w:val="22"/>
                <w:szCs w:val="22"/>
              </w:rPr>
              <w:t>- Đánh giá: GV quan sát cặp có tự trả lời từng bước hay chỉ chờ AI.</w:t>
            </w:r>
          </w:p>
        </w:tc>
      </w:tr>
      <w:tr w:rsidR="00E56FE9" w14:paraId="6B9A1EE5" w14:textId="77777777">
        <w:trPr>
          <w:cantSplit/>
          <w:jc w:val="center"/>
        </w:trPr>
        <w:tc>
          <w:tcPr>
            <w:tcW w:w="1701" w:type="dxa"/>
            <w:vAlign w:val="center"/>
          </w:tcPr>
          <w:p w14:paraId="45E40795" w14:textId="77777777" w:rsidR="00E56FE9" w:rsidRDefault="00ED40AF">
            <w:pPr>
              <w:spacing w:after="0" w:line="240" w:lineRule="auto"/>
              <w:ind w:firstLine="567"/>
              <w:jc w:val="both"/>
              <w:rPr>
                <w:color w:val="000000"/>
              </w:rPr>
            </w:pPr>
            <w:r>
              <w:rPr>
                <w:b/>
                <w:bCs/>
                <w:color w:val="000000"/>
                <w:sz w:val="22"/>
                <w:szCs w:val="22"/>
              </w:rPr>
              <w:t>e) Điểm kiểm soát AI và an toàn dữ liệu</w:t>
            </w:r>
          </w:p>
        </w:tc>
        <w:tc>
          <w:tcPr>
            <w:tcW w:w="7370" w:type="dxa"/>
          </w:tcPr>
          <w:p w14:paraId="5803AF87"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Dùng tài khoản trường cấp hoặc chế độ không đăng nhập; chỉ nhập đề bài, không nhập thông tin cá nhân.</w:t>
            </w:r>
          </w:p>
          <w:p w14:paraId="2071A410"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Công cụ lỗi: dùng nhật kí mẫu ở PL10.3.3.</w:t>
            </w:r>
          </w:p>
          <w:p w14:paraId="42AFC15F"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HS lưu lại nhật kí để làm căn cứ khai báo ở Hoạt động 3.</w:t>
            </w:r>
          </w:p>
        </w:tc>
      </w:tr>
    </w:tbl>
    <w:p w14:paraId="12A018AD" w14:textId="77777777" w:rsidR="00E56FE9" w:rsidRDefault="00ED40AF">
      <w:pPr>
        <w:keepNext/>
        <w:spacing w:after="60" w:line="264" w:lineRule="auto"/>
        <w:ind w:firstLine="567"/>
        <w:jc w:val="both"/>
        <w:rPr>
          <w:color w:val="000000"/>
        </w:rPr>
      </w:pPr>
      <w:r>
        <w:rPr>
          <w:b/>
          <w:bCs/>
          <w:color w:val="000000"/>
        </w:rPr>
        <w:t>Hoạt động 3. Luyện tập: Kịch bản dùng AI cho một nhiệm vụ học tập</w:t>
      </w:r>
      <w:r>
        <w:rPr>
          <w:i/>
          <w:iCs/>
          <w:color w:val="000000"/>
        </w:rPr>
        <w:t xml:space="preserve"> (18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E56FE9" w14:paraId="68E22F54" w14:textId="77777777">
        <w:trPr>
          <w:cantSplit/>
          <w:tblHeader/>
          <w:jc w:val="center"/>
        </w:trPr>
        <w:tc>
          <w:tcPr>
            <w:tcW w:w="1701" w:type="dxa"/>
            <w:vAlign w:val="center"/>
          </w:tcPr>
          <w:p w14:paraId="22DF6477" w14:textId="77777777" w:rsidR="00E56FE9" w:rsidRDefault="00ED40AF">
            <w:pPr>
              <w:spacing w:after="0" w:line="240" w:lineRule="auto"/>
              <w:jc w:val="center"/>
            </w:pPr>
            <w:r>
              <w:rPr>
                <w:b/>
                <w:sz w:val="22"/>
                <w:szCs w:val="22"/>
              </w:rPr>
              <w:t>Thành phần</w:t>
            </w:r>
          </w:p>
        </w:tc>
        <w:tc>
          <w:tcPr>
            <w:tcW w:w="7370" w:type="dxa"/>
            <w:vAlign w:val="center"/>
          </w:tcPr>
          <w:p w14:paraId="6F1DE4DF" w14:textId="77777777" w:rsidR="00E56FE9" w:rsidRDefault="00ED40AF">
            <w:pPr>
              <w:spacing w:after="0" w:line="240" w:lineRule="auto"/>
              <w:jc w:val="center"/>
            </w:pPr>
            <w:r>
              <w:rPr>
                <w:b/>
                <w:sz w:val="22"/>
                <w:szCs w:val="22"/>
              </w:rPr>
              <w:t>Nội dung</w:t>
            </w:r>
          </w:p>
        </w:tc>
      </w:tr>
      <w:tr w:rsidR="00E56FE9" w14:paraId="05646E95" w14:textId="77777777">
        <w:trPr>
          <w:cantSplit/>
          <w:jc w:val="center"/>
        </w:trPr>
        <w:tc>
          <w:tcPr>
            <w:tcW w:w="1701" w:type="dxa"/>
            <w:vAlign w:val="center"/>
          </w:tcPr>
          <w:p w14:paraId="483E8E25" w14:textId="77777777" w:rsidR="00E56FE9" w:rsidRDefault="00ED40AF">
            <w:pPr>
              <w:spacing w:after="0" w:line="240" w:lineRule="auto"/>
              <w:ind w:firstLine="567"/>
              <w:jc w:val="both"/>
              <w:rPr>
                <w:color w:val="000000"/>
              </w:rPr>
            </w:pPr>
            <w:r>
              <w:rPr>
                <w:b/>
                <w:bCs/>
                <w:color w:val="000000"/>
                <w:sz w:val="22"/>
                <w:szCs w:val="22"/>
              </w:rPr>
              <w:t>a) Mục tiêu</w:t>
            </w:r>
          </w:p>
        </w:tc>
        <w:tc>
          <w:tcPr>
            <w:tcW w:w="7370" w:type="dxa"/>
          </w:tcPr>
          <w:p w14:paraId="22DFF91C"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Xây dựng được kịch bản dùng AI hỗ trợ một nhiệm vụ học tập, chỉ rõ phần người học tự làm, cách kiểm chứng và khai báo (10.C2.3).</w:t>
            </w:r>
          </w:p>
        </w:tc>
      </w:tr>
      <w:tr w:rsidR="00E56FE9" w14:paraId="029DC240" w14:textId="77777777">
        <w:trPr>
          <w:cantSplit/>
          <w:jc w:val="center"/>
        </w:trPr>
        <w:tc>
          <w:tcPr>
            <w:tcW w:w="1701" w:type="dxa"/>
            <w:vAlign w:val="center"/>
          </w:tcPr>
          <w:p w14:paraId="78F30193" w14:textId="77777777" w:rsidR="00E56FE9" w:rsidRDefault="00ED40AF">
            <w:pPr>
              <w:spacing w:after="0" w:line="240" w:lineRule="auto"/>
              <w:ind w:firstLine="567"/>
              <w:jc w:val="both"/>
              <w:rPr>
                <w:color w:val="000000"/>
              </w:rPr>
            </w:pPr>
            <w:r>
              <w:rPr>
                <w:b/>
                <w:bCs/>
                <w:color w:val="000000"/>
                <w:sz w:val="22"/>
                <w:szCs w:val="22"/>
              </w:rPr>
              <w:t>b) Nội dung</w:t>
            </w:r>
          </w:p>
        </w:tc>
        <w:tc>
          <w:tcPr>
            <w:tcW w:w="7370" w:type="dxa"/>
          </w:tcPr>
          <w:p w14:paraId="1D904E21" w14:textId="77777777" w:rsidR="00E56FE9" w:rsidRDefault="00ED40AF">
            <w:pPr>
              <w:spacing w:after="0" w:line="240" w:lineRule="auto"/>
              <w:ind w:firstLine="567"/>
              <w:jc w:val="both"/>
              <w:rPr>
                <w:shd w:val="clear" w:color="auto" w:fill="B6D7A8"/>
              </w:rPr>
            </w:pPr>
            <w:r>
              <w:rPr>
                <w:sz w:val="22"/>
                <w:szCs w:val="22"/>
              </w:rPr>
              <w:t>Phiếu học tập 10.3.3, Phần B: mỗi nhóm chọn một nhiệm vụ: (a) ôn tập chương hàm số bậc hai; (b) luyện nói tiếng Anh chủ đề môi trường; (c) chuẩn bị bài thuyết trình Sinh học về sâu bệnh hại lúa; (d) viết đoạn nghị luận về đọc sách. Kịch bản gồm 6 mục: mục tiêu, chức năng AI dùng, câu lệnh mẫu, phần em tự làm, cách kiểm chứng, dòng khai báo sử dụng AI.</w:t>
            </w:r>
          </w:p>
          <w:p w14:paraId="441206DA" w14:textId="77777777" w:rsidR="00E56FE9" w:rsidRDefault="00ED40AF">
            <w:pPr>
              <w:spacing w:after="0" w:line="240" w:lineRule="auto"/>
              <w:ind w:firstLine="567"/>
              <w:jc w:val="both"/>
              <w:rPr>
                <w:shd w:val="clear" w:color="auto" w:fill="B6D7A8"/>
              </w:rPr>
            </w:pPr>
            <w:r>
              <w:rPr>
                <w:b/>
                <w:bCs/>
                <w:sz w:val="22"/>
                <w:szCs w:val="22"/>
              </w:rPr>
              <w:t xml:space="preserve">Thao tác máy (tối đa 5 phút): </w:t>
            </w:r>
            <w:r>
              <w:rPr>
                <w:sz w:val="22"/>
                <w:szCs w:val="22"/>
              </w:rPr>
              <w:t>Thử câu lệnh mẫu của nhóm một lần, sửa câu lệnh nếu AI làm thay phần việc của người học.</w:t>
            </w:r>
          </w:p>
        </w:tc>
      </w:tr>
      <w:tr w:rsidR="00E56FE9" w14:paraId="310F7304" w14:textId="77777777">
        <w:trPr>
          <w:cantSplit/>
          <w:jc w:val="center"/>
        </w:trPr>
        <w:tc>
          <w:tcPr>
            <w:tcW w:w="1701" w:type="dxa"/>
            <w:vAlign w:val="center"/>
          </w:tcPr>
          <w:p w14:paraId="7931B7AF" w14:textId="77777777" w:rsidR="00E56FE9" w:rsidRDefault="00ED40AF">
            <w:pPr>
              <w:spacing w:after="0" w:line="240" w:lineRule="auto"/>
              <w:ind w:firstLine="567"/>
              <w:jc w:val="both"/>
              <w:rPr>
                <w:color w:val="000000"/>
              </w:rPr>
            </w:pPr>
            <w:r>
              <w:rPr>
                <w:b/>
                <w:bCs/>
                <w:color w:val="000000"/>
                <w:sz w:val="22"/>
                <w:szCs w:val="22"/>
              </w:rPr>
              <w:t>c) Sản phẩm</w:t>
            </w:r>
          </w:p>
        </w:tc>
        <w:tc>
          <w:tcPr>
            <w:tcW w:w="7370" w:type="dxa"/>
          </w:tcPr>
          <w:p w14:paraId="0360BBC0" w14:textId="77777777" w:rsidR="00E56FE9" w:rsidRDefault="00ED40AF">
            <w:pPr>
              <w:spacing w:after="0" w:line="240" w:lineRule="auto"/>
              <w:ind w:firstLine="567"/>
              <w:jc w:val="both"/>
              <w:rPr>
                <w:shd w:val="clear" w:color="auto" w:fill="B6D7A8"/>
              </w:rPr>
            </w:pPr>
            <w:r>
              <w:rPr>
                <w:sz w:val="22"/>
                <w:szCs w:val="22"/>
              </w:rPr>
              <w:t>Phiếu học tập 10.3.3, Phần B: kịch bản. Gợi ý đáp án: xem phụ lục Sản phẩm và gợi ý đáp án, Hoạt động 3.</w:t>
            </w:r>
          </w:p>
        </w:tc>
      </w:tr>
      <w:tr w:rsidR="00E56FE9" w14:paraId="1EAC2BD5" w14:textId="77777777">
        <w:trPr>
          <w:cantSplit/>
          <w:jc w:val="center"/>
        </w:trPr>
        <w:tc>
          <w:tcPr>
            <w:tcW w:w="1701" w:type="dxa"/>
            <w:vAlign w:val="center"/>
          </w:tcPr>
          <w:p w14:paraId="38BC381F" w14:textId="77777777" w:rsidR="00E56FE9" w:rsidRDefault="00ED40AF">
            <w:pPr>
              <w:spacing w:after="0" w:line="240" w:lineRule="auto"/>
              <w:ind w:firstLine="567"/>
              <w:jc w:val="both"/>
              <w:rPr>
                <w:color w:val="000000"/>
              </w:rPr>
            </w:pPr>
            <w:r>
              <w:rPr>
                <w:b/>
                <w:bCs/>
                <w:color w:val="000000"/>
                <w:sz w:val="22"/>
                <w:szCs w:val="22"/>
              </w:rPr>
              <w:t>d) Tổ chức thực hiện</w:t>
            </w:r>
          </w:p>
        </w:tc>
        <w:tc>
          <w:tcPr>
            <w:tcW w:w="7370" w:type="dxa"/>
          </w:tcPr>
          <w:p w14:paraId="27C1C4AC" w14:textId="77777777" w:rsidR="00E56FE9" w:rsidRDefault="00ED40AF">
            <w:pPr>
              <w:spacing w:after="0" w:line="240" w:lineRule="auto"/>
              <w:ind w:firstLine="567"/>
            </w:pPr>
            <w:r>
              <w:rPr>
                <w:b/>
                <w:bCs/>
                <w:i/>
                <w:iCs/>
                <w:sz w:val="22"/>
                <w:szCs w:val="22"/>
              </w:rPr>
              <w:t>Chuyển giao nhiệm vụ</w:t>
            </w:r>
          </w:p>
          <w:p w14:paraId="4FA2B1EE" w14:textId="77777777" w:rsidR="00E56FE9" w:rsidRDefault="00ED40AF">
            <w:pPr>
              <w:spacing w:after="0" w:line="240" w:lineRule="auto"/>
              <w:ind w:left="567" w:firstLine="153"/>
              <w:rPr>
                <w:b/>
                <w:bCs/>
                <w:i/>
                <w:iCs/>
              </w:rPr>
            </w:pPr>
            <w:r>
              <w:rPr>
                <w:sz w:val="22"/>
                <w:szCs w:val="22"/>
              </w:rPr>
              <w:t>- GV giao nhiệm vụ và tiêu chí góp ý chéo: hữu ích, người học chủ động, kiểm chứng được, khai báo rõ.</w:t>
            </w:r>
          </w:p>
          <w:p w14:paraId="2F90E130" w14:textId="77777777" w:rsidR="00E56FE9" w:rsidRDefault="00ED40AF">
            <w:pPr>
              <w:spacing w:after="0" w:line="240" w:lineRule="auto"/>
              <w:ind w:firstLine="567"/>
            </w:pPr>
            <w:r>
              <w:rPr>
                <w:b/>
                <w:bCs/>
                <w:i/>
                <w:iCs/>
                <w:sz w:val="22"/>
                <w:szCs w:val="22"/>
              </w:rPr>
              <w:t>Thực hiện nhiệm vụ</w:t>
            </w:r>
          </w:p>
          <w:p w14:paraId="641BAD3A" w14:textId="77777777" w:rsidR="00E56FE9" w:rsidRDefault="00ED40AF">
            <w:pPr>
              <w:spacing w:after="0" w:line="240" w:lineRule="auto"/>
              <w:ind w:left="567" w:firstLine="153"/>
              <w:rPr>
                <w:b/>
                <w:bCs/>
                <w:i/>
                <w:iCs/>
              </w:rPr>
            </w:pPr>
            <w:r>
              <w:rPr>
                <w:sz w:val="22"/>
                <w:szCs w:val="22"/>
              </w:rPr>
              <w:t>- Nhóm soạn kịch bản trên tệp chung (10 phút), thử câu lệnh một lần.</w:t>
            </w:r>
          </w:p>
          <w:p w14:paraId="14D16C28" w14:textId="77777777" w:rsidR="00E56FE9" w:rsidRDefault="00ED40AF">
            <w:pPr>
              <w:spacing w:after="0" w:line="240" w:lineRule="auto"/>
              <w:ind w:left="567" w:firstLine="153"/>
              <w:rPr>
                <w:b/>
                <w:bCs/>
                <w:i/>
                <w:iCs/>
              </w:rPr>
            </w:pPr>
            <w:r>
              <w:rPr>
                <w:sz w:val="22"/>
                <w:szCs w:val="22"/>
              </w:rPr>
              <w:t xml:space="preserve">- </w:t>
            </w:r>
            <w:r>
              <w:rPr>
                <w:i/>
                <w:iCs/>
                <w:sz w:val="22"/>
                <w:szCs w:val="22"/>
              </w:rPr>
              <w:t xml:space="preserve">Hỗ trợ: </w:t>
            </w:r>
            <w:r>
              <w:rPr>
                <w:sz w:val="22"/>
                <w:szCs w:val="22"/>
              </w:rPr>
              <w:t>Nhóm chậm dùng khung kịch bản mẫu (a) và chỉ thay nội dung.</w:t>
            </w:r>
          </w:p>
          <w:p w14:paraId="412EE517" w14:textId="77777777" w:rsidR="00E56FE9" w:rsidRDefault="00ED40AF">
            <w:pPr>
              <w:spacing w:after="0" w:line="240" w:lineRule="auto"/>
              <w:ind w:left="567" w:firstLine="153"/>
              <w:rPr>
                <w:b/>
                <w:bCs/>
                <w:i/>
                <w:iCs/>
              </w:rPr>
            </w:pPr>
            <w:r>
              <w:rPr>
                <w:sz w:val="22"/>
                <w:szCs w:val="22"/>
              </w:rPr>
              <w:t xml:space="preserve">- </w:t>
            </w:r>
            <w:r>
              <w:rPr>
                <w:i/>
                <w:iCs/>
                <w:sz w:val="22"/>
                <w:szCs w:val="22"/>
              </w:rPr>
              <w:t xml:space="preserve">Phân hoá: </w:t>
            </w:r>
            <w:r>
              <w:rPr>
                <w:sz w:val="22"/>
                <w:szCs w:val="22"/>
              </w:rPr>
              <w:t>Nhóm khá thêm mục “rủi ro và cách phòng”.</w:t>
            </w:r>
          </w:p>
          <w:p w14:paraId="3F1783CA" w14:textId="77777777" w:rsidR="00E56FE9" w:rsidRDefault="00ED40AF">
            <w:pPr>
              <w:spacing w:after="0" w:line="240" w:lineRule="auto"/>
              <w:ind w:firstLine="567"/>
            </w:pPr>
            <w:r>
              <w:rPr>
                <w:b/>
                <w:bCs/>
                <w:i/>
                <w:iCs/>
                <w:sz w:val="22"/>
                <w:szCs w:val="22"/>
              </w:rPr>
              <w:t>Báo cáo, thảo luận</w:t>
            </w:r>
          </w:p>
          <w:p w14:paraId="0427AD76" w14:textId="77777777" w:rsidR="00E56FE9" w:rsidRDefault="00ED40AF">
            <w:pPr>
              <w:spacing w:after="0" w:line="240" w:lineRule="auto"/>
              <w:ind w:left="567" w:firstLine="153"/>
              <w:rPr>
                <w:b/>
                <w:bCs/>
                <w:i/>
                <w:iCs/>
              </w:rPr>
            </w:pPr>
            <w:r>
              <w:rPr>
                <w:sz w:val="22"/>
                <w:szCs w:val="22"/>
              </w:rPr>
              <w:t>- Hai nhóm đổi kịch bản, góp ý theo 4 tiêu chí (5 phút); 1–2 nhóm trình bày chỉnh sửa.</w:t>
            </w:r>
          </w:p>
          <w:p w14:paraId="01362984" w14:textId="77777777" w:rsidR="00E56FE9" w:rsidRDefault="00ED40AF">
            <w:pPr>
              <w:spacing w:after="0" w:line="240" w:lineRule="auto"/>
              <w:ind w:left="567" w:firstLine="153"/>
              <w:rPr>
                <w:b/>
                <w:bCs/>
                <w:i/>
                <w:iCs/>
              </w:rPr>
            </w:pPr>
            <w:r>
              <w:rPr>
                <w:sz w:val="22"/>
                <w:szCs w:val="22"/>
              </w:rPr>
              <w:t>- Đánh giá: Dùng rubric chung (Tài liệu tập huấn cấp trung học phổ thông, Bảng 8.4), tiêu chí Đáp ứng nhiệm vụ và An toàn, đạo đức, trách nhiệm.</w:t>
            </w:r>
          </w:p>
          <w:p w14:paraId="15E34F6C" w14:textId="77777777" w:rsidR="00E56FE9" w:rsidRDefault="00ED40AF">
            <w:pPr>
              <w:spacing w:after="0" w:line="240" w:lineRule="auto"/>
              <w:ind w:firstLine="567"/>
            </w:pPr>
            <w:r>
              <w:rPr>
                <w:b/>
                <w:bCs/>
                <w:i/>
                <w:iCs/>
                <w:sz w:val="22"/>
                <w:szCs w:val="22"/>
              </w:rPr>
              <w:t>Kết luận, nhận định</w:t>
            </w:r>
          </w:p>
          <w:p w14:paraId="4C6AAAFE" w14:textId="77777777" w:rsidR="00E56FE9" w:rsidRDefault="00ED40AF">
            <w:pPr>
              <w:spacing w:after="0" w:line="240" w:lineRule="auto"/>
              <w:ind w:left="567" w:firstLine="153"/>
              <w:rPr>
                <w:b/>
                <w:bCs/>
                <w:i/>
                <w:iCs/>
              </w:rPr>
            </w:pPr>
            <w:r>
              <w:rPr>
                <w:sz w:val="22"/>
                <w:szCs w:val="22"/>
              </w:rPr>
              <w:t>- GV chốt; nhóm nộp kịch bản đã sửa vào thư mục lớp.</w:t>
            </w:r>
          </w:p>
          <w:p w14:paraId="332E9F90" w14:textId="77777777" w:rsidR="00E56FE9" w:rsidRDefault="00ED40AF">
            <w:pPr>
              <w:spacing w:after="0" w:line="240" w:lineRule="auto"/>
              <w:ind w:left="567" w:firstLine="153"/>
              <w:rPr>
                <w:b/>
                <w:bCs/>
                <w:i/>
                <w:iCs/>
              </w:rPr>
            </w:pPr>
            <w:r>
              <w:rPr>
                <w:sz w:val="22"/>
                <w:szCs w:val="22"/>
              </w:rPr>
              <w:t>- Đánh giá: Dùng rubric chung (Tài liệu tập huấn cấp trung học phổ thông, Bảng 8.4), tiêu chí Đáp ứng nhiệm vụ và An toàn, đạo đức, trách nhiệm.</w:t>
            </w:r>
          </w:p>
        </w:tc>
      </w:tr>
      <w:tr w:rsidR="00E56FE9" w14:paraId="7C736556" w14:textId="77777777">
        <w:trPr>
          <w:cantSplit/>
          <w:jc w:val="center"/>
        </w:trPr>
        <w:tc>
          <w:tcPr>
            <w:tcW w:w="1701" w:type="dxa"/>
            <w:vAlign w:val="center"/>
          </w:tcPr>
          <w:p w14:paraId="4E1A6005" w14:textId="77777777" w:rsidR="00E56FE9" w:rsidRDefault="00ED40AF">
            <w:pPr>
              <w:spacing w:after="0" w:line="240" w:lineRule="auto"/>
              <w:ind w:firstLine="567"/>
              <w:jc w:val="both"/>
              <w:rPr>
                <w:color w:val="000000"/>
              </w:rPr>
            </w:pPr>
            <w:r>
              <w:rPr>
                <w:b/>
                <w:bCs/>
                <w:color w:val="000000"/>
                <w:sz w:val="22"/>
                <w:szCs w:val="22"/>
              </w:rPr>
              <w:t>e) Điểm kiểm soát AI và an toàn dữ liệu</w:t>
            </w:r>
          </w:p>
        </w:tc>
        <w:tc>
          <w:tcPr>
            <w:tcW w:w="7370" w:type="dxa"/>
          </w:tcPr>
          <w:p w14:paraId="64E29142"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Không nhập bài làm có tên, điểm số của bạn khác vào chatbot.</w:t>
            </w:r>
          </w:p>
          <w:p w14:paraId="62EB6AF7"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Mỗi sản phẩm có dòng khai báo sử dụng AI.</w:t>
            </w:r>
          </w:p>
        </w:tc>
      </w:tr>
    </w:tbl>
    <w:p w14:paraId="72038BC0" w14:textId="77777777" w:rsidR="00E56FE9" w:rsidRDefault="00ED40AF">
      <w:pPr>
        <w:keepNext/>
        <w:spacing w:after="60" w:line="264" w:lineRule="auto"/>
        <w:ind w:firstLine="567"/>
        <w:jc w:val="both"/>
        <w:rPr>
          <w:color w:val="000000"/>
        </w:rPr>
      </w:pPr>
      <w:r>
        <w:rPr>
          <w:b/>
          <w:bCs/>
          <w:color w:val="000000"/>
        </w:rPr>
        <w:t>Hoạt động 4. Vận dụng: Đề xuất AI cho một vấn đề ở địa phương</w:t>
      </w:r>
      <w:r>
        <w:rPr>
          <w:i/>
          <w:iCs/>
          <w:color w:val="000000"/>
        </w:rPr>
        <w:t xml:space="preserve"> (12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E56FE9" w14:paraId="7DE32410" w14:textId="77777777">
        <w:trPr>
          <w:cantSplit/>
          <w:tblHeader/>
          <w:jc w:val="center"/>
        </w:trPr>
        <w:tc>
          <w:tcPr>
            <w:tcW w:w="1701" w:type="dxa"/>
            <w:vAlign w:val="center"/>
          </w:tcPr>
          <w:p w14:paraId="0D153A2B" w14:textId="77777777" w:rsidR="00E56FE9" w:rsidRDefault="00ED40AF">
            <w:pPr>
              <w:spacing w:after="0" w:line="240" w:lineRule="auto"/>
              <w:jc w:val="center"/>
            </w:pPr>
            <w:r>
              <w:rPr>
                <w:b/>
                <w:sz w:val="22"/>
                <w:szCs w:val="22"/>
              </w:rPr>
              <w:t>Thành phần</w:t>
            </w:r>
          </w:p>
        </w:tc>
        <w:tc>
          <w:tcPr>
            <w:tcW w:w="7370" w:type="dxa"/>
            <w:vAlign w:val="center"/>
          </w:tcPr>
          <w:p w14:paraId="02652904" w14:textId="77777777" w:rsidR="00E56FE9" w:rsidRDefault="00ED40AF">
            <w:pPr>
              <w:spacing w:after="0" w:line="240" w:lineRule="auto"/>
              <w:jc w:val="center"/>
            </w:pPr>
            <w:r>
              <w:rPr>
                <w:b/>
                <w:sz w:val="22"/>
                <w:szCs w:val="22"/>
              </w:rPr>
              <w:t>Nội dung</w:t>
            </w:r>
          </w:p>
        </w:tc>
      </w:tr>
      <w:tr w:rsidR="00E56FE9" w14:paraId="3B15A809" w14:textId="77777777">
        <w:trPr>
          <w:cantSplit/>
          <w:jc w:val="center"/>
        </w:trPr>
        <w:tc>
          <w:tcPr>
            <w:tcW w:w="1701" w:type="dxa"/>
            <w:vAlign w:val="center"/>
          </w:tcPr>
          <w:p w14:paraId="0DEB8110" w14:textId="77777777" w:rsidR="00E56FE9" w:rsidRDefault="00ED40AF">
            <w:pPr>
              <w:spacing w:after="0" w:line="240" w:lineRule="auto"/>
              <w:ind w:firstLine="567"/>
              <w:jc w:val="both"/>
              <w:rPr>
                <w:color w:val="000000"/>
              </w:rPr>
            </w:pPr>
            <w:r>
              <w:rPr>
                <w:b/>
                <w:bCs/>
                <w:color w:val="000000"/>
                <w:sz w:val="22"/>
                <w:szCs w:val="22"/>
              </w:rPr>
              <w:t>a) Mục tiêu</w:t>
            </w:r>
          </w:p>
        </w:tc>
        <w:tc>
          <w:tcPr>
            <w:tcW w:w="7370" w:type="dxa"/>
          </w:tcPr>
          <w:p w14:paraId="1EC307F9"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Vận dụng tiêu chí và năm nhóm chức năng để đề xuất ứng dụng AI cho một vấn đề cụ thể ở địa phương, có vai trò con người (10.C2.1, 10.C2.2).</w:t>
            </w:r>
          </w:p>
        </w:tc>
      </w:tr>
      <w:tr w:rsidR="00E56FE9" w14:paraId="291DB232" w14:textId="77777777">
        <w:trPr>
          <w:cantSplit/>
          <w:jc w:val="center"/>
        </w:trPr>
        <w:tc>
          <w:tcPr>
            <w:tcW w:w="1701" w:type="dxa"/>
            <w:vAlign w:val="center"/>
          </w:tcPr>
          <w:p w14:paraId="48DC2D2C" w14:textId="77777777" w:rsidR="00E56FE9" w:rsidRDefault="00ED40AF">
            <w:pPr>
              <w:spacing w:after="0" w:line="240" w:lineRule="auto"/>
              <w:ind w:firstLine="567"/>
              <w:jc w:val="both"/>
              <w:rPr>
                <w:color w:val="000000"/>
              </w:rPr>
            </w:pPr>
            <w:r>
              <w:rPr>
                <w:b/>
                <w:bCs/>
                <w:color w:val="000000"/>
                <w:sz w:val="22"/>
                <w:szCs w:val="22"/>
              </w:rPr>
              <w:t>b) Nội dung</w:t>
            </w:r>
          </w:p>
        </w:tc>
        <w:tc>
          <w:tcPr>
            <w:tcW w:w="7370" w:type="dxa"/>
          </w:tcPr>
          <w:p w14:paraId="41BDCAE6" w14:textId="77777777" w:rsidR="00E56FE9" w:rsidRDefault="00ED40AF">
            <w:pPr>
              <w:spacing w:after="0" w:line="240" w:lineRule="auto"/>
              <w:ind w:firstLine="567"/>
              <w:jc w:val="both"/>
              <w:rPr>
                <w:shd w:val="clear" w:color="auto" w:fill="B6D7A8"/>
              </w:rPr>
            </w:pPr>
            <w:r>
              <w:rPr>
                <w:sz w:val="22"/>
                <w:szCs w:val="22"/>
              </w:rPr>
              <w:t>Nhóm hoàn thiện bản đề xuất 1 trang từ vấn đề đã chọn ở Hoạt động 2.1: vấn đề, người được lợi, chức năng AI, dữ liệu cần và cách xin phép, việc con người làm, rủi ro và cách kiểm soát. Trình bày 60 giây.</w:t>
            </w:r>
          </w:p>
        </w:tc>
      </w:tr>
      <w:tr w:rsidR="00E56FE9" w14:paraId="3B62A167" w14:textId="77777777">
        <w:trPr>
          <w:cantSplit/>
          <w:jc w:val="center"/>
        </w:trPr>
        <w:tc>
          <w:tcPr>
            <w:tcW w:w="1701" w:type="dxa"/>
            <w:vAlign w:val="center"/>
          </w:tcPr>
          <w:p w14:paraId="7349FD6E" w14:textId="77777777" w:rsidR="00E56FE9" w:rsidRDefault="00ED40AF">
            <w:pPr>
              <w:spacing w:after="0" w:line="240" w:lineRule="auto"/>
              <w:ind w:firstLine="567"/>
              <w:jc w:val="both"/>
              <w:rPr>
                <w:color w:val="000000"/>
              </w:rPr>
            </w:pPr>
            <w:r>
              <w:rPr>
                <w:b/>
                <w:bCs/>
                <w:color w:val="000000"/>
                <w:sz w:val="22"/>
                <w:szCs w:val="22"/>
              </w:rPr>
              <w:t>c) Sản phẩm</w:t>
            </w:r>
          </w:p>
        </w:tc>
        <w:tc>
          <w:tcPr>
            <w:tcW w:w="7370" w:type="dxa"/>
          </w:tcPr>
          <w:p w14:paraId="788C59EC" w14:textId="77777777" w:rsidR="00E56FE9" w:rsidRDefault="00ED40AF">
            <w:pPr>
              <w:spacing w:after="0" w:line="240" w:lineRule="auto"/>
              <w:ind w:firstLine="567"/>
              <w:jc w:val="both"/>
              <w:rPr>
                <w:shd w:val="clear" w:color="auto" w:fill="B6D7A8"/>
              </w:rPr>
            </w:pPr>
            <w:r>
              <w:rPr>
                <w:sz w:val="22"/>
                <w:szCs w:val="22"/>
              </w:rPr>
              <w:t>Bản đề xuất nhóm. Gợi ý đáp án: xem phụ lục Sản phẩm và gợi ý đáp án, Hoạt động 4.</w:t>
            </w:r>
          </w:p>
        </w:tc>
      </w:tr>
      <w:tr w:rsidR="00E56FE9" w14:paraId="6CEA70D3" w14:textId="77777777">
        <w:trPr>
          <w:cantSplit/>
          <w:jc w:val="center"/>
        </w:trPr>
        <w:tc>
          <w:tcPr>
            <w:tcW w:w="1701" w:type="dxa"/>
            <w:vAlign w:val="center"/>
          </w:tcPr>
          <w:p w14:paraId="51D6D132" w14:textId="77777777" w:rsidR="00E56FE9" w:rsidRDefault="00ED40AF">
            <w:pPr>
              <w:spacing w:after="0" w:line="240" w:lineRule="auto"/>
              <w:ind w:firstLine="567"/>
              <w:jc w:val="both"/>
              <w:rPr>
                <w:color w:val="000000"/>
              </w:rPr>
            </w:pPr>
            <w:r>
              <w:rPr>
                <w:b/>
                <w:bCs/>
                <w:color w:val="000000"/>
                <w:sz w:val="22"/>
                <w:szCs w:val="22"/>
              </w:rPr>
              <w:t>d) Tổ chức thực hiện</w:t>
            </w:r>
          </w:p>
        </w:tc>
        <w:tc>
          <w:tcPr>
            <w:tcW w:w="7370" w:type="dxa"/>
          </w:tcPr>
          <w:p w14:paraId="392450C4" w14:textId="77777777" w:rsidR="00E56FE9" w:rsidRDefault="00ED40AF">
            <w:pPr>
              <w:spacing w:after="0" w:line="240" w:lineRule="auto"/>
              <w:ind w:firstLine="567"/>
            </w:pPr>
            <w:r>
              <w:rPr>
                <w:b/>
                <w:bCs/>
                <w:i/>
                <w:iCs/>
                <w:sz w:val="22"/>
                <w:szCs w:val="22"/>
              </w:rPr>
              <w:t>Chuyển giao nhiệm vụ</w:t>
            </w:r>
          </w:p>
          <w:p w14:paraId="413B54BB" w14:textId="77777777" w:rsidR="00E56FE9" w:rsidRDefault="00ED40AF">
            <w:pPr>
              <w:spacing w:after="0" w:line="240" w:lineRule="auto"/>
              <w:ind w:left="567" w:firstLine="153"/>
              <w:rPr>
                <w:b/>
                <w:bCs/>
                <w:i/>
                <w:iCs/>
              </w:rPr>
            </w:pPr>
            <w:r>
              <w:rPr>
                <w:sz w:val="22"/>
                <w:szCs w:val="22"/>
              </w:rPr>
              <w:t>- GV nêu yêu cầu; nhóm hoàn thiện đề xuất (6 phút).</w:t>
            </w:r>
          </w:p>
          <w:p w14:paraId="1C2E687F" w14:textId="77777777" w:rsidR="00E56FE9" w:rsidRDefault="00ED40AF">
            <w:pPr>
              <w:spacing w:after="0" w:line="240" w:lineRule="auto"/>
              <w:ind w:firstLine="567"/>
            </w:pPr>
            <w:r>
              <w:rPr>
                <w:b/>
                <w:bCs/>
                <w:i/>
                <w:iCs/>
                <w:sz w:val="22"/>
                <w:szCs w:val="22"/>
              </w:rPr>
              <w:t>Thực hiện nhiệm vụ</w:t>
            </w:r>
          </w:p>
          <w:p w14:paraId="3B6B8C74" w14:textId="77777777" w:rsidR="00E56FE9" w:rsidRDefault="00ED40AF">
            <w:pPr>
              <w:spacing w:after="0" w:line="240" w:lineRule="auto"/>
              <w:ind w:left="567" w:firstLine="153"/>
              <w:rPr>
                <w:b/>
                <w:bCs/>
                <w:i/>
                <w:iCs/>
              </w:rPr>
            </w:pPr>
            <w:r>
              <w:rPr>
                <w:sz w:val="22"/>
                <w:szCs w:val="22"/>
              </w:rPr>
              <w:t>- Nhóm viết trên tệp chung.</w:t>
            </w:r>
          </w:p>
          <w:p w14:paraId="27F82073" w14:textId="77777777" w:rsidR="00E56FE9" w:rsidRDefault="00ED40AF">
            <w:pPr>
              <w:spacing w:after="0" w:line="240" w:lineRule="auto"/>
              <w:ind w:left="567" w:firstLine="153"/>
              <w:rPr>
                <w:b/>
                <w:bCs/>
                <w:i/>
                <w:iCs/>
              </w:rPr>
            </w:pPr>
            <w:r>
              <w:rPr>
                <w:sz w:val="22"/>
                <w:szCs w:val="22"/>
              </w:rPr>
              <w:t xml:space="preserve">- </w:t>
            </w:r>
            <w:r>
              <w:rPr>
                <w:i/>
                <w:iCs/>
                <w:sz w:val="22"/>
                <w:szCs w:val="22"/>
              </w:rPr>
              <w:t xml:space="preserve">Hỗ trợ: </w:t>
            </w:r>
            <w:r>
              <w:rPr>
                <w:sz w:val="22"/>
                <w:szCs w:val="22"/>
              </w:rPr>
              <w:t>Nhóm dùng lại Phiếu học tập 10.3.1 làm khung.</w:t>
            </w:r>
          </w:p>
          <w:p w14:paraId="75019B3D" w14:textId="77777777" w:rsidR="00E56FE9" w:rsidRDefault="00ED40AF">
            <w:pPr>
              <w:spacing w:after="0" w:line="240" w:lineRule="auto"/>
              <w:ind w:firstLine="567"/>
            </w:pPr>
            <w:r>
              <w:rPr>
                <w:b/>
                <w:bCs/>
                <w:i/>
                <w:iCs/>
                <w:sz w:val="22"/>
                <w:szCs w:val="22"/>
              </w:rPr>
              <w:t>Báo cáo, thảo luận</w:t>
            </w:r>
          </w:p>
          <w:p w14:paraId="59AD6D97" w14:textId="77777777" w:rsidR="00E56FE9" w:rsidRDefault="00ED40AF">
            <w:pPr>
              <w:spacing w:after="0" w:line="240" w:lineRule="auto"/>
              <w:ind w:left="567" w:firstLine="153"/>
              <w:rPr>
                <w:b/>
                <w:bCs/>
                <w:i/>
                <w:iCs/>
              </w:rPr>
            </w:pPr>
            <w:r>
              <w:rPr>
                <w:sz w:val="22"/>
                <w:szCs w:val="22"/>
              </w:rPr>
              <w:t>- Hai nhóm trình bày 60 giây; lớp đặt một câu hỏi cho mỗi nhóm về dữ liệu hoặc vai trò con người.</w:t>
            </w:r>
          </w:p>
          <w:p w14:paraId="6D523290" w14:textId="77777777" w:rsidR="00E56FE9" w:rsidRDefault="00ED40AF">
            <w:pPr>
              <w:spacing w:after="0" w:line="240" w:lineRule="auto"/>
              <w:ind w:left="567" w:firstLine="153"/>
              <w:rPr>
                <w:b/>
                <w:bCs/>
                <w:i/>
                <w:iCs/>
              </w:rPr>
            </w:pPr>
            <w:r>
              <w:rPr>
                <w:sz w:val="22"/>
                <w:szCs w:val="22"/>
              </w:rPr>
              <w:t xml:space="preserve">- </w:t>
            </w:r>
            <w:r>
              <w:rPr>
                <w:i/>
                <w:iCs/>
                <w:sz w:val="22"/>
                <w:szCs w:val="22"/>
              </w:rPr>
              <w:t xml:space="preserve">Đánh giá: </w:t>
            </w:r>
            <w:r>
              <w:rPr>
                <w:sz w:val="22"/>
                <w:szCs w:val="22"/>
              </w:rPr>
              <w:t>GV nhận xét theo rubric; các nhóm còn lại nộp bản đề xuất để GV nhận xét sau.</w:t>
            </w:r>
          </w:p>
          <w:p w14:paraId="056AB00F" w14:textId="77777777" w:rsidR="00E56FE9" w:rsidRDefault="00ED40AF">
            <w:pPr>
              <w:spacing w:after="0" w:line="240" w:lineRule="auto"/>
              <w:ind w:firstLine="567"/>
            </w:pPr>
            <w:r>
              <w:rPr>
                <w:b/>
                <w:bCs/>
                <w:i/>
                <w:iCs/>
                <w:sz w:val="22"/>
                <w:szCs w:val="22"/>
              </w:rPr>
              <w:t>Kết luận, nhận định</w:t>
            </w:r>
          </w:p>
          <w:p w14:paraId="68F0D8BC" w14:textId="77777777" w:rsidR="00E56FE9" w:rsidRDefault="00ED40AF">
            <w:pPr>
              <w:spacing w:after="0" w:line="240" w:lineRule="auto"/>
              <w:ind w:left="567" w:firstLine="153"/>
              <w:rPr>
                <w:b/>
                <w:bCs/>
                <w:i/>
                <w:iCs/>
              </w:rPr>
            </w:pPr>
            <w:r>
              <w:rPr>
                <w:sz w:val="22"/>
                <w:szCs w:val="22"/>
              </w:rPr>
              <w:t>- GV chốt: chọn vấn đề có thật và cần thiết ở địa phương; chọn nhóm chức năng AI phù hợp; kiểm chứng bằng nguồn chính thống; ghi rõ phần việc con người tự làm và tự kiểm tra. GV gợi ý HS hỏi người thân ở địa phương để bổ sung vấn đề thực tế (không bắt buộc).</w:t>
            </w:r>
          </w:p>
          <w:p w14:paraId="7AB7815B" w14:textId="77777777" w:rsidR="00E56FE9" w:rsidRDefault="00ED40AF">
            <w:pPr>
              <w:spacing w:after="0" w:line="240" w:lineRule="auto"/>
              <w:ind w:left="567" w:firstLine="153"/>
              <w:rPr>
                <w:b/>
                <w:bCs/>
                <w:i/>
                <w:iCs/>
              </w:rPr>
            </w:pPr>
            <w:r>
              <w:rPr>
                <w:sz w:val="22"/>
                <w:szCs w:val="22"/>
              </w:rPr>
              <w:t>- Đánh giá: GV nhận xét theo rubric; các nhóm còn lại nộp bản đề xuất để GV nhận xét sau.</w:t>
            </w:r>
          </w:p>
        </w:tc>
      </w:tr>
      <w:tr w:rsidR="00E56FE9" w14:paraId="736A4658" w14:textId="77777777">
        <w:trPr>
          <w:cantSplit/>
          <w:jc w:val="center"/>
        </w:trPr>
        <w:tc>
          <w:tcPr>
            <w:tcW w:w="1701" w:type="dxa"/>
            <w:vAlign w:val="center"/>
          </w:tcPr>
          <w:p w14:paraId="78F736B9" w14:textId="77777777" w:rsidR="00E56FE9" w:rsidRDefault="00ED40AF">
            <w:pPr>
              <w:spacing w:after="0" w:line="240" w:lineRule="auto"/>
              <w:ind w:firstLine="567"/>
              <w:jc w:val="both"/>
              <w:rPr>
                <w:color w:val="000000"/>
              </w:rPr>
            </w:pPr>
            <w:r>
              <w:rPr>
                <w:b/>
                <w:bCs/>
                <w:color w:val="000000"/>
                <w:sz w:val="22"/>
                <w:szCs w:val="22"/>
              </w:rPr>
              <w:t>e) Điểm kiểm soát AI và an toàn dữ liệu</w:t>
            </w:r>
          </w:p>
        </w:tc>
        <w:tc>
          <w:tcPr>
            <w:tcW w:w="7370" w:type="dxa"/>
          </w:tcPr>
          <w:p w14:paraId="3EFB62F3"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Đề xuất không chứa thông tin cá nhân của người dân; dữ liệu phải được đồng ý.</w:t>
            </w:r>
          </w:p>
          <w:p w14:paraId="4D0FD4FA" w14:textId="77777777" w:rsidR="00E56FE9" w:rsidRDefault="00ED40AF">
            <w:pPr>
              <w:pBdr>
                <w:top w:val="nil"/>
                <w:left w:val="nil"/>
                <w:bottom w:val="nil"/>
                <w:right w:val="nil"/>
                <w:between w:val="nil"/>
              </w:pBdr>
              <w:spacing w:after="0" w:line="240" w:lineRule="auto"/>
              <w:ind w:left="360" w:firstLine="567"/>
              <w:jc w:val="both"/>
              <w:rPr>
                <w:color w:val="000000"/>
              </w:rPr>
            </w:pPr>
            <w:r>
              <w:rPr>
                <w:color w:val="000000"/>
                <w:sz w:val="22"/>
                <w:szCs w:val="22"/>
              </w:rPr>
              <w:t>- Không liên hệ, thu thập dữ liệu thật ngoài lớp khi chưa được nhà trường cho phép.</w:t>
            </w:r>
          </w:p>
        </w:tc>
      </w:tr>
    </w:tbl>
    <w:p w14:paraId="4F19A1C4" w14:textId="77777777" w:rsidR="00E56FE9" w:rsidRDefault="00ED40AF">
      <w:pPr>
        <w:pStyle w:val="Heading1"/>
        <w:spacing w:before="160" w:after="60" w:line="264" w:lineRule="auto"/>
      </w:pPr>
      <w:r>
        <w:t>IV. KIỂM TRA, ĐÁNH GIÁ</w:t>
      </w:r>
    </w:p>
    <w:p w14:paraId="255FC987" w14:textId="77777777" w:rsidR="00E56FE9" w:rsidRDefault="00ED40AF">
      <w:pPr>
        <w:keepNext/>
        <w:spacing w:before="80" w:after="60" w:line="264" w:lineRule="auto"/>
        <w:ind w:firstLine="567"/>
        <w:rPr>
          <w:b/>
          <w:bCs/>
          <w:color w:val="000000"/>
        </w:rPr>
      </w:pPr>
      <w:r>
        <w:rPr>
          <w:b/>
          <w:bCs/>
          <w:color w:val="000000"/>
        </w:rPr>
        <w:t>1. Ma trận liên kết mục tiêu và minh chứng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74"/>
        <w:gridCol w:w="1077"/>
        <w:gridCol w:w="1701"/>
        <w:gridCol w:w="2154"/>
        <w:gridCol w:w="1587"/>
        <w:gridCol w:w="1078"/>
      </w:tblGrid>
      <w:tr w:rsidR="00E56FE9" w14:paraId="78632150" w14:textId="77777777">
        <w:trPr>
          <w:tblHeader/>
          <w:jc w:val="center"/>
        </w:trPr>
        <w:tc>
          <w:tcPr>
            <w:tcW w:w="1474" w:type="dxa"/>
            <w:tcMar>
              <w:top w:w="100" w:type="dxa"/>
              <w:left w:w="100" w:type="dxa"/>
              <w:bottom w:w="100" w:type="dxa"/>
              <w:right w:w="100" w:type="dxa"/>
            </w:tcMar>
            <w:vAlign w:val="center"/>
          </w:tcPr>
          <w:p w14:paraId="66C2F40B" w14:textId="77777777" w:rsidR="00E56FE9" w:rsidRDefault="00ED40AF">
            <w:pPr>
              <w:spacing w:after="0" w:line="240" w:lineRule="auto"/>
              <w:jc w:val="center"/>
            </w:pPr>
            <w:r>
              <w:rPr>
                <w:b/>
                <w:sz w:val="22"/>
                <w:szCs w:val="22"/>
              </w:rPr>
              <w:t>Mã YCCĐ mục tiêu</w:t>
            </w:r>
          </w:p>
        </w:tc>
        <w:tc>
          <w:tcPr>
            <w:tcW w:w="1077" w:type="dxa"/>
            <w:tcMar>
              <w:top w:w="100" w:type="dxa"/>
              <w:left w:w="100" w:type="dxa"/>
              <w:bottom w:w="100" w:type="dxa"/>
              <w:right w:w="100" w:type="dxa"/>
            </w:tcMar>
            <w:vAlign w:val="center"/>
          </w:tcPr>
          <w:p w14:paraId="60192615" w14:textId="77777777" w:rsidR="00E56FE9" w:rsidRDefault="00ED40AF">
            <w:pPr>
              <w:spacing w:after="0" w:line="240" w:lineRule="auto"/>
              <w:jc w:val="center"/>
            </w:pPr>
            <w:r>
              <w:rPr>
                <w:b/>
                <w:sz w:val="22"/>
                <w:szCs w:val="22"/>
              </w:rPr>
              <w:t>Hoạt động</w:t>
            </w:r>
          </w:p>
        </w:tc>
        <w:tc>
          <w:tcPr>
            <w:tcW w:w="1701" w:type="dxa"/>
            <w:tcMar>
              <w:top w:w="100" w:type="dxa"/>
              <w:left w:w="100" w:type="dxa"/>
              <w:bottom w:w="100" w:type="dxa"/>
              <w:right w:w="100" w:type="dxa"/>
            </w:tcMar>
            <w:vAlign w:val="center"/>
          </w:tcPr>
          <w:p w14:paraId="3FD6D689" w14:textId="77777777" w:rsidR="00E56FE9" w:rsidRDefault="00ED40AF">
            <w:pPr>
              <w:spacing w:after="0" w:line="240" w:lineRule="auto"/>
              <w:jc w:val="center"/>
            </w:pPr>
            <w:r>
              <w:rPr>
                <w:b/>
                <w:sz w:val="22"/>
                <w:szCs w:val="22"/>
              </w:rPr>
              <w:t>SP MC</w:t>
            </w:r>
          </w:p>
        </w:tc>
        <w:tc>
          <w:tcPr>
            <w:tcW w:w="2154" w:type="dxa"/>
            <w:tcMar>
              <w:top w:w="100" w:type="dxa"/>
              <w:left w:w="100" w:type="dxa"/>
              <w:bottom w:w="100" w:type="dxa"/>
              <w:right w:w="100" w:type="dxa"/>
            </w:tcMar>
            <w:vAlign w:val="center"/>
          </w:tcPr>
          <w:p w14:paraId="2FF1169E" w14:textId="77777777" w:rsidR="00E56FE9" w:rsidRDefault="00ED40AF">
            <w:pPr>
              <w:spacing w:after="0" w:line="240" w:lineRule="auto"/>
              <w:jc w:val="center"/>
            </w:pPr>
            <w:r>
              <w:rPr>
                <w:b/>
                <w:sz w:val="22"/>
                <w:szCs w:val="22"/>
              </w:rPr>
              <w:t>Tiêu chí chỉ báo</w:t>
            </w:r>
          </w:p>
        </w:tc>
        <w:tc>
          <w:tcPr>
            <w:tcW w:w="1587" w:type="dxa"/>
            <w:tcMar>
              <w:top w:w="100" w:type="dxa"/>
              <w:left w:w="100" w:type="dxa"/>
              <w:bottom w:w="100" w:type="dxa"/>
              <w:right w:w="100" w:type="dxa"/>
            </w:tcMar>
            <w:vAlign w:val="center"/>
          </w:tcPr>
          <w:p w14:paraId="4EFD84DD" w14:textId="77777777" w:rsidR="00E56FE9" w:rsidRDefault="00ED40AF">
            <w:pPr>
              <w:spacing w:after="0" w:line="240" w:lineRule="auto"/>
              <w:jc w:val="center"/>
            </w:pPr>
            <w:r>
              <w:rPr>
                <w:b/>
                <w:sz w:val="22"/>
                <w:szCs w:val="22"/>
              </w:rPr>
              <w:t>Phương pháp công cụ</w:t>
            </w:r>
          </w:p>
        </w:tc>
        <w:tc>
          <w:tcPr>
            <w:tcW w:w="1078" w:type="dxa"/>
            <w:tcMar>
              <w:top w:w="100" w:type="dxa"/>
              <w:left w:w="100" w:type="dxa"/>
              <w:bottom w:w="100" w:type="dxa"/>
              <w:right w:w="100" w:type="dxa"/>
            </w:tcMar>
            <w:vAlign w:val="center"/>
          </w:tcPr>
          <w:p w14:paraId="6EDEE77A" w14:textId="77777777" w:rsidR="00E56FE9" w:rsidRDefault="00ED40AF">
            <w:pPr>
              <w:spacing w:after="0" w:line="240" w:lineRule="auto"/>
              <w:jc w:val="center"/>
            </w:pPr>
            <w:r>
              <w:rPr>
                <w:b/>
                <w:sz w:val="22"/>
                <w:szCs w:val="22"/>
              </w:rPr>
              <w:t>Thời điểm</w:t>
            </w:r>
          </w:p>
        </w:tc>
      </w:tr>
      <w:tr w:rsidR="00E56FE9" w14:paraId="1F178066" w14:textId="77777777">
        <w:trPr>
          <w:cantSplit/>
          <w:jc w:val="center"/>
        </w:trPr>
        <w:tc>
          <w:tcPr>
            <w:tcW w:w="1474" w:type="dxa"/>
            <w:tcMar>
              <w:top w:w="110" w:type="dxa"/>
              <w:left w:w="110" w:type="dxa"/>
              <w:bottom w:w="110" w:type="dxa"/>
              <w:right w:w="110" w:type="dxa"/>
            </w:tcMar>
          </w:tcPr>
          <w:p w14:paraId="0E01ECC8" w14:textId="77777777" w:rsidR="00E56FE9" w:rsidRDefault="00ED40AF">
            <w:pPr>
              <w:spacing w:after="0" w:line="240" w:lineRule="auto"/>
            </w:pPr>
            <w:r>
              <w:rPr>
                <w:b/>
                <w:bCs/>
                <w:sz w:val="22"/>
                <w:szCs w:val="22"/>
              </w:rPr>
              <w:t>10.C2.1</w:t>
            </w:r>
          </w:p>
        </w:tc>
        <w:tc>
          <w:tcPr>
            <w:tcW w:w="1077" w:type="dxa"/>
            <w:tcMar>
              <w:top w:w="110" w:type="dxa"/>
              <w:left w:w="110" w:type="dxa"/>
              <w:bottom w:w="110" w:type="dxa"/>
              <w:right w:w="110" w:type="dxa"/>
            </w:tcMar>
          </w:tcPr>
          <w:p w14:paraId="7AE56BBA" w14:textId="77777777" w:rsidR="00E56FE9" w:rsidRDefault="00ED40AF">
            <w:pPr>
              <w:spacing w:after="0" w:line="240" w:lineRule="auto"/>
            </w:pPr>
            <w:r>
              <w:rPr>
                <w:sz w:val="22"/>
                <w:szCs w:val="22"/>
              </w:rPr>
              <w:t>HĐ 1, 2.1, 4</w:t>
            </w:r>
          </w:p>
        </w:tc>
        <w:tc>
          <w:tcPr>
            <w:tcW w:w="1701" w:type="dxa"/>
            <w:tcMar>
              <w:top w:w="110" w:type="dxa"/>
              <w:left w:w="110" w:type="dxa"/>
              <w:bottom w:w="110" w:type="dxa"/>
              <w:right w:w="110" w:type="dxa"/>
            </w:tcMar>
          </w:tcPr>
          <w:p w14:paraId="4E62ABD1" w14:textId="77777777" w:rsidR="00E56FE9" w:rsidRDefault="00ED40AF">
            <w:pPr>
              <w:spacing w:after="0" w:line="240" w:lineRule="auto"/>
            </w:pPr>
            <w:r>
              <w:rPr>
                <w:sz w:val="22"/>
                <w:szCs w:val="22"/>
              </w:rPr>
              <w:t>Phiếu học tập 10.3.1; bản đề xuất</w:t>
            </w:r>
          </w:p>
        </w:tc>
        <w:tc>
          <w:tcPr>
            <w:tcW w:w="2154" w:type="dxa"/>
            <w:tcMar>
              <w:top w:w="110" w:type="dxa"/>
              <w:left w:w="110" w:type="dxa"/>
              <w:bottom w:w="110" w:type="dxa"/>
              <w:right w:w="110" w:type="dxa"/>
            </w:tcMar>
          </w:tcPr>
          <w:p w14:paraId="3A664479" w14:textId="77777777" w:rsidR="00E56FE9" w:rsidRDefault="00ED40AF">
            <w:pPr>
              <w:spacing w:after="0" w:line="240" w:lineRule="auto"/>
            </w:pPr>
            <w:r>
              <w:rPr>
                <w:sz w:val="22"/>
                <w:szCs w:val="22"/>
              </w:rPr>
              <w:t>Trả lời đủ 6 câu hỏi có chi tiết; kết luận nên/chưa nên/không cần AI có lí do; nêu vai trò con người</w:t>
            </w:r>
          </w:p>
        </w:tc>
        <w:tc>
          <w:tcPr>
            <w:tcW w:w="1587" w:type="dxa"/>
            <w:tcMar>
              <w:top w:w="110" w:type="dxa"/>
              <w:left w:w="110" w:type="dxa"/>
              <w:bottom w:w="110" w:type="dxa"/>
              <w:right w:w="110" w:type="dxa"/>
            </w:tcMar>
          </w:tcPr>
          <w:p w14:paraId="005D9DBE" w14:textId="77777777" w:rsidR="00E56FE9" w:rsidRDefault="00ED40AF">
            <w:pPr>
              <w:spacing w:after="0" w:line="240" w:lineRule="auto"/>
            </w:pPr>
            <w:r>
              <w:rPr>
                <w:sz w:val="22"/>
                <w:szCs w:val="22"/>
              </w:rPr>
              <w:t>Quan sát, hỏi đáp; rubric</w:t>
            </w:r>
          </w:p>
        </w:tc>
        <w:tc>
          <w:tcPr>
            <w:tcW w:w="1078" w:type="dxa"/>
            <w:tcMar>
              <w:top w:w="110" w:type="dxa"/>
              <w:left w:w="110" w:type="dxa"/>
              <w:bottom w:w="110" w:type="dxa"/>
              <w:right w:w="110" w:type="dxa"/>
            </w:tcMar>
          </w:tcPr>
          <w:p w14:paraId="227935F3" w14:textId="77777777" w:rsidR="00E56FE9" w:rsidRDefault="00ED40AF">
            <w:pPr>
              <w:spacing w:after="0" w:line="240" w:lineRule="auto"/>
            </w:pPr>
            <w:r>
              <w:rPr>
                <w:sz w:val="22"/>
                <w:szCs w:val="22"/>
              </w:rPr>
              <w:t>Trong HĐ 2.1; cuối tiết 2</w:t>
            </w:r>
          </w:p>
        </w:tc>
      </w:tr>
      <w:tr w:rsidR="00E56FE9" w14:paraId="5CA6EA5E" w14:textId="77777777">
        <w:trPr>
          <w:cantSplit/>
          <w:jc w:val="center"/>
        </w:trPr>
        <w:tc>
          <w:tcPr>
            <w:tcW w:w="1474" w:type="dxa"/>
            <w:tcMar>
              <w:top w:w="110" w:type="dxa"/>
              <w:left w:w="110" w:type="dxa"/>
              <w:bottom w:w="110" w:type="dxa"/>
              <w:right w:w="110" w:type="dxa"/>
            </w:tcMar>
          </w:tcPr>
          <w:p w14:paraId="63A5981A" w14:textId="77777777" w:rsidR="00E56FE9" w:rsidRDefault="00ED40AF">
            <w:pPr>
              <w:spacing w:after="0" w:line="240" w:lineRule="auto"/>
            </w:pPr>
            <w:r>
              <w:rPr>
                <w:b/>
                <w:bCs/>
                <w:sz w:val="22"/>
                <w:szCs w:val="22"/>
              </w:rPr>
              <w:t>10.C2.2</w:t>
            </w:r>
          </w:p>
        </w:tc>
        <w:tc>
          <w:tcPr>
            <w:tcW w:w="1077" w:type="dxa"/>
            <w:tcMar>
              <w:top w:w="110" w:type="dxa"/>
              <w:left w:w="110" w:type="dxa"/>
              <w:bottom w:w="110" w:type="dxa"/>
              <w:right w:w="110" w:type="dxa"/>
            </w:tcMar>
          </w:tcPr>
          <w:p w14:paraId="62C90F7C" w14:textId="77777777" w:rsidR="00E56FE9" w:rsidRDefault="00ED40AF">
            <w:pPr>
              <w:spacing w:after="0" w:line="240" w:lineRule="auto"/>
            </w:pPr>
            <w:r>
              <w:rPr>
                <w:sz w:val="22"/>
                <w:szCs w:val="22"/>
              </w:rPr>
              <w:t>HĐ 2.2, 4</w:t>
            </w:r>
          </w:p>
        </w:tc>
        <w:tc>
          <w:tcPr>
            <w:tcW w:w="1701" w:type="dxa"/>
            <w:tcMar>
              <w:top w:w="110" w:type="dxa"/>
              <w:left w:w="110" w:type="dxa"/>
              <w:bottom w:w="110" w:type="dxa"/>
              <w:right w:w="110" w:type="dxa"/>
            </w:tcMar>
          </w:tcPr>
          <w:p w14:paraId="5663F36B" w14:textId="77777777" w:rsidR="00E56FE9" w:rsidRDefault="00ED40AF">
            <w:pPr>
              <w:spacing w:after="0" w:line="240" w:lineRule="auto"/>
            </w:pPr>
            <w:r>
              <w:rPr>
                <w:sz w:val="22"/>
                <w:szCs w:val="22"/>
              </w:rPr>
              <w:t>Phiếu học tập 10.3.2: bản đồ ứng dụng</w:t>
            </w:r>
          </w:p>
        </w:tc>
        <w:tc>
          <w:tcPr>
            <w:tcW w:w="2154" w:type="dxa"/>
            <w:tcMar>
              <w:top w:w="110" w:type="dxa"/>
              <w:left w:w="110" w:type="dxa"/>
              <w:bottom w:w="110" w:type="dxa"/>
              <w:right w:w="110" w:type="dxa"/>
            </w:tcMar>
          </w:tcPr>
          <w:p w14:paraId="537E34E0" w14:textId="77777777" w:rsidR="00E56FE9" w:rsidRDefault="00ED40AF">
            <w:pPr>
              <w:spacing w:after="0" w:line="240" w:lineRule="auto"/>
            </w:pPr>
            <w:r>
              <w:rPr>
                <w:sz w:val="22"/>
                <w:szCs w:val="22"/>
              </w:rPr>
              <w:t>Xếp thẻ vào nhóm chức năng có lí do, chỗ xếp khác được giải thích bằng chức năng của ứng dụng; ứng dụng tìm thêm có chức năng và nguồn chính thống</w:t>
            </w:r>
          </w:p>
        </w:tc>
        <w:tc>
          <w:tcPr>
            <w:tcW w:w="1587" w:type="dxa"/>
            <w:tcMar>
              <w:top w:w="110" w:type="dxa"/>
              <w:left w:w="110" w:type="dxa"/>
              <w:bottom w:w="110" w:type="dxa"/>
              <w:right w:w="110" w:type="dxa"/>
            </w:tcMar>
          </w:tcPr>
          <w:p w14:paraId="2BBF4985" w14:textId="77777777" w:rsidR="00E56FE9" w:rsidRDefault="00ED40AF">
            <w:pPr>
              <w:spacing w:after="0" w:line="240" w:lineRule="auto"/>
            </w:pPr>
            <w:r>
              <w:rPr>
                <w:sz w:val="22"/>
                <w:szCs w:val="22"/>
              </w:rPr>
              <w:t>Đánh giá sản phẩm; kiểm tra nguồn</w:t>
            </w:r>
          </w:p>
        </w:tc>
        <w:tc>
          <w:tcPr>
            <w:tcW w:w="1078" w:type="dxa"/>
            <w:tcMar>
              <w:top w:w="110" w:type="dxa"/>
              <w:left w:w="110" w:type="dxa"/>
              <w:bottom w:w="110" w:type="dxa"/>
              <w:right w:w="110" w:type="dxa"/>
            </w:tcMar>
          </w:tcPr>
          <w:p w14:paraId="64744C7B" w14:textId="77777777" w:rsidR="00E56FE9" w:rsidRDefault="00ED40AF">
            <w:pPr>
              <w:spacing w:after="0" w:line="240" w:lineRule="auto"/>
            </w:pPr>
            <w:r>
              <w:rPr>
                <w:sz w:val="22"/>
                <w:szCs w:val="22"/>
              </w:rPr>
              <w:t>Cuối HĐ 2.2</w:t>
            </w:r>
          </w:p>
        </w:tc>
      </w:tr>
      <w:tr w:rsidR="00E56FE9" w14:paraId="4A5DF2D5" w14:textId="77777777">
        <w:trPr>
          <w:cantSplit/>
          <w:jc w:val="center"/>
        </w:trPr>
        <w:tc>
          <w:tcPr>
            <w:tcW w:w="1474" w:type="dxa"/>
            <w:tcMar>
              <w:top w:w="110" w:type="dxa"/>
              <w:left w:w="110" w:type="dxa"/>
              <w:bottom w:w="110" w:type="dxa"/>
              <w:right w:w="110" w:type="dxa"/>
            </w:tcMar>
          </w:tcPr>
          <w:p w14:paraId="0A79F045" w14:textId="77777777" w:rsidR="00E56FE9" w:rsidRDefault="00ED40AF">
            <w:pPr>
              <w:spacing w:after="0" w:line="240" w:lineRule="auto"/>
            </w:pPr>
            <w:r>
              <w:rPr>
                <w:b/>
                <w:bCs/>
                <w:sz w:val="22"/>
                <w:szCs w:val="22"/>
              </w:rPr>
              <w:t>10.C2.3</w:t>
            </w:r>
          </w:p>
        </w:tc>
        <w:tc>
          <w:tcPr>
            <w:tcW w:w="1077" w:type="dxa"/>
            <w:tcMar>
              <w:top w:w="110" w:type="dxa"/>
              <w:left w:w="110" w:type="dxa"/>
              <w:bottom w:w="110" w:type="dxa"/>
              <w:right w:w="110" w:type="dxa"/>
            </w:tcMar>
          </w:tcPr>
          <w:p w14:paraId="03032B8F" w14:textId="77777777" w:rsidR="00E56FE9" w:rsidRDefault="00ED40AF">
            <w:pPr>
              <w:spacing w:after="0" w:line="240" w:lineRule="auto"/>
            </w:pPr>
            <w:r>
              <w:rPr>
                <w:sz w:val="22"/>
                <w:szCs w:val="22"/>
              </w:rPr>
              <w:t>HĐ 2.3, 3</w:t>
            </w:r>
          </w:p>
        </w:tc>
        <w:tc>
          <w:tcPr>
            <w:tcW w:w="1701" w:type="dxa"/>
            <w:tcMar>
              <w:top w:w="110" w:type="dxa"/>
              <w:left w:w="110" w:type="dxa"/>
              <w:bottom w:w="110" w:type="dxa"/>
              <w:right w:w="110" w:type="dxa"/>
            </w:tcMar>
          </w:tcPr>
          <w:p w14:paraId="2BAAD209" w14:textId="77777777" w:rsidR="00E56FE9" w:rsidRDefault="00ED40AF">
            <w:pPr>
              <w:spacing w:after="0" w:line="240" w:lineRule="auto"/>
            </w:pPr>
            <w:r>
              <w:rPr>
                <w:sz w:val="22"/>
                <w:szCs w:val="22"/>
              </w:rPr>
              <w:t>Phiếu học tập 10.3.3, Phần A; kịch bản dùng AI</w:t>
            </w:r>
          </w:p>
        </w:tc>
        <w:tc>
          <w:tcPr>
            <w:tcW w:w="2154" w:type="dxa"/>
            <w:tcMar>
              <w:top w:w="110" w:type="dxa"/>
              <w:left w:w="110" w:type="dxa"/>
              <w:bottom w:w="110" w:type="dxa"/>
              <w:right w:w="110" w:type="dxa"/>
            </w:tcMar>
          </w:tcPr>
          <w:p w14:paraId="534868E1" w14:textId="77777777" w:rsidR="00E56FE9" w:rsidRDefault="00ED40AF">
            <w:pPr>
              <w:spacing w:after="0" w:line="240" w:lineRule="auto"/>
            </w:pPr>
            <w:r>
              <w:rPr>
                <w:sz w:val="22"/>
                <w:szCs w:val="22"/>
              </w:rPr>
              <w:t>Phân biệt được ba cách dùng; kịch bản đủ 6 mục, phần tự làm là chính, có kiểm chứng và khai báo</w:t>
            </w:r>
          </w:p>
        </w:tc>
        <w:tc>
          <w:tcPr>
            <w:tcW w:w="1587" w:type="dxa"/>
            <w:tcMar>
              <w:top w:w="110" w:type="dxa"/>
              <w:left w:w="110" w:type="dxa"/>
              <w:bottom w:w="110" w:type="dxa"/>
              <w:right w:w="110" w:type="dxa"/>
            </w:tcMar>
          </w:tcPr>
          <w:p w14:paraId="1BEC66C4" w14:textId="77777777" w:rsidR="00E56FE9" w:rsidRDefault="00ED40AF">
            <w:pPr>
              <w:spacing w:after="0" w:line="240" w:lineRule="auto"/>
            </w:pPr>
            <w:r>
              <w:rPr>
                <w:sz w:val="22"/>
                <w:szCs w:val="22"/>
              </w:rPr>
              <w:t>Quan sát nhật kí; rubric</w:t>
            </w:r>
          </w:p>
        </w:tc>
        <w:tc>
          <w:tcPr>
            <w:tcW w:w="1078" w:type="dxa"/>
            <w:tcMar>
              <w:top w:w="110" w:type="dxa"/>
              <w:left w:w="110" w:type="dxa"/>
              <w:bottom w:w="110" w:type="dxa"/>
              <w:right w:w="110" w:type="dxa"/>
            </w:tcMar>
          </w:tcPr>
          <w:p w14:paraId="572F3DAD" w14:textId="77777777" w:rsidR="00E56FE9" w:rsidRDefault="00ED40AF">
            <w:pPr>
              <w:spacing w:after="0" w:line="240" w:lineRule="auto"/>
            </w:pPr>
            <w:r>
              <w:rPr>
                <w:sz w:val="22"/>
                <w:szCs w:val="22"/>
              </w:rPr>
              <w:t>Trong HĐ 2.3 và HĐ 3</w:t>
            </w:r>
          </w:p>
        </w:tc>
      </w:tr>
    </w:tbl>
    <w:p w14:paraId="6F680D77" w14:textId="5749D805" w:rsidR="00E56FE9" w:rsidRPr="004E1C2D" w:rsidRDefault="00ED40AF" w:rsidP="004E1C2D">
      <w:pPr>
        <w:spacing w:before="120" w:after="60" w:line="264" w:lineRule="auto"/>
        <w:ind w:firstLine="567"/>
        <w:jc w:val="both"/>
        <w:rPr>
          <w:shd w:val="clear" w:color="auto" w:fill="B6D7A8"/>
          <w:lang w:val="en-US"/>
        </w:rPr>
      </w:pPr>
      <w:r>
        <w:rPr>
          <w:b/>
        </w:rPr>
        <w:t xml:space="preserve">Minh chứng tối thiểu </w:t>
      </w:r>
      <w:r>
        <w:t>(mỗi YCCĐ một minh chứng chính để kết luận mức đạt; các minh chứng khác trong bảng là bổ sung): 10.C2.1: bản đề xuất ở Hoạt động 4; 10.C2.2: dòng ứng dụng tìm thêm có nguồn trên Phiếu học tập 10.3.2; 10.C2.3: kịch bản dùng AI (Phiếu học tập 10.3.3, Phần B); GV hỏi ngẫu nhiên một thành viên để ghi nhận cá nhân.</w:t>
      </w:r>
    </w:p>
    <w:sectPr w:rsidR="00E56FE9" w:rsidRPr="004E1C2D">
      <w:footerReference w:type="default" r:id="rId7"/>
      <w:pgSz w:w="11906" w:h="16838"/>
      <w:pgMar w:top="1134" w:right="1134" w:bottom="1134" w:left="1701" w:header="454"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AE5E5" w14:textId="77777777" w:rsidR="000F4A3B" w:rsidRDefault="000F4A3B">
      <w:pPr>
        <w:spacing w:after="0" w:line="240" w:lineRule="auto"/>
      </w:pPr>
    </w:p>
  </w:endnote>
  <w:endnote w:type="continuationSeparator" w:id="0">
    <w:p w14:paraId="07DB5FF9" w14:textId="77777777" w:rsidR="000F4A3B" w:rsidRDefault="000F4A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702AC" w14:textId="77777777" w:rsidR="00ED40AF" w:rsidRDefault="00ED40AF">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13008" w14:textId="77777777" w:rsidR="000F4A3B" w:rsidRDefault="000F4A3B">
      <w:pPr>
        <w:spacing w:after="0" w:line="240" w:lineRule="auto"/>
      </w:pPr>
    </w:p>
  </w:footnote>
  <w:footnote w:type="continuationSeparator" w:id="0">
    <w:p w14:paraId="584293FD" w14:textId="77777777" w:rsidR="000F4A3B" w:rsidRDefault="000F4A3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87EE9"/>
    <w:multiLevelType w:val="multilevel"/>
    <w:tmpl w:val="F5A66C12"/>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0B76DC5"/>
    <w:multiLevelType w:val="multilevel"/>
    <w:tmpl w:val="FCC0DCEE"/>
    <w:lvl w:ilvl="0">
      <w:start w:val="1"/>
      <w:numFmt w:val="decimal"/>
      <w:pStyle w:val="ListBullet"/>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5C55A44"/>
    <w:multiLevelType w:val="hybridMultilevel"/>
    <w:tmpl w:val="F99C5AA0"/>
    <w:lvl w:ilvl="0" w:tplc="BEAC5DC6">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487285503">
    <w:abstractNumId w:val="1"/>
  </w:num>
  <w:num w:numId="2" w16cid:durableId="1079475914">
    <w:abstractNumId w:val="0"/>
  </w:num>
  <w:num w:numId="3" w16cid:durableId="1762068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096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2525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722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7436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FE9"/>
    <w:rsid w:val="000F4A3B"/>
    <w:rsid w:val="00472649"/>
    <w:rsid w:val="004E1C2D"/>
    <w:rsid w:val="005F2536"/>
    <w:rsid w:val="006E565A"/>
    <w:rsid w:val="00AA5DEF"/>
    <w:rsid w:val="00E56FE9"/>
    <w:rsid w:val="00ED4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2FB8F"/>
  <w15:docId w15:val="{12C4CF5D-61CC-4EFB-8391-45FA4C1F5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80" w:line="26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B7C"/>
    <w:rPr>
      <w:sz w:val="26"/>
      <w:szCs w:val="26"/>
      <w:lang w:val="vi-VN"/>
    </w:rPr>
  </w:style>
  <w:style w:type="paragraph" w:styleId="Heading1">
    <w:name w:val="heading 1"/>
    <w:basedOn w:val="Normal"/>
    <w:next w:val="Normal"/>
    <w:link w:val="Heading1Char"/>
    <w:uiPriority w:val="9"/>
    <w:qFormat/>
    <w:pPr>
      <w:keepNext/>
      <w:keepLines/>
      <w:spacing w:before="480" w:after="0"/>
      <w:ind w:left="720" w:hanging="152"/>
      <w:outlineLvl w:val="0"/>
    </w:pPr>
    <w:rPr>
      <w:b/>
      <w:bCs/>
      <w:color w:val="000000"/>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libri" w:eastAsia="Calibri" w:hAnsi="Calibri" w:cs="Calibri"/>
      <w:b/>
      <w:bCs/>
      <w:color w:val="4F81BD"/>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7148E"/>
    <w:rPr>
      <w:rFonts w:ascii="Times New Roman" w:eastAsiaTheme="majorEastAsia" w:hAnsi="Times New Roman" w:cs="Times New Roman"/>
      <w:b/>
      <w:bCs/>
      <w:color w:val="000000" w:themeColor="text1"/>
      <w:sz w:val="26"/>
      <w:szCs w:val="26"/>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rFonts w:ascii="Calibri" w:eastAsia="Calibri" w:hAnsi="Calibri" w:cs="Calibri"/>
      <w:i/>
      <w:iCs/>
      <w:color w:val="4F81B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paragraph" w:styleId="Revision">
    <w:name w:val="Revision"/>
    <w:hidden/>
    <w:uiPriority w:val="99"/>
    <w:semiHidden/>
    <w:rsid w:val="00D9588F"/>
    <w:pPr>
      <w:spacing w:after="0" w:line="240" w:lineRule="auto"/>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2802</Words>
  <Characters>15974</Characters>
  <Application>Microsoft Office Word</Application>
  <DocSecurity>0</DocSecurity>
  <Lines>133</Lines>
  <Paragraphs>37</Paragraphs>
  <ScaleCrop>false</ScaleCrop>
  <Company/>
  <LinksUpToDate>false</LinksUpToDate>
  <CharactersWithSpaces>18739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4</cp:revision>
  <dcterms:created xsi:type="dcterms:W3CDTF">2026-11-01T10:29:00Z</dcterms:created>
  <dcterms:modified xsi:type="dcterms:W3CDTF">2026-11-01T10:43:00Z</dcterms:modified>
</cp:coreProperties>
</file>